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1A316888" wp14:textId="77777777">
      <w:pPr>
        <w:pStyle w:val="Heading1"/>
      </w:pPr>
      <w:r>
        <w:t>THEMATISCH BEZWAARSCHRIFT BIODIVERSITEIT EN NATURA 2000</w:t>
      </w:r>
    </w:p>
    <w:p xmlns:wp14="http://schemas.microsoft.com/office/word/2010/wordml" w14:paraId="7E2E9332" wp14:textId="77777777">
      <w:pPr>
        <w:pStyle w:val="Heading2"/>
      </w:pPr>
      <w:r>
        <w:t>VENTILUS 380kV HOOGSPANNINGSVERBINDING GEZELLE-IZEGEM</w:t>
      </w:r>
    </w:p>
    <w:p xmlns:wp14="http://schemas.microsoft.com/office/word/2010/wordml" w14:paraId="7FB282D9" wp14:textId="77777777">
      <w:pPr>
        <w:pStyle w:val="Heading2"/>
      </w:pPr>
      <w:r>
        <w:t>OMV 2025025781 — Elia Asset NV</w:t>
      </w:r>
    </w:p>
    <w:p xmlns:wp14="http://schemas.microsoft.com/office/word/2010/wordml" w:rsidP="4E655057" w14:paraId="672A6659" wp14:textId="77777777">
      <w:pPr>
        <w:pBdr>
          <w:bottom w:val="single" w:color="CCCCCC" w:sz="6" w:space="1"/>
        </w:pBdr>
        <w:spacing w:before="240" w:after="240"/>
        <w:pBdr>
          <w:bottom w:val="single" w:color="CCCCCC" w:sz="6" w:space="1"/>
        </w:pBdr>
      </w:pPr>
    </w:p>
    <w:p xmlns:wp14="http://schemas.microsoft.com/office/word/2010/wordml" w14:paraId="592B1137" wp14:textId="77777777">
      <w:r w:rsidRPr="4E655057" w:rsidR="4E655057">
        <w:rPr>
          <w:b w:val="1"/>
          <w:bCs w:val="1"/>
        </w:rPr>
        <w:t>Aan:</w:t>
      </w:r>
      <w:r w:rsidR="4E655057">
        <w:rPr/>
        <w:t xml:space="preserve"> De </w:t>
      </w:r>
      <w:r w:rsidR="4E655057">
        <w:rPr/>
        <w:t>bevoegde</w:t>
      </w:r>
      <w:r w:rsidR="4E655057">
        <w:rPr/>
        <w:t xml:space="preserve"> </w:t>
      </w:r>
      <w:r w:rsidR="4E655057">
        <w:rPr/>
        <w:t>vergunningverlenende</w:t>
      </w:r>
      <w:r w:rsidR="4E655057">
        <w:rPr/>
        <w:t xml:space="preserve"> </w:t>
      </w:r>
      <w:r w:rsidR="4E655057">
        <w:rPr/>
        <w:t>overheid</w:t>
      </w:r>
    </w:p>
    <w:p xmlns:wp14="http://schemas.microsoft.com/office/word/2010/wordml" w14:paraId="120A73E1" wp14:textId="77777777">
      <w:r w:rsidRPr="4E655057" w:rsidR="4E655057">
        <w:rPr>
          <w:b w:val="1"/>
          <w:bCs w:val="1"/>
        </w:rPr>
        <w:t>Betreft</w:t>
      </w:r>
      <w:r w:rsidRPr="4E655057" w:rsidR="4E655057">
        <w:rPr>
          <w:b w:val="1"/>
          <w:bCs w:val="1"/>
        </w:rPr>
        <w:t>:</w:t>
      </w:r>
      <w:r w:rsidR="4E655057">
        <w:rPr/>
        <w:t xml:space="preserve"> </w:t>
      </w:r>
      <w:r w:rsidR="4E655057">
        <w:rPr/>
        <w:t>Thematisch</w:t>
      </w:r>
      <w:r w:rsidR="4E655057">
        <w:rPr/>
        <w:t xml:space="preserve"> </w:t>
      </w:r>
      <w:r w:rsidR="4E655057">
        <w:rPr/>
        <w:t>bezwaarschrift</w:t>
      </w:r>
      <w:r w:rsidR="4E655057">
        <w:rPr/>
        <w:t xml:space="preserve"> </w:t>
      </w:r>
      <w:r w:rsidR="4E655057">
        <w:rPr/>
        <w:t>inzake</w:t>
      </w:r>
      <w:r w:rsidR="4E655057">
        <w:rPr/>
        <w:t xml:space="preserve"> </w:t>
      </w:r>
      <w:r w:rsidR="4E655057">
        <w:rPr/>
        <w:t>biodiversiteit</w:t>
      </w:r>
      <w:r w:rsidR="4E655057">
        <w:rPr/>
        <w:t>, Natura 2000, VEN-</w:t>
      </w:r>
      <w:r w:rsidR="4E655057">
        <w:rPr/>
        <w:t>gebieden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soortenbescherming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de </w:t>
      </w:r>
      <w:r w:rsidR="4E655057">
        <w:rPr/>
        <w:t>aanvraag</w:t>
      </w:r>
      <w:r w:rsidR="4E655057">
        <w:rPr/>
        <w:t xml:space="preserve"> tot </w:t>
      </w:r>
      <w:r w:rsidR="4E655057">
        <w:rPr/>
        <w:t>omgevingsvergunning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de </w:t>
      </w:r>
      <w:r w:rsidR="4E655057">
        <w:rPr/>
        <w:t>aanleg</w:t>
      </w:r>
      <w:r w:rsidR="4E655057">
        <w:rPr/>
        <w:t xml:space="preserve"> van </w:t>
      </w:r>
      <w:r w:rsidR="4E655057">
        <w:rPr/>
        <w:t>een</w:t>
      </w:r>
      <w:r w:rsidR="4E655057">
        <w:rPr/>
        <w:t xml:space="preserve"> 380 kV </w:t>
      </w:r>
      <w:r w:rsidR="4E655057">
        <w:rPr/>
        <w:t>hoogspanningsverbinding</w:t>
      </w:r>
      <w:r w:rsidR="4E655057">
        <w:rPr/>
        <w:t xml:space="preserve"> (</w:t>
      </w:r>
      <w:r w:rsidR="4E655057">
        <w:rPr/>
        <w:t>Ventilus</w:t>
      </w:r>
      <w:r w:rsidR="4E655057">
        <w:rPr/>
        <w:t xml:space="preserve">), </w:t>
      </w:r>
      <w:r w:rsidR="4E655057">
        <w:rPr/>
        <w:t>ingediend</w:t>
      </w:r>
      <w:r w:rsidR="4E655057">
        <w:rPr/>
        <w:t xml:space="preserve"> door Elia Asset NV, </w:t>
      </w:r>
      <w:r w:rsidR="4E655057">
        <w:rPr/>
        <w:t>Keizerslaan</w:t>
      </w:r>
      <w:r w:rsidR="4E655057">
        <w:rPr/>
        <w:t xml:space="preserve"> 20, 1000 Brussel</w:t>
      </w:r>
    </w:p>
    <w:p xmlns:wp14="http://schemas.microsoft.com/office/word/2010/wordml" w14:paraId="0B4EE9C9" wp14:textId="77777777">
      <w:r w:rsidRPr="4E655057" w:rsidR="4E655057">
        <w:rPr>
          <w:b w:val="1"/>
          <w:bCs w:val="1"/>
        </w:rPr>
        <w:t>OMV-</w:t>
      </w:r>
      <w:r w:rsidRPr="4E655057" w:rsidR="4E655057">
        <w:rPr>
          <w:b w:val="1"/>
          <w:bCs w:val="1"/>
        </w:rPr>
        <w:t>referentie</w:t>
      </w:r>
      <w:r w:rsidRPr="4E655057" w:rsidR="4E655057">
        <w:rPr>
          <w:b w:val="1"/>
          <w:bCs w:val="1"/>
        </w:rPr>
        <w:t>:</w:t>
      </w:r>
      <w:r w:rsidR="4E655057">
        <w:rPr/>
        <w:t xml:space="preserve"> 2025025781</w:t>
      </w:r>
    </w:p>
    <w:p xmlns:wp14="http://schemas.microsoft.com/office/word/2010/wordml" w:rsidP="4E655057" w14:paraId="0A37501D" wp14:textId="77777777">
      <w:pPr>
        <w:pBdr>
          <w:bottom w:val="single" w:color="CCCCCC" w:sz="6" w:space="1"/>
        </w:pBdr>
        <w:spacing w:before="240" w:after="240"/>
        <w:pBdr>
          <w:bottom w:val="single" w:color="CCCCCC" w:sz="6" w:space="1"/>
        </w:pBdr>
      </w:pPr>
    </w:p>
    <w:p xmlns:wp14="http://schemas.microsoft.com/office/word/2010/wordml" w14:paraId="18338539" wp14:textId="77777777">
      <w:pPr>
        <w:pStyle w:val="Heading2"/>
      </w:pPr>
      <w:r>
        <w:t>0. VERWIJZING NAAR HET GENERIEK BEZWAARSCHRIFT</w:t>
      </w:r>
    </w:p>
    <w:p xmlns:wp14="http://schemas.microsoft.com/office/word/2010/wordml" w14:paraId="54A7E86C" wp14:textId="6F18D529">
      <w:r w:rsidR="74E91D53">
        <w:rPr/>
        <w:t xml:space="preserve">Dit </w:t>
      </w:r>
      <w:r w:rsidR="74E91D53">
        <w:rPr/>
        <w:t>thematisch</w:t>
      </w:r>
      <w:r w:rsidR="74E91D53">
        <w:rPr/>
        <w:t xml:space="preserve"> </w:t>
      </w:r>
      <w:r w:rsidR="74E91D53">
        <w:rPr/>
        <w:t>bezwaarschrift</w:t>
      </w:r>
      <w:r w:rsidR="74E91D53">
        <w:rPr/>
        <w:t xml:space="preserve"> </w:t>
      </w:r>
      <w:r w:rsidR="74E91D53">
        <w:rPr/>
        <w:t>vormt</w:t>
      </w:r>
      <w:r w:rsidR="74E91D53">
        <w:rPr/>
        <w:t xml:space="preserve"> </w:t>
      </w:r>
      <w:r w:rsidR="74E91D53">
        <w:rPr/>
        <w:t>een</w:t>
      </w:r>
      <w:r w:rsidR="74E91D53">
        <w:rPr/>
        <w:t xml:space="preserve"> </w:t>
      </w:r>
      <w:r w:rsidR="74E91D53">
        <w:rPr/>
        <w:t>verdieping</w:t>
      </w:r>
      <w:r w:rsidR="74E91D53">
        <w:rPr/>
        <w:t xml:space="preserve"> </w:t>
      </w:r>
      <w:r w:rsidR="74E91D53">
        <w:rPr/>
        <w:t>en</w:t>
      </w:r>
      <w:r w:rsidR="74E91D53">
        <w:rPr/>
        <w:t xml:space="preserve"> </w:t>
      </w:r>
      <w:r w:rsidR="74E91D53">
        <w:rPr/>
        <w:t>nadere</w:t>
      </w:r>
      <w:r w:rsidR="74E91D53">
        <w:rPr/>
        <w:t xml:space="preserve"> </w:t>
      </w:r>
      <w:r w:rsidR="74E91D53">
        <w:rPr/>
        <w:t>onderbouwing</w:t>
      </w:r>
      <w:r w:rsidR="74E91D53">
        <w:rPr/>
        <w:t xml:space="preserve"> van het </w:t>
      </w:r>
      <w:r w:rsidR="74E91D53">
        <w:rPr/>
        <w:t>generiek</w:t>
      </w:r>
      <w:r w:rsidR="74E91D53">
        <w:rPr/>
        <w:t xml:space="preserve"> </w:t>
      </w:r>
      <w:r w:rsidR="74E91D53">
        <w:rPr/>
        <w:t>bezwaarschrift</w:t>
      </w:r>
      <w:r w:rsidR="74E91D53">
        <w:rPr/>
        <w:t xml:space="preserve"> </w:t>
      </w:r>
      <w:r w:rsidR="74E91D53">
        <w:rPr/>
        <w:t>dat</w:t>
      </w:r>
      <w:r w:rsidR="74E91D53">
        <w:rPr/>
        <w:t xml:space="preserve"> door </w:t>
      </w:r>
      <w:r w:rsidR="74E91D53">
        <w:rPr/>
        <w:t>ondergetekende</w:t>
      </w:r>
      <w:r w:rsidR="74E91D53">
        <w:rPr/>
        <w:t xml:space="preserve"> is </w:t>
      </w:r>
      <w:r w:rsidR="74E91D53">
        <w:rPr/>
        <w:t>ingediend</w:t>
      </w:r>
      <w:r w:rsidR="74E91D53">
        <w:rPr/>
        <w:t xml:space="preserve"> </w:t>
      </w:r>
      <w:r w:rsidR="74E91D53">
        <w:rPr/>
        <w:t>tegen</w:t>
      </w:r>
      <w:r w:rsidR="74E91D53">
        <w:rPr/>
        <w:t xml:space="preserve"> </w:t>
      </w:r>
      <w:r w:rsidR="74E91D53">
        <w:rPr/>
        <w:t>dezelfde</w:t>
      </w:r>
      <w:r w:rsidR="74E91D53">
        <w:rPr/>
        <w:t xml:space="preserve"> </w:t>
      </w:r>
      <w:r w:rsidR="74E91D53">
        <w:rPr/>
        <w:t>omgevingsvergunningsaanvraag</w:t>
      </w:r>
      <w:r w:rsidR="74E91D53">
        <w:rPr/>
        <w:t xml:space="preserve"> (OMV 2025025781). De </w:t>
      </w:r>
      <w:r w:rsidR="74E91D53">
        <w:rPr/>
        <w:t>formele</w:t>
      </w:r>
      <w:r w:rsidR="74E91D53">
        <w:rPr/>
        <w:t xml:space="preserve"> </w:t>
      </w:r>
      <w:r w:rsidR="74E91D53">
        <w:rPr/>
        <w:t>en</w:t>
      </w:r>
      <w:r w:rsidR="74E91D53">
        <w:rPr/>
        <w:t xml:space="preserve"> </w:t>
      </w:r>
      <w:r w:rsidR="74E91D53">
        <w:rPr/>
        <w:t>procedurele</w:t>
      </w:r>
      <w:r w:rsidR="74E91D53">
        <w:rPr/>
        <w:t xml:space="preserve"> </w:t>
      </w:r>
      <w:r w:rsidR="74E91D53">
        <w:rPr/>
        <w:t>bezwaren</w:t>
      </w:r>
      <w:r w:rsidR="74E91D53">
        <w:rPr/>
        <w:t xml:space="preserve"> die in het </w:t>
      </w:r>
      <w:r w:rsidR="74E91D53">
        <w:rPr/>
        <w:t>generiek</w:t>
      </w:r>
      <w:r w:rsidR="74E91D53">
        <w:rPr/>
        <w:t xml:space="preserve"> </w:t>
      </w:r>
      <w:r w:rsidR="74E91D53">
        <w:rPr/>
        <w:t>bezwaarschrift</w:t>
      </w:r>
      <w:r w:rsidR="74E91D53">
        <w:rPr/>
        <w:t xml:space="preserve"> </w:t>
      </w:r>
      <w:r w:rsidR="74E91D53">
        <w:rPr/>
        <w:t>zijn</w:t>
      </w:r>
      <w:r w:rsidR="74E91D53">
        <w:rPr/>
        <w:t xml:space="preserve"> </w:t>
      </w:r>
      <w:r w:rsidR="74E91D53">
        <w:rPr/>
        <w:t>uiteengezet</w:t>
      </w:r>
      <w:r w:rsidR="74E91D53">
        <w:rPr/>
        <w:t xml:space="preserve"> -- </w:t>
      </w:r>
      <w:r w:rsidR="74E91D53">
        <w:rPr/>
        <w:t>waaronder</w:t>
      </w:r>
      <w:r w:rsidR="74E91D53">
        <w:rPr/>
        <w:t xml:space="preserve"> de 510 Track Changes </w:t>
      </w:r>
      <w:r w:rsidR="74E91D53">
        <w:rPr/>
        <w:t>artefacten</w:t>
      </w:r>
      <w:r w:rsidR="74E91D53">
        <w:rPr/>
        <w:t xml:space="preserve">, de </w:t>
      </w:r>
      <w:r w:rsidR="74E91D53">
        <w:rPr/>
        <w:t>niet-bindende</w:t>
      </w:r>
      <w:r w:rsidR="74E91D53">
        <w:rPr/>
        <w:t xml:space="preserve"> </w:t>
      </w:r>
      <w:r w:rsidR="74E91D53">
        <w:rPr/>
        <w:t>milderende</w:t>
      </w:r>
      <w:r w:rsidR="74E91D53">
        <w:rPr/>
        <w:t xml:space="preserve"> </w:t>
      </w:r>
      <w:r w:rsidR="74E91D53">
        <w:rPr/>
        <w:t>maatregelen</w:t>
      </w:r>
      <w:r w:rsidR="74E91D53">
        <w:rPr/>
        <w:t xml:space="preserve"> in alle </w:t>
      </w:r>
      <w:r w:rsidR="74E91D53">
        <w:rPr/>
        <w:t>verschillende</w:t>
      </w:r>
      <w:r w:rsidR="74E91D53">
        <w:rPr/>
        <w:t xml:space="preserve"> </w:t>
      </w:r>
      <w:r w:rsidR="74E91D53">
        <w:rPr/>
        <w:t xml:space="preserve">disciplines, het </w:t>
      </w:r>
      <w:r w:rsidR="74E91D53">
        <w:rPr/>
        <w:t>ontbreken</w:t>
      </w:r>
      <w:r w:rsidR="74E91D53">
        <w:rPr/>
        <w:t xml:space="preserve"> van </w:t>
      </w:r>
      <w:r w:rsidR="74E91D53">
        <w:rPr/>
        <w:t>een</w:t>
      </w:r>
      <w:r w:rsidR="74E91D53">
        <w:rPr/>
        <w:t xml:space="preserve"> </w:t>
      </w:r>
      <w:r w:rsidR="74E91D53">
        <w:rPr/>
        <w:t>zelfstandig</w:t>
      </w:r>
      <w:r w:rsidR="74E91D53">
        <w:rPr/>
        <w:t xml:space="preserve"> </w:t>
      </w:r>
      <w:r w:rsidR="74E91D53">
        <w:rPr/>
        <w:t>alternatieven-onderzoek</w:t>
      </w:r>
      <w:r w:rsidR="74E91D53">
        <w:rPr/>
        <w:t xml:space="preserve"> op </w:t>
      </w:r>
      <w:r w:rsidR="74E91D53">
        <w:rPr/>
        <w:t>projectniveau</w:t>
      </w:r>
      <w:r w:rsidR="74E91D53">
        <w:rPr/>
        <w:t xml:space="preserve">, de </w:t>
      </w:r>
      <w:r w:rsidR="74E91D53">
        <w:rPr/>
        <w:t>saucissonnering</w:t>
      </w:r>
      <w:r w:rsidR="74E91D53">
        <w:rPr/>
        <w:t xml:space="preserve"> in 7 tot 8 </w:t>
      </w:r>
      <w:r w:rsidR="74E91D53">
        <w:rPr/>
        <w:t>deelvergunningen</w:t>
      </w:r>
      <w:r w:rsidR="74E91D53">
        <w:rPr/>
        <w:t xml:space="preserve">, </w:t>
      </w:r>
      <w:r w:rsidR="74E91D53">
        <w:rPr/>
        <w:t>en</w:t>
      </w:r>
      <w:r w:rsidR="74E91D53">
        <w:rPr/>
        <w:t xml:space="preserve"> de </w:t>
      </w:r>
      <w:r w:rsidR="74E91D53">
        <w:rPr/>
        <w:t>schending</w:t>
      </w:r>
      <w:r w:rsidR="74E91D53">
        <w:rPr/>
        <w:t xml:space="preserve"> van het </w:t>
      </w:r>
      <w:r w:rsidR="74E91D53">
        <w:rPr/>
        <w:t>Verdrag</w:t>
      </w:r>
      <w:r w:rsidR="74E91D53">
        <w:rPr/>
        <w:t xml:space="preserve"> van Aarhus -- </w:t>
      </w:r>
      <w:r w:rsidR="74E91D53">
        <w:rPr/>
        <w:t>worden</w:t>
      </w:r>
      <w:r w:rsidR="74E91D53">
        <w:rPr/>
        <w:t xml:space="preserve"> </w:t>
      </w:r>
      <w:r w:rsidR="74E91D53">
        <w:rPr/>
        <w:t>hierbij</w:t>
      </w:r>
      <w:r w:rsidR="74E91D53">
        <w:rPr/>
        <w:t xml:space="preserve"> </w:t>
      </w:r>
      <w:r w:rsidR="74E91D53">
        <w:rPr/>
        <w:t>integraal</w:t>
      </w:r>
      <w:r w:rsidR="74E91D53">
        <w:rPr/>
        <w:t xml:space="preserve"> </w:t>
      </w:r>
      <w:r w:rsidR="74E91D53">
        <w:rPr/>
        <w:t>herhaald</w:t>
      </w:r>
      <w:r w:rsidR="74E91D53">
        <w:rPr/>
        <w:t xml:space="preserve"> </w:t>
      </w:r>
      <w:r w:rsidR="74E91D53">
        <w:rPr/>
        <w:t>en</w:t>
      </w:r>
      <w:r w:rsidR="74E91D53">
        <w:rPr/>
        <w:t xml:space="preserve"> </w:t>
      </w:r>
      <w:r w:rsidR="74E91D53">
        <w:rPr/>
        <w:t>als</w:t>
      </w:r>
      <w:r w:rsidR="74E91D53">
        <w:rPr/>
        <w:t xml:space="preserve"> </w:t>
      </w:r>
      <w:r w:rsidR="74E91D53">
        <w:rPr/>
        <w:t>herhaald</w:t>
      </w:r>
      <w:r w:rsidR="74E91D53">
        <w:rPr/>
        <w:t xml:space="preserve"> </w:t>
      </w:r>
      <w:r w:rsidR="74E91D53">
        <w:rPr/>
        <w:t>en</w:t>
      </w:r>
      <w:r w:rsidR="74E91D53">
        <w:rPr/>
        <w:t xml:space="preserve"> </w:t>
      </w:r>
      <w:r w:rsidR="74E91D53">
        <w:rPr/>
        <w:t>ingelast</w:t>
      </w:r>
      <w:r w:rsidR="74E91D53">
        <w:rPr/>
        <w:t xml:space="preserve"> </w:t>
      </w:r>
      <w:r w:rsidR="74E91D53">
        <w:rPr/>
        <w:t>beschouwd</w:t>
      </w:r>
      <w:r w:rsidR="74E91D53">
        <w:rPr/>
        <w:t>.</w:t>
      </w:r>
    </w:p>
    <w:p xmlns:wp14="http://schemas.microsoft.com/office/word/2010/wordml" w14:paraId="53E59154" wp14:textId="77777777">
      <w:r w:rsidR="4E655057">
        <w:rPr/>
        <w:t xml:space="preserve">Het </w:t>
      </w:r>
      <w:r w:rsidR="4E655057">
        <w:rPr/>
        <w:t>onderhavige</w:t>
      </w:r>
      <w:r w:rsidR="4E655057">
        <w:rPr/>
        <w:t xml:space="preserve"> </w:t>
      </w:r>
      <w:r w:rsidR="4E655057">
        <w:rPr/>
        <w:t>thematische</w:t>
      </w:r>
      <w:r w:rsidR="4E655057">
        <w:rPr/>
        <w:t xml:space="preserve"> </w:t>
      </w:r>
      <w:r w:rsidR="4E655057">
        <w:rPr/>
        <w:t>bezwaarschrift</w:t>
      </w:r>
      <w:r w:rsidR="4E655057">
        <w:rPr/>
        <w:t xml:space="preserve"> </w:t>
      </w:r>
      <w:r w:rsidR="4E655057">
        <w:rPr/>
        <w:t>concentreert</w:t>
      </w:r>
      <w:r w:rsidR="4E655057">
        <w:rPr/>
        <w:t xml:space="preserve"> </w:t>
      </w:r>
      <w:r w:rsidR="4E655057">
        <w:rPr/>
        <w:t>zich</w:t>
      </w:r>
      <w:r w:rsidR="4E655057">
        <w:rPr/>
        <w:t xml:space="preserve"> op de discipline </w:t>
      </w:r>
      <w:r w:rsidRPr="4E655057" w:rsidR="4E655057">
        <w:rPr>
          <w:b w:val="1"/>
          <w:bCs w:val="1"/>
        </w:rPr>
        <w:t>biodiversiteit</w:t>
      </w:r>
      <w:r w:rsidRPr="4E655057" w:rsidR="4E655057">
        <w:rPr>
          <w:b w:val="1"/>
          <w:bCs w:val="1"/>
        </w:rPr>
        <w:t>, Natura 2000, VEN-</w:t>
      </w:r>
      <w:r w:rsidRPr="4E655057" w:rsidR="4E655057">
        <w:rPr>
          <w:b w:val="1"/>
          <w:bCs w:val="1"/>
        </w:rPr>
        <w:t>gebieden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soortenbescherming</w:t>
      </w:r>
      <w:r w:rsidR="4E655057">
        <w:rPr/>
        <w:t xml:space="preserve">. </w:t>
      </w:r>
      <w:r w:rsidR="4E655057">
        <w:rPr/>
        <w:t>Waar</w:t>
      </w:r>
      <w:r w:rsidR="4E655057">
        <w:rPr/>
        <w:t xml:space="preserve"> relevant </w:t>
      </w:r>
      <w:r w:rsidR="4E655057">
        <w:rPr/>
        <w:t>wordt</w:t>
      </w:r>
      <w:r w:rsidR="4E655057">
        <w:rPr/>
        <w:t xml:space="preserve"> </w:t>
      </w:r>
      <w:r w:rsidR="4E655057">
        <w:rPr/>
        <w:t>verwezen</w:t>
      </w:r>
      <w:r w:rsidR="4E655057">
        <w:rPr/>
        <w:t xml:space="preserve"> </w:t>
      </w:r>
      <w:r w:rsidR="4E655057">
        <w:rPr/>
        <w:t>naar</w:t>
      </w:r>
      <w:r w:rsidR="4E655057">
        <w:rPr/>
        <w:t xml:space="preserve"> het </w:t>
      </w:r>
      <w:r w:rsidR="4E655057">
        <w:rPr/>
        <w:t>generiek</w:t>
      </w:r>
      <w:r w:rsidR="4E655057">
        <w:rPr/>
        <w:t xml:space="preserve"> </w:t>
      </w:r>
      <w:r w:rsidR="4E655057">
        <w:rPr/>
        <w:t>bezwaarschrift</w:t>
      </w:r>
      <w:r w:rsidR="4E655057">
        <w:rPr/>
        <w:t xml:space="preserve"> (</w:t>
      </w:r>
      <w:r w:rsidR="4E655057">
        <w:rPr/>
        <w:t>hierna</w:t>
      </w:r>
      <w:r w:rsidR="4E655057">
        <w:rPr/>
        <w:t>: "</w:t>
      </w:r>
      <w:r w:rsidR="4E655057">
        <w:rPr/>
        <w:t>generiek</w:t>
      </w:r>
      <w:r w:rsidR="4E655057">
        <w:rPr/>
        <w:t xml:space="preserve"> </w:t>
      </w:r>
      <w:r w:rsidR="4E655057">
        <w:rPr/>
        <w:t>bezwaar</w:t>
      </w:r>
      <w:r w:rsidR="4E655057">
        <w:rPr/>
        <w:t>").</w:t>
      </w:r>
    </w:p>
    <w:p xmlns:wp14="http://schemas.microsoft.com/office/word/2010/wordml" w:rsidP="4E655057" w14:paraId="5DAB6C7B" wp14:textId="77777777">
      <w:pPr>
        <w:pBdr>
          <w:bottom w:val="single" w:color="CCCCCC" w:sz="6" w:space="1"/>
        </w:pBdr>
        <w:spacing w:before="240" w:after="240"/>
        <w:pBdr>
          <w:bottom w:val="single" w:color="CCCCCC" w:sz="6" w:space="1"/>
        </w:pBdr>
      </w:pPr>
    </w:p>
    <w:p xmlns:wp14="http://schemas.microsoft.com/office/word/2010/wordml" w14:paraId="78A37311" wp14:textId="77777777">
      <w:pPr>
        <w:pStyle w:val="Heading2"/>
      </w:pPr>
      <w:r>
        <w:t>1. PASSENDE BEOORDELING IS FORMEEL ONGELDIG</w:t>
      </w:r>
    </w:p>
    <w:p xmlns:wp14="http://schemas.microsoft.com/office/word/2010/wordml" w14:paraId="28E12F8C" wp14:textId="77777777">
      <w:pPr>
        <w:pStyle w:val="Heading3"/>
      </w:pPr>
      <w:r w:rsidR="4E655057">
        <w:rPr/>
        <w:t xml:space="preserve">1.1 Kapotte </w:t>
      </w:r>
      <w:r w:rsidR="4E655057">
        <w:rPr/>
        <w:t>verwijzing</w:t>
      </w:r>
      <w:r w:rsidR="4E655057">
        <w:rPr/>
        <w:t xml:space="preserve"> in de Natura 2000-conclusie</w:t>
      </w:r>
    </w:p>
    <w:p xmlns:wp14="http://schemas.microsoft.com/office/word/2010/wordml" w14:paraId="174CB499" wp14:textId="77777777">
      <w:r w:rsidR="4E655057">
        <w:rPr/>
        <w:t xml:space="preserve">De </w:t>
      </w:r>
      <w:r w:rsidR="4E655057">
        <w:rPr/>
        <w:t>cruciale</w:t>
      </w:r>
      <w:r w:rsidR="4E655057">
        <w:rPr/>
        <w:t xml:space="preserve"> </w:t>
      </w:r>
      <w:r w:rsidR="4E655057">
        <w:rPr/>
        <w:t>conclusie</w:t>
      </w:r>
      <w:r w:rsidR="4E655057">
        <w:rPr/>
        <w:t xml:space="preserve"> van de </w:t>
      </w:r>
      <w:r w:rsidR="4E655057">
        <w:rPr/>
        <w:t>Passende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 in </w:t>
      </w:r>
      <w:r w:rsidR="4E655057">
        <w:rPr/>
        <w:t>Hoofdstuk</w:t>
      </w:r>
      <w:r w:rsidR="4E655057">
        <w:rPr/>
        <w:t xml:space="preserve"> 10 </w:t>
      </w:r>
      <w:r w:rsidR="4E655057">
        <w:rPr/>
        <w:t>Biodiversiteit</w:t>
      </w:r>
      <w:r w:rsidR="4E655057">
        <w:rPr/>
        <w:t xml:space="preserve"> van het project-MER (p. 10-246) </w:t>
      </w:r>
      <w:r w:rsidR="4E655057">
        <w:rPr/>
        <w:t>luidt</w:t>
      </w:r>
      <w:r w:rsidR="4E655057">
        <w:rPr/>
        <w:t>:</w:t>
      </w:r>
    </w:p>
    <w:p xmlns:wp14="http://schemas.microsoft.com/office/word/2010/wordml" w:rsidP="4E655057" w14:paraId="5F5F31A5" wp14:textId="77777777">
      <w:pPr>
        <w:pBdr>
          <w:left w:val="single" w:color="999999" w:sz="12" w:space="8"/>
        </w:pBdr>
        <w:spacing w:before="120" w:after="120"/>
        <w:ind w:left="850"/>
        <w:pBdr>
          <w:left w:val="single" w:color="999999" w:sz="12" w:space="8"/>
        </w:pBdr>
      </w:pPr>
      <w:r w:rsidRPr="4E655057" w:rsidR="4E655057">
        <w:rPr>
          <w:i w:val="1"/>
          <w:iCs w:val="1"/>
          <w:color w:val="444444"/>
        </w:rPr>
        <w:t>"</w:t>
      </w:r>
      <w:r w:rsidRPr="4E655057" w:rsidR="4E655057">
        <w:rPr>
          <w:i w:val="1"/>
          <w:iCs w:val="1"/>
          <w:color w:val="444444"/>
        </w:rPr>
        <w:t>Indien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voldaan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wordt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aan</w:t>
      </w:r>
      <w:r w:rsidRPr="4E655057" w:rsidR="4E655057">
        <w:rPr>
          <w:i w:val="1"/>
          <w:iCs w:val="1"/>
          <w:color w:val="444444"/>
        </w:rPr>
        <w:t xml:space="preserve"> de </w:t>
      </w:r>
      <w:r w:rsidRPr="4E655057" w:rsidR="4E655057">
        <w:rPr>
          <w:i w:val="1"/>
          <w:iCs w:val="1"/>
          <w:color w:val="444444"/>
        </w:rPr>
        <w:t>milderende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maatregelen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zoals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opgesomd</w:t>
      </w:r>
      <w:r w:rsidRPr="4E655057" w:rsidR="4E655057">
        <w:rPr>
          <w:i w:val="1"/>
          <w:iCs w:val="1"/>
          <w:color w:val="444444"/>
        </w:rPr>
        <w:t xml:space="preserve"> in [Fout! </w:t>
      </w:r>
      <w:r w:rsidRPr="4E655057" w:rsidR="4E655057">
        <w:rPr>
          <w:i w:val="1"/>
          <w:iCs w:val="1"/>
          <w:color w:val="444444"/>
        </w:rPr>
        <w:t>Verwijzingsbron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niet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gevonden</w:t>
      </w:r>
      <w:r w:rsidRPr="4E655057" w:rsidR="4E655057">
        <w:rPr>
          <w:i w:val="1"/>
          <w:iCs w:val="1"/>
          <w:color w:val="444444"/>
        </w:rPr>
        <w:t xml:space="preserve">.] </w:t>
      </w:r>
      <w:r w:rsidRPr="4E655057" w:rsidR="4E655057">
        <w:rPr>
          <w:i w:val="1"/>
          <w:iCs w:val="1"/>
          <w:color w:val="444444"/>
        </w:rPr>
        <w:t>worden</w:t>
      </w:r>
      <w:r w:rsidRPr="4E655057" w:rsidR="4E655057">
        <w:rPr>
          <w:i w:val="1"/>
          <w:iCs w:val="1"/>
          <w:color w:val="444444"/>
        </w:rPr>
        <w:t xml:space="preserve"> er </w:t>
      </w:r>
      <w:r w:rsidRPr="4E655057" w:rsidR="4E655057">
        <w:rPr>
          <w:i w:val="1"/>
          <w:iCs w:val="1"/>
          <w:color w:val="444444"/>
        </w:rPr>
        <w:t>geen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betekenisvol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negatieve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effecten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verwacht</w:t>
      </w:r>
      <w:r w:rsidRPr="4E655057" w:rsidR="4E655057">
        <w:rPr>
          <w:i w:val="1"/>
          <w:iCs w:val="1"/>
          <w:color w:val="444444"/>
        </w:rPr>
        <w:t xml:space="preserve"> ten </w:t>
      </w:r>
      <w:r w:rsidRPr="4E655057" w:rsidR="4E655057">
        <w:rPr>
          <w:i w:val="1"/>
          <w:iCs w:val="1"/>
          <w:color w:val="444444"/>
        </w:rPr>
        <w:t>aanzien</w:t>
      </w:r>
      <w:r w:rsidRPr="4E655057" w:rsidR="4E655057">
        <w:rPr>
          <w:i w:val="1"/>
          <w:iCs w:val="1"/>
          <w:color w:val="444444"/>
        </w:rPr>
        <w:t xml:space="preserve"> van Natura 2000-gebieden"</w:t>
      </w:r>
    </w:p>
    <w:p xmlns:wp14="http://schemas.microsoft.com/office/word/2010/wordml" w14:paraId="362E8BF7" wp14:textId="77777777">
      <w:r w:rsidR="4E655057">
        <w:rPr/>
        <w:t xml:space="preserve">De </w:t>
      </w:r>
      <w:r w:rsidR="4E655057">
        <w:rPr/>
        <w:t>kernconclussie</w:t>
      </w:r>
      <w:r w:rsidR="4E655057">
        <w:rPr/>
        <w:t xml:space="preserve"> van de </w:t>
      </w:r>
      <w:r w:rsidR="4E655057">
        <w:rPr/>
        <w:t>passende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 -- het document </w:t>
      </w:r>
      <w:r w:rsidR="4E655057">
        <w:rPr/>
        <w:t>dat</w:t>
      </w:r>
      <w:r w:rsidR="4E655057">
        <w:rPr/>
        <w:t xml:space="preserve"> </w:t>
      </w:r>
      <w:r w:rsidR="4E655057">
        <w:rPr/>
        <w:t>volgens</w:t>
      </w:r>
      <w:r w:rsidR="4E655057">
        <w:rPr/>
        <w:t xml:space="preserve"> </w:t>
      </w:r>
      <w:r w:rsidR="4E655057">
        <w:rPr/>
        <w:t>artikel</w:t>
      </w:r>
      <w:r w:rsidR="4E655057">
        <w:rPr/>
        <w:t xml:space="preserve"> 6 lid 3 van de </w:t>
      </w:r>
      <w:r w:rsidR="4E655057">
        <w:rPr/>
        <w:t>Habitatrichtlijn</w:t>
      </w:r>
      <w:r w:rsidR="4E655057">
        <w:rPr/>
        <w:t xml:space="preserve"> (92/43/EEG) de </w:t>
      </w:r>
      <w:r w:rsidR="4E655057">
        <w:rPr/>
        <w:t>zekerheid</w:t>
      </w:r>
      <w:r w:rsidR="4E655057">
        <w:rPr/>
        <w:t xml:space="preserve"> </w:t>
      </w:r>
      <w:r w:rsidR="4E655057">
        <w:rPr/>
        <w:t>moet</w:t>
      </w:r>
      <w:r w:rsidR="4E655057">
        <w:rPr/>
        <w:t xml:space="preserve"> </w:t>
      </w:r>
      <w:r w:rsidR="4E655057">
        <w:rPr/>
        <w:t>bieden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het project de </w:t>
      </w:r>
      <w:r w:rsidR="4E655057">
        <w:rPr/>
        <w:t>natuurlijke</w:t>
      </w:r>
      <w:r w:rsidR="4E655057">
        <w:rPr/>
        <w:t xml:space="preserve"> </w:t>
      </w:r>
      <w:r w:rsidR="4E655057">
        <w:rPr/>
        <w:t>kenmerken</w:t>
      </w:r>
      <w:r w:rsidR="4E655057">
        <w:rPr/>
        <w:t xml:space="preserve"> van </w:t>
      </w:r>
      <w:r w:rsidR="4E655057">
        <w:rPr/>
        <w:t>een</w:t>
      </w:r>
      <w:r w:rsidR="4E655057">
        <w:rPr/>
        <w:t xml:space="preserve"> Natura 2000-gebied </w:t>
      </w:r>
      <w:r w:rsidR="4E655057">
        <w:rPr/>
        <w:t>niet</w:t>
      </w:r>
      <w:r w:rsidR="4E655057">
        <w:rPr/>
        <w:t xml:space="preserve"> </w:t>
      </w:r>
      <w:r w:rsidR="4E655057">
        <w:rPr/>
        <w:t>zal</w:t>
      </w:r>
      <w:r w:rsidR="4E655057">
        <w:rPr/>
        <w:t xml:space="preserve"> </w:t>
      </w:r>
      <w:r w:rsidR="4E655057">
        <w:rPr/>
        <w:t>aantasten</w:t>
      </w:r>
      <w:r w:rsidR="4E655057">
        <w:rPr/>
        <w:t xml:space="preserve"> -- </w:t>
      </w:r>
      <w:r w:rsidR="4E655057">
        <w:rPr/>
        <w:t>verwijst</w:t>
      </w:r>
      <w:r w:rsidR="4E655057">
        <w:rPr/>
        <w:t xml:space="preserve"> </w:t>
      </w:r>
      <w:r w:rsidR="4E655057">
        <w:rPr/>
        <w:t>naar</w:t>
      </w:r>
      <w:r w:rsidR="4E655057">
        <w:rPr/>
        <w:t xml:space="preserve"> </w:t>
      </w:r>
      <w:r w:rsidR="4E655057">
        <w:rPr/>
        <w:t>milderende</w:t>
      </w:r>
      <w:r w:rsidR="4E655057">
        <w:rPr/>
        <w:t xml:space="preserve"> </w:t>
      </w:r>
      <w:r w:rsidR="4E655057">
        <w:rPr/>
        <w:t>maatregelen</w:t>
      </w:r>
      <w:r w:rsidR="4E655057">
        <w:rPr/>
        <w:t xml:space="preserve"> via </w:t>
      </w:r>
      <w:r w:rsidR="4E655057">
        <w:rPr/>
        <w:t>een</w:t>
      </w:r>
      <w:r w:rsidR="4E655057">
        <w:rPr/>
        <w:t xml:space="preserve"> </w:t>
      </w:r>
      <w:r w:rsidRPr="4E655057" w:rsidR="4E655057">
        <w:rPr>
          <w:b w:val="1"/>
          <w:bCs w:val="1"/>
        </w:rPr>
        <w:t>kapotte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documentverwijzing</w:t>
      </w:r>
      <w:r w:rsidR="4E655057">
        <w:rPr/>
        <w:t xml:space="preserve">. Het is </w:t>
      </w:r>
      <w:r w:rsidR="4E655057">
        <w:rPr/>
        <w:t>hierdoor</w:t>
      </w:r>
      <w:r w:rsidR="4E655057">
        <w:rPr/>
        <w:t xml:space="preserve"> </w:t>
      </w:r>
      <w:r w:rsidR="4E655057">
        <w:rPr/>
        <w:t>onmogelijk</w:t>
      </w:r>
      <w:r w:rsidR="4E655057">
        <w:rPr/>
        <w:t xml:space="preserve"> om </w:t>
      </w:r>
      <w:r w:rsidR="4E655057">
        <w:rPr/>
        <w:t>te</w:t>
      </w:r>
      <w:r w:rsidR="4E655057">
        <w:rPr/>
        <w:t xml:space="preserve"> </w:t>
      </w:r>
      <w:r w:rsidR="4E655057">
        <w:rPr/>
        <w:t>verifieren</w:t>
      </w:r>
      <w:r w:rsidR="4E655057">
        <w:rPr/>
        <w:t xml:space="preserve"> </w:t>
      </w:r>
      <w:r w:rsidR="4E655057">
        <w:rPr/>
        <w:t>welke</w:t>
      </w:r>
      <w:r w:rsidR="4E655057">
        <w:rPr/>
        <w:t xml:space="preserve"> </w:t>
      </w:r>
      <w:r w:rsidR="4E655057">
        <w:rPr/>
        <w:t>milderende</w:t>
      </w:r>
      <w:r w:rsidR="4E655057">
        <w:rPr/>
        <w:t xml:space="preserve"> </w:t>
      </w:r>
      <w:r w:rsidR="4E655057">
        <w:rPr/>
        <w:t>maatregelen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bedoeld</w:t>
      </w:r>
      <w:r w:rsidR="4E655057">
        <w:rPr/>
        <w:t xml:space="preserve">, of </w:t>
      </w:r>
      <w:r w:rsidR="4E655057">
        <w:rPr/>
        <w:t>deze</w:t>
      </w:r>
      <w:r w:rsidR="4E655057">
        <w:rPr/>
        <w:t xml:space="preserve"> </w:t>
      </w:r>
      <w:r w:rsidR="4E655057">
        <w:rPr/>
        <w:t>maatregelen</w:t>
      </w:r>
      <w:r w:rsidR="4E655057">
        <w:rPr/>
        <w:t xml:space="preserve"> </w:t>
      </w:r>
      <w:r w:rsidR="4E655057">
        <w:rPr/>
        <w:t>toereikend</w:t>
      </w:r>
      <w:r w:rsidR="4E655057">
        <w:rPr/>
        <w:t xml:space="preserve"> </w:t>
      </w:r>
      <w:r w:rsidR="4E655057">
        <w:rPr/>
        <w:t>zijn</w:t>
      </w:r>
      <w:r w:rsidR="4E655057">
        <w:rPr/>
        <w:t xml:space="preserve">, </w:t>
      </w:r>
      <w:r w:rsidR="4E655057">
        <w:rPr/>
        <w:t>en</w:t>
      </w:r>
      <w:r w:rsidR="4E655057">
        <w:rPr/>
        <w:t xml:space="preserve"> of </w:t>
      </w:r>
      <w:r w:rsidR="4E655057">
        <w:rPr/>
        <w:t>zij</w:t>
      </w:r>
      <w:r w:rsidR="4E655057">
        <w:rPr/>
        <w:t xml:space="preserve"> </w:t>
      </w:r>
      <w:r w:rsidR="4E655057">
        <w:rPr/>
        <w:t>juridisch</w:t>
      </w:r>
      <w:r w:rsidR="4E655057">
        <w:rPr/>
        <w:t xml:space="preserve"> </w:t>
      </w:r>
      <w:r w:rsidR="4E655057">
        <w:rPr/>
        <w:t>afdwingbaar</w:t>
      </w:r>
      <w:r w:rsidR="4E655057">
        <w:rPr/>
        <w:t xml:space="preserve"> </w:t>
      </w:r>
      <w:r w:rsidR="4E655057">
        <w:rPr/>
        <w:t>zijn</w:t>
      </w:r>
      <w:r w:rsidR="4E655057">
        <w:rPr/>
        <w:t>.</w:t>
      </w:r>
    </w:p>
    <w:p xmlns:wp14="http://schemas.microsoft.com/office/word/2010/wordml" w14:paraId="565BFB7F" wp14:textId="77777777">
      <w:r w:rsidR="4E655057">
        <w:rPr/>
        <w:t xml:space="preserve">Dit </w:t>
      </w:r>
      <w:r w:rsidR="4E655057">
        <w:rPr/>
        <w:t>formele</w:t>
      </w:r>
      <w:r w:rsidR="4E655057">
        <w:rPr/>
        <w:t xml:space="preserve"> </w:t>
      </w:r>
      <w:r w:rsidR="4E655057">
        <w:rPr/>
        <w:t>gebrek</w:t>
      </w:r>
      <w:r w:rsidR="4E655057">
        <w:rPr/>
        <w:t xml:space="preserve"> </w:t>
      </w:r>
      <w:r w:rsidR="4E655057">
        <w:rPr/>
        <w:t>heeft</w:t>
      </w:r>
      <w:r w:rsidR="4E655057">
        <w:rPr/>
        <w:t xml:space="preserve"> </w:t>
      </w:r>
      <w:r w:rsidR="4E655057">
        <w:rPr/>
        <w:t>verstrekkende</w:t>
      </w:r>
      <w:r w:rsidR="4E655057">
        <w:rPr/>
        <w:t xml:space="preserve"> </w:t>
      </w:r>
      <w:r w:rsidR="4E655057">
        <w:rPr/>
        <w:t>consequenties</w:t>
      </w:r>
      <w:r w:rsidR="4E655057">
        <w:rPr/>
        <w:t>:</w:t>
      </w:r>
    </w:p>
    <w:p xmlns:wp14="http://schemas.microsoft.com/office/word/2010/wordml" w14:paraId="406DE07F" wp14:textId="77777777">
      <w:r w:rsidRPr="4E655057" w:rsidR="4E655057">
        <w:rPr>
          <w:b w:val="1"/>
          <w:bCs w:val="1"/>
        </w:rPr>
        <w:t>(a)</w:t>
      </w:r>
      <w:r w:rsidR="4E655057">
        <w:rPr/>
        <w:t xml:space="preserve"> De </w:t>
      </w:r>
      <w:r w:rsidR="4E655057">
        <w:rPr/>
        <w:t>vergunningverlenende</w:t>
      </w:r>
      <w:r w:rsidR="4E655057">
        <w:rPr/>
        <w:t xml:space="preserve"> </w:t>
      </w:r>
      <w:r w:rsidR="4E655057">
        <w:rPr/>
        <w:t>overheid</w:t>
      </w:r>
      <w:r w:rsidR="4E655057">
        <w:rPr/>
        <w:t xml:space="preserve"> </w:t>
      </w:r>
      <w:r w:rsidR="4E655057">
        <w:rPr/>
        <w:t>kan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nagaan</w:t>
      </w:r>
      <w:r w:rsidR="4E655057">
        <w:rPr/>
        <w:t xml:space="preserve"> op </w:t>
      </w:r>
      <w:r w:rsidR="4E655057">
        <w:rPr/>
        <w:t>welke</w:t>
      </w:r>
      <w:r w:rsidR="4E655057">
        <w:rPr/>
        <w:t xml:space="preserve"> </w:t>
      </w:r>
      <w:r w:rsidR="4E655057">
        <w:rPr/>
        <w:t>maatregelen</w:t>
      </w:r>
      <w:r w:rsidR="4E655057">
        <w:rPr/>
        <w:t xml:space="preserve"> de </w:t>
      </w:r>
      <w:r w:rsidR="4E655057">
        <w:rPr/>
        <w:t>conclusie</w:t>
      </w:r>
      <w:r w:rsidR="4E655057">
        <w:rPr/>
        <w:t xml:space="preserve"> van </w:t>
      </w:r>
      <w:r w:rsidR="4E655057">
        <w:rPr/>
        <w:t>geen</w:t>
      </w:r>
      <w:r w:rsidR="4E655057">
        <w:rPr/>
        <w:t xml:space="preserve"> </w:t>
      </w:r>
      <w:r w:rsidR="4E655057">
        <w:rPr/>
        <w:t>significante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 </w:t>
      </w:r>
      <w:r w:rsidR="4E655057">
        <w:rPr/>
        <w:t>steunt</w:t>
      </w:r>
      <w:r w:rsidR="4E655057">
        <w:rPr/>
        <w:t xml:space="preserve">, </w:t>
      </w:r>
      <w:r w:rsidR="4E655057">
        <w:rPr/>
        <w:t>en</w:t>
      </w:r>
      <w:r w:rsidR="4E655057">
        <w:rPr/>
        <w:t xml:space="preserve"> </w:t>
      </w:r>
      <w:r w:rsidR="4E655057">
        <w:rPr/>
        <w:t>kan</w:t>
      </w:r>
      <w:r w:rsidR="4E655057">
        <w:rPr/>
        <w:t xml:space="preserve"> </w:t>
      </w:r>
      <w:r w:rsidR="4E655057">
        <w:rPr/>
        <w:t>bijgevolg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voldoen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</w:t>
      </w:r>
      <w:r w:rsidR="4E655057">
        <w:rPr/>
        <w:t>haar</w:t>
      </w:r>
      <w:r w:rsidR="4E655057">
        <w:rPr/>
        <w:t xml:space="preserve"> </w:t>
      </w:r>
      <w:r w:rsidR="4E655057">
        <w:rPr/>
        <w:t>motiveringsplicht</w:t>
      </w:r>
      <w:r w:rsidR="4E655057">
        <w:rPr/>
        <w:t>.</w:t>
      </w:r>
    </w:p>
    <w:p xmlns:wp14="http://schemas.microsoft.com/office/word/2010/wordml" w14:paraId="3A38DD19" wp14:textId="77777777">
      <w:r w:rsidRPr="4E655057" w:rsidR="4E655057">
        <w:rPr>
          <w:b w:val="1"/>
          <w:bCs w:val="1"/>
        </w:rPr>
        <w:t>(b)</w:t>
      </w:r>
      <w:r w:rsidR="4E655057">
        <w:rPr/>
        <w:t xml:space="preserve"> Het </w:t>
      </w:r>
      <w:r w:rsidR="4E655057">
        <w:rPr/>
        <w:t>publiek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de </w:t>
      </w:r>
      <w:r w:rsidR="4E655057">
        <w:rPr/>
        <w:t>betrokken</w:t>
      </w:r>
      <w:r w:rsidR="4E655057">
        <w:rPr/>
        <w:t xml:space="preserve"> </w:t>
      </w:r>
      <w:r w:rsidR="4E655057">
        <w:rPr/>
        <w:t>gemeenten</w:t>
      </w:r>
      <w:r w:rsidR="4E655057">
        <w:rPr/>
        <w:t xml:space="preserve"> </w:t>
      </w:r>
      <w:r w:rsidR="4E655057">
        <w:rPr/>
        <w:t>kunnen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verifieren</w:t>
      </w:r>
      <w:r w:rsidR="4E655057">
        <w:rPr/>
        <w:t xml:space="preserve"> of de </w:t>
      </w:r>
      <w:r w:rsidR="4E655057">
        <w:rPr/>
        <w:t>milderende</w:t>
      </w:r>
      <w:r w:rsidR="4E655057">
        <w:rPr/>
        <w:t xml:space="preserve"> </w:t>
      </w:r>
      <w:r w:rsidR="4E655057">
        <w:rPr/>
        <w:t>maatregelen</w:t>
      </w:r>
      <w:r w:rsidR="4E655057">
        <w:rPr/>
        <w:t xml:space="preserve"> </w:t>
      </w:r>
      <w:r w:rsidR="4E655057">
        <w:rPr/>
        <w:t>waarop</w:t>
      </w:r>
      <w:r w:rsidR="4E655057">
        <w:rPr/>
        <w:t xml:space="preserve"> de </w:t>
      </w:r>
      <w:r w:rsidR="4E655057">
        <w:rPr/>
        <w:t>conclusie</w:t>
      </w:r>
      <w:r w:rsidR="4E655057">
        <w:rPr/>
        <w:t xml:space="preserve"> </w:t>
      </w:r>
      <w:r w:rsidR="4E655057">
        <w:rPr/>
        <w:t>steunt</w:t>
      </w:r>
      <w:r w:rsidR="4E655057">
        <w:rPr/>
        <w:t xml:space="preserve">, </w:t>
      </w:r>
      <w:r w:rsidR="4E655057">
        <w:rPr/>
        <w:t>daadwerkelijk</w:t>
      </w:r>
      <w:r w:rsidR="4E655057">
        <w:rPr/>
        <w:t xml:space="preserve"> </w:t>
      </w:r>
      <w:r w:rsidR="4E655057">
        <w:rPr/>
        <w:t>volstaan</w:t>
      </w:r>
      <w:r w:rsidR="4E655057">
        <w:rPr/>
        <w:t xml:space="preserve"> om </w:t>
      </w:r>
      <w:r w:rsidR="4E655057">
        <w:rPr/>
        <w:t>significante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 </w:t>
      </w:r>
      <w:r w:rsidR="4E655057">
        <w:rPr/>
        <w:t>te</w:t>
      </w:r>
      <w:r w:rsidR="4E655057">
        <w:rPr/>
        <w:t xml:space="preserve"> </w:t>
      </w:r>
      <w:r w:rsidR="4E655057">
        <w:rPr/>
        <w:t>voorkomen</w:t>
      </w:r>
      <w:r w:rsidR="4E655057">
        <w:rPr/>
        <w:t xml:space="preserve">. Dit </w:t>
      </w:r>
      <w:r w:rsidR="4E655057">
        <w:rPr/>
        <w:t>schendt</w:t>
      </w:r>
      <w:r w:rsidR="4E655057">
        <w:rPr/>
        <w:t xml:space="preserve"> het </w:t>
      </w:r>
      <w:r w:rsidR="4E655057">
        <w:rPr/>
        <w:t>recht</w:t>
      </w:r>
      <w:r w:rsidR="4E655057">
        <w:rPr/>
        <w:t xml:space="preserve"> op </w:t>
      </w:r>
      <w:r w:rsidR="4E655057">
        <w:rPr/>
        <w:t>toegang</w:t>
      </w:r>
      <w:r w:rsidR="4E655057">
        <w:rPr/>
        <w:t xml:space="preserve"> tot milieu-</w:t>
      </w:r>
      <w:r w:rsidR="4E655057">
        <w:rPr/>
        <w:t>informatie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het </w:t>
      </w:r>
      <w:r w:rsidR="4E655057">
        <w:rPr/>
        <w:t>recht</w:t>
      </w:r>
      <w:r w:rsidR="4E655057">
        <w:rPr/>
        <w:t xml:space="preserve"> op </w:t>
      </w:r>
      <w:r w:rsidR="4E655057">
        <w:rPr/>
        <w:t>effectieve</w:t>
      </w:r>
      <w:r w:rsidR="4E655057">
        <w:rPr/>
        <w:t xml:space="preserve"> </w:t>
      </w:r>
      <w:r w:rsidR="4E655057">
        <w:rPr/>
        <w:t>inspraak</w:t>
      </w:r>
      <w:r w:rsidR="4E655057">
        <w:rPr/>
        <w:t xml:space="preserve"> (art. 6 </w:t>
      </w:r>
      <w:r w:rsidR="4E655057">
        <w:rPr/>
        <w:t>Verdrag</w:t>
      </w:r>
      <w:r w:rsidR="4E655057">
        <w:rPr/>
        <w:t xml:space="preserve"> van Aarhus).</w:t>
      </w:r>
    </w:p>
    <w:p xmlns:wp14="http://schemas.microsoft.com/office/word/2010/wordml" w14:paraId="476CBE3E" wp14:textId="77777777">
      <w:r w:rsidRPr="4E655057" w:rsidR="4E655057">
        <w:rPr>
          <w:b w:val="1"/>
          <w:bCs w:val="1"/>
        </w:rPr>
        <w:t>(c)</w:t>
      </w:r>
      <w:r w:rsidR="4E655057">
        <w:rPr/>
        <w:t xml:space="preserve"> De </w:t>
      </w:r>
      <w:r w:rsidR="4E655057">
        <w:rPr/>
        <w:t>rechterlijke</w:t>
      </w:r>
      <w:r w:rsidR="4E655057">
        <w:rPr/>
        <w:t xml:space="preserve"> </w:t>
      </w:r>
      <w:r w:rsidR="4E655057">
        <w:rPr/>
        <w:t>toetsing</w:t>
      </w:r>
      <w:r w:rsidR="4E655057">
        <w:rPr/>
        <w:t xml:space="preserve"> van de </w:t>
      </w:r>
      <w:r w:rsidR="4E655057">
        <w:rPr/>
        <w:t>conclusie</w:t>
      </w:r>
      <w:r w:rsidR="4E655057">
        <w:rPr/>
        <w:t xml:space="preserve"> is </w:t>
      </w:r>
      <w:r w:rsidR="4E655057">
        <w:rPr/>
        <w:t>onmogelijk</w:t>
      </w:r>
      <w:r w:rsidR="4E655057">
        <w:rPr/>
        <w:t xml:space="preserve">, </w:t>
      </w:r>
      <w:r w:rsidR="4E655057">
        <w:rPr/>
        <w:t>aangezien</w:t>
      </w:r>
      <w:r w:rsidR="4E655057">
        <w:rPr/>
        <w:t xml:space="preserve"> de </w:t>
      </w:r>
      <w:r w:rsidR="4E655057">
        <w:rPr/>
        <w:t>onderliggende</w:t>
      </w:r>
      <w:r w:rsidR="4E655057">
        <w:rPr/>
        <w:t xml:space="preserve"> </w:t>
      </w:r>
      <w:r w:rsidR="4E655057">
        <w:rPr/>
        <w:t>motivering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traceerbaar</w:t>
      </w:r>
      <w:r w:rsidR="4E655057">
        <w:rPr/>
        <w:t xml:space="preserve"> is.</w:t>
      </w:r>
    </w:p>
    <w:p xmlns:wp14="http://schemas.microsoft.com/office/word/2010/wordml" w14:paraId="2BF503C1" wp14:textId="77777777">
      <w:r w:rsidRPr="4E655057" w:rsidR="4E655057">
        <w:rPr>
          <w:b w:val="1"/>
          <w:bCs w:val="1"/>
        </w:rPr>
        <w:t>Juridische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grondslag</w:t>
      </w:r>
      <w:r w:rsidRPr="4E655057" w:rsidR="4E655057">
        <w:rPr>
          <w:b w:val="1"/>
          <w:bCs w:val="1"/>
        </w:rPr>
        <w:t>:</w:t>
      </w:r>
    </w:p>
    <w:p xmlns:wp14="http://schemas.microsoft.com/office/word/2010/wordml" w14:paraId="41D9AF75" wp14:textId="77777777">
      <w:pPr>
        <w:pStyle w:val="ListBullet"/>
        <w:spacing w:after="60"/>
        <w:ind w:left="720"/>
        <w:rPr/>
      </w:pPr>
      <w:r w:rsidR="4E655057">
        <w:rPr/>
        <w:t xml:space="preserve">Art. 6 lid 3 </w:t>
      </w:r>
      <w:r w:rsidR="4E655057">
        <w:rPr/>
        <w:t>Habitatrichtlijn</w:t>
      </w:r>
      <w:r w:rsidR="4E655057">
        <w:rPr/>
        <w:t xml:space="preserve"> (92/43/EEG): de </w:t>
      </w:r>
      <w:r w:rsidR="4E655057">
        <w:rPr/>
        <w:t>passende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 </w:t>
      </w:r>
      <w:r w:rsidR="4E655057">
        <w:rPr/>
        <w:t>moet</w:t>
      </w:r>
      <w:r w:rsidR="4E655057">
        <w:rPr/>
        <w:t xml:space="preserve"> de </w:t>
      </w:r>
      <w:r w:rsidR="4E655057">
        <w:rPr/>
        <w:t>bevoegde</w:t>
      </w:r>
      <w:r w:rsidR="4E655057">
        <w:rPr/>
        <w:t xml:space="preserve"> </w:t>
      </w:r>
      <w:r w:rsidR="4E655057">
        <w:rPr/>
        <w:t>instantie</w:t>
      </w:r>
      <w:r w:rsidR="4E655057">
        <w:rPr/>
        <w:t xml:space="preserve"> in </w:t>
      </w:r>
      <w:r w:rsidR="4E655057">
        <w:rPr/>
        <w:t>staat</w:t>
      </w:r>
      <w:r w:rsidR="4E655057">
        <w:rPr/>
        <w:t xml:space="preserve"> </w:t>
      </w:r>
      <w:r w:rsidR="4E655057">
        <w:rPr/>
        <w:t>stellen</w:t>
      </w:r>
      <w:r w:rsidR="4E655057">
        <w:rPr/>
        <w:t xml:space="preserve"> </w:t>
      </w:r>
      <w:r w:rsidR="4E655057">
        <w:rPr/>
        <w:t>zich</w:t>
      </w:r>
      <w:r w:rsidR="4E655057">
        <w:rPr/>
        <w:t xml:space="preserve"> </w:t>
      </w:r>
      <w:r w:rsidR="4E655057">
        <w:rPr/>
        <w:t>ervan</w:t>
      </w:r>
      <w:r w:rsidR="4E655057">
        <w:rPr/>
        <w:t xml:space="preserve"> </w:t>
      </w:r>
      <w:r w:rsidR="4E655057">
        <w:rPr/>
        <w:t>te</w:t>
      </w:r>
      <w:r w:rsidR="4E655057">
        <w:rPr/>
        <w:t xml:space="preserve"> </w:t>
      </w:r>
      <w:r w:rsidR="4E655057">
        <w:rPr/>
        <w:t>vergewissen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het plan of project de </w:t>
      </w:r>
      <w:r w:rsidR="4E655057">
        <w:rPr/>
        <w:t>natuurlijke</w:t>
      </w:r>
      <w:r w:rsidR="4E655057">
        <w:rPr/>
        <w:t xml:space="preserve"> </w:t>
      </w:r>
      <w:r w:rsidR="4E655057">
        <w:rPr/>
        <w:t>kenmerken</w:t>
      </w:r>
      <w:r w:rsidR="4E655057">
        <w:rPr/>
        <w:t xml:space="preserve"> van het </w:t>
      </w:r>
      <w:r w:rsidR="4E655057">
        <w:rPr/>
        <w:t>betrokken</w:t>
      </w:r>
      <w:r w:rsidR="4E655057">
        <w:rPr/>
        <w:t xml:space="preserve"> </w:t>
      </w:r>
      <w:r w:rsidR="4E655057">
        <w:rPr/>
        <w:t>gebied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zal</w:t>
      </w:r>
      <w:r w:rsidR="4E655057">
        <w:rPr/>
        <w:t xml:space="preserve"> </w:t>
      </w:r>
      <w:r w:rsidR="4E655057">
        <w:rPr/>
        <w:t>aantasten</w:t>
      </w:r>
      <w:r w:rsidR="4E655057">
        <w:rPr/>
        <w:t>.</w:t>
      </w:r>
    </w:p>
    <w:p xmlns:wp14="http://schemas.microsoft.com/office/word/2010/wordml" w14:paraId="41C47DD3" wp14:textId="77777777">
      <w:pPr>
        <w:pStyle w:val="ListBullet"/>
        <w:spacing w:after="60"/>
        <w:ind w:left="720"/>
        <w:rPr/>
      </w:pPr>
      <w:r w:rsidR="4E655057">
        <w:rPr/>
        <w:t>HvJ</w:t>
      </w:r>
      <w:r w:rsidR="4E655057">
        <w:rPr/>
        <w:t xml:space="preserve">-EU, 11 </w:t>
      </w:r>
      <w:r w:rsidR="4E655057">
        <w:rPr/>
        <w:t>april</w:t>
      </w:r>
      <w:r w:rsidR="4E655057">
        <w:rPr/>
        <w:t xml:space="preserve"> 2013, </w:t>
      </w:r>
      <w:r w:rsidRPr="4E655057" w:rsidR="4E655057">
        <w:rPr>
          <w:b w:val="1"/>
          <w:bCs w:val="1"/>
        </w:rPr>
        <w:t>Sweetman</w:t>
      </w:r>
      <w:r w:rsidR="4E655057">
        <w:rPr/>
        <w:t xml:space="preserve"> (C-258/11), </w:t>
      </w:r>
      <w:r w:rsidR="4E655057">
        <w:rPr/>
        <w:t>r.o</w:t>
      </w:r>
      <w:r w:rsidR="4E655057">
        <w:rPr/>
        <w:t xml:space="preserve">. 40: </w:t>
      </w:r>
      <w:r w:rsidRPr="4E655057" w:rsidR="4E655057">
        <w:rPr>
          <w:i w:val="1"/>
          <w:iCs w:val="1"/>
        </w:rPr>
        <w:t xml:space="preserve">"De </w:t>
      </w:r>
      <w:r w:rsidRPr="4E655057" w:rsidR="4E655057">
        <w:rPr>
          <w:i w:val="1"/>
          <w:iCs w:val="1"/>
        </w:rPr>
        <w:t>bevoegde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nationale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instanties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stemmen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slechts</w:t>
      </w:r>
      <w:r w:rsidRPr="4E655057" w:rsidR="4E655057">
        <w:rPr>
          <w:i w:val="1"/>
          <w:iCs w:val="1"/>
        </w:rPr>
        <w:t xml:space="preserve"> in met [het plan of project] </w:t>
      </w:r>
      <w:r w:rsidRPr="4E655057" w:rsidR="4E655057">
        <w:rPr>
          <w:i w:val="1"/>
          <w:iCs w:val="1"/>
        </w:rPr>
        <w:t>wanneer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zij</w:t>
      </w:r>
      <w:r w:rsidRPr="4E655057" w:rsidR="4E655057">
        <w:rPr>
          <w:i w:val="1"/>
          <w:iCs w:val="1"/>
        </w:rPr>
        <w:t xml:space="preserve"> de </w:t>
      </w:r>
      <w:r w:rsidRPr="4E655057" w:rsidR="4E655057">
        <w:rPr>
          <w:i w:val="1"/>
          <w:iCs w:val="1"/>
        </w:rPr>
        <w:t>zekerheid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hebben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verkregen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dat</w:t>
      </w:r>
      <w:r w:rsidRPr="4E655057" w:rsidR="4E655057">
        <w:rPr>
          <w:i w:val="1"/>
          <w:iCs w:val="1"/>
        </w:rPr>
        <w:t xml:space="preserve"> het </w:t>
      </w:r>
      <w:r w:rsidRPr="4E655057" w:rsidR="4E655057">
        <w:rPr>
          <w:i w:val="1"/>
          <w:iCs w:val="1"/>
        </w:rPr>
        <w:t>geen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schadelijke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gevolgen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heeft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voor</w:t>
      </w:r>
      <w:r w:rsidRPr="4E655057" w:rsidR="4E655057">
        <w:rPr>
          <w:i w:val="1"/>
          <w:iCs w:val="1"/>
        </w:rPr>
        <w:t xml:space="preserve"> de </w:t>
      </w:r>
      <w:r w:rsidRPr="4E655057" w:rsidR="4E655057">
        <w:rPr>
          <w:i w:val="1"/>
          <w:iCs w:val="1"/>
        </w:rPr>
        <w:t>natuurlijke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kenmerken</w:t>
      </w:r>
      <w:r w:rsidRPr="4E655057" w:rsidR="4E655057">
        <w:rPr>
          <w:i w:val="1"/>
          <w:iCs w:val="1"/>
        </w:rPr>
        <w:t xml:space="preserve"> van het </w:t>
      </w:r>
      <w:r w:rsidRPr="4E655057" w:rsidR="4E655057">
        <w:rPr>
          <w:i w:val="1"/>
          <w:iCs w:val="1"/>
        </w:rPr>
        <w:t>betrokken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gebied</w:t>
      </w:r>
      <w:r w:rsidRPr="4E655057" w:rsidR="4E655057">
        <w:rPr>
          <w:i w:val="1"/>
          <w:iCs w:val="1"/>
        </w:rPr>
        <w:t xml:space="preserve">. Dat is het </w:t>
      </w:r>
      <w:r w:rsidRPr="4E655057" w:rsidR="4E655057">
        <w:rPr>
          <w:i w:val="1"/>
          <w:iCs w:val="1"/>
        </w:rPr>
        <w:t>geval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wanneer</w:t>
      </w:r>
      <w:r w:rsidRPr="4E655057" w:rsidR="4E655057">
        <w:rPr>
          <w:i w:val="1"/>
          <w:iCs w:val="1"/>
        </w:rPr>
        <w:t xml:space="preserve"> er </w:t>
      </w:r>
      <w:r w:rsidRPr="4E655057" w:rsidR="4E655057">
        <w:rPr>
          <w:i w:val="1"/>
          <w:iCs w:val="1"/>
        </w:rPr>
        <w:t>wetenschappelijk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gezien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redelijkerwijs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geen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twijfel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bestaat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dat</w:t>
      </w:r>
      <w:r w:rsidRPr="4E655057" w:rsidR="4E655057">
        <w:rPr>
          <w:i w:val="1"/>
          <w:iCs w:val="1"/>
        </w:rPr>
        <w:t xml:space="preserve"> er </w:t>
      </w:r>
      <w:r w:rsidRPr="4E655057" w:rsidR="4E655057">
        <w:rPr>
          <w:i w:val="1"/>
          <w:iCs w:val="1"/>
        </w:rPr>
        <w:t>geen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dergelijke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gevolgen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zijn</w:t>
      </w:r>
      <w:r w:rsidRPr="4E655057" w:rsidR="4E655057">
        <w:rPr>
          <w:i w:val="1"/>
          <w:iCs w:val="1"/>
        </w:rPr>
        <w:t>."</w:t>
      </w:r>
    </w:p>
    <w:p xmlns:wp14="http://schemas.microsoft.com/office/word/2010/wordml" w14:paraId="64A7706D" wp14:textId="77777777">
      <w:pPr>
        <w:pStyle w:val="ListBullet"/>
        <w:spacing w:after="60"/>
        <w:ind w:left="720"/>
        <w:rPr/>
      </w:pPr>
      <w:r w:rsidR="4E655057">
        <w:rPr/>
        <w:t xml:space="preserve">Art. 36ter </w:t>
      </w:r>
      <w:r w:rsidR="4E655057">
        <w:rPr/>
        <w:t>Vlaamse</w:t>
      </w:r>
      <w:r w:rsidR="4E655057">
        <w:rPr/>
        <w:t xml:space="preserve"> </w:t>
      </w:r>
      <w:r w:rsidR="4E655057">
        <w:rPr/>
        <w:t>Natuurdecreet</w:t>
      </w:r>
      <w:r w:rsidR="4E655057">
        <w:rPr/>
        <w:t xml:space="preserve">: de </w:t>
      </w:r>
      <w:r w:rsidR="4E655057">
        <w:rPr/>
        <w:t>passende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 </w:t>
      </w:r>
      <w:r w:rsidR="4E655057">
        <w:rPr/>
        <w:t>dient</w:t>
      </w:r>
      <w:r w:rsidR="4E655057">
        <w:rPr/>
        <w:t xml:space="preserve"> de </w:t>
      </w:r>
      <w:r w:rsidR="4E655057">
        <w:rPr/>
        <w:t>zekerheid</w:t>
      </w:r>
      <w:r w:rsidR="4E655057">
        <w:rPr/>
        <w:t xml:space="preserve"> </w:t>
      </w:r>
      <w:r w:rsidR="4E655057">
        <w:rPr/>
        <w:t>te</w:t>
      </w:r>
      <w:r w:rsidR="4E655057">
        <w:rPr/>
        <w:t xml:space="preserve"> </w:t>
      </w:r>
      <w:r w:rsidR="4E655057">
        <w:rPr/>
        <w:t>bieden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de </w:t>
      </w:r>
      <w:r w:rsidR="4E655057">
        <w:rPr/>
        <w:t>natuurlijke</w:t>
      </w:r>
      <w:r w:rsidR="4E655057">
        <w:rPr/>
        <w:t xml:space="preserve"> </w:t>
      </w:r>
      <w:r w:rsidR="4E655057">
        <w:rPr/>
        <w:t>kenmerken</w:t>
      </w:r>
      <w:r w:rsidR="4E655057">
        <w:rPr/>
        <w:t xml:space="preserve"> van het Speciale </w:t>
      </w:r>
      <w:r w:rsidR="4E655057">
        <w:rPr/>
        <w:t>Beschermingszone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aangetast</w:t>
      </w:r>
      <w:r w:rsidR="4E655057">
        <w:rPr/>
        <w:t>.</w:t>
      </w:r>
    </w:p>
    <w:p xmlns:wp14="http://schemas.microsoft.com/office/word/2010/wordml" w14:paraId="5FB9D3F6" wp14:textId="77777777">
      <w:r w:rsidR="4E655057">
        <w:rPr/>
        <w:t xml:space="preserve">Een </w:t>
      </w:r>
      <w:r w:rsidR="4E655057">
        <w:rPr/>
        <w:t>conclusie</w:t>
      </w:r>
      <w:r w:rsidR="4E655057">
        <w:rPr/>
        <w:t xml:space="preserve"> die </w:t>
      </w:r>
      <w:r w:rsidR="4E655057">
        <w:rPr/>
        <w:t>steunt</w:t>
      </w:r>
      <w:r w:rsidR="4E655057">
        <w:rPr/>
        <w:t xml:space="preserve"> op </w:t>
      </w:r>
      <w:r w:rsidR="4E655057">
        <w:rPr/>
        <w:t>een</w:t>
      </w:r>
      <w:r w:rsidR="4E655057">
        <w:rPr/>
        <w:t xml:space="preserve"> </w:t>
      </w:r>
      <w:r w:rsidR="4E655057">
        <w:rPr/>
        <w:t>onleesbare</w:t>
      </w:r>
      <w:r w:rsidR="4E655057">
        <w:rPr/>
        <w:t xml:space="preserve"> </w:t>
      </w:r>
      <w:r w:rsidR="4E655057">
        <w:rPr/>
        <w:t>documentverwijzing</w:t>
      </w:r>
      <w:r w:rsidR="4E655057">
        <w:rPr/>
        <w:t xml:space="preserve"> </w:t>
      </w:r>
      <w:r w:rsidR="4E655057">
        <w:rPr/>
        <w:t>kan</w:t>
      </w:r>
      <w:r w:rsidR="4E655057">
        <w:rPr/>
        <w:t xml:space="preserve"> de </w:t>
      </w:r>
      <w:r w:rsidR="4E655057">
        <w:rPr/>
        <w:t>vereiste</w:t>
      </w:r>
      <w:r w:rsidR="4E655057">
        <w:rPr/>
        <w:t xml:space="preserve"> </w:t>
      </w:r>
      <w:r w:rsidR="4E655057">
        <w:rPr/>
        <w:t>zekerheid</w:t>
      </w:r>
      <w:r w:rsidR="4E655057">
        <w:rPr/>
        <w:t xml:space="preserve"> per </w:t>
      </w:r>
      <w:r w:rsidR="4E655057">
        <w:rPr/>
        <w:t>definitie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bieden</w:t>
      </w:r>
      <w:r w:rsidR="4E655057">
        <w:rPr/>
        <w:t>.</w:t>
      </w:r>
    </w:p>
    <w:p xmlns:wp14="http://schemas.microsoft.com/office/word/2010/wordml" w14:paraId="2362FC07" wp14:textId="77777777">
      <w:pPr>
        <w:pStyle w:val="Heading3"/>
      </w:pPr>
      <w:r w:rsidR="4E655057">
        <w:rPr/>
        <w:t xml:space="preserve">1.2 </w:t>
      </w:r>
      <w:r w:rsidR="4E655057">
        <w:rPr/>
        <w:t>Passende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inhoudelijk</w:t>
      </w:r>
      <w:r w:rsidR="4E655057">
        <w:rPr/>
        <w:t xml:space="preserve"> in het MER </w:t>
      </w:r>
      <w:r w:rsidR="4E655057">
        <w:rPr/>
        <w:t>opgenomen</w:t>
      </w:r>
    </w:p>
    <w:p xmlns:wp14="http://schemas.microsoft.com/office/word/2010/wordml" w14:paraId="6C4B8833" wp14:textId="77777777">
      <w:r w:rsidR="4E655057">
        <w:rPr/>
        <w:t xml:space="preserve">De </w:t>
      </w:r>
      <w:r w:rsidR="4E655057">
        <w:rPr/>
        <w:t>Passende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, de </w:t>
      </w:r>
      <w:r w:rsidR="4E655057">
        <w:rPr/>
        <w:t>Verscherpte</w:t>
      </w:r>
      <w:r w:rsidR="4E655057">
        <w:rPr/>
        <w:t xml:space="preserve"> </w:t>
      </w:r>
      <w:r w:rsidR="4E655057">
        <w:rPr/>
        <w:t>Natuurtoets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de </w:t>
      </w:r>
      <w:r w:rsidR="4E655057">
        <w:rPr/>
        <w:t>Soortentoets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in het MER-</w:t>
      </w:r>
      <w:r w:rsidR="4E655057">
        <w:rPr/>
        <w:t>hoofdstuk</w:t>
      </w:r>
      <w:r w:rsidR="4E655057">
        <w:rPr/>
        <w:t xml:space="preserve"> 10 </w:t>
      </w:r>
      <w:r w:rsidR="4E655057">
        <w:rPr/>
        <w:t>Biodiversiteit</w:t>
      </w:r>
      <w:r w:rsidR="4E655057">
        <w:rPr/>
        <w:t xml:space="preserve"> </w:t>
      </w:r>
      <w:r w:rsidR="4E655057">
        <w:rPr/>
        <w:t>afgedaan</w:t>
      </w:r>
      <w:r w:rsidR="4E655057">
        <w:rPr/>
        <w:t xml:space="preserve"> met de </w:t>
      </w:r>
      <w:r w:rsidR="4E655057">
        <w:rPr/>
        <w:t>enkele</w:t>
      </w:r>
      <w:r w:rsidR="4E655057">
        <w:rPr/>
        <w:t xml:space="preserve"> </w:t>
      </w:r>
      <w:r w:rsidR="4E655057">
        <w:rPr/>
        <w:t>vermelding</w:t>
      </w:r>
      <w:r w:rsidR="4E655057">
        <w:rPr/>
        <w:t xml:space="preserve"> (p. 10-230):</w:t>
      </w:r>
    </w:p>
    <w:p xmlns:wp14="http://schemas.microsoft.com/office/word/2010/wordml" w:rsidP="4E655057" w14:paraId="66BCD97D" wp14:textId="77777777">
      <w:pPr>
        <w:pBdr>
          <w:left w:val="single" w:color="999999" w:sz="12" w:space="8"/>
        </w:pBdr>
        <w:spacing w:before="120" w:after="120"/>
        <w:ind w:left="850"/>
        <w:pBdr>
          <w:left w:val="single" w:color="999999" w:sz="12" w:space="8"/>
        </w:pBdr>
      </w:pPr>
      <w:r w:rsidRPr="4E655057" w:rsidR="4E655057">
        <w:rPr>
          <w:i w:val="1"/>
          <w:iCs w:val="1"/>
          <w:color w:val="444444"/>
        </w:rPr>
        <w:t>"</w:t>
      </w:r>
      <w:r w:rsidRPr="4E655057" w:rsidR="4E655057">
        <w:rPr>
          <w:i w:val="1"/>
          <w:iCs w:val="1"/>
          <w:color w:val="444444"/>
        </w:rPr>
        <w:t>Passende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Beoordeling</w:t>
      </w:r>
      <w:r w:rsidRPr="4E655057" w:rsidR="4E655057">
        <w:rPr>
          <w:i w:val="1"/>
          <w:iCs w:val="1"/>
          <w:color w:val="444444"/>
        </w:rPr>
        <w:t xml:space="preserve"> -- </w:t>
      </w:r>
      <w:r w:rsidRPr="4E655057" w:rsidR="4E655057">
        <w:rPr>
          <w:i w:val="1"/>
          <w:iCs w:val="1"/>
          <w:color w:val="444444"/>
        </w:rPr>
        <w:t>Zie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bijlage</w:t>
      </w:r>
      <w:r w:rsidRPr="4E655057" w:rsidR="4E655057">
        <w:rPr>
          <w:i w:val="1"/>
          <w:iCs w:val="1"/>
          <w:color w:val="444444"/>
        </w:rPr>
        <w:t xml:space="preserve"> 10.1. </w:t>
      </w:r>
      <w:r w:rsidRPr="4E655057" w:rsidR="4E655057">
        <w:rPr>
          <w:i w:val="1"/>
          <w:iCs w:val="1"/>
          <w:color w:val="444444"/>
        </w:rPr>
        <w:t>Verscherpte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natuurtoets</w:t>
      </w:r>
      <w:r w:rsidRPr="4E655057" w:rsidR="4E655057">
        <w:rPr>
          <w:i w:val="1"/>
          <w:iCs w:val="1"/>
          <w:color w:val="444444"/>
        </w:rPr>
        <w:t xml:space="preserve"> -- </w:t>
      </w:r>
      <w:r w:rsidRPr="4E655057" w:rsidR="4E655057">
        <w:rPr>
          <w:i w:val="1"/>
          <w:iCs w:val="1"/>
          <w:color w:val="444444"/>
        </w:rPr>
        <w:t>Zie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bijlage</w:t>
      </w:r>
      <w:r w:rsidRPr="4E655057" w:rsidR="4E655057">
        <w:rPr>
          <w:i w:val="1"/>
          <w:iCs w:val="1"/>
          <w:color w:val="444444"/>
        </w:rPr>
        <w:t xml:space="preserve"> 10.1. </w:t>
      </w:r>
      <w:r w:rsidRPr="4E655057" w:rsidR="4E655057">
        <w:rPr>
          <w:i w:val="1"/>
          <w:iCs w:val="1"/>
          <w:color w:val="444444"/>
        </w:rPr>
        <w:t>Soortentoets</w:t>
      </w:r>
      <w:r w:rsidRPr="4E655057" w:rsidR="4E655057">
        <w:rPr>
          <w:i w:val="1"/>
          <w:iCs w:val="1"/>
          <w:color w:val="444444"/>
        </w:rPr>
        <w:t xml:space="preserve"> -- </w:t>
      </w:r>
      <w:r w:rsidRPr="4E655057" w:rsidR="4E655057">
        <w:rPr>
          <w:i w:val="1"/>
          <w:iCs w:val="1"/>
          <w:color w:val="444444"/>
        </w:rPr>
        <w:t>Zie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bijlage</w:t>
      </w:r>
      <w:r w:rsidRPr="4E655057" w:rsidR="4E655057">
        <w:rPr>
          <w:i w:val="1"/>
          <w:iCs w:val="1"/>
          <w:color w:val="444444"/>
        </w:rPr>
        <w:t xml:space="preserve"> 10.1."</w:t>
      </w:r>
    </w:p>
    <w:p xmlns:wp14="http://schemas.microsoft.com/office/word/2010/wordml" w14:paraId="3D014165" wp14:textId="77777777">
      <w:r w:rsidR="4E655057">
        <w:rPr/>
        <w:t xml:space="preserve">Het </w:t>
      </w:r>
      <w:r w:rsidR="4E655057">
        <w:rPr/>
        <w:t>hoofdstuk</w:t>
      </w:r>
      <w:r w:rsidR="4E655057">
        <w:rPr/>
        <w:t xml:space="preserve"> </w:t>
      </w:r>
      <w:r w:rsidR="4E655057">
        <w:rPr/>
        <w:t>zelf</w:t>
      </w:r>
      <w:r w:rsidR="4E655057">
        <w:rPr/>
        <w:t xml:space="preserve"> </w:t>
      </w:r>
      <w:r w:rsidR="4E655057">
        <w:rPr/>
        <w:t>bevat</w:t>
      </w:r>
      <w:r w:rsidR="4E655057">
        <w:rPr/>
        <w:t>:</w:t>
      </w:r>
    </w:p>
    <w:p xmlns:wp14="http://schemas.microsoft.com/office/word/2010/wordml" w14:paraId="6F049ACF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 xml:space="preserve">Geen </w:t>
      </w:r>
      <w:r w:rsidRPr="4E655057" w:rsidR="4E655057">
        <w:rPr>
          <w:b w:val="1"/>
          <w:bCs w:val="1"/>
        </w:rPr>
        <w:t>toetsing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aan</w:t>
      </w:r>
      <w:r w:rsidRPr="4E655057" w:rsidR="4E655057">
        <w:rPr>
          <w:b w:val="1"/>
          <w:bCs w:val="1"/>
        </w:rPr>
        <w:t xml:space="preserve"> de </w:t>
      </w:r>
      <w:r w:rsidRPr="4E655057" w:rsidR="4E655057">
        <w:rPr>
          <w:b w:val="1"/>
          <w:bCs w:val="1"/>
        </w:rPr>
        <w:t>individuele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instandhoudingsdoelstellingen</w:t>
      </w:r>
      <w:r w:rsidRPr="4E655057" w:rsidR="4E655057">
        <w:rPr>
          <w:b w:val="1"/>
          <w:bCs w:val="1"/>
        </w:rPr>
        <w:t xml:space="preserve"> (IHD)</w:t>
      </w:r>
      <w:r w:rsidR="4E655057">
        <w:rPr/>
        <w:t xml:space="preserve"> van de </w:t>
      </w:r>
      <w:r w:rsidR="4E655057">
        <w:rPr/>
        <w:t>betrokken</w:t>
      </w:r>
      <w:r w:rsidR="4E655057">
        <w:rPr/>
        <w:t xml:space="preserve"> Speciale </w:t>
      </w:r>
      <w:r w:rsidR="4E655057">
        <w:rPr/>
        <w:t>Beschermingszones</w:t>
      </w:r>
      <w:r w:rsidR="4E655057">
        <w:rPr/>
        <w:t>;</w:t>
      </w:r>
    </w:p>
    <w:p xmlns:wp14="http://schemas.microsoft.com/office/word/2010/wordml" w14:paraId="29A99CD5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 xml:space="preserve">Geen </w:t>
      </w:r>
      <w:r w:rsidRPr="4E655057" w:rsidR="4E655057">
        <w:rPr>
          <w:b w:val="1"/>
          <w:bCs w:val="1"/>
        </w:rPr>
        <w:t>kwantitatieve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analyse</w:t>
      </w:r>
      <w:r w:rsidR="4E655057">
        <w:rPr/>
        <w:t xml:space="preserve"> van </w:t>
      </w:r>
      <w:r w:rsidR="4E655057">
        <w:rPr/>
        <w:t>effecten</w:t>
      </w:r>
      <w:r w:rsidR="4E655057">
        <w:rPr/>
        <w:t xml:space="preserve"> op </w:t>
      </w:r>
      <w:r w:rsidR="4E655057">
        <w:rPr/>
        <w:t>habitattypes</w:t>
      </w:r>
      <w:r w:rsidR="4E655057">
        <w:rPr/>
        <w:t xml:space="preserve"> of </w:t>
      </w:r>
      <w:r w:rsidR="4E655057">
        <w:rPr/>
        <w:t>doelsoorten</w:t>
      </w:r>
      <w:r w:rsidR="4E655057">
        <w:rPr/>
        <w:t>;</w:t>
      </w:r>
    </w:p>
    <w:p xmlns:wp14="http://schemas.microsoft.com/office/word/2010/wordml" w14:paraId="1965BE4A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 xml:space="preserve">Geen </w:t>
      </w:r>
      <w:r w:rsidRPr="4E655057" w:rsidR="4E655057">
        <w:rPr>
          <w:b w:val="1"/>
          <w:bCs w:val="1"/>
        </w:rPr>
        <w:t>analyse</w:t>
      </w:r>
      <w:r w:rsidRPr="4E655057" w:rsidR="4E655057">
        <w:rPr>
          <w:b w:val="1"/>
          <w:bCs w:val="1"/>
        </w:rPr>
        <w:t xml:space="preserve"> van de </w:t>
      </w:r>
      <w:r w:rsidRPr="4E655057" w:rsidR="4E655057">
        <w:rPr>
          <w:b w:val="1"/>
          <w:bCs w:val="1"/>
        </w:rPr>
        <w:t>staat</w:t>
      </w:r>
      <w:r w:rsidRPr="4E655057" w:rsidR="4E655057">
        <w:rPr>
          <w:b w:val="1"/>
          <w:bCs w:val="1"/>
        </w:rPr>
        <w:t xml:space="preserve"> van </w:t>
      </w:r>
      <w:r w:rsidRPr="4E655057" w:rsidR="4E655057">
        <w:rPr>
          <w:b w:val="1"/>
          <w:bCs w:val="1"/>
        </w:rPr>
        <w:t>instandhouding</w:t>
      </w:r>
      <w:r w:rsidR="4E655057">
        <w:rPr/>
        <w:t xml:space="preserve"> per habitat </w:t>
      </w:r>
      <w:r w:rsidR="4E655057">
        <w:rPr/>
        <w:t>en</w:t>
      </w:r>
      <w:r w:rsidR="4E655057">
        <w:rPr/>
        <w:t xml:space="preserve"> per </w:t>
      </w:r>
      <w:r w:rsidR="4E655057">
        <w:rPr/>
        <w:t>soort</w:t>
      </w:r>
      <w:r w:rsidR="4E655057">
        <w:rPr/>
        <w:t xml:space="preserve"> </w:t>
      </w:r>
      <w:r w:rsidR="4E655057">
        <w:rPr/>
        <w:t>waarvoor</w:t>
      </w:r>
      <w:r w:rsidR="4E655057">
        <w:rPr/>
        <w:t xml:space="preserve"> het </w:t>
      </w:r>
      <w:r w:rsidR="4E655057">
        <w:rPr/>
        <w:t>gebied</w:t>
      </w:r>
      <w:r w:rsidR="4E655057">
        <w:rPr/>
        <w:t xml:space="preserve"> is </w:t>
      </w:r>
      <w:r w:rsidR="4E655057">
        <w:rPr/>
        <w:t>aangewezen</w:t>
      </w:r>
      <w:r w:rsidR="4E655057">
        <w:rPr/>
        <w:t>;</w:t>
      </w:r>
    </w:p>
    <w:p xmlns:wp14="http://schemas.microsoft.com/office/word/2010/wordml" w14:paraId="38902CEE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 xml:space="preserve">Geen </w:t>
      </w:r>
      <w:r w:rsidRPr="4E655057" w:rsidR="4E655057">
        <w:rPr>
          <w:b w:val="1"/>
          <w:bCs w:val="1"/>
        </w:rPr>
        <w:t>toetsing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aan</w:t>
      </w:r>
      <w:r w:rsidRPr="4E655057" w:rsidR="4E655057">
        <w:rPr>
          <w:b w:val="1"/>
          <w:bCs w:val="1"/>
        </w:rPr>
        <w:t xml:space="preserve"> het </w:t>
      </w:r>
      <w:r w:rsidRPr="4E655057" w:rsidR="4E655057">
        <w:rPr>
          <w:b w:val="1"/>
          <w:bCs w:val="1"/>
        </w:rPr>
        <w:t>verslechteringsverbod</w:t>
      </w:r>
      <w:r w:rsidR="4E655057">
        <w:rPr/>
        <w:t xml:space="preserve"> </w:t>
      </w:r>
      <w:r w:rsidR="4E655057">
        <w:rPr/>
        <w:t>conform</w:t>
      </w:r>
      <w:r w:rsidR="4E655057">
        <w:rPr/>
        <w:t xml:space="preserve"> het Weser-arrest (</w:t>
      </w:r>
      <w:r w:rsidR="4E655057">
        <w:rPr/>
        <w:t>HvJ</w:t>
      </w:r>
      <w:r w:rsidR="4E655057">
        <w:rPr/>
        <w:t>-EU C-461/13).</w:t>
      </w:r>
    </w:p>
    <w:p xmlns:wp14="http://schemas.microsoft.com/office/word/2010/wordml" w14:paraId="253C173A" wp14:textId="77777777">
      <w:r w:rsidR="4E655057">
        <w:rPr/>
        <w:t xml:space="preserve">Door </w:t>
      </w:r>
      <w:r w:rsidR="4E655057">
        <w:rPr/>
        <w:t>deze</w:t>
      </w:r>
      <w:r w:rsidR="4E655057">
        <w:rPr/>
        <w:t xml:space="preserve"> </w:t>
      </w:r>
      <w:r w:rsidR="4E655057">
        <w:rPr/>
        <w:t>doorverwijzing</w:t>
      </w:r>
      <w:r w:rsidR="4E655057">
        <w:rPr/>
        <w:t xml:space="preserve"> </w:t>
      </w:r>
      <w:r w:rsidR="4E655057">
        <w:rPr/>
        <w:t>naar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afzonderlijke</w:t>
      </w:r>
      <w:r w:rsidR="4E655057">
        <w:rPr/>
        <w:t xml:space="preserve"> </w:t>
      </w:r>
      <w:r w:rsidR="4E655057">
        <w:rPr/>
        <w:t>bijlage</w:t>
      </w:r>
      <w:r w:rsidR="4E655057">
        <w:rPr/>
        <w:t xml:space="preserve"> is het </w:t>
      </w:r>
      <w:r w:rsidR="4E655057">
        <w:rPr/>
        <w:t>voor</w:t>
      </w:r>
      <w:r w:rsidR="4E655057">
        <w:rPr/>
        <w:t xml:space="preserve"> de </w:t>
      </w:r>
      <w:r w:rsidR="4E655057">
        <w:rPr/>
        <w:t>vergunningverlenende</w:t>
      </w:r>
      <w:r w:rsidR="4E655057">
        <w:rPr/>
        <w:t xml:space="preserve"> </w:t>
      </w:r>
      <w:r w:rsidR="4E655057">
        <w:rPr/>
        <w:t>overheid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het </w:t>
      </w:r>
      <w:r w:rsidR="4E655057">
        <w:rPr/>
        <w:t>publiek</w:t>
      </w:r>
      <w:r w:rsidR="4E655057">
        <w:rPr/>
        <w:t xml:space="preserve"> </w:t>
      </w:r>
      <w:r w:rsidR="4E655057">
        <w:rPr/>
        <w:t>onmogelijk</w:t>
      </w:r>
      <w:r w:rsidR="4E655057">
        <w:rPr/>
        <w:t xml:space="preserve"> om op basis van het MER </w:t>
      </w:r>
      <w:r w:rsidR="4E655057">
        <w:rPr/>
        <w:t>alleen</w:t>
      </w:r>
      <w:r w:rsidR="4E655057">
        <w:rPr/>
        <w:t xml:space="preserve"> de </w:t>
      </w:r>
      <w:r w:rsidR="4E655057">
        <w:rPr/>
        <w:t>conclusie</w:t>
      </w:r>
      <w:r w:rsidR="4E655057">
        <w:rPr/>
        <w:t xml:space="preserve"> "</w:t>
      </w:r>
      <w:r w:rsidR="4E655057">
        <w:rPr/>
        <w:t>geen</w:t>
      </w:r>
      <w:r w:rsidR="4E655057">
        <w:rPr/>
        <w:t xml:space="preserve"> </w:t>
      </w:r>
      <w:r w:rsidR="4E655057">
        <w:rPr/>
        <w:t>betekenisvol</w:t>
      </w:r>
      <w:r w:rsidR="4E655057">
        <w:rPr/>
        <w:t xml:space="preserve"> </w:t>
      </w:r>
      <w:r w:rsidR="4E655057">
        <w:rPr/>
        <w:t>negatieve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" </w:t>
      </w:r>
      <w:r w:rsidR="4E655057">
        <w:rPr/>
        <w:t>te</w:t>
      </w:r>
      <w:r w:rsidR="4E655057">
        <w:rPr/>
        <w:t xml:space="preserve"> </w:t>
      </w:r>
      <w:r w:rsidR="4E655057">
        <w:rPr/>
        <w:t>verifieren</w:t>
      </w:r>
      <w:r w:rsidR="4E655057">
        <w:rPr/>
        <w:t xml:space="preserve">. Het MER </w:t>
      </w:r>
      <w:r w:rsidR="4E655057">
        <w:rPr/>
        <w:t>functioneert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het </w:t>
      </w:r>
      <w:r w:rsidR="4E655057">
        <w:rPr/>
        <w:t>integrale</w:t>
      </w:r>
      <w:r w:rsidR="4E655057">
        <w:rPr/>
        <w:t xml:space="preserve"> </w:t>
      </w:r>
      <w:r w:rsidR="4E655057">
        <w:rPr/>
        <w:t>beoordelingsdocument</w:t>
      </w:r>
      <w:r w:rsidR="4E655057">
        <w:rPr/>
        <w:t xml:space="preserve"> op basis </w:t>
      </w:r>
      <w:r w:rsidR="4E655057">
        <w:rPr/>
        <w:t>waarvan</w:t>
      </w:r>
      <w:r w:rsidR="4E655057">
        <w:rPr/>
        <w:t xml:space="preserve"> de </w:t>
      </w:r>
      <w:r w:rsidR="4E655057">
        <w:rPr/>
        <w:t>vergunningverlenende</w:t>
      </w:r>
      <w:r w:rsidR="4E655057">
        <w:rPr/>
        <w:t xml:space="preserve"> </w:t>
      </w:r>
      <w:r w:rsidR="4E655057">
        <w:rPr/>
        <w:t>overheid</w:t>
      </w:r>
      <w:r w:rsidR="4E655057">
        <w:rPr/>
        <w:t xml:space="preserve"> </w:t>
      </w:r>
      <w:r w:rsidR="4E655057">
        <w:rPr/>
        <w:t>dient</w:t>
      </w:r>
      <w:r w:rsidR="4E655057">
        <w:rPr/>
        <w:t xml:space="preserve"> </w:t>
      </w:r>
      <w:r w:rsidR="4E655057">
        <w:rPr/>
        <w:t>te</w:t>
      </w:r>
      <w:r w:rsidR="4E655057">
        <w:rPr/>
        <w:t xml:space="preserve"> </w:t>
      </w:r>
      <w:r w:rsidR="4E655057">
        <w:rPr/>
        <w:t>beslissen</w:t>
      </w:r>
      <w:r w:rsidR="4E655057">
        <w:rPr/>
        <w:t xml:space="preserve">; </w:t>
      </w:r>
      <w:r w:rsidR="4E655057">
        <w:rPr/>
        <w:t>een</w:t>
      </w:r>
      <w:r w:rsidR="4E655057">
        <w:rPr/>
        <w:t xml:space="preserve"> </w:t>
      </w:r>
      <w:r w:rsidR="4E655057">
        <w:rPr/>
        <w:t>passende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 die </w:t>
      </w:r>
      <w:r w:rsidR="4E655057">
        <w:rPr/>
        <w:t>enkel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</w:t>
      </w:r>
      <w:r w:rsidR="4E655057">
        <w:rPr/>
        <w:t>bijlage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toegevoegd</w:t>
      </w:r>
      <w:r w:rsidR="4E655057">
        <w:rPr/>
        <w:t xml:space="preserve"> </w:t>
      </w:r>
      <w:r w:rsidR="4E655057">
        <w:rPr/>
        <w:t>zonder</w:t>
      </w:r>
      <w:r w:rsidR="4E655057">
        <w:rPr/>
        <w:t xml:space="preserve"> </w:t>
      </w:r>
      <w:r w:rsidR="4E655057">
        <w:rPr/>
        <w:t>inhoudelijke</w:t>
      </w:r>
      <w:r w:rsidR="4E655057">
        <w:rPr/>
        <w:t xml:space="preserve"> </w:t>
      </w:r>
      <w:r w:rsidR="4E655057">
        <w:rPr/>
        <w:t>integratie</w:t>
      </w:r>
      <w:r w:rsidR="4E655057">
        <w:rPr/>
        <w:t xml:space="preserve"> in de </w:t>
      </w:r>
      <w:r w:rsidR="4E655057">
        <w:rPr/>
        <w:t>effectbeoordeling</w:t>
      </w:r>
      <w:r w:rsidR="4E655057">
        <w:rPr/>
        <w:t xml:space="preserve">, </w:t>
      </w:r>
      <w:r w:rsidR="4E655057">
        <w:rPr/>
        <w:t>voldoet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de </w:t>
      </w:r>
      <w:r w:rsidR="4E655057">
        <w:rPr/>
        <w:t>vereisten</w:t>
      </w:r>
      <w:r w:rsidR="4E655057">
        <w:rPr/>
        <w:t xml:space="preserve"> van de </w:t>
      </w:r>
      <w:r w:rsidR="4E655057">
        <w:rPr/>
        <w:t>Habitatrichtlijn</w:t>
      </w:r>
      <w:r w:rsidR="4E655057">
        <w:rPr/>
        <w:t>.</w:t>
      </w:r>
    </w:p>
    <w:p xmlns:wp14="http://schemas.microsoft.com/office/word/2010/wordml" w:rsidP="4E655057" w14:paraId="02EB378F" wp14:textId="77777777">
      <w:pPr>
        <w:pBdr>
          <w:bottom w:val="single" w:color="CCCCCC" w:sz="6" w:space="1"/>
        </w:pBdr>
        <w:spacing w:before="240" w:after="240"/>
        <w:pBdr>
          <w:bottom w:val="single" w:color="CCCCCC" w:sz="6" w:space="1"/>
        </w:pBdr>
      </w:pPr>
    </w:p>
    <w:p xmlns:wp14="http://schemas.microsoft.com/office/word/2010/wordml" w14:paraId="50C87609" wp14:textId="77777777">
      <w:pPr>
        <w:pStyle w:val="Heading2"/>
      </w:pPr>
      <w:r>
        <w:t>2. PASSENDE BEOORDELING NIET BIJGEWERKT IN VERSIE 4</w:t>
      </w:r>
    </w:p>
    <w:p xmlns:wp14="http://schemas.microsoft.com/office/word/2010/wordml" w14:paraId="463821CD" wp14:textId="77777777">
      <w:r w:rsidR="4E655057">
        <w:rPr/>
        <w:t xml:space="preserve">Het project-MER is in </w:t>
      </w:r>
      <w:r w:rsidR="4E655057">
        <w:rPr/>
        <w:t>februari</w:t>
      </w:r>
      <w:r w:rsidR="4E655057">
        <w:rPr/>
        <w:t xml:space="preserve"> 2026 </w:t>
      </w:r>
      <w:r w:rsidR="4E655057">
        <w:rPr/>
        <w:t>ingediend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</w:t>
      </w:r>
      <w:r w:rsidR="4E655057">
        <w:rPr/>
        <w:t>versie</w:t>
      </w:r>
      <w:r w:rsidR="4E655057">
        <w:rPr/>
        <w:t xml:space="preserve"> 4 (PIV4). Het </w:t>
      </w:r>
      <w:r w:rsidR="4E655057">
        <w:rPr/>
        <w:t>overzichtsdocument</w:t>
      </w:r>
      <w:r w:rsidR="4E655057">
        <w:rPr/>
        <w:t xml:space="preserve"> "</w:t>
      </w:r>
      <w:r w:rsidR="4E655057">
        <w:rPr/>
        <w:t>Aanpassingen</w:t>
      </w:r>
      <w:r w:rsidR="4E655057">
        <w:rPr/>
        <w:t xml:space="preserve"> PIV4" </w:t>
      </w:r>
      <w:r w:rsidR="4E655057">
        <w:rPr/>
        <w:t>bevestigt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de </w:t>
      </w:r>
      <w:r w:rsidR="4E655057">
        <w:rPr/>
        <w:t>Passende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 (</w:t>
      </w:r>
      <w:r w:rsidR="4E655057">
        <w:rPr/>
        <w:t>Bijlage</w:t>
      </w:r>
      <w:r w:rsidR="4E655057">
        <w:rPr/>
        <w:t xml:space="preserve"> 10.1) </w:t>
      </w:r>
      <w:r w:rsidRPr="4E655057" w:rsidR="4E655057">
        <w:rPr>
          <w:b w:val="1"/>
          <w:bCs w:val="1"/>
        </w:rPr>
        <w:t>"</w:t>
      </w:r>
      <w:r w:rsidRPr="4E655057" w:rsidR="4E655057">
        <w:rPr>
          <w:b w:val="1"/>
          <w:bCs w:val="1"/>
        </w:rPr>
        <w:t>geen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aanpassingen</w:t>
      </w:r>
      <w:r w:rsidRPr="4E655057" w:rsidR="4E655057">
        <w:rPr>
          <w:b w:val="1"/>
          <w:bCs w:val="1"/>
        </w:rPr>
        <w:t>"</w:t>
      </w:r>
      <w:r w:rsidR="4E655057">
        <w:rPr/>
        <w:t xml:space="preserve"> </w:t>
      </w:r>
      <w:r w:rsidR="4E655057">
        <w:rPr/>
        <w:t>heeft</w:t>
      </w:r>
      <w:r w:rsidR="4E655057">
        <w:rPr/>
        <w:t xml:space="preserve"> </w:t>
      </w:r>
      <w:r w:rsidR="4E655057">
        <w:rPr/>
        <w:t>ondergaan</w:t>
      </w:r>
      <w:r w:rsidR="4E655057">
        <w:rPr/>
        <w:t xml:space="preserve"> ten </w:t>
      </w:r>
      <w:r w:rsidR="4E655057">
        <w:rPr/>
        <w:t>opzichte</w:t>
      </w:r>
      <w:r w:rsidR="4E655057">
        <w:rPr/>
        <w:t xml:space="preserve"> van </w:t>
      </w:r>
      <w:r w:rsidR="4E655057">
        <w:rPr/>
        <w:t>versie</w:t>
      </w:r>
      <w:r w:rsidR="4E655057">
        <w:rPr/>
        <w:t xml:space="preserve"> 2.</w:t>
      </w:r>
    </w:p>
    <w:p xmlns:wp14="http://schemas.microsoft.com/office/word/2010/wordml" w14:paraId="5FAE8784" wp14:textId="77777777">
      <w:r w:rsidR="4E655057">
        <w:rPr/>
        <w:t xml:space="preserve">Dit </w:t>
      </w:r>
      <w:r w:rsidR="4E655057">
        <w:rPr/>
        <w:t>ondanks</w:t>
      </w:r>
      <w:r w:rsidR="4E655057">
        <w:rPr/>
        <w:t xml:space="preserve"> het </w:t>
      </w:r>
      <w:r w:rsidR="4E655057">
        <w:rPr/>
        <w:t>feit</w:t>
      </w:r>
      <w:r w:rsidR="4E655057">
        <w:rPr/>
        <w:t xml:space="preserve"> </w:t>
      </w:r>
      <w:r w:rsidR="4E655057">
        <w:rPr/>
        <w:t>dat</w:t>
      </w:r>
      <w:r w:rsidR="4E655057">
        <w:rPr/>
        <w:t>:</w:t>
      </w:r>
    </w:p>
    <w:p xmlns:wp14="http://schemas.microsoft.com/office/word/2010/wordml" w14:paraId="693D7394" wp14:textId="77777777">
      <w:r w:rsidRPr="4E655057" w:rsidR="4E655057">
        <w:rPr>
          <w:b w:val="1"/>
          <w:bCs w:val="1"/>
        </w:rPr>
        <w:t>(a)</w:t>
      </w:r>
      <w:r w:rsidR="4E655057">
        <w:rPr/>
        <w:t xml:space="preserve"> De </w:t>
      </w:r>
      <w:r w:rsidR="4E655057">
        <w:rPr/>
        <w:t>kapotte</w:t>
      </w:r>
      <w:r w:rsidR="4E655057">
        <w:rPr/>
        <w:t xml:space="preserve"> </w:t>
      </w:r>
      <w:r w:rsidR="4E655057">
        <w:rPr/>
        <w:t>verwijzing</w:t>
      </w:r>
      <w:r w:rsidR="4E655057">
        <w:rPr/>
        <w:t xml:space="preserve"> "[Fout! </w:t>
      </w:r>
      <w:r w:rsidR="4E655057">
        <w:rPr/>
        <w:t>Verwijzingsbron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gevonden</w:t>
      </w:r>
      <w:r w:rsidR="4E655057">
        <w:rPr/>
        <w:t xml:space="preserve">.]" (p. 10-246) reeds in </w:t>
      </w:r>
      <w:r w:rsidR="4E655057">
        <w:rPr/>
        <w:t>versie</w:t>
      </w:r>
      <w:r w:rsidR="4E655057">
        <w:rPr/>
        <w:t xml:space="preserve"> 2 </w:t>
      </w:r>
      <w:r w:rsidR="4E655057">
        <w:rPr/>
        <w:t>aanwezig</w:t>
      </w:r>
      <w:r w:rsidR="4E655057">
        <w:rPr/>
        <w:t xml:space="preserve"> was </w:t>
      </w:r>
      <w:r w:rsidR="4E655057">
        <w:rPr/>
        <w:t>en</w:t>
      </w:r>
      <w:r w:rsidR="4E655057">
        <w:rPr/>
        <w:t xml:space="preserve"> in </w:t>
      </w:r>
      <w:r w:rsidR="4E655057">
        <w:rPr/>
        <w:t>versie</w:t>
      </w:r>
      <w:r w:rsidR="4E655057">
        <w:rPr/>
        <w:t xml:space="preserve"> 4 </w:t>
      </w:r>
      <w:r w:rsidR="4E655057">
        <w:rPr/>
        <w:t>niet</w:t>
      </w:r>
      <w:r w:rsidR="4E655057">
        <w:rPr/>
        <w:t xml:space="preserve"> is </w:t>
      </w:r>
      <w:r w:rsidR="4E655057">
        <w:rPr/>
        <w:t>hersteld</w:t>
      </w:r>
      <w:r w:rsidR="4E655057">
        <w:rPr/>
        <w:t>;</w:t>
      </w:r>
    </w:p>
    <w:p xmlns:wp14="http://schemas.microsoft.com/office/word/2010/wordml" w14:paraId="01E9EE2A" wp14:textId="77777777">
      <w:r w:rsidRPr="4E655057" w:rsidR="74E91D53">
        <w:rPr>
          <w:b w:val="1"/>
          <w:bCs w:val="1"/>
        </w:rPr>
        <w:t>(b)</w:t>
      </w:r>
      <w:r w:rsidR="74E91D53">
        <w:rPr/>
        <w:t xml:space="preserve"> Het </w:t>
      </w:r>
      <w:r w:rsidR="74E91D53">
        <w:rPr/>
        <w:t>tracé</w:t>
      </w:r>
      <w:r w:rsidR="74E91D53">
        <w:rPr/>
        <w:t xml:space="preserve"> is </w:t>
      </w:r>
      <w:r w:rsidR="74E91D53">
        <w:rPr/>
        <w:t>gewijzigd</w:t>
      </w:r>
      <w:r w:rsidR="74E91D53">
        <w:rPr/>
        <w:t xml:space="preserve"> </w:t>
      </w:r>
      <w:r w:rsidR="74E91D53">
        <w:rPr/>
        <w:t>tussen</w:t>
      </w:r>
      <w:r w:rsidR="74E91D53">
        <w:rPr/>
        <w:t xml:space="preserve"> </w:t>
      </w:r>
      <w:r w:rsidR="74E91D53">
        <w:rPr/>
        <w:t>versie</w:t>
      </w:r>
      <w:r w:rsidR="74E91D53">
        <w:rPr/>
        <w:t xml:space="preserve"> 2 </w:t>
      </w:r>
      <w:r w:rsidR="74E91D53">
        <w:rPr/>
        <w:t>en</w:t>
      </w:r>
      <w:r w:rsidR="74E91D53">
        <w:rPr/>
        <w:t xml:space="preserve"> </w:t>
      </w:r>
      <w:r w:rsidR="74E91D53">
        <w:rPr/>
        <w:t>versie</w:t>
      </w:r>
      <w:r w:rsidR="74E91D53">
        <w:rPr/>
        <w:t xml:space="preserve"> 4, </w:t>
      </w:r>
      <w:r w:rsidR="74E91D53">
        <w:rPr/>
        <w:t>waardoor</w:t>
      </w:r>
      <w:r w:rsidR="74E91D53">
        <w:rPr/>
        <w:t xml:space="preserve"> de </w:t>
      </w:r>
      <w:r w:rsidR="74E91D53">
        <w:rPr/>
        <w:t>effecten</w:t>
      </w:r>
      <w:r w:rsidR="74E91D53">
        <w:rPr/>
        <w:t xml:space="preserve"> op </w:t>
      </w:r>
      <w:r w:rsidR="74E91D53">
        <w:rPr/>
        <w:t>beschermde</w:t>
      </w:r>
      <w:r w:rsidR="74E91D53">
        <w:rPr/>
        <w:t xml:space="preserve"> </w:t>
      </w:r>
      <w:r w:rsidR="74E91D53">
        <w:rPr/>
        <w:t>gebieden</w:t>
      </w:r>
      <w:r w:rsidR="74E91D53">
        <w:rPr/>
        <w:t xml:space="preserve"> </w:t>
      </w:r>
      <w:r w:rsidR="74E91D53">
        <w:rPr/>
        <w:t>anders</w:t>
      </w:r>
      <w:r w:rsidR="74E91D53">
        <w:rPr/>
        <w:t xml:space="preserve"> </w:t>
      </w:r>
      <w:r w:rsidR="74E91D53">
        <w:rPr/>
        <w:t>kunnen</w:t>
      </w:r>
      <w:r w:rsidR="74E91D53">
        <w:rPr/>
        <w:t xml:space="preserve"> </w:t>
      </w:r>
      <w:r w:rsidR="74E91D53">
        <w:rPr/>
        <w:t>zijn</w:t>
      </w:r>
      <w:r w:rsidR="74E91D53">
        <w:rPr/>
        <w:t>;</w:t>
      </w:r>
    </w:p>
    <w:p w:rsidR="4ED673EC" w:rsidRDefault="4ED673EC" w14:paraId="18E64A1E" w14:textId="5FB5F9EC">
      <w:r w:rsidRPr="4E655057" w:rsidR="6B316138">
        <w:rPr>
          <w:b w:val="1"/>
          <w:bCs w:val="1"/>
        </w:rPr>
        <w:t xml:space="preserve">(c) </w:t>
      </w:r>
      <w:r w:rsidR="6B316138">
        <w:rPr/>
        <w:t xml:space="preserve">De </w:t>
      </w:r>
      <w:r w:rsidR="6B316138">
        <w:rPr/>
        <w:t>effecten</w:t>
      </w:r>
      <w:r w:rsidR="6B316138">
        <w:rPr/>
        <w:t xml:space="preserve"> van de </w:t>
      </w:r>
      <w:r w:rsidR="6B316138">
        <w:rPr/>
        <w:t>bemalingen</w:t>
      </w:r>
      <w:r w:rsidR="6B316138">
        <w:rPr/>
        <w:t xml:space="preserve"> in het </w:t>
      </w:r>
      <w:r w:rsidR="6B316138">
        <w:rPr/>
        <w:t>aangepaste</w:t>
      </w:r>
      <w:r w:rsidR="6B316138">
        <w:rPr/>
        <w:t xml:space="preserve"> MER </w:t>
      </w:r>
      <w:r w:rsidR="6B316138">
        <w:rPr/>
        <w:t>dieper</w:t>
      </w:r>
      <w:r w:rsidR="6B316138">
        <w:rPr/>
        <w:t xml:space="preserve"> </w:t>
      </w:r>
      <w:r w:rsidR="6B316138">
        <w:rPr/>
        <w:t>zijn</w:t>
      </w:r>
      <w:r w:rsidR="6B316138">
        <w:rPr/>
        <w:t xml:space="preserve"> </w:t>
      </w:r>
      <w:r w:rsidR="6B316138">
        <w:rPr/>
        <w:t>uitgewerkt</w:t>
      </w:r>
      <w:r w:rsidR="6B316138">
        <w:rPr/>
        <w:t xml:space="preserve">. </w:t>
      </w:r>
    </w:p>
    <w:p xmlns:wp14="http://schemas.microsoft.com/office/word/2010/wordml" w14:paraId="7FDDEA6D" wp14:textId="77777777">
      <w:r w:rsidRPr="4E655057" w:rsidR="4E655057">
        <w:rPr>
          <w:b w:val="1"/>
          <w:bCs w:val="1"/>
        </w:rPr>
        <w:t>(d)</w:t>
      </w:r>
      <w:r w:rsidR="4E655057">
        <w:rPr/>
        <w:t xml:space="preserve"> De B26 Nota PIV4 -- het document </w:t>
      </w:r>
      <w:r w:rsidR="4E655057">
        <w:rPr/>
        <w:t>dat</w:t>
      </w:r>
      <w:r w:rsidR="4E655057">
        <w:rPr/>
        <w:t xml:space="preserve"> de </w:t>
      </w:r>
      <w:r w:rsidR="4E655057">
        <w:rPr/>
        <w:t>aanpassingen</w:t>
      </w:r>
      <w:r w:rsidR="4E655057">
        <w:rPr/>
        <w:t xml:space="preserve"> in </w:t>
      </w:r>
      <w:r w:rsidR="4E655057">
        <w:rPr/>
        <w:t>versie</w:t>
      </w:r>
      <w:r w:rsidR="4E655057">
        <w:rPr/>
        <w:t xml:space="preserve"> 4 </w:t>
      </w:r>
      <w:r w:rsidR="4E655057">
        <w:rPr/>
        <w:t>motiveert</w:t>
      </w:r>
      <w:r w:rsidR="4E655057">
        <w:rPr/>
        <w:t xml:space="preserve"> -- </w:t>
      </w:r>
      <w:r w:rsidR="4E655057">
        <w:rPr/>
        <w:t>bevestigt</w:t>
      </w:r>
      <w:r w:rsidR="4E655057">
        <w:rPr/>
        <w:t xml:space="preserve"> </w:t>
      </w:r>
      <w:r w:rsidR="4E655057">
        <w:rPr/>
        <w:t>eveneens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de </w:t>
      </w:r>
      <w:r w:rsidR="4E655057">
        <w:rPr/>
        <w:t>Passende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is </w:t>
      </w:r>
      <w:r w:rsidR="4E655057">
        <w:rPr/>
        <w:t>bijgewerkt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de </w:t>
      </w:r>
      <w:r w:rsidR="4E655057">
        <w:rPr/>
        <w:t>Kaderrichtlijn</w:t>
      </w:r>
      <w:r w:rsidR="4E655057">
        <w:rPr/>
        <w:t xml:space="preserve"> Water </w:t>
      </w:r>
      <w:r w:rsidR="4E655057">
        <w:rPr/>
        <w:t>niet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besproken</w:t>
      </w:r>
      <w:r w:rsidR="4E655057">
        <w:rPr/>
        <w:t xml:space="preserve"> in </w:t>
      </w:r>
      <w:r w:rsidR="4E655057">
        <w:rPr/>
        <w:t>relatie</w:t>
      </w:r>
      <w:r w:rsidR="4E655057">
        <w:rPr/>
        <w:t xml:space="preserve"> tot de </w:t>
      </w:r>
      <w:r w:rsidR="4E655057">
        <w:rPr/>
        <w:t>beschermde</w:t>
      </w:r>
      <w:r w:rsidR="4E655057">
        <w:rPr/>
        <w:t xml:space="preserve"> </w:t>
      </w:r>
      <w:r w:rsidR="4E655057">
        <w:rPr/>
        <w:t>gebieden</w:t>
      </w:r>
      <w:r w:rsidR="4E655057">
        <w:rPr/>
        <w:t>.</w:t>
      </w:r>
    </w:p>
    <w:p xmlns:wp14="http://schemas.microsoft.com/office/word/2010/wordml" w14:paraId="3C4BE553" wp14:textId="77777777">
      <w:r w:rsidR="4E655057">
        <w:rPr/>
        <w:t xml:space="preserve">Het </w:t>
      </w:r>
      <w:r w:rsidR="4E655057">
        <w:rPr/>
        <w:t>nalaten</w:t>
      </w:r>
      <w:r w:rsidR="4E655057">
        <w:rPr/>
        <w:t xml:space="preserve"> om </w:t>
      </w:r>
      <w:r w:rsidR="4E655057">
        <w:rPr/>
        <w:t>een</w:t>
      </w:r>
      <w:r w:rsidR="4E655057">
        <w:rPr/>
        <w:t xml:space="preserve"> </w:t>
      </w:r>
      <w:r w:rsidR="4E655057">
        <w:rPr/>
        <w:t>Passende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te</w:t>
      </w:r>
      <w:r w:rsidR="4E655057">
        <w:rPr/>
        <w:t xml:space="preserve"> </w:t>
      </w:r>
      <w:r w:rsidR="4E655057">
        <w:rPr/>
        <w:t>werken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gewijzigde</w:t>
      </w:r>
      <w:r w:rsidR="4E655057">
        <w:rPr/>
        <w:t xml:space="preserve"> </w:t>
      </w:r>
      <w:r w:rsidR="4E655057">
        <w:rPr/>
        <w:t>projectomstandigheden</w:t>
      </w:r>
      <w:r w:rsidR="4E655057">
        <w:rPr/>
        <w:t xml:space="preserve"> is in </w:t>
      </w:r>
      <w:r w:rsidR="4E655057">
        <w:rPr/>
        <w:t>strijd</w:t>
      </w:r>
      <w:r w:rsidR="4E655057">
        <w:rPr/>
        <w:t xml:space="preserve"> met de </w:t>
      </w:r>
      <w:r w:rsidR="4E655057">
        <w:rPr/>
        <w:t>verplichting</w:t>
      </w:r>
      <w:r w:rsidR="4E655057">
        <w:rPr/>
        <w:t xml:space="preserve"> </w:t>
      </w:r>
      <w:r w:rsidR="4E655057">
        <w:rPr/>
        <w:t>onder</w:t>
      </w:r>
      <w:r w:rsidR="4E655057">
        <w:rPr/>
        <w:t xml:space="preserve"> </w:t>
      </w:r>
      <w:r w:rsidR="4E655057">
        <w:rPr/>
        <w:t>artikel</w:t>
      </w:r>
      <w:r w:rsidR="4E655057">
        <w:rPr/>
        <w:t xml:space="preserve"> 6 lid 3 </w:t>
      </w:r>
      <w:r w:rsidR="4E655057">
        <w:rPr/>
        <w:t>Habitatrichtlijn</w:t>
      </w:r>
      <w:r w:rsidR="4E655057">
        <w:rPr/>
        <w:t xml:space="preserve"> om </w:t>
      </w:r>
      <w:r w:rsidR="4E655057">
        <w:rPr/>
        <w:t>een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 </w:t>
      </w:r>
      <w:r w:rsidR="4E655057">
        <w:rPr/>
        <w:t>uit</w:t>
      </w:r>
      <w:r w:rsidR="4E655057">
        <w:rPr/>
        <w:t xml:space="preserve"> </w:t>
      </w:r>
      <w:r w:rsidR="4E655057">
        <w:rPr/>
        <w:t>te</w:t>
      </w:r>
      <w:r w:rsidR="4E655057">
        <w:rPr/>
        <w:t xml:space="preserve"> </w:t>
      </w:r>
      <w:r w:rsidR="4E655057">
        <w:rPr/>
        <w:t>voeren</w:t>
      </w:r>
      <w:r w:rsidR="4E655057">
        <w:rPr/>
        <w:t xml:space="preserve"> die </w:t>
      </w:r>
      <w:r w:rsidR="4E655057">
        <w:rPr/>
        <w:t>rekening</w:t>
      </w:r>
      <w:r w:rsidR="4E655057">
        <w:rPr/>
        <w:t xml:space="preserve"> </w:t>
      </w:r>
      <w:r w:rsidR="4E655057">
        <w:rPr/>
        <w:t>houdt</w:t>
      </w:r>
      <w:r w:rsidR="4E655057">
        <w:rPr/>
        <w:t xml:space="preserve"> met de </w:t>
      </w:r>
      <w:r w:rsidRPr="4E655057" w:rsidR="4E655057">
        <w:rPr>
          <w:b w:val="1"/>
          <w:bCs w:val="1"/>
        </w:rPr>
        <w:t>actuele</w:t>
      </w:r>
      <w:r w:rsidR="4E655057">
        <w:rPr/>
        <w:t xml:space="preserve"> </w:t>
      </w:r>
      <w:r w:rsidR="4E655057">
        <w:rPr/>
        <w:t>kenmerken</w:t>
      </w:r>
      <w:r w:rsidR="4E655057">
        <w:rPr/>
        <w:t xml:space="preserve"> van het project </w:t>
      </w:r>
      <w:r w:rsidR="4E655057">
        <w:rPr/>
        <w:t>en</w:t>
      </w:r>
      <w:r w:rsidR="4E655057">
        <w:rPr/>
        <w:t xml:space="preserve"> de </w:t>
      </w:r>
      <w:r w:rsidRPr="4E655057" w:rsidR="4E655057">
        <w:rPr>
          <w:b w:val="1"/>
          <w:bCs w:val="1"/>
        </w:rPr>
        <w:t>actuele</w:t>
      </w:r>
      <w:r w:rsidR="4E655057">
        <w:rPr/>
        <w:t xml:space="preserve"> </w:t>
      </w:r>
      <w:r w:rsidR="4E655057">
        <w:rPr/>
        <w:t>staat</w:t>
      </w:r>
      <w:r w:rsidR="4E655057">
        <w:rPr/>
        <w:t xml:space="preserve"> van </w:t>
      </w:r>
      <w:r w:rsidR="4E655057">
        <w:rPr/>
        <w:t>instandhouding</w:t>
      </w:r>
      <w:r w:rsidR="4E655057">
        <w:rPr/>
        <w:t xml:space="preserve"> van het </w:t>
      </w:r>
      <w:r w:rsidR="4E655057">
        <w:rPr/>
        <w:t>betrokken</w:t>
      </w:r>
      <w:r w:rsidR="4E655057">
        <w:rPr/>
        <w:t xml:space="preserve"> </w:t>
      </w:r>
      <w:r w:rsidR="4E655057">
        <w:rPr/>
        <w:t>gebied</w:t>
      </w:r>
      <w:r w:rsidR="4E655057">
        <w:rPr/>
        <w:t>.</w:t>
      </w:r>
    </w:p>
    <w:p xmlns:wp14="http://schemas.microsoft.com/office/word/2010/wordml" w:rsidP="4E655057" w14:paraId="6A05A809" wp14:textId="77777777">
      <w:pPr>
        <w:pBdr>
          <w:bottom w:val="single" w:color="CCCCCC" w:sz="6" w:space="1"/>
        </w:pBdr>
        <w:spacing w:before="240" w:after="240"/>
        <w:pBdr>
          <w:bottom w:val="single" w:color="CCCCCC" w:sz="6" w:space="1"/>
        </w:pBdr>
      </w:pPr>
    </w:p>
    <w:p xmlns:wp14="http://schemas.microsoft.com/office/word/2010/wordml" w14:paraId="1EB72CCC" wp14:textId="77777777">
      <w:pPr>
        <w:pStyle w:val="Heading2"/>
      </w:pPr>
      <w:r>
        <w:t>3. BETROKKEN HABITATRICHTLIJNGEBIEDEN: EFFECTEN ONDERSCHAT</w:t>
      </w:r>
    </w:p>
    <w:p xmlns:wp14="http://schemas.microsoft.com/office/word/2010/wordml" w14:paraId="29BB9D70" wp14:textId="77777777">
      <w:pPr>
        <w:pStyle w:val="Heading3"/>
      </w:pPr>
      <w:r w:rsidR="4E655057">
        <w:rPr/>
        <w:t xml:space="preserve">3.1 </w:t>
      </w:r>
      <w:r w:rsidR="4E655057">
        <w:rPr/>
        <w:t>Overzicht</w:t>
      </w:r>
      <w:r w:rsidR="4E655057">
        <w:rPr/>
        <w:t xml:space="preserve"> </w:t>
      </w:r>
      <w:r w:rsidR="4E655057">
        <w:rPr/>
        <w:t>betrokken</w:t>
      </w:r>
      <w:r w:rsidR="4E655057">
        <w:rPr/>
        <w:t xml:space="preserve"> Natura 2000-gebieden</w:t>
      </w:r>
    </w:p>
    <w:p xmlns:wp14="http://schemas.microsoft.com/office/word/2010/wordml" w14:paraId="08484558" wp14:textId="77777777">
      <w:r w:rsidR="4E655057">
        <w:rPr/>
        <w:t xml:space="preserve">Het </w:t>
      </w:r>
      <w:r w:rsidR="4E655057">
        <w:rPr/>
        <w:t>voorgenomen</w:t>
      </w:r>
      <w:r w:rsidR="4E655057">
        <w:rPr/>
        <w:t xml:space="preserve"> project </w:t>
      </w:r>
      <w:r w:rsidR="4E655057">
        <w:rPr/>
        <w:t>kruist</w:t>
      </w:r>
      <w:r w:rsidR="4E655057">
        <w:rPr/>
        <w:t xml:space="preserve">, </w:t>
      </w:r>
      <w:r w:rsidR="4E655057">
        <w:rPr/>
        <w:t>overlapt</w:t>
      </w:r>
      <w:r w:rsidR="4E655057">
        <w:rPr/>
        <w:t xml:space="preserve"> met of </w:t>
      </w:r>
      <w:r w:rsidR="4E655057">
        <w:rPr/>
        <w:t>grenst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de </w:t>
      </w:r>
      <w:r w:rsidR="4E655057">
        <w:rPr/>
        <w:t>volgende</w:t>
      </w:r>
      <w:r w:rsidR="4E655057">
        <w:rPr/>
        <w:t xml:space="preserve"> Speciale </w:t>
      </w:r>
      <w:r w:rsidR="4E655057">
        <w:rPr/>
        <w:t>Beschermingszones</w:t>
      </w:r>
      <w:r w:rsidR="4E655057">
        <w:rPr/>
        <w:t>:</w:t>
      </w:r>
    </w:p>
    <w:tbl>
      <w:tblPr>
        <w:tblStyle w:val="TableGrid"/>
        <w:tblW w:w="0" w:type="auto"/>
        <w:jc w:val="left"/>
        <w:tblLook w:val="04A0" w:firstRow="1" w:lastRow="0" w:firstColumn="1" w:lastColumn="0" w:noHBand="0" w:noVBand="1"/>
      </w:tblPr>
      <w:tblGrid>
        <w:gridCol w:w="2351"/>
        <w:gridCol w:w="2351"/>
        <w:gridCol w:w="2351"/>
        <w:gridCol w:w="2351"/>
      </w:tblGrid>
      <w:tr xmlns:wp14="http://schemas.microsoft.com/office/word/2010/wordml" w:rsidTr="4E655057" w14:paraId="21DB9A42" wp14:textId="77777777">
        <w:tc>
          <w:tcPr>
            <w:tcW w:w="2351" w:type="dxa"/>
            <w:shd w:val="clear" w:color="auto" w:fill="244061" w:themeFill="accent1" w:themeFillShade="80"/>
            <w:tcMar/>
          </w:tcPr>
          <w:p w14:paraId="3AB3EEAD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Type</w:t>
            </w:r>
          </w:p>
        </w:tc>
        <w:tc>
          <w:tcPr>
            <w:tcW w:w="2351" w:type="dxa"/>
            <w:shd w:val="clear" w:color="auto" w:fill="244061" w:themeFill="accent1" w:themeFillShade="80"/>
            <w:tcMar/>
          </w:tcPr>
          <w:p w14:paraId="2DAB5A84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Code</w:t>
            </w:r>
          </w:p>
        </w:tc>
        <w:tc>
          <w:tcPr>
            <w:tcW w:w="2351" w:type="dxa"/>
            <w:shd w:val="clear" w:color="auto" w:fill="244061" w:themeFill="accent1" w:themeFillShade="80"/>
            <w:tcMar/>
          </w:tcPr>
          <w:p w14:paraId="468E9CB3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Naam</w:t>
            </w:r>
          </w:p>
        </w:tc>
        <w:tc>
          <w:tcPr>
            <w:tcW w:w="2351" w:type="dxa"/>
            <w:shd w:val="clear" w:color="auto" w:fill="244061" w:themeFill="accent1" w:themeFillShade="80"/>
            <w:tcMar/>
          </w:tcPr>
          <w:p w14:paraId="5F426721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Relatie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tot project</w:t>
            </w:r>
          </w:p>
        </w:tc>
      </w:tr>
      <w:tr xmlns:wp14="http://schemas.microsoft.com/office/word/2010/wordml" w:rsidTr="4E655057" w14:paraId="46621D14" wp14:textId="77777777">
        <w:tc>
          <w:tcPr>
            <w:tcW w:w="2351" w:type="dxa"/>
            <w:shd w:val="clear" w:color="auto" w:fill="F2F6FC"/>
            <w:tcMar/>
          </w:tcPr>
          <w:p w14:paraId="3403F52A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SBZ-H</w:t>
            </w:r>
          </w:p>
        </w:tc>
        <w:tc>
          <w:tcPr>
            <w:tcW w:w="2351" w:type="dxa"/>
            <w:shd w:val="clear" w:color="auto" w:fill="F2F6FC"/>
            <w:tcMar/>
          </w:tcPr>
          <w:p w14:paraId="08E5920F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BE2500001</w:t>
            </w:r>
          </w:p>
        </w:tc>
        <w:tc>
          <w:tcPr>
            <w:tcW w:w="2351" w:type="dxa"/>
            <w:shd w:val="clear" w:color="auto" w:fill="F2F6FC"/>
            <w:tcMar/>
          </w:tcPr>
          <w:p w:rsidP="4E655057" w14:paraId="2C93A7AC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Duingebieden</w:t>
            </w:r>
            <w:r w:rsidRPr="4E655057" w:rsidR="4E655057">
              <w:rPr>
                <w:sz w:val="19"/>
                <w:szCs w:val="19"/>
              </w:rPr>
              <w:t xml:space="preserve"> incl. </w:t>
            </w:r>
            <w:r w:rsidRPr="4E655057" w:rsidR="4E655057">
              <w:rPr>
                <w:sz w:val="19"/>
                <w:szCs w:val="19"/>
              </w:rPr>
              <w:t>IJzermonding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en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Zwin</w:t>
            </w:r>
          </w:p>
        </w:tc>
        <w:tc>
          <w:tcPr>
            <w:tcW w:w="2351" w:type="dxa"/>
            <w:shd w:val="clear" w:color="auto" w:fill="F2F6FC"/>
            <w:tcMar/>
          </w:tcPr>
          <w:p w:rsidP="4E655057" w14:paraId="1F7D06E8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Projectgebied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overlapt</w:t>
            </w:r>
          </w:p>
        </w:tc>
      </w:tr>
      <w:tr xmlns:wp14="http://schemas.microsoft.com/office/word/2010/wordml" w:rsidTr="4E655057" w14:paraId="5CB7ED13" wp14:textId="77777777">
        <w:tc>
          <w:tcPr>
            <w:tcW w:w="2351" w:type="dxa"/>
            <w:tcMar/>
          </w:tcPr>
          <w:p w14:paraId="2E9D1648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SBZ-H</w:t>
            </w:r>
          </w:p>
        </w:tc>
        <w:tc>
          <w:tcPr>
            <w:tcW w:w="2351" w:type="dxa"/>
            <w:tcMar/>
          </w:tcPr>
          <w:p w14:paraId="548160FF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BE2500002</w:t>
            </w:r>
          </w:p>
        </w:tc>
        <w:tc>
          <w:tcPr>
            <w:tcW w:w="2351" w:type="dxa"/>
            <w:tcMar/>
          </w:tcPr>
          <w:p w14:paraId="16374BE5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Polders</w:t>
            </w:r>
          </w:p>
        </w:tc>
        <w:tc>
          <w:tcPr>
            <w:tcW w:w="2351" w:type="dxa"/>
            <w:tcMar/>
          </w:tcPr>
          <w:p w14:paraId="2C23DC00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Overlapt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bij</w:t>
            </w:r>
            <w:r w:rsidRPr="4E655057" w:rsidR="4E655057">
              <w:rPr>
                <w:sz w:val="19"/>
                <w:szCs w:val="19"/>
              </w:rPr>
              <w:t xml:space="preserve"> HS Stevin, </w:t>
            </w:r>
            <w:r w:rsidRPr="4E655057" w:rsidR="4E655057">
              <w:rPr>
                <w:sz w:val="19"/>
                <w:szCs w:val="19"/>
              </w:rPr>
              <w:t>masten</w:t>
            </w:r>
            <w:r w:rsidRPr="4E655057" w:rsidR="4E655057">
              <w:rPr>
                <w:sz w:val="19"/>
                <w:szCs w:val="19"/>
              </w:rPr>
              <w:t xml:space="preserve"> P15-P16</w:t>
            </w:r>
          </w:p>
        </w:tc>
      </w:tr>
      <w:tr xmlns:wp14="http://schemas.microsoft.com/office/word/2010/wordml" w:rsidTr="4E655057" w14:paraId="5FFBE1C0" wp14:textId="77777777">
        <w:tc>
          <w:tcPr>
            <w:tcW w:w="2351" w:type="dxa"/>
            <w:shd w:val="clear" w:color="auto" w:fill="F2F6FC"/>
            <w:tcMar/>
          </w:tcPr>
          <w:p w14:paraId="3B299D55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SBZ-H</w:t>
            </w:r>
          </w:p>
        </w:tc>
        <w:tc>
          <w:tcPr>
            <w:tcW w:w="2351" w:type="dxa"/>
            <w:shd w:val="clear" w:color="auto" w:fill="F2F6FC"/>
            <w:tcMar/>
          </w:tcPr>
          <w:p w14:paraId="656CE6AE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BE2500004</w:t>
            </w:r>
          </w:p>
        </w:tc>
        <w:tc>
          <w:tcPr>
            <w:tcW w:w="2351" w:type="dxa"/>
            <w:shd w:val="clear" w:color="auto" w:fill="F2F6FC"/>
            <w:tcMar/>
          </w:tcPr>
          <w:p w14:paraId="78D1A303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 xml:space="preserve">Bossen, </w:t>
            </w:r>
            <w:r w:rsidRPr="4E655057" w:rsidR="4E655057">
              <w:rPr>
                <w:sz w:val="19"/>
                <w:szCs w:val="19"/>
              </w:rPr>
              <w:t>heiden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en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valleigebieden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zandig</w:t>
            </w:r>
            <w:r w:rsidRPr="4E655057" w:rsidR="4E655057">
              <w:rPr>
                <w:sz w:val="19"/>
                <w:szCs w:val="19"/>
              </w:rPr>
              <w:t xml:space="preserve"> Vlaanderen (west)</w:t>
            </w:r>
          </w:p>
        </w:tc>
        <w:tc>
          <w:tcPr>
            <w:tcW w:w="2351" w:type="dxa"/>
            <w:shd w:val="clear" w:color="auto" w:fill="F2F6FC"/>
            <w:tcMar/>
          </w:tcPr>
          <w:p w14:paraId="3A3F70DD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 xml:space="preserve">Op 350m </w:t>
            </w:r>
            <w:r w:rsidRPr="4E655057" w:rsidR="4E655057">
              <w:rPr>
                <w:sz w:val="19"/>
                <w:szCs w:val="19"/>
              </w:rPr>
              <w:t>bij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masten</w:t>
            </w:r>
            <w:r w:rsidRPr="4E655057" w:rsidR="4E655057">
              <w:rPr>
                <w:sz w:val="19"/>
                <w:szCs w:val="19"/>
              </w:rPr>
              <w:t xml:space="preserve"> EV209 P27N-P35</w:t>
            </w:r>
          </w:p>
        </w:tc>
      </w:tr>
      <w:tr xmlns:wp14="http://schemas.microsoft.com/office/word/2010/wordml" w:rsidTr="4E655057" w14:paraId="081F2D63" wp14:textId="77777777">
        <w:tc>
          <w:tcPr>
            <w:tcW w:w="2351" w:type="dxa"/>
            <w:tcMar/>
          </w:tcPr>
          <w:p w14:paraId="292FE469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SBZ-V</w:t>
            </w:r>
          </w:p>
        </w:tc>
        <w:tc>
          <w:tcPr>
            <w:tcW w:w="2351" w:type="dxa"/>
            <w:tcMar/>
          </w:tcPr>
          <w:p w14:paraId="47BCBBF6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BE2500932</w:t>
            </w:r>
          </w:p>
        </w:tc>
        <w:tc>
          <w:tcPr>
            <w:tcW w:w="2351" w:type="dxa"/>
            <w:tcMar/>
          </w:tcPr>
          <w:p w:rsidP="4E655057" w14:paraId="68DFF6EA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Poldercomplex</w:t>
            </w:r>
          </w:p>
        </w:tc>
        <w:tc>
          <w:tcPr>
            <w:tcW w:w="2351" w:type="dxa"/>
            <w:tcMar/>
          </w:tcPr>
          <w:p w:rsidP="4E655057" w14:paraId="0E66F337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Projectgebied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kruist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dit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Vogelrichtlijngebied</w:t>
            </w:r>
          </w:p>
        </w:tc>
      </w:tr>
    </w:tbl>
    <w:p xmlns:wp14="http://schemas.microsoft.com/office/word/2010/wordml" w14:paraId="5A39BBE3" wp14:textId="77777777"/>
    <w:p xmlns:wp14="http://schemas.microsoft.com/office/word/2010/wordml" w14:paraId="5A9857D0" wp14:textId="77777777">
      <w:pPr>
        <w:pStyle w:val="Heading3"/>
      </w:pPr>
      <w:r w:rsidR="4E655057">
        <w:rPr/>
        <w:t xml:space="preserve">3.2 SBZ-H BE2500002 "Polders" -- </w:t>
      </w:r>
      <w:r w:rsidR="4E655057">
        <w:rPr/>
        <w:t>directe</w:t>
      </w:r>
      <w:r w:rsidR="4E655057">
        <w:rPr/>
        <w:t xml:space="preserve"> overlap</w:t>
      </w:r>
    </w:p>
    <w:p xmlns:wp14="http://schemas.microsoft.com/office/word/2010/wordml" w14:paraId="40C68FF7" wp14:textId="77777777">
      <w:r w:rsidR="4E655057">
        <w:rPr/>
        <w:t xml:space="preserve">Het </w:t>
      </w:r>
      <w:r w:rsidR="4E655057">
        <w:rPr/>
        <w:t>projectgebied</w:t>
      </w:r>
      <w:r w:rsidR="4E655057">
        <w:rPr/>
        <w:t xml:space="preserve"> </w:t>
      </w:r>
      <w:r w:rsidR="4E655057">
        <w:rPr/>
        <w:t>overlapt</w:t>
      </w:r>
      <w:r w:rsidR="4E655057">
        <w:rPr/>
        <w:t xml:space="preserve"> met het </w:t>
      </w:r>
      <w:r w:rsidR="4E655057">
        <w:rPr/>
        <w:t>Habitatrichtlijngebied</w:t>
      </w:r>
      <w:r w:rsidR="4E655057">
        <w:rPr/>
        <w:t xml:space="preserve"> "Polders" (BE2500002) ter </w:t>
      </w:r>
      <w:r w:rsidR="4E655057">
        <w:rPr/>
        <w:t>hoogte</w:t>
      </w:r>
      <w:r w:rsidR="4E655057">
        <w:rPr/>
        <w:t xml:space="preserve"> van het </w:t>
      </w:r>
      <w:r w:rsidR="4E655057">
        <w:rPr/>
        <w:t>hoogspanningsstation</w:t>
      </w:r>
      <w:r w:rsidR="4E655057">
        <w:rPr/>
        <w:t xml:space="preserve"> Stevin </w:t>
      </w:r>
      <w:r w:rsidR="4E655057">
        <w:rPr/>
        <w:t>en</w:t>
      </w:r>
      <w:r w:rsidR="4E655057">
        <w:rPr/>
        <w:t xml:space="preserve"> de </w:t>
      </w:r>
      <w:r w:rsidR="4E655057">
        <w:rPr/>
        <w:t>masten</w:t>
      </w:r>
      <w:r w:rsidR="4E655057">
        <w:rPr/>
        <w:t xml:space="preserve"> P15-P16. Het </w:t>
      </w:r>
      <w:r w:rsidR="4E655057">
        <w:rPr/>
        <w:t>betreft</w:t>
      </w:r>
      <w:r w:rsidR="4E655057">
        <w:rPr/>
        <w:t xml:space="preserve"> </w:t>
      </w:r>
      <w:r w:rsidR="4E655057">
        <w:rPr/>
        <w:t>hier</w:t>
      </w:r>
      <w:r w:rsidR="4E655057">
        <w:rPr/>
        <w:t xml:space="preserve"> </w:t>
      </w:r>
      <w:r w:rsidR="4E655057">
        <w:rPr/>
        <w:t>poldergraslanden</w:t>
      </w:r>
      <w:r w:rsidR="4E655057">
        <w:rPr/>
        <w:t xml:space="preserve"> (Natura 2000-habitattype 1310 -- </w:t>
      </w:r>
      <w:r w:rsidR="4E655057">
        <w:rPr/>
        <w:t>Eenjarige</w:t>
      </w:r>
      <w:r w:rsidR="4E655057">
        <w:rPr/>
        <w:t xml:space="preserve"> </w:t>
      </w:r>
      <w:r w:rsidR="4E655057">
        <w:rPr/>
        <w:t>pioniersvegetaties</w:t>
      </w:r>
      <w:r w:rsidR="4E655057">
        <w:rPr/>
        <w:t xml:space="preserve"> van </w:t>
      </w:r>
      <w:r w:rsidR="4E655057">
        <w:rPr/>
        <w:t>slik</w:t>
      </w:r>
      <w:r w:rsidR="4E655057">
        <w:rPr/>
        <w:t xml:space="preserve">- </w:t>
      </w:r>
      <w:r w:rsidR="4E655057">
        <w:rPr/>
        <w:t>en</w:t>
      </w:r>
      <w:r w:rsidR="4E655057">
        <w:rPr/>
        <w:t xml:space="preserve"> </w:t>
      </w:r>
      <w:r w:rsidR="4E655057">
        <w:rPr/>
        <w:t>zandgebieden</w:t>
      </w:r>
      <w:r w:rsidR="4E655057">
        <w:rPr/>
        <w:t xml:space="preserve"> met Salicornia-</w:t>
      </w:r>
      <w:r w:rsidR="4E655057">
        <w:rPr/>
        <w:t>soorten</w:t>
      </w:r>
      <w:r w:rsidR="4E655057">
        <w:rPr/>
        <w:t xml:space="preserve">, </w:t>
      </w:r>
      <w:r w:rsidR="4E655057">
        <w:rPr/>
        <w:t>en</w:t>
      </w:r>
      <w:r w:rsidR="4E655057">
        <w:rPr/>
        <w:t xml:space="preserve"> 1330 -- </w:t>
      </w:r>
      <w:r w:rsidR="4E655057">
        <w:rPr/>
        <w:t>Atlantische</w:t>
      </w:r>
      <w:r w:rsidR="4E655057">
        <w:rPr/>
        <w:t xml:space="preserve"> </w:t>
      </w:r>
      <w:r w:rsidR="4E655057">
        <w:rPr/>
        <w:t>schorren</w:t>
      </w:r>
      <w:r w:rsidR="4E655057">
        <w:rPr/>
        <w:t xml:space="preserve">) die tot de </w:t>
      </w:r>
      <w:r w:rsidR="4E655057">
        <w:rPr/>
        <w:t>instandhoudingsdoelstellingen</w:t>
      </w:r>
      <w:r w:rsidR="4E655057">
        <w:rPr/>
        <w:t xml:space="preserve"> van het </w:t>
      </w:r>
      <w:r w:rsidR="4E655057">
        <w:rPr/>
        <w:t>gebied</w:t>
      </w:r>
      <w:r w:rsidR="4E655057">
        <w:rPr/>
        <w:t xml:space="preserve"> </w:t>
      </w:r>
      <w:r w:rsidR="4E655057">
        <w:rPr/>
        <w:t>behoren</w:t>
      </w:r>
      <w:r w:rsidR="4E655057">
        <w:rPr/>
        <w:t>.</w:t>
      </w:r>
    </w:p>
    <w:p xmlns:wp14="http://schemas.microsoft.com/office/word/2010/wordml" w14:paraId="1FB17F00" wp14:textId="77777777">
      <w:r w:rsidR="4E655057">
        <w:rPr/>
        <w:t xml:space="preserve">De </w:t>
      </w:r>
      <w:r w:rsidR="4E655057">
        <w:rPr/>
        <w:t>aanlegfase</w:t>
      </w:r>
      <w:r w:rsidR="4E655057">
        <w:rPr/>
        <w:t xml:space="preserve"> </w:t>
      </w:r>
      <w:r w:rsidR="4E655057">
        <w:rPr/>
        <w:t>voorziet</w:t>
      </w:r>
      <w:r w:rsidR="4E655057">
        <w:rPr/>
        <w:t xml:space="preserve"> in </w:t>
      </w:r>
      <w:r w:rsidR="4E655057">
        <w:rPr/>
        <w:t>bemaling</w:t>
      </w:r>
      <w:r w:rsidR="4E655057">
        <w:rPr/>
        <w:t xml:space="preserve">, </w:t>
      </w:r>
      <w:r w:rsidR="4E655057">
        <w:rPr/>
        <w:t>werkstroken</w:t>
      </w:r>
      <w:r w:rsidR="4E655057">
        <w:rPr/>
        <w:t xml:space="preserve"> van </w:t>
      </w:r>
      <w:r w:rsidR="4E655057">
        <w:rPr/>
        <w:t>77 meter</w:t>
      </w:r>
      <w:r w:rsidR="4E655057">
        <w:rPr/>
        <w:t xml:space="preserve"> </w:t>
      </w:r>
      <w:r w:rsidR="4E655057">
        <w:rPr/>
        <w:t>breedte</w:t>
      </w:r>
      <w:r w:rsidR="4E655057">
        <w:rPr/>
        <w:t xml:space="preserve">, </w:t>
      </w:r>
      <w:r w:rsidR="4E655057">
        <w:rPr/>
        <w:t>en</w:t>
      </w:r>
      <w:r w:rsidR="4E655057">
        <w:rPr/>
        <w:t xml:space="preserve"> </w:t>
      </w:r>
      <w:r w:rsidR="4E655057">
        <w:rPr/>
        <w:t>funderingswerken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mastvoeten</w:t>
      </w:r>
      <w:r w:rsidR="4E655057">
        <w:rPr/>
        <w:t xml:space="preserve"> die </w:t>
      </w:r>
      <w:r w:rsidR="4E655057">
        <w:rPr/>
        <w:t>leiden</w:t>
      </w:r>
      <w:r w:rsidR="4E655057">
        <w:rPr/>
        <w:t xml:space="preserve"> tot:</w:t>
      </w:r>
    </w:p>
    <w:p xmlns:wp14="http://schemas.microsoft.com/office/word/2010/wordml" w14:paraId="4614FF4C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Biotoopverlies</w:t>
      </w:r>
      <w:r w:rsidR="4E655057">
        <w:rPr/>
        <w:t xml:space="preserve"> direct in of </w:t>
      </w:r>
      <w:r w:rsidR="4E655057">
        <w:rPr/>
        <w:t>onmiddellijk</w:t>
      </w:r>
      <w:r w:rsidR="4E655057">
        <w:rPr/>
        <w:t xml:space="preserve"> </w:t>
      </w:r>
      <w:r w:rsidR="4E655057">
        <w:rPr/>
        <w:t>aangrenzend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het SBZ-</w:t>
      </w:r>
      <w:r w:rsidR="4E655057">
        <w:rPr/>
        <w:t>H;</w:t>
      </w:r>
    </w:p>
    <w:p xmlns:wp14="http://schemas.microsoft.com/office/word/2010/wordml" w14:paraId="59162670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Verdroging</w:t>
      </w:r>
      <w:r w:rsidR="4E655057">
        <w:rPr/>
        <w:t xml:space="preserve"> door </w:t>
      </w:r>
      <w:r w:rsidR="4E655057">
        <w:rPr/>
        <w:t>bemaling</w:t>
      </w:r>
      <w:r w:rsidR="4E655057">
        <w:rPr/>
        <w:t xml:space="preserve"> die tot </w:t>
      </w:r>
      <w:r w:rsidR="4E655057">
        <w:rPr/>
        <w:t>honderden</w:t>
      </w:r>
      <w:r w:rsidR="4E655057">
        <w:rPr/>
        <w:t xml:space="preserve"> meters </w:t>
      </w:r>
      <w:r w:rsidR="4E655057">
        <w:rPr/>
        <w:t>ver</w:t>
      </w:r>
      <w:r w:rsidR="4E655057">
        <w:rPr/>
        <w:t xml:space="preserve"> </w:t>
      </w:r>
      <w:r w:rsidR="4E655057">
        <w:rPr/>
        <w:t>kan</w:t>
      </w:r>
      <w:r w:rsidR="4E655057">
        <w:rPr/>
        <w:t xml:space="preserve"> </w:t>
      </w:r>
      <w:r w:rsidR="4E655057">
        <w:rPr/>
        <w:t>reiken</w:t>
      </w:r>
      <w:r w:rsidR="4E655057">
        <w:rPr/>
        <w:t>;</w:t>
      </w:r>
    </w:p>
    <w:p xmlns:wp14="http://schemas.microsoft.com/office/word/2010/wordml" w14:paraId="5D8634D7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Verstoring</w:t>
      </w:r>
      <w:r w:rsidR="4E655057">
        <w:rPr/>
        <w:t xml:space="preserve"> door </w:t>
      </w:r>
      <w:r w:rsidR="4E655057">
        <w:rPr/>
        <w:t>geluid</w:t>
      </w:r>
      <w:r w:rsidR="4E655057">
        <w:rPr/>
        <w:t xml:space="preserve">, </w:t>
      </w:r>
      <w:r w:rsidR="4E655057">
        <w:rPr/>
        <w:t>licht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beweging</w:t>
      </w:r>
      <w:r w:rsidR="4E655057">
        <w:rPr/>
        <w:t xml:space="preserve"> </w:t>
      </w:r>
      <w:r w:rsidR="4E655057">
        <w:rPr/>
        <w:t>gedurende</w:t>
      </w:r>
      <w:r w:rsidR="4E655057">
        <w:rPr/>
        <w:t xml:space="preserve"> </w:t>
      </w:r>
      <w:r w:rsidR="4E655057">
        <w:rPr/>
        <w:t>meerdere</w:t>
      </w:r>
      <w:r w:rsidR="4E655057">
        <w:rPr/>
        <w:t xml:space="preserve"> </w:t>
      </w:r>
      <w:r w:rsidR="4E655057">
        <w:rPr/>
        <w:t>seizoenen</w:t>
      </w:r>
      <w:r w:rsidR="4E655057">
        <w:rPr/>
        <w:t>.</w:t>
      </w:r>
    </w:p>
    <w:p xmlns:wp14="http://schemas.microsoft.com/office/word/2010/wordml" w14:paraId="180D61AD" wp14:textId="77777777">
      <w:r w:rsidR="4E655057">
        <w:rPr/>
        <w:t xml:space="preserve">Het MER </w:t>
      </w:r>
      <w:r w:rsidR="4E655057">
        <w:rPr/>
        <w:t>scoort</w:t>
      </w:r>
      <w:r w:rsidR="4E655057">
        <w:rPr/>
        <w:t xml:space="preserve"> </w:t>
      </w:r>
      <w:r w:rsidR="4E655057">
        <w:rPr/>
        <w:t>deze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</w:t>
      </w:r>
      <w:r w:rsidR="4E655057">
        <w:rPr/>
        <w:t>maximaal</w:t>
      </w:r>
      <w:r w:rsidR="4E655057">
        <w:rPr/>
        <w:t xml:space="preserve"> -2 (</w:t>
      </w:r>
      <w:r w:rsidR="4E655057">
        <w:rPr/>
        <w:t>lokaal</w:t>
      </w:r>
      <w:r w:rsidR="4E655057">
        <w:rPr/>
        <w:t xml:space="preserve">). </w:t>
      </w:r>
      <w:r w:rsidR="4E655057">
        <w:rPr/>
        <w:t>Conform</w:t>
      </w:r>
      <w:r w:rsidR="4E655057">
        <w:rPr/>
        <w:t xml:space="preserve"> het Weser-arrest (</w:t>
      </w:r>
      <w:r w:rsidR="4E655057">
        <w:rPr/>
        <w:t>HvJ</w:t>
      </w:r>
      <w:r w:rsidR="4E655057">
        <w:rPr/>
        <w:t xml:space="preserve">-EU C-461/13) is </w:t>
      </w:r>
      <w:r w:rsidR="4E655057">
        <w:rPr/>
        <w:t>echter</w:t>
      </w:r>
      <w:r w:rsidR="4E655057">
        <w:rPr/>
        <w:t xml:space="preserve"> </w:t>
      </w:r>
      <w:r w:rsidR="4E655057">
        <w:rPr/>
        <w:t>elke</w:t>
      </w:r>
      <w:r w:rsidR="4E655057">
        <w:rPr/>
        <w:t xml:space="preserve"> </w:t>
      </w:r>
      <w:r w:rsidR="4E655057">
        <w:rPr/>
        <w:t>achteruitgang</w:t>
      </w:r>
      <w:r w:rsidR="4E655057">
        <w:rPr/>
        <w:t xml:space="preserve"> van </w:t>
      </w:r>
      <w:r w:rsidR="4E655057">
        <w:rPr/>
        <w:t>een</w:t>
      </w:r>
      <w:r w:rsidR="4E655057">
        <w:rPr/>
        <w:t xml:space="preserve"> </w:t>
      </w:r>
      <w:r w:rsidR="4E655057">
        <w:rPr/>
        <w:t>kwaliteitselement</w:t>
      </w:r>
      <w:r w:rsidR="4E655057">
        <w:rPr/>
        <w:t xml:space="preserve"> relevant, </w:t>
      </w:r>
      <w:r w:rsidR="4E655057">
        <w:rPr/>
        <w:t>ook</w:t>
      </w:r>
      <w:r w:rsidR="4E655057">
        <w:rPr/>
        <w:t xml:space="preserve"> </w:t>
      </w:r>
      <w:r w:rsidR="4E655057">
        <w:rPr/>
        <w:t>wanneer</w:t>
      </w:r>
      <w:r w:rsidR="4E655057">
        <w:rPr/>
        <w:t xml:space="preserve"> de </w:t>
      </w:r>
      <w:r w:rsidR="4E655057">
        <w:rPr/>
        <w:t>achteruitgang</w:t>
      </w:r>
      <w:r w:rsidR="4E655057">
        <w:rPr/>
        <w:t xml:space="preserve"> </w:t>
      </w:r>
      <w:r w:rsidR="4E655057">
        <w:rPr/>
        <w:t>beperkt</w:t>
      </w:r>
      <w:r w:rsidR="4E655057">
        <w:rPr/>
        <w:t xml:space="preserve"> of </w:t>
      </w:r>
      <w:r w:rsidR="4E655057">
        <w:rPr/>
        <w:t>tijdelijk</w:t>
      </w:r>
      <w:r w:rsidR="4E655057">
        <w:rPr/>
        <w:t xml:space="preserve"> is. De score -2 </w:t>
      </w:r>
      <w:r w:rsidR="4E655057">
        <w:rPr/>
        <w:t>wordt</w:t>
      </w:r>
      <w:r w:rsidR="4E655057">
        <w:rPr/>
        <w:t xml:space="preserve"> </w:t>
      </w:r>
      <w:r w:rsidR="4E655057">
        <w:rPr/>
        <w:t>bovendien</w:t>
      </w:r>
      <w:r w:rsidR="4E655057">
        <w:rPr/>
        <w:t xml:space="preserve"> </w:t>
      </w:r>
      <w:r w:rsidR="4E655057">
        <w:rPr/>
        <w:t>verlaagd</w:t>
      </w:r>
      <w:r w:rsidR="4E655057">
        <w:rPr/>
        <w:t xml:space="preserve"> door de </w:t>
      </w:r>
      <w:r w:rsidR="4E655057">
        <w:rPr/>
        <w:t>aanname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="4E655057">
        <w:rPr/>
        <w:t>milderende</w:t>
      </w:r>
      <w:r w:rsidR="4E655057">
        <w:rPr/>
        <w:t xml:space="preserve"> </w:t>
      </w:r>
      <w:r w:rsidR="4E655057">
        <w:rPr/>
        <w:t>maatregelen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nageleefd</w:t>
      </w:r>
      <w:r w:rsidR="4E655057">
        <w:rPr/>
        <w:t xml:space="preserve"> -- </w:t>
      </w:r>
      <w:r w:rsidR="4E655057">
        <w:rPr/>
        <w:t>maatregelen</w:t>
      </w:r>
      <w:r w:rsidR="4E655057">
        <w:rPr/>
        <w:t xml:space="preserve"> die </w:t>
      </w:r>
      <w:r w:rsidR="4E655057">
        <w:rPr/>
        <w:t>niet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</w:t>
      </w:r>
      <w:r w:rsidR="4E655057">
        <w:rPr/>
        <w:t>vergunningsvoorwaarde</w:t>
      </w:r>
      <w:r w:rsidR="4E655057">
        <w:rPr/>
        <w:t xml:space="preserve"> </w:t>
      </w:r>
      <w:r w:rsidR="4E655057">
        <w:rPr/>
        <w:t>zijn</w:t>
      </w:r>
      <w:r w:rsidR="4E655057">
        <w:rPr/>
        <w:t xml:space="preserve"> </w:t>
      </w:r>
      <w:r w:rsidR="4E655057">
        <w:rPr/>
        <w:t>opgelegd</w:t>
      </w:r>
      <w:r w:rsidR="4E655057">
        <w:rPr/>
        <w:t xml:space="preserve"> (</w:t>
      </w:r>
      <w:r w:rsidR="4E655057">
        <w:rPr/>
        <w:t>zie</w:t>
      </w:r>
      <w:r w:rsidR="4E655057">
        <w:rPr/>
        <w:t xml:space="preserve"> </w:t>
      </w:r>
      <w:r w:rsidR="4E655057">
        <w:rPr/>
        <w:t>sectie</w:t>
      </w:r>
      <w:r w:rsidR="4E655057">
        <w:rPr/>
        <w:t xml:space="preserve"> 8 infra).</w:t>
      </w:r>
    </w:p>
    <w:p xmlns:wp14="http://schemas.microsoft.com/office/word/2010/wordml" w14:paraId="3893CA13" wp14:textId="77777777">
      <w:pPr>
        <w:pStyle w:val="Heading3"/>
      </w:pPr>
      <w:r w:rsidR="4E655057">
        <w:rPr/>
        <w:t xml:space="preserve">3.3 SBZ-H BE2500004 "Bossen, </w:t>
      </w:r>
      <w:r w:rsidR="4E655057">
        <w:rPr/>
        <w:t>heiden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valleigebieden</w:t>
      </w:r>
      <w:r w:rsidR="4E655057">
        <w:rPr/>
        <w:t xml:space="preserve">" -- 350m </w:t>
      </w:r>
      <w:r w:rsidR="4E655057">
        <w:rPr/>
        <w:t>afstand</w:t>
      </w:r>
    </w:p>
    <w:p xmlns:wp14="http://schemas.microsoft.com/office/word/2010/wordml" w14:paraId="66232B21" wp14:textId="77777777">
      <w:r w:rsidR="4E655057">
        <w:rPr/>
        <w:t xml:space="preserve">Het </w:t>
      </w:r>
      <w:r w:rsidR="4E655057">
        <w:rPr/>
        <w:t>Habitatrichtlijngebied</w:t>
      </w:r>
      <w:r w:rsidR="4E655057">
        <w:rPr/>
        <w:t xml:space="preserve"> "Bossen, </w:t>
      </w:r>
      <w:r w:rsidR="4E655057">
        <w:rPr/>
        <w:t>heiden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valleigebieden</w:t>
      </w:r>
      <w:r w:rsidR="4E655057">
        <w:rPr/>
        <w:t xml:space="preserve"> </w:t>
      </w:r>
      <w:r w:rsidR="4E655057">
        <w:rPr/>
        <w:t>zandig</w:t>
      </w:r>
      <w:r w:rsidR="4E655057">
        <w:rPr/>
        <w:t xml:space="preserve"> Vlaanderen (west)" (BE2500004) </w:t>
      </w:r>
      <w:r w:rsidR="4E655057">
        <w:rPr/>
        <w:t>ligt</w:t>
      </w:r>
      <w:r w:rsidR="4E655057">
        <w:rPr/>
        <w:t xml:space="preserve"> op </w:t>
      </w:r>
      <w:r w:rsidR="4E655057">
        <w:rPr/>
        <w:t>slechts</w:t>
      </w:r>
      <w:r w:rsidR="4E655057">
        <w:rPr/>
        <w:t xml:space="preserve"> 350 meter van de </w:t>
      </w:r>
      <w:r w:rsidR="4E655057">
        <w:rPr/>
        <w:t>masten</w:t>
      </w:r>
      <w:r w:rsidR="4E655057">
        <w:rPr/>
        <w:t xml:space="preserve"> EV209 P27N </w:t>
      </w:r>
      <w:r w:rsidR="4E655057">
        <w:rPr/>
        <w:t>tot</w:t>
      </w:r>
      <w:r w:rsidR="4E655057">
        <w:rPr/>
        <w:t xml:space="preserve"> P35. De </w:t>
      </w:r>
      <w:r w:rsidR="4E655057">
        <w:rPr/>
        <w:t>gemeente</w:t>
      </w:r>
      <w:r w:rsidR="4E655057">
        <w:rPr/>
        <w:t xml:space="preserve"> </w:t>
      </w:r>
      <w:r w:rsidR="4E655057">
        <w:rPr/>
        <w:t>Jabbeke</w:t>
      </w:r>
      <w:r w:rsidR="4E655057">
        <w:rPr/>
        <w:t xml:space="preserve"> </w:t>
      </w:r>
      <w:r w:rsidR="4E655057">
        <w:rPr/>
        <w:t>wijst</w:t>
      </w:r>
      <w:r w:rsidR="4E655057">
        <w:rPr/>
        <w:t xml:space="preserve"> er in </w:t>
      </w:r>
      <w:r w:rsidR="4E655057">
        <w:rPr/>
        <w:t>haar</w:t>
      </w:r>
      <w:r w:rsidR="4E655057">
        <w:rPr/>
        <w:t xml:space="preserve"> </w:t>
      </w:r>
      <w:r w:rsidR="4E655057">
        <w:rPr/>
        <w:t>ongunstig</w:t>
      </w:r>
      <w:r w:rsidR="4E655057">
        <w:rPr/>
        <w:t xml:space="preserve"> </w:t>
      </w:r>
      <w:r w:rsidR="4E655057">
        <w:rPr/>
        <w:t>advies</w:t>
      </w:r>
      <w:r w:rsidR="4E655057">
        <w:rPr/>
        <w:t xml:space="preserve"> op </w:t>
      </w:r>
      <w:r w:rsidR="4E655057">
        <w:rPr/>
        <w:t>dat</w:t>
      </w:r>
      <w:r w:rsidR="4E655057">
        <w:rPr/>
        <w:t xml:space="preserve"> mast P27N in de </w:t>
      </w:r>
      <w:r w:rsidR="4E655057">
        <w:rPr/>
        <w:t>nieuwe</w:t>
      </w:r>
      <w:r w:rsidR="4E655057">
        <w:rPr/>
        <w:t xml:space="preserve"> </w:t>
      </w:r>
      <w:r w:rsidR="4E655057">
        <w:rPr/>
        <w:t>configuratie</w:t>
      </w:r>
      <w:r w:rsidR="4E655057">
        <w:rPr/>
        <w:t xml:space="preserve"> </w:t>
      </w:r>
      <w:r w:rsidRPr="4E655057" w:rsidR="4E655057">
        <w:rPr>
          <w:b w:val="1"/>
          <w:bCs w:val="1"/>
        </w:rPr>
        <w:t>13 meter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hoger</w:t>
      </w:r>
      <w:r w:rsidR="4E655057">
        <w:rPr/>
        <w:t xml:space="preserve"> is dan in </w:t>
      </w:r>
      <w:r w:rsidR="4E655057">
        <w:rPr/>
        <w:t>versie</w:t>
      </w:r>
      <w:r w:rsidR="4E655057">
        <w:rPr/>
        <w:t xml:space="preserve"> 2 </w:t>
      </w:r>
      <w:r w:rsidR="4E655057">
        <w:rPr/>
        <w:t>en</w:t>
      </w:r>
      <w:r w:rsidR="4E655057">
        <w:rPr/>
        <w:t xml:space="preserve"> </w:t>
      </w:r>
      <w:r w:rsidRPr="4E655057" w:rsidR="4E655057">
        <w:rPr>
          <w:b w:val="1"/>
          <w:bCs w:val="1"/>
        </w:rPr>
        <w:t>130 meter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dichter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de </w:t>
      </w:r>
      <w:r w:rsidR="4E655057">
        <w:rPr/>
        <w:t>kasteeldomeinen</w:t>
      </w:r>
      <w:r w:rsidR="4E655057">
        <w:rPr/>
        <w:t xml:space="preserve"> </w:t>
      </w:r>
      <w:r w:rsidR="4E655057">
        <w:rPr/>
        <w:t>Beisbroek</w:t>
      </w:r>
      <w:r w:rsidR="4E655057">
        <w:rPr/>
        <w:t>/Tudor/</w:t>
      </w:r>
      <w:r w:rsidR="4E655057">
        <w:rPr/>
        <w:t>Tillegem</w:t>
      </w:r>
      <w:r w:rsidR="4E655057">
        <w:rPr/>
        <w:t xml:space="preserve">, die </w:t>
      </w:r>
      <w:r w:rsidR="4E655057">
        <w:rPr/>
        <w:t>aangrenzend</w:t>
      </w:r>
      <w:r w:rsidR="4E655057">
        <w:rPr/>
        <w:t xml:space="preserve"> </w:t>
      </w:r>
      <w:r w:rsidR="4E655057">
        <w:rPr/>
        <w:t>liggen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</w:t>
      </w:r>
      <w:r w:rsidR="4E655057">
        <w:rPr/>
        <w:t>dit</w:t>
      </w:r>
      <w:r w:rsidR="4E655057">
        <w:rPr/>
        <w:t xml:space="preserve"> SBZ-H.</w:t>
      </w:r>
    </w:p>
    <w:p xmlns:wp14="http://schemas.microsoft.com/office/word/2010/wordml" w14:paraId="4641F8C6" wp14:textId="77777777">
      <w:r w:rsidR="4E655057">
        <w:rPr/>
        <w:t xml:space="preserve">De </w:t>
      </w:r>
      <w:r w:rsidR="4E655057">
        <w:rPr/>
        <w:t>effecten</w:t>
      </w:r>
      <w:r w:rsidR="4E655057">
        <w:rPr/>
        <w:t xml:space="preserve"> van </w:t>
      </w:r>
      <w:r w:rsidR="4E655057">
        <w:rPr/>
        <w:t>bemaling</w:t>
      </w:r>
      <w:r w:rsidR="4E655057">
        <w:rPr/>
        <w:t xml:space="preserve"> (</w:t>
      </w:r>
      <w:r w:rsidR="4E655057">
        <w:rPr/>
        <w:t>grondwaterstandsverlaging</w:t>
      </w:r>
      <w:r w:rsidR="4E655057">
        <w:rPr/>
        <w:t xml:space="preserve">) op de </w:t>
      </w:r>
      <w:r w:rsidR="4E655057">
        <w:rPr/>
        <w:t>boscomplexen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heideterreinen</w:t>
      </w:r>
      <w:r w:rsidR="4E655057">
        <w:rPr/>
        <w:t xml:space="preserve"> </w:t>
      </w:r>
      <w:r w:rsidR="4E655057">
        <w:rPr/>
        <w:t>binnen</w:t>
      </w:r>
      <w:r w:rsidR="4E655057">
        <w:rPr/>
        <w:t xml:space="preserve"> </w:t>
      </w:r>
      <w:r w:rsidR="4E655057">
        <w:rPr/>
        <w:t>dit</w:t>
      </w:r>
      <w:r w:rsidR="4E655057">
        <w:rPr/>
        <w:t xml:space="preserve"> SBZ-H </w:t>
      </w:r>
      <w:r w:rsidR="4E655057">
        <w:rPr/>
        <w:t>worden</w:t>
      </w:r>
      <w:r w:rsidR="4E655057">
        <w:rPr/>
        <w:t xml:space="preserve"> in het MER </w:t>
      </w:r>
      <w:r w:rsidR="4E655057">
        <w:rPr/>
        <w:t>niet</w:t>
      </w:r>
      <w:r w:rsidR="4E655057">
        <w:rPr/>
        <w:t xml:space="preserve"> </w:t>
      </w:r>
      <w:r w:rsidR="4E655057">
        <w:rPr/>
        <w:t>kwantitatief</w:t>
      </w:r>
      <w:r w:rsidR="4E655057">
        <w:rPr/>
        <w:t xml:space="preserve"> </w:t>
      </w:r>
      <w:r w:rsidR="4E655057">
        <w:rPr/>
        <w:t>geanalyseerd</w:t>
      </w:r>
      <w:r w:rsidR="4E655057">
        <w:rPr/>
        <w:t xml:space="preserve"> op het </w:t>
      </w:r>
      <w:r w:rsidR="4E655057">
        <w:rPr/>
        <w:t>niveau</w:t>
      </w:r>
      <w:r w:rsidR="4E655057">
        <w:rPr/>
        <w:t xml:space="preserve"> van </w:t>
      </w:r>
      <w:r w:rsidR="4E655057">
        <w:rPr/>
        <w:t>individuele</w:t>
      </w:r>
      <w:r w:rsidR="4E655057">
        <w:rPr/>
        <w:t xml:space="preserve"> </w:t>
      </w:r>
      <w:r w:rsidR="4E655057">
        <w:rPr/>
        <w:t>habitattypes</w:t>
      </w:r>
      <w:r w:rsidR="4E655057">
        <w:rPr/>
        <w:t>.</w:t>
      </w:r>
    </w:p>
    <w:p xmlns:wp14="http://schemas.microsoft.com/office/word/2010/wordml" w14:paraId="5ECD5BF4" wp14:textId="77777777">
      <w:pPr>
        <w:pStyle w:val="Heading3"/>
      </w:pPr>
      <w:r w:rsidR="4E655057">
        <w:rPr/>
        <w:t>3.4 SBZ-V BE2500932 "</w:t>
      </w:r>
      <w:r w:rsidR="4E655057">
        <w:rPr/>
        <w:t>Poldercomplex</w:t>
      </w:r>
      <w:r w:rsidR="4E655057">
        <w:rPr/>
        <w:t xml:space="preserve">" -- </w:t>
      </w:r>
      <w:r w:rsidR="4E655057">
        <w:rPr/>
        <w:t>kruising</w:t>
      </w:r>
    </w:p>
    <w:p xmlns:wp14="http://schemas.microsoft.com/office/word/2010/wordml" w14:paraId="6F8432F1" wp14:textId="77777777">
      <w:r w:rsidR="4E655057">
        <w:rPr/>
        <w:t xml:space="preserve">Het </w:t>
      </w:r>
      <w:r w:rsidR="4E655057">
        <w:rPr/>
        <w:t>projectgebied</w:t>
      </w:r>
      <w:r w:rsidR="4E655057">
        <w:rPr/>
        <w:t xml:space="preserve"> </w:t>
      </w:r>
      <w:r w:rsidR="4E655057">
        <w:rPr/>
        <w:t>kruist</w:t>
      </w:r>
      <w:r w:rsidR="4E655057">
        <w:rPr/>
        <w:t xml:space="preserve"> het </w:t>
      </w:r>
      <w:r w:rsidR="4E655057">
        <w:rPr/>
        <w:t>Vogelrichtlijngebied</w:t>
      </w:r>
      <w:r w:rsidR="4E655057">
        <w:rPr/>
        <w:t xml:space="preserve"> "</w:t>
      </w:r>
      <w:r w:rsidR="4E655057">
        <w:rPr/>
        <w:t>Poldercomplex</w:t>
      </w:r>
      <w:r w:rsidR="4E655057">
        <w:rPr/>
        <w:t xml:space="preserve">" (BE2500932). Dit </w:t>
      </w:r>
      <w:r w:rsidR="4E655057">
        <w:rPr/>
        <w:t>gebied</w:t>
      </w:r>
      <w:r w:rsidR="4E655057">
        <w:rPr/>
        <w:t xml:space="preserve"> is </w:t>
      </w:r>
      <w:r w:rsidR="4E655057">
        <w:rPr/>
        <w:t>aangewezen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o.a.</w:t>
      </w:r>
      <w:r w:rsidR="4E655057">
        <w:rPr/>
        <w:t xml:space="preserve"> </w:t>
      </w:r>
      <w:r w:rsidR="4E655057">
        <w:rPr/>
        <w:t>kluut</w:t>
      </w:r>
      <w:r w:rsidR="4E655057">
        <w:rPr/>
        <w:t xml:space="preserve">, </w:t>
      </w:r>
      <w:r w:rsidR="4E655057">
        <w:rPr/>
        <w:t>kemphaan</w:t>
      </w:r>
      <w:r w:rsidR="4E655057">
        <w:rPr/>
        <w:t xml:space="preserve">, </w:t>
      </w:r>
      <w:r w:rsidR="4E655057">
        <w:rPr/>
        <w:t>steltkluut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diverse </w:t>
      </w:r>
      <w:r w:rsidR="4E655057">
        <w:rPr/>
        <w:t>soorten</w:t>
      </w:r>
      <w:r w:rsidR="4E655057">
        <w:rPr/>
        <w:t xml:space="preserve"> </w:t>
      </w:r>
      <w:r w:rsidR="4E655057">
        <w:rPr/>
        <w:t>eenden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steltlopers</w:t>
      </w:r>
      <w:r w:rsidR="4E655057">
        <w:rPr/>
        <w:t>.</w:t>
      </w:r>
    </w:p>
    <w:p xmlns:wp14="http://schemas.microsoft.com/office/word/2010/wordml" w14:paraId="22809500" wp14:textId="77777777">
      <w:r w:rsidR="4E655057">
        <w:rPr/>
        <w:t xml:space="preserve">De </w:t>
      </w:r>
      <w:r w:rsidR="4E655057">
        <w:rPr/>
        <w:t>gemeente</w:t>
      </w:r>
      <w:r w:rsidR="4E655057">
        <w:rPr/>
        <w:t xml:space="preserve"> </w:t>
      </w:r>
      <w:r w:rsidR="4E655057">
        <w:rPr/>
        <w:t>Jabbeke</w:t>
      </w:r>
      <w:r w:rsidR="4E655057">
        <w:rPr/>
        <w:t xml:space="preserve"> </w:t>
      </w:r>
      <w:r w:rsidR="4E655057">
        <w:rPr/>
        <w:t>stelt</w:t>
      </w:r>
      <w:r w:rsidR="4E655057">
        <w:rPr/>
        <w:t xml:space="preserve"> in </w:t>
      </w:r>
      <w:r w:rsidR="4E655057">
        <w:rPr/>
        <w:t>haar</w:t>
      </w:r>
      <w:r w:rsidR="4E655057">
        <w:rPr/>
        <w:t xml:space="preserve"> </w:t>
      </w:r>
      <w:r w:rsidR="4E655057">
        <w:rPr/>
        <w:t>ongunstig</w:t>
      </w:r>
      <w:r w:rsidR="4E655057">
        <w:rPr/>
        <w:t xml:space="preserve"> </w:t>
      </w:r>
      <w:r w:rsidR="4E655057">
        <w:rPr/>
        <w:t>advies</w:t>
      </w:r>
      <w:r w:rsidR="4E655057">
        <w:rPr/>
        <w:t xml:space="preserve"> vast </w:t>
      </w:r>
      <w:r w:rsidR="4E655057">
        <w:rPr/>
        <w:t>dat</w:t>
      </w:r>
      <w:r w:rsidR="4E655057">
        <w:rPr/>
        <w:t xml:space="preserve"> het </w:t>
      </w:r>
      <w:r w:rsidRPr="4E655057" w:rsidR="4E655057">
        <w:rPr>
          <w:b w:val="1"/>
          <w:bCs w:val="1"/>
        </w:rPr>
        <w:t>akkervogelgebied</w:t>
      </w:r>
      <w:r w:rsidRPr="4E655057" w:rsidR="4E655057">
        <w:rPr>
          <w:b w:val="1"/>
          <w:bCs w:val="1"/>
        </w:rPr>
        <w:t xml:space="preserve"> ter </w:t>
      </w:r>
      <w:r w:rsidRPr="4E655057" w:rsidR="4E655057">
        <w:rPr>
          <w:b w:val="1"/>
          <w:bCs w:val="1"/>
        </w:rPr>
        <w:t>hoogte</w:t>
      </w:r>
      <w:r w:rsidRPr="4E655057" w:rsidR="4E655057">
        <w:rPr>
          <w:b w:val="1"/>
          <w:bCs w:val="1"/>
        </w:rPr>
        <w:t xml:space="preserve"> van de </w:t>
      </w:r>
      <w:r w:rsidRPr="4E655057" w:rsidR="4E655057">
        <w:rPr>
          <w:b w:val="1"/>
          <w:bCs w:val="1"/>
        </w:rPr>
        <w:t>masten</w:t>
      </w:r>
      <w:r w:rsidRPr="4E655057" w:rsidR="4E655057">
        <w:rPr>
          <w:b w:val="1"/>
          <w:bCs w:val="1"/>
        </w:rPr>
        <w:t xml:space="preserve"> P15-P17 </w:t>
      </w:r>
      <w:r w:rsidRPr="4E655057" w:rsidR="4E655057">
        <w:rPr>
          <w:b w:val="1"/>
          <w:bCs w:val="1"/>
        </w:rPr>
        <w:t>niet</w:t>
      </w:r>
      <w:r w:rsidRPr="4E655057" w:rsidR="4E655057">
        <w:rPr>
          <w:b w:val="1"/>
          <w:bCs w:val="1"/>
        </w:rPr>
        <w:t xml:space="preserve"> is </w:t>
      </w:r>
      <w:r w:rsidRPr="4E655057" w:rsidR="4E655057">
        <w:rPr>
          <w:b w:val="1"/>
          <w:bCs w:val="1"/>
        </w:rPr>
        <w:t>onderzocht</w:t>
      </w:r>
      <w:r w:rsidR="4E655057">
        <w:rPr/>
        <w:t xml:space="preserve"> in het MER. Het MER </w:t>
      </w:r>
      <w:r w:rsidR="4E655057">
        <w:rPr/>
        <w:t>heeft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dit</w:t>
      </w:r>
      <w:r w:rsidR="4E655057">
        <w:rPr/>
        <w:t xml:space="preserve"> </w:t>
      </w:r>
      <w:r w:rsidR="4E655057">
        <w:rPr/>
        <w:t>trajectdeel</w:t>
      </w:r>
      <w:r w:rsidR="4E655057">
        <w:rPr/>
        <w:t xml:space="preserve"> </w:t>
      </w:r>
      <w:r w:rsidR="4E655057">
        <w:rPr/>
        <w:t>geen</w:t>
      </w:r>
      <w:r w:rsidR="4E655057">
        <w:rPr/>
        <w:t xml:space="preserve"> </w:t>
      </w:r>
      <w:r w:rsidR="4E655057">
        <w:rPr/>
        <w:t>specifieke</w:t>
      </w:r>
      <w:r w:rsidR="4E655057">
        <w:rPr/>
        <w:t xml:space="preserve"> </w:t>
      </w:r>
      <w:r w:rsidR="4E655057">
        <w:rPr/>
        <w:t>analyse</w:t>
      </w:r>
      <w:r w:rsidR="4E655057">
        <w:rPr/>
        <w:t xml:space="preserve"> </w:t>
      </w:r>
      <w:r w:rsidR="4E655057">
        <w:rPr/>
        <w:t>uitgevoerd</w:t>
      </w:r>
      <w:r w:rsidR="4E655057">
        <w:rPr/>
        <w:t xml:space="preserve"> van de </w:t>
      </w:r>
      <w:r w:rsidR="4E655057">
        <w:rPr/>
        <w:t>effecten</w:t>
      </w:r>
      <w:r w:rsidR="4E655057">
        <w:rPr/>
        <w:t xml:space="preserve"> op de </w:t>
      </w:r>
      <w:r w:rsidR="4E655057">
        <w:rPr/>
        <w:t>broedpopulaties</w:t>
      </w:r>
      <w:r w:rsidR="4E655057">
        <w:rPr/>
        <w:t xml:space="preserve"> van </w:t>
      </w:r>
      <w:r w:rsidR="4E655057">
        <w:rPr/>
        <w:t>akkervogels</w:t>
      </w:r>
      <w:r w:rsidR="4E655057">
        <w:rPr/>
        <w:t xml:space="preserve"> -- </w:t>
      </w:r>
      <w:r w:rsidR="4E655057">
        <w:rPr/>
        <w:t>een</w:t>
      </w:r>
      <w:r w:rsidR="4E655057">
        <w:rPr/>
        <w:t xml:space="preserve"> discipline die </w:t>
      </w:r>
      <w:r w:rsidR="4E655057">
        <w:rPr/>
        <w:t>valt</w:t>
      </w:r>
      <w:r w:rsidR="4E655057">
        <w:rPr/>
        <w:t xml:space="preserve"> </w:t>
      </w:r>
      <w:r w:rsidR="4E655057">
        <w:rPr/>
        <w:t>onder</w:t>
      </w:r>
      <w:r w:rsidR="4E655057">
        <w:rPr/>
        <w:t xml:space="preserve"> de </w:t>
      </w:r>
      <w:r w:rsidR="4E655057">
        <w:rPr/>
        <w:t>instandhoudingsdoelstellingen</w:t>
      </w:r>
      <w:r w:rsidR="4E655057">
        <w:rPr/>
        <w:t xml:space="preserve"> van het SBZ-V </w:t>
      </w:r>
      <w:r w:rsidR="4E655057">
        <w:rPr/>
        <w:t>en</w:t>
      </w:r>
      <w:r w:rsidR="4E655057">
        <w:rPr/>
        <w:t xml:space="preserve"> de </w:t>
      </w:r>
      <w:r w:rsidR="4E655057">
        <w:rPr/>
        <w:t>Vogelrichtlijn</w:t>
      </w:r>
      <w:r w:rsidR="4E655057">
        <w:rPr/>
        <w:t xml:space="preserve"> (2009/147/EG).</w:t>
      </w:r>
    </w:p>
    <w:p xmlns:wp14="http://schemas.microsoft.com/office/word/2010/wordml" w14:paraId="0F02C34F" wp14:textId="77777777">
      <w:pPr>
        <w:pStyle w:val="Heading3"/>
      </w:pPr>
      <w:r w:rsidR="4E655057">
        <w:rPr/>
        <w:t xml:space="preserve">3.5 </w:t>
      </w:r>
      <w:r w:rsidR="4E655057">
        <w:rPr/>
        <w:t>Effectscores</w:t>
      </w:r>
      <w:r w:rsidR="4E655057">
        <w:rPr/>
        <w:t xml:space="preserve"> </w:t>
      </w:r>
      <w:r w:rsidR="4E655057">
        <w:rPr/>
        <w:t>zijn</w:t>
      </w:r>
      <w:r w:rsidR="4E655057">
        <w:rPr/>
        <w:t xml:space="preserve"> </w:t>
      </w:r>
      <w:r w:rsidR="4E655057">
        <w:rPr/>
        <w:t>systematisch</w:t>
      </w:r>
      <w:r w:rsidR="4E655057">
        <w:rPr/>
        <w:t xml:space="preserve"> </w:t>
      </w:r>
      <w:r w:rsidR="4E655057">
        <w:rPr/>
        <w:t>te</w:t>
      </w:r>
      <w:r w:rsidR="4E655057">
        <w:rPr/>
        <w:t xml:space="preserve"> </w:t>
      </w:r>
      <w:r w:rsidR="4E655057">
        <w:rPr/>
        <w:t>laag</w:t>
      </w:r>
    </w:p>
    <w:p xmlns:wp14="http://schemas.microsoft.com/office/word/2010/wordml" w14:paraId="2F78A223" wp14:textId="77777777">
      <w:r w:rsidR="4E655057">
        <w:rPr/>
        <w:t xml:space="preserve">De </w:t>
      </w:r>
      <w:r w:rsidR="4E655057">
        <w:rPr/>
        <w:t>maximale</w:t>
      </w:r>
      <w:r w:rsidR="4E655057">
        <w:rPr/>
        <w:t xml:space="preserve"> </w:t>
      </w:r>
      <w:r w:rsidR="4E655057">
        <w:rPr/>
        <w:t>effectscore</w:t>
      </w:r>
      <w:r w:rsidR="4E655057">
        <w:rPr/>
        <w:t xml:space="preserve"> in het MER </w:t>
      </w:r>
      <w:r w:rsidR="4E655057">
        <w:rPr/>
        <w:t>voor</w:t>
      </w:r>
      <w:r w:rsidR="4E655057">
        <w:rPr/>
        <w:t xml:space="preserve"> </w:t>
      </w:r>
      <w:r w:rsidR="4E655057">
        <w:rPr/>
        <w:t>biodiversiteit</w:t>
      </w:r>
      <w:r w:rsidR="4E655057">
        <w:rPr/>
        <w:t xml:space="preserve"> </w:t>
      </w:r>
      <w:r w:rsidR="4E655057">
        <w:rPr/>
        <w:t>bedraagt</w:t>
      </w:r>
      <w:r w:rsidR="4E655057">
        <w:rPr/>
        <w:t xml:space="preserve"> -2, </w:t>
      </w:r>
      <w:r w:rsidR="4E655057">
        <w:rPr/>
        <w:t>en</w:t>
      </w:r>
      <w:r w:rsidR="4E655057">
        <w:rPr/>
        <w:t xml:space="preserve"> </w:t>
      </w:r>
      <w:r w:rsidR="4E655057">
        <w:rPr/>
        <w:t>dit</w:t>
      </w:r>
      <w:r w:rsidR="4E655057">
        <w:rPr/>
        <w:t xml:space="preserve"> </w:t>
      </w:r>
      <w:r w:rsidR="4E655057">
        <w:rPr/>
        <w:t>uitsluitend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lokale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. Het MER </w:t>
      </w:r>
      <w:r w:rsidR="4E655057">
        <w:rPr/>
        <w:t>kent</w:t>
      </w:r>
      <w:r w:rsidR="4E655057">
        <w:rPr/>
        <w:t xml:space="preserve"> </w:t>
      </w:r>
      <w:r w:rsidR="4E655057">
        <w:rPr/>
        <w:t>nergens</w:t>
      </w:r>
      <w:r w:rsidR="4E655057">
        <w:rPr/>
        <w:t xml:space="preserve"> de score -3 ("</w:t>
      </w:r>
      <w:r w:rsidR="4E655057">
        <w:rPr/>
        <w:t>sterk</w:t>
      </w:r>
      <w:r w:rsidR="4E655057">
        <w:rPr/>
        <w:t xml:space="preserve"> </w:t>
      </w:r>
      <w:r w:rsidR="4E655057">
        <w:rPr/>
        <w:t>negatief</w:t>
      </w:r>
      <w:r w:rsidR="4E655057">
        <w:rPr/>
        <w:t xml:space="preserve">") toe, </w:t>
      </w:r>
      <w:r w:rsidR="4E655057">
        <w:rPr/>
        <w:t>terwijl</w:t>
      </w:r>
      <w:r w:rsidR="4E655057">
        <w:rPr/>
        <w:t>:</w:t>
      </w:r>
    </w:p>
    <w:p xmlns:wp14="http://schemas.microsoft.com/office/word/2010/wordml" w14:paraId="09A668A5" wp14:textId="77777777">
      <w:pPr>
        <w:pStyle w:val="ListBullet"/>
        <w:spacing w:after="60"/>
        <w:ind w:left="720"/>
        <w:rPr/>
      </w:pPr>
      <w:r w:rsidR="4E655057">
        <w:rPr/>
        <w:t xml:space="preserve">het project </w:t>
      </w:r>
      <w:r w:rsidR="4E655057">
        <w:rPr/>
        <w:t>overlapt</w:t>
      </w:r>
      <w:r w:rsidR="4E655057">
        <w:rPr/>
        <w:t xml:space="preserve"> met of </w:t>
      </w:r>
      <w:r w:rsidR="4E655057">
        <w:rPr/>
        <w:t>kruist</w:t>
      </w:r>
      <w:r w:rsidR="4E655057">
        <w:rPr/>
        <w:t xml:space="preserve"> </w:t>
      </w:r>
      <w:r w:rsidRPr="4E655057" w:rsidR="4E655057">
        <w:rPr>
          <w:b w:val="1"/>
          <w:bCs w:val="1"/>
        </w:rPr>
        <w:t xml:space="preserve">3 </w:t>
      </w:r>
      <w:r w:rsidRPr="4E655057" w:rsidR="4E655057">
        <w:rPr>
          <w:b w:val="1"/>
          <w:bCs w:val="1"/>
        </w:rPr>
        <w:t>Habitatrichtlijngebieden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Pr="4E655057" w:rsidR="4E655057">
        <w:rPr>
          <w:b w:val="1"/>
          <w:bCs w:val="1"/>
        </w:rPr>
        <w:t xml:space="preserve">1 </w:t>
      </w:r>
      <w:r w:rsidRPr="4E655057" w:rsidR="4E655057">
        <w:rPr>
          <w:b w:val="1"/>
          <w:bCs w:val="1"/>
        </w:rPr>
        <w:t>Vogelrichtlijngebied</w:t>
      </w:r>
      <w:r w:rsidR="4E655057">
        <w:rPr/>
        <w:t>;</w:t>
      </w:r>
    </w:p>
    <w:p xmlns:wp14="http://schemas.microsoft.com/office/word/2010/wordml" w14:paraId="51AB1B5B" wp14:textId="77777777">
      <w:pPr>
        <w:pStyle w:val="ListBullet"/>
        <w:spacing w:after="60"/>
        <w:ind w:left="720"/>
        <w:rPr/>
      </w:pPr>
      <w:r w:rsidR="4E655057">
        <w:rPr/>
        <w:t xml:space="preserve">het project </w:t>
      </w:r>
      <w:r w:rsidRPr="4E655057" w:rsidR="4E655057">
        <w:rPr>
          <w:b w:val="1"/>
          <w:bCs w:val="1"/>
        </w:rPr>
        <w:t>8 VEN-</w:t>
      </w:r>
      <w:r w:rsidRPr="4E655057" w:rsidR="4E655057">
        <w:rPr>
          <w:b w:val="1"/>
          <w:bCs w:val="1"/>
        </w:rPr>
        <w:t>gebieden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Pr="4E655057" w:rsidR="4E655057">
        <w:rPr>
          <w:b w:val="1"/>
          <w:bCs w:val="1"/>
        </w:rPr>
        <w:t xml:space="preserve">11 </w:t>
      </w:r>
      <w:r w:rsidRPr="4E655057" w:rsidR="4E655057">
        <w:rPr>
          <w:b w:val="1"/>
          <w:bCs w:val="1"/>
        </w:rPr>
        <w:t>natuurreservaten</w:t>
      </w:r>
      <w:r w:rsidR="4E655057">
        <w:rPr/>
        <w:t xml:space="preserve"> </w:t>
      </w:r>
      <w:r w:rsidR="4E655057">
        <w:rPr/>
        <w:t>raakt</w:t>
      </w:r>
      <w:r w:rsidR="4E655057">
        <w:rPr/>
        <w:t xml:space="preserve"> (</w:t>
      </w:r>
      <w:r w:rsidR="4E655057">
        <w:rPr/>
        <w:t>zie</w:t>
      </w:r>
      <w:r w:rsidR="4E655057">
        <w:rPr/>
        <w:t xml:space="preserve"> </w:t>
      </w:r>
      <w:r w:rsidR="4E655057">
        <w:rPr/>
        <w:t>sectie</w:t>
      </w:r>
      <w:r w:rsidR="4E655057">
        <w:rPr/>
        <w:t xml:space="preserve"> 4</w:t>
      </w:r>
      <w:r w:rsidR="4E655057">
        <w:rPr/>
        <w:t>);</w:t>
      </w:r>
    </w:p>
    <w:p xmlns:wp14="http://schemas.microsoft.com/office/word/2010/wordml" w14:paraId="09C67A83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meer</w:t>
      </w:r>
      <w:r w:rsidRPr="4E655057" w:rsidR="4E655057">
        <w:rPr>
          <w:b w:val="1"/>
          <w:bCs w:val="1"/>
        </w:rPr>
        <w:t xml:space="preserve"> dan </w:t>
      </w:r>
      <w:r w:rsidRPr="4E655057" w:rsidR="4E655057">
        <w:rPr>
          <w:b w:val="1"/>
          <w:bCs w:val="1"/>
        </w:rPr>
        <w:t>10 hectare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waardevolle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vegetatie</w:t>
      </w:r>
      <w:r w:rsidR="4E655057">
        <w:rPr/>
        <w:t xml:space="preserve"> </w:t>
      </w:r>
      <w:r w:rsidR="4E655057">
        <w:rPr/>
        <w:t>verloren</w:t>
      </w:r>
      <w:r w:rsidR="4E655057">
        <w:rPr/>
        <w:t xml:space="preserve"> </w:t>
      </w:r>
      <w:r w:rsidR="4E655057">
        <w:rPr/>
        <w:t>gaat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het </w:t>
      </w:r>
      <w:r w:rsidR="4E655057">
        <w:rPr/>
        <w:t>hoogspanningsstation</w:t>
      </w:r>
      <w:r w:rsidR="4E655057">
        <w:rPr/>
        <w:t xml:space="preserve"> Gezelle (</w:t>
      </w:r>
      <w:r w:rsidR="4E655057">
        <w:rPr/>
        <w:t>zie</w:t>
      </w:r>
      <w:r w:rsidR="4E655057">
        <w:rPr/>
        <w:t xml:space="preserve"> </w:t>
      </w:r>
      <w:r w:rsidR="4E655057">
        <w:rPr/>
        <w:t>sectie</w:t>
      </w:r>
      <w:r w:rsidR="4E655057">
        <w:rPr/>
        <w:t xml:space="preserve"> 7</w:t>
      </w:r>
      <w:r w:rsidR="4E655057">
        <w:rPr/>
        <w:t>);</w:t>
      </w:r>
    </w:p>
    <w:p xmlns:wp14="http://schemas.microsoft.com/office/word/2010/wordml" w14:paraId="629098D4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 xml:space="preserve">80 </w:t>
      </w:r>
      <w:r w:rsidRPr="4E655057" w:rsidR="4E655057">
        <w:rPr>
          <w:b w:val="1"/>
          <w:bCs w:val="1"/>
        </w:rPr>
        <w:t>bomen</w:t>
      </w:r>
      <w:r w:rsidRPr="4E655057" w:rsidR="4E655057">
        <w:rPr>
          <w:b w:val="1"/>
          <w:bCs w:val="1"/>
        </w:rPr>
        <w:t xml:space="preserve"> permanent </w:t>
      </w:r>
      <w:r w:rsidRPr="4E655057" w:rsidR="4E655057">
        <w:rPr>
          <w:b w:val="1"/>
          <w:bCs w:val="1"/>
        </w:rPr>
        <w:t>worden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gerooid</w:t>
      </w:r>
      <w:r w:rsidR="4E655057">
        <w:rPr/>
        <w:t xml:space="preserve"> in </w:t>
      </w:r>
      <w:r w:rsidR="4E655057">
        <w:rPr/>
        <w:t>biologisch</w:t>
      </w:r>
      <w:r w:rsidR="4E655057">
        <w:rPr/>
        <w:t xml:space="preserve"> </w:t>
      </w:r>
      <w:r w:rsidR="4E655057">
        <w:rPr/>
        <w:t>zeer</w:t>
      </w:r>
      <w:r w:rsidR="4E655057">
        <w:rPr/>
        <w:t xml:space="preserve"> </w:t>
      </w:r>
      <w:r w:rsidR="4E655057">
        <w:rPr/>
        <w:t>waardevol</w:t>
      </w:r>
      <w:r w:rsidR="4E655057">
        <w:rPr/>
        <w:t xml:space="preserve"> </w:t>
      </w:r>
      <w:r w:rsidR="4E655057">
        <w:rPr/>
        <w:t>gebied</w:t>
      </w:r>
      <w:r w:rsidR="4E655057">
        <w:rPr/>
        <w:t xml:space="preserve"> </w:t>
      </w:r>
      <w:r w:rsidR="4E655057">
        <w:rPr/>
        <w:t>te</w:t>
      </w:r>
      <w:r w:rsidR="4E655057">
        <w:rPr/>
        <w:t xml:space="preserve"> </w:t>
      </w:r>
      <w:r w:rsidR="4E655057">
        <w:rPr/>
        <w:t>Lendelede</w:t>
      </w:r>
      <w:r w:rsidR="4E655057">
        <w:rPr/>
        <w:t>;</w:t>
      </w:r>
    </w:p>
    <w:p xmlns:wp14="http://schemas.microsoft.com/office/word/2010/wordml" w14:paraId="7182C50C" wp14:textId="77777777">
      <w:pPr>
        <w:pStyle w:val="ListBullet"/>
        <w:spacing w:after="60"/>
        <w:ind w:left="720"/>
        <w:rPr/>
      </w:pPr>
      <w:r w:rsidR="4E655057">
        <w:rPr/>
        <w:t xml:space="preserve">de discipline Water </w:t>
      </w:r>
      <w:r w:rsidR="4E655057">
        <w:rPr/>
        <w:t>wel</w:t>
      </w:r>
      <w:r w:rsidR="4E655057">
        <w:rPr/>
        <w:t xml:space="preserve"> de score -3 </w:t>
      </w:r>
      <w:r w:rsidR="4E655057">
        <w:rPr/>
        <w:t>krijgt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 op </w:t>
      </w:r>
      <w:r w:rsidR="4E655057">
        <w:rPr/>
        <w:t>waterkwaliteit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dezelfde</w:t>
      </w:r>
      <w:r w:rsidR="4E655057">
        <w:rPr/>
        <w:t xml:space="preserve"> </w:t>
      </w:r>
      <w:r w:rsidR="4E655057">
        <w:rPr/>
        <w:t>aanlegactiviteiten</w:t>
      </w:r>
      <w:r w:rsidR="4E655057">
        <w:rPr/>
        <w:t>.</w:t>
      </w:r>
    </w:p>
    <w:p xmlns:wp14="http://schemas.microsoft.com/office/word/2010/wordml" w14:paraId="33CF5C88" wp14:textId="77777777">
      <w:r w:rsidR="4E655057">
        <w:rPr/>
        <w:t xml:space="preserve">De </w:t>
      </w:r>
      <w:r w:rsidR="4E655057">
        <w:rPr/>
        <w:t>discrepantie</w:t>
      </w:r>
      <w:r w:rsidR="4E655057">
        <w:rPr/>
        <w:t xml:space="preserve"> </w:t>
      </w:r>
      <w:r w:rsidR="4E655057">
        <w:rPr/>
        <w:t>tussen</w:t>
      </w:r>
      <w:r w:rsidR="4E655057">
        <w:rPr/>
        <w:t xml:space="preserve"> de scores </w:t>
      </w:r>
      <w:r w:rsidR="4E655057">
        <w:rPr/>
        <w:t>voor</w:t>
      </w:r>
      <w:r w:rsidR="4E655057">
        <w:rPr/>
        <w:t xml:space="preserve"> water (-3) </w:t>
      </w:r>
      <w:r w:rsidR="4E655057">
        <w:rPr/>
        <w:t>en</w:t>
      </w:r>
      <w:r w:rsidR="4E655057">
        <w:rPr/>
        <w:t xml:space="preserve"> </w:t>
      </w:r>
      <w:r w:rsidR="4E655057">
        <w:rPr/>
        <w:t>biodiversiteit</w:t>
      </w:r>
      <w:r w:rsidR="4E655057">
        <w:rPr/>
        <w:t xml:space="preserve"> (</w:t>
      </w:r>
      <w:r w:rsidR="4E655057">
        <w:rPr/>
        <w:t>maximaal</w:t>
      </w:r>
      <w:r w:rsidR="4E655057">
        <w:rPr/>
        <w:t xml:space="preserve"> -2) </w:t>
      </w:r>
      <w:r w:rsidR="4E655057">
        <w:rPr/>
        <w:t>voor</w:t>
      </w:r>
      <w:r w:rsidR="4E655057">
        <w:rPr/>
        <w:t xml:space="preserve"> </w:t>
      </w:r>
      <w:r w:rsidR="4E655057">
        <w:rPr/>
        <w:t>dezelfde</w:t>
      </w:r>
      <w:r w:rsidR="4E655057">
        <w:rPr/>
        <w:t xml:space="preserve"> </w:t>
      </w:r>
      <w:r w:rsidR="4E655057">
        <w:rPr/>
        <w:t>aanlegactiviteiten</w:t>
      </w:r>
      <w:r w:rsidR="4E655057">
        <w:rPr/>
        <w:t xml:space="preserve"> op </w:t>
      </w:r>
      <w:r w:rsidR="4E655057">
        <w:rPr/>
        <w:t>dezelfde</w:t>
      </w:r>
      <w:r w:rsidR="4E655057">
        <w:rPr/>
        <w:t xml:space="preserve"> </w:t>
      </w:r>
      <w:r w:rsidR="4E655057">
        <w:rPr/>
        <w:t>locaties</w:t>
      </w:r>
      <w:r w:rsidR="4E655057">
        <w:rPr/>
        <w:t xml:space="preserve"> is </w:t>
      </w:r>
      <w:r w:rsidR="4E655057">
        <w:rPr/>
        <w:t>niet</w:t>
      </w:r>
      <w:r w:rsidR="4E655057">
        <w:rPr/>
        <w:t xml:space="preserve"> </w:t>
      </w:r>
      <w:r w:rsidR="4E655057">
        <w:rPr/>
        <w:t>gemotiveerd</w:t>
      </w:r>
      <w:r w:rsidR="4E655057">
        <w:rPr/>
        <w:t xml:space="preserve"> in het MER. Een </w:t>
      </w:r>
      <w:r w:rsidR="4E655057">
        <w:rPr/>
        <w:t>cumulatieve</w:t>
      </w:r>
      <w:r w:rsidR="4E655057">
        <w:rPr/>
        <w:t xml:space="preserve"> </w:t>
      </w:r>
      <w:r w:rsidR="4E655057">
        <w:rPr/>
        <w:t>verschuiving</w:t>
      </w:r>
      <w:r w:rsidR="4E655057">
        <w:rPr/>
        <w:t xml:space="preserve"> van </w:t>
      </w:r>
      <w:r w:rsidR="4E655057">
        <w:rPr/>
        <w:t>meerdere</w:t>
      </w:r>
      <w:r w:rsidR="4E655057">
        <w:rPr/>
        <w:t xml:space="preserve"> </w:t>
      </w:r>
      <w:r w:rsidR="4E655057">
        <w:rPr/>
        <w:t>lokale</w:t>
      </w:r>
      <w:r w:rsidR="4E655057">
        <w:rPr/>
        <w:t xml:space="preserve"> -2 scores </w:t>
      </w:r>
      <w:r w:rsidR="4E655057">
        <w:rPr/>
        <w:t>naar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globale</w:t>
      </w:r>
      <w:r w:rsidR="4E655057">
        <w:rPr/>
        <w:t xml:space="preserve"> -3 score </w:t>
      </w:r>
      <w:r w:rsidR="4E655057">
        <w:rPr/>
        <w:t>zou</w:t>
      </w:r>
      <w:r w:rsidR="4E655057">
        <w:rPr/>
        <w:t xml:space="preserve"> </w:t>
      </w:r>
      <w:r w:rsidR="4E655057">
        <w:rPr/>
        <w:t>beter</w:t>
      </w:r>
      <w:r w:rsidR="4E655057">
        <w:rPr/>
        <w:t xml:space="preserve"> </w:t>
      </w:r>
      <w:r w:rsidR="4E655057">
        <w:rPr/>
        <w:t>aansluiten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de </w:t>
      </w:r>
      <w:r w:rsidR="4E655057">
        <w:rPr/>
        <w:t>aard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de </w:t>
      </w:r>
      <w:r w:rsidR="4E655057">
        <w:rPr/>
        <w:t>omvang</w:t>
      </w:r>
      <w:r w:rsidR="4E655057">
        <w:rPr/>
        <w:t xml:space="preserve"> van de </w:t>
      </w:r>
      <w:r w:rsidR="4E655057">
        <w:rPr/>
        <w:t>effecten</w:t>
      </w:r>
      <w:r w:rsidR="4E655057">
        <w:rPr/>
        <w:t>.</w:t>
      </w:r>
    </w:p>
    <w:p xmlns:wp14="http://schemas.microsoft.com/office/word/2010/wordml" w:rsidP="4E655057" w14:paraId="41C8F396" wp14:textId="77777777">
      <w:pPr>
        <w:pBdr>
          <w:bottom w:val="single" w:color="CCCCCC" w:sz="6" w:space="1"/>
        </w:pBdr>
        <w:spacing w:before="240" w:after="240"/>
        <w:pBdr>
          <w:bottom w:val="single" w:color="CCCCCC" w:sz="6" w:space="1"/>
        </w:pBdr>
      </w:pPr>
    </w:p>
    <w:p xmlns:wp14="http://schemas.microsoft.com/office/word/2010/wordml" w14:paraId="0D56E6DC" wp14:textId="77777777">
      <w:pPr>
        <w:pStyle w:val="Heading2"/>
      </w:pPr>
      <w:r>
        <w:t>4. VEN-GEBIEDEN EN NATUURRESERVATEN</w:t>
      </w:r>
    </w:p>
    <w:p xmlns:wp14="http://schemas.microsoft.com/office/word/2010/wordml" w14:paraId="3F68DC46" wp14:textId="77777777">
      <w:pPr>
        <w:pStyle w:val="Heading3"/>
      </w:pPr>
      <w:r w:rsidR="4E655057">
        <w:rPr/>
        <w:t xml:space="preserve">4.1 </w:t>
      </w:r>
      <w:r w:rsidR="4E655057">
        <w:rPr/>
        <w:t>Betrokken</w:t>
      </w:r>
      <w:r w:rsidR="4E655057">
        <w:rPr/>
        <w:t xml:space="preserve"> VEN-</w:t>
      </w:r>
      <w:r w:rsidR="4E655057">
        <w:rPr/>
        <w:t>gebieden</w:t>
      </w:r>
    </w:p>
    <w:p xmlns:wp14="http://schemas.microsoft.com/office/word/2010/wordml" w14:paraId="1C0402E0" wp14:textId="77777777">
      <w:r w:rsidR="4E655057">
        <w:rPr/>
        <w:t xml:space="preserve">Het project </w:t>
      </w:r>
      <w:r w:rsidR="4E655057">
        <w:rPr/>
        <w:t>raakt</w:t>
      </w:r>
      <w:r w:rsidR="4E655057">
        <w:rPr/>
        <w:t xml:space="preserve"> </w:t>
      </w:r>
      <w:r w:rsidRPr="4E655057" w:rsidR="4E655057">
        <w:rPr>
          <w:b w:val="1"/>
          <w:bCs w:val="1"/>
        </w:rPr>
        <w:t>8 VEN-</w:t>
      </w:r>
      <w:r w:rsidRPr="4E655057" w:rsidR="4E655057">
        <w:rPr>
          <w:b w:val="1"/>
          <w:bCs w:val="1"/>
        </w:rPr>
        <w:t>gebieden</w:t>
      </w:r>
      <w:r w:rsidR="4E655057">
        <w:rPr/>
        <w:t xml:space="preserve"> direct of in de </w:t>
      </w:r>
      <w:r w:rsidR="4E655057">
        <w:rPr/>
        <w:t>onmiddellijke</w:t>
      </w:r>
      <w:r w:rsidR="4E655057">
        <w:rPr/>
        <w:t xml:space="preserve"> </w:t>
      </w:r>
      <w:r w:rsidR="4E655057">
        <w:rPr/>
        <w:t>nabijheid</w:t>
      </w:r>
      <w:r w:rsidR="4E655057">
        <w:rPr/>
        <w:t>:</w:t>
      </w:r>
    </w:p>
    <w:tbl>
      <w:tblPr>
        <w:tblStyle w:val="TableGrid"/>
        <w:tblW w:w="0" w:type="auto"/>
        <w:jc w:val="left"/>
        <w:tblLook w:val="04A0" w:firstRow="1" w:lastRow="0" w:firstColumn="1" w:lastColumn="0" w:noHBand="0" w:noVBand="1"/>
      </w:tblPr>
      <w:tblGrid>
        <w:gridCol w:w="3135"/>
        <w:gridCol w:w="3135"/>
        <w:gridCol w:w="3135"/>
      </w:tblGrid>
      <w:tr xmlns:wp14="http://schemas.microsoft.com/office/word/2010/wordml" w:rsidTr="4E655057" w14:paraId="3A64DBC8" wp14:textId="77777777">
        <w:tc>
          <w:tcPr>
            <w:tcW w:w="3135" w:type="dxa"/>
            <w:shd w:val="clear" w:color="auto" w:fill="244061" w:themeFill="accent1" w:themeFillShade="80"/>
            <w:tcMar/>
          </w:tcPr>
          <w:p w14:paraId="68F54A8E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VEN-nr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14:paraId="33FB088A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Naam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14:paraId="7F98EB23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Relatie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tot project</w:t>
            </w:r>
          </w:p>
        </w:tc>
      </w:tr>
      <w:tr xmlns:wp14="http://schemas.microsoft.com/office/word/2010/wordml" w:rsidTr="4E655057" w14:paraId="533AE968" wp14:textId="77777777">
        <w:tc>
          <w:tcPr>
            <w:tcW w:w="3135" w:type="dxa"/>
            <w:shd w:val="clear" w:color="auto" w:fill="F2F6FC"/>
            <w:tcMar/>
          </w:tcPr>
          <w:p w14:paraId="49FB466E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103</w:t>
            </w:r>
          </w:p>
        </w:tc>
        <w:tc>
          <w:tcPr>
            <w:tcW w:w="3135" w:type="dxa"/>
            <w:shd w:val="clear" w:color="auto" w:fill="F2F6FC"/>
            <w:tcMar/>
          </w:tcPr>
          <w:p w:rsidP="4E655057" w14:paraId="34B60331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 xml:space="preserve">De </w:t>
            </w:r>
            <w:r w:rsidRPr="4E655057" w:rsidR="4E655057">
              <w:rPr>
                <w:sz w:val="19"/>
                <w:szCs w:val="19"/>
              </w:rPr>
              <w:t>Fonteintjes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en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Oudemaarspolder</w:t>
            </w:r>
          </w:p>
        </w:tc>
        <w:tc>
          <w:tcPr>
            <w:tcW w:w="3135" w:type="dxa"/>
            <w:shd w:val="clear" w:color="auto" w:fill="F2F6FC"/>
            <w:tcMar/>
          </w:tcPr>
          <w:p w:rsidP="4E655057" w14:paraId="1B51D6DE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Overlapt</w:t>
            </w:r>
            <w:r w:rsidRPr="4E655057" w:rsidR="4E655057">
              <w:rPr>
                <w:sz w:val="19"/>
                <w:szCs w:val="19"/>
              </w:rPr>
              <w:t xml:space="preserve"> met </w:t>
            </w:r>
            <w:r w:rsidRPr="4E655057" w:rsidR="4E655057">
              <w:rPr>
                <w:sz w:val="19"/>
                <w:szCs w:val="19"/>
              </w:rPr>
              <w:t>projectgebied</w:t>
            </w:r>
          </w:p>
        </w:tc>
      </w:tr>
      <w:tr xmlns:wp14="http://schemas.microsoft.com/office/word/2010/wordml" w:rsidTr="4E655057" w14:paraId="6C4A2752" wp14:textId="77777777">
        <w:tc>
          <w:tcPr>
            <w:tcW w:w="3135" w:type="dxa"/>
            <w:tcMar/>
          </w:tcPr>
          <w:p w14:paraId="31A92431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114</w:t>
            </w:r>
          </w:p>
        </w:tc>
        <w:tc>
          <w:tcPr>
            <w:tcW w:w="3135" w:type="dxa"/>
            <w:tcMar/>
          </w:tcPr>
          <w:p w:rsidP="4E655057" w14:paraId="619B4ED4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 xml:space="preserve">De Polders </w:t>
            </w:r>
            <w:r w:rsidRPr="4E655057" w:rsidR="4E655057">
              <w:rPr>
                <w:sz w:val="19"/>
                <w:szCs w:val="19"/>
              </w:rPr>
              <w:t>Boudewijnkanaal</w:t>
            </w:r>
          </w:p>
        </w:tc>
        <w:tc>
          <w:tcPr>
            <w:tcW w:w="3135" w:type="dxa"/>
            <w:tcMar/>
          </w:tcPr>
          <w:p w:rsidP="4E655057" w14:paraId="6CBB3F59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 xml:space="preserve">200m van </w:t>
            </w:r>
            <w:r w:rsidRPr="4E655057" w:rsidR="4E655057">
              <w:rPr>
                <w:sz w:val="19"/>
                <w:szCs w:val="19"/>
              </w:rPr>
              <w:t>werkstrook</w:t>
            </w:r>
          </w:p>
        </w:tc>
      </w:tr>
      <w:tr xmlns:wp14="http://schemas.microsoft.com/office/word/2010/wordml" w:rsidTr="4E655057" w14:paraId="7C0B22FC" wp14:textId="77777777">
        <w:tc>
          <w:tcPr>
            <w:tcW w:w="3135" w:type="dxa"/>
            <w:shd w:val="clear" w:color="auto" w:fill="F2F6FC"/>
            <w:tcMar/>
          </w:tcPr>
          <w:p w14:paraId="6BE4B831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145</w:t>
            </w:r>
          </w:p>
        </w:tc>
        <w:tc>
          <w:tcPr>
            <w:tcW w:w="3135" w:type="dxa"/>
            <w:shd w:val="clear" w:color="auto" w:fill="F2F6FC"/>
            <w:tcMar/>
          </w:tcPr>
          <w:p w:rsidP="4E655057" w14:paraId="39097CF2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 xml:space="preserve">Blauw </w:t>
            </w:r>
            <w:r w:rsidRPr="4E655057" w:rsidR="4E655057">
              <w:rPr>
                <w:sz w:val="19"/>
                <w:szCs w:val="19"/>
              </w:rPr>
              <w:t>Torenbosje</w:t>
            </w:r>
          </w:p>
        </w:tc>
        <w:tc>
          <w:tcPr>
            <w:tcW w:w="3135" w:type="dxa"/>
            <w:shd w:val="clear" w:color="auto" w:fill="F2F6FC"/>
            <w:tcMar/>
          </w:tcPr>
          <w:p w14:paraId="2F8E5780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220m van mast P4 NWL216</w:t>
            </w:r>
          </w:p>
        </w:tc>
      </w:tr>
      <w:tr xmlns:wp14="http://schemas.microsoft.com/office/word/2010/wordml" w:rsidTr="4E655057" w14:paraId="16FBCF81" wp14:textId="77777777">
        <w:tc>
          <w:tcPr>
            <w:tcW w:w="3135" w:type="dxa"/>
            <w:tcMar/>
          </w:tcPr>
          <w:p w14:paraId="5F0CA593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112</w:t>
            </w:r>
          </w:p>
        </w:tc>
        <w:tc>
          <w:tcPr>
            <w:tcW w:w="3135" w:type="dxa"/>
            <w:tcMar/>
          </w:tcPr>
          <w:p w14:paraId="06CF19C7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Overgang</w:t>
            </w:r>
            <w:r w:rsidRPr="4E655057" w:rsidR="4E655057">
              <w:rPr>
                <w:sz w:val="19"/>
                <w:szCs w:val="19"/>
              </w:rPr>
              <w:t xml:space="preserve"> polders-</w:t>
            </w:r>
            <w:r w:rsidRPr="4E655057" w:rsidR="4E655057">
              <w:rPr>
                <w:sz w:val="19"/>
                <w:szCs w:val="19"/>
              </w:rPr>
              <w:t>zandstreek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kanaal</w:t>
            </w:r>
            <w:r w:rsidRPr="4E655057" w:rsidR="4E655057">
              <w:rPr>
                <w:sz w:val="19"/>
                <w:szCs w:val="19"/>
              </w:rPr>
              <w:t xml:space="preserve"> Brugge-Oostende</w:t>
            </w:r>
          </w:p>
        </w:tc>
        <w:tc>
          <w:tcPr>
            <w:tcW w:w="3135" w:type="dxa"/>
            <w:tcMar/>
          </w:tcPr>
          <w:p w:rsidP="4E655057" w14:paraId="0D4D950D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 xml:space="preserve">300m van </w:t>
            </w:r>
            <w:r w:rsidRPr="4E655057" w:rsidR="4E655057">
              <w:rPr>
                <w:sz w:val="19"/>
                <w:szCs w:val="19"/>
              </w:rPr>
              <w:t>projectgebied</w:t>
            </w:r>
          </w:p>
        </w:tc>
      </w:tr>
      <w:tr xmlns:wp14="http://schemas.microsoft.com/office/word/2010/wordml" w:rsidTr="4E655057" w14:paraId="6E745A74" wp14:textId="77777777">
        <w:tc>
          <w:tcPr>
            <w:tcW w:w="3135" w:type="dxa"/>
            <w:shd w:val="clear" w:color="auto" w:fill="F2F6FC"/>
            <w:tcMar/>
          </w:tcPr>
          <w:p w14:paraId="4540AB72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146</w:t>
            </w:r>
          </w:p>
        </w:tc>
        <w:tc>
          <w:tcPr>
            <w:tcW w:w="3135" w:type="dxa"/>
            <w:shd w:val="clear" w:color="auto" w:fill="F2F6FC"/>
            <w:tcMar/>
          </w:tcPr>
          <w:p w:rsidP="4E655057" w14:paraId="79A07A84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Kustpolders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Oudenburg-Jabbeke-Stalhille</w:t>
            </w:r>
          </w:p>
        </w:tc>
        <w:tc>
          <w:tcPr>
            <w:tcW w:w="3135" w:type="dxa"/>
            <w:shd w:val="clear" w:color="auto" w:fill="F2F6FC"/>
            <w:tcMar/>
          </w:tcPr>
          <w:p w14:paraId="069E70DE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 xml:space="preserve">250m van </w:t>
            </w:r>
            <w:r w:rsidRPr="4E655057" w:rsidR="4E655057">
              <w:rPr>
                <w:sz w:val="19"/>
                <w:szCs w:val="19"/>
              </w:rPr>
              <w:t>masten</w:t>
            </w:r>
            <w:r w:rsidRPr="4E655057" w:rsidR="4E655057">
              <w:rPr>
                <w:sz w:val="19"/>
                <w:szCs w:val="19"/>
              </w:rPr>
              <w:t xml:space="preserve"> P16-P17 EV209</w:t>
            </w:r>
          </w:p>
        </w:tc>
      </w:tr>
      <w:tr xmlns:wp14="http://schemas.microsoft.com/office/word/2010/wordml" w:rsidTr="4E655057" w14:paraId="00249988" wp14:textId="77777777">
        <w:tc>
          <w:tcPr>
            <w:tcW w:w="3135" w:type="dxa"/>
            <w:tcMar/>
          </w:tcPr>
          <w:p w14:paraId="2714F9DC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119</w:t>
            </w:r>
          </w:p>
        </w:tc>
        <w:tc>
          <w:tcPr>
            <w:tcW w:w="3135" w:type="dxa"/>
            <w:tcMar/>
          </w:tcPr>
          <w:p w:rsidP="4E655057" w14:paraId="3DFCCBA5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Vloethemveld</w:t>
            </w:r>
            <w:r w:rsidRPr="4E655057" w:rsidR="4E655057">
              <w:rPr>
                <w:sz w:val="19"/>
                <w:szCs w:val="19"/>
              </w:rPr>
              <w:t>, Sint-</w:t>
            </w:r>
            <w:r w:rsidRPr="4E655057" w:rsidR="4E655057">
              <w:rPr>
                <w:sz w:val="19"/>
                <w:szCs w:val="19"/>
              </w:rPr>
              <w:t>Andriesveld</w:t>
            </w:r>
            <w:r w:rsidRPr="4E655057" w:rsidR="4E655057">
              <w:rPr>
                <w:sz w:val="19"/>
                <w:szCs w:val="19"/>
              </w:rPr>
              <w:t xml:space="preserve">, </w:t>
            </w:r>
            <w:r w:rsidRPr="4E655057" w:rsidR="4E655057">
              <w:rPr>
                <w:sz w:val="19"/>
                <w:szCs w:val="19"/>
              </w:rPr>
              <w:t>Tillegem</w:t>
            </w:r>
          </w:p>
        </w:tc>
        <w:tc>
          <w:tcPr>
            <w:tcW w:w="3135" w:type="dxa"/>
            <w:tcMar/>
          </w:tcPr>
          <w:p w14:paraId="4C805DB7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Aangrenzend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bij</w:t>
            </w:r>
            <w:r w:rsidRPr="4E655057" w:rsidR="4E655057">
              <w:rPr>
                <w:sz w:val="19"/>
                <w:szCs w:val="19"/>
              </w:rPr>
              <w:t xml:space="preserve"> mast P27N EV209</w:t>
            </w:r>
          </w:p>
        </w:tc>
      </w:tr>
      <w:tr xmlns:wp14="http://schemas.microsoft.com/office/word/2010/wordml" w:rsidTr="4E655057" w14:paraId="4B2BB6EB" wp14:textId="77777777">
        <w:tc>
          <w:tcPr>
            <w:tcW w:w="3135" w:type="dxa"/>
            <w:shd w:val="clear" w:color="auto" w:fill="F2F6FC"/>
            <w:tcMar/>
          </w:tcPr>
          <w:p w14:paraId="4F1384E9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133</w:t>
            </w:r>
          </w:p>
        </w:tc>
        <w:tc>
          <w:tcPr>
            <w:tcW w:w="3135" w:type="dxa"/>
            <w:shd w:val="clear" w:color="auto" w:fill="F2F6FC"/>
            <w:tcMar/>
          </w:tcPr>
          <w:p w:rsidP="4E655057" w14:paraId="0C89B3EE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West-</w:t>
            </w:r>
            <w:r w:rsidRPr="4E655057" w:rsidR="4E655057">
              <w:rPr>
                <w:sz w:val="19"/>
                <w:szCs w:val="19"/>
              </w:rPr>
              <w:t>Vlaamse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Scheldevallei</w:t>
            </w:r>
          </w:p>
        </w:tc>
        <w:tc>
          <w:tcPr>
            <w:tcW w:w="3135" w:type="dxa"/>
            <w:shd w:val="clear" w:color="auto" w:fill="F2F6FC"/>
            <w:tcMar/>
          </w:tcPr>
          <w:p w14:paraId="5929D098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Veiligheidszone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overlapt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bij</w:t>
            </w:r>
            <w:r w:rsidRPr="4E655057" w:rsidR="4E655057">
              <w:rPr>
                <w:sz w:val="19"/>
                <w:szCs w:val="19"/>
              </w:rPr>
              <w:t xml:space="preserve"> IW227 P1</w:t>
            </w:r>
          </w:p>
        </w:tc>
      </w:tr>
      <w:tr xmlns:wp14="http://schemas.microsoft.com/office/word/2010/wordml" w:rsidTr="4E655057" w14:paraId="1E60CA0B" wp14:textId="77777777">
        <w:tc>
          <w:tcPr>
            <w:tcW w:w="3135" w:type="dxa"/>
            <w:tcMar/>
          </w:tcPr>
          <w:p w14:paraId="29CB5CC8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126</w:t>
            </w:r>
          </w:p>
        </w:tc>
        <w:tc>
          <w:tcPr>
            <w:tcW w:w="3135" w:type="dxa"/>
            <w:tcMar/>
          </w:tcPr>
          <w:p w:rsidP="4E655057" w14:paraId="15A140E0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N.V.G. West-</w:t>
            </w:r>
            <w:r w:rsidRPr="4E655057" w:rsidR="4E655057">
              <w:rPr>
                <w:sz w:val="19"/>
                <w:szCs w:val="19"/>
              </w:rPr>
              <w:t>Vlaamse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Leievallei</w:t>
            </w:r>
          </w:p>
        </w:tc>
        <w:tc>
          <w:tcPr>
            <w:tcW w:w="3135" w:type="dxa"/>
            <w:tcMar/>
          </w:tcPr>
          <w:p w14:paraId="678689E1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Overlapt</w:t>
            </w:r>
            <w:r w:rsidRPr="4E655057" w:rsidR="4E655057">
              <w:rPr>
                <w:sz w:val="19"/>
                <w:szCs w:val="19"/>
              </w:rPr>
              <w:t xml:space="preserve"> met </w:t>
            </w:r>
            <w:r w:rsidRPr="4E655057" w:rsidR="4E655057">
              <w:rPr>
                <w:sz w:val="19"/>
                <w:szCs w:val="19"/>
              </w:rPr>
              <w:t>projectgebied</w:t>
            </w:r>
            <w:r w:rsidRPr="4E655057" w:rsidR="4E655057">
              <w:rPr>
                <w:sz w:val="19"/>
                <w:szCs w:val="19"/>
              </w:rPr>
              <w:t xml:space="preserve"> P37-P38 IW227</w:t>
            </w:r>
          </w:p>
        </w:tc>
      </w:tr>
    </w:tbl>
    <w:p xmlns:wp14="http://schemas.microsoft.com/office/word/2010/wordml" w14:paraId="72A3D3EC" wp14:textId="77777777"/>
    <w:p xmlns:wp14="http://schemas.microsoft.com/office/word/2010/wordml" w14:paraId="5D44DFE7" wp14:textId="77777777">
      <w:pPr>
        <w:pStyle w:val="Heading3"/>
      </w:pPr>
      <w:r w:rsidR="4E655057">
        <w:rPr/>
        <w:t>4.2 VEN-</w:t>
      </w:r>
      <w:r w:rsidR="4E655057">
        <w:rPr/>
        <w:t>bescherming</w:t>
      </w:r>
    </w:p>
    <w:p xmlns:wp14="http://schemas.microsoft.com/office/word/2010/wordml" w14:paraId="4A7CFE6E" wp14:textId="77777777">
      <w:r w:rsidR="4E655057">
        <w:rPr/>
        <w:t xml:space="preserve">Het </w:t>
      </w:r>
      <w:r w:rsidR="4E655057">
        <w:rPr/>
        <w:t>Vlaams</w:t>
      </w:r>
      <w:r w:rsidR="4E655057">
        <w:rPr/>
        <w:t xml:space="preserve"> </w:t>
      </w:r>
      <w:r w:rsidR="4E655057">
        <w:rPr/>
        <w:t>Ecologisch</w:t>
      </w:r>
      <w:r w:rsidR="4E655057">
        <w:rPr/>
        <w:t xml:space="preserve"> </w:t>
      </w:r>
      <w:r w:rsidR="4E655057">
        <w:rPr/>
        <w:t>Netwerk</w:t>
      </w:r>
      <w:r w:rsidR="4E655057">
        <w:rPr/>
        <w:t xml:space="preserve"> (VEN) </w:t>
      </w:r>
      <w:r w:rsidR="4E655057">
        <w:rPr/>
        <w:t>geniet</w:t>
      </w:r>
      <w:r w:rsidR="4E655057">
        <w:rPr/>
        <w:t xml:space="preserve"> </w:t>
      </w:r>
      <w:r w:rsidR="4E655057">
        <w:rPr/>
        <w:t>bijzondere</w:t>
      </w:r>
      <w:r w:rsidR="4E655057">
        <w:rPr/>
        <w:t xml:space="preserve"> </w:t>
      </w:r>
      <w:r w:rsidR="4E655057">
        <w:rPr/>
        <w:t>bescherming</w:t>
      </w:r>
      <w:r w:rsidR="4E655057">
        <w:rPr/>
        <w:t xml:space="preserve"> </w:t>
      </w:r>
      <w:r w:rsidR="4E655057">
        <w:rPr/>
        <w:t>onder</w:t>
      </w:r>
      <w:r w:rsidR="4E655057">
        <w:rPr/>
        <w:t xml:space="preserve"> het </w:t>
      </w:r>
      <w:r w:rsidR="4E655057">
        <w:rPr/>
        <w:t>Natuurdecreet</w:t>
      </w:r>
      <w:r w:rsidR="4E655057">
        <w:rPr/>
        <w:t xml:space="preserve"> (art. 25-26). Binnen het VEN </w:t>
      </w:r>
      <w:r w:rsidR="4E655057">
        <w:rPr/>
        <w:t>geldt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Pr="4E655057" w:rsidR="4E655057">
        <w:rPr>
          <w:b w:val="1"/>
          <w:bCs w:val="1"/>
        </w:rPr>
        <w:t>verscherpte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natuurtoets</w:t>
      </w:r>
      <w:r w:rsidR="4E655057">
        <w:rPr/>
        <w:t xml:space="preserve">: </w:t>
      </w:r>
      <w:r w:rsidR="4E655057">
        <w:rPr/>
        <w:t>activiteiten</w:t>
      </w:r>
      <w:r w:rsidR="4E655057">
        <w:rPr/>
        <w:t xml:space="preserve"> die de </w:t>
      </w:r>
      <w:r w:rsidR="4E655057">
        <w:rPr/>
        <w:t>natuur</w:t>
      </w:r>
      <w:r w:rsidR="4E655057">
        <w:rPr/>
        <w:t xml:space="preserve"> </w:t>
      </w:r>
      <w:r w:rsidR="4E655057">
        <w:rPr/>
        <w:t>kunnen</w:t>
      </w:r>
      <w:r w:rsidR="4E655057">
        <w:rPr/>
        <w:t xml:space="preserve"> </w:t>
      </w:r>
      <w:r w:rsidR="4E655057">
        <w:rPr/>
        <w:t>schaden</w:t>
      </w:r>
      <w:r w:rsidR="4E655057">
        <w:rPr/>
        <w:t xml:space="preserve">, </w:t>
      </w:r>
      <w:r w:rsidR="4E655057">
        <w:rPr/>
        <w:t>zijn</w:t>
      </w:r>
      <w:r w:rsidR="4E655057">
        <w:rPr/>
        <w:t xml:space="preserve"> </w:t>
      </w:r>
      <w:r w:rsidR="4E655057">
        <w:rPr/>
        <w:t>slechts</w:t>
      </w:r>
      <w:r w:rsidR="4E655057">
        <w:rPr/>
        <w:t xml:space="preserve"> </w:t>
      </w:r>
      <w:r w:rsidR="4E655057">
        <w:rPr/>
        <w:t>toegestaan</w:t>
      </w:r>
      <w:r w:rsidR="4E655057">
        <w:rPr/>
        <w:t xml:space="preserve"> </w:t>
      </w:r>
      <w:r w:rsidR="4E655057">
        <w:rPr/>
        <w:t>wanneer</w:t>
      </w:r>
      <w:r w:rsidR="4E655057">
        <w:rPr/>
        <w:t xml:space="preserve"> de impact </w:t>
      </w:r>
      <w:r w:rsidR="4E655057">
        <w:rPr/>
        <w:t>vermeden</w:t>
      </w:r>
      <w:r w:rsidR="4E655057">
        <w:rPr/>
        <w:t xml:space="preserve">, </w:t>
      </w:r>
      <w:r w:rsidR="4E655057">
        <w:rPr/>
        <w:t>beperkt</w:t>
      </w:r>
      <w:r w:rsidR="4E655057">
        <w:rPr/>
        <w:t xml:space="preserve"> of </w:t>
      </w:r>
      <w:r w:rsidR="4E655057">
        <w:rPr/>
        <w:t>hersteld</w:t>
      </w:r>
      <w:r w:rsidR="4E655057">
        <w:rPr/>
        <w:t xml:space="preserve"> </w:t>
      </w:r>
      <w:r w:rsidR="4E655057">
        <w:rPr/>
        <w:t>kan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, </w:t>
      </w:r>
      <w:r w:rsidR="4E655057">
        <w:rPr/>
        <w:t>en</w:t>
      </w:r>
      <w:r w:rsidR="4E655057">
        <w:rPr/>
        <w:t xml:space="preserve"> </w:t>
      </w:r>
      <w:r w:rsidR="4E655057">
        <w:rPr/>
        <w:t>wanneer</w:t>
      </w:r>
      <w:r w:rsidR="4E655057">
        <w:rPr/>
        <w:t xml:space="preserve"> het </w:t>
      </w:r>
      <w:r w:rsidR="4E655057">
        <w:rPr/>
        <w:t>maatschappelijk</w:t>
      </w:r>
      <w:r w:rsidR="4E655057">
        <w:rPr/>
        <w:t xml:space="preserve"> </w:t>
      </w:r>
      <w:r w:rsidR="4E655057">
        <w:rPr/>
        <w:t>belang</w:t>
      </w:r>
      <w:r w:rsidR="4E655057">
        <w:rPr/>
        <w:t xml:space="preserve"> </w:t>
      </w:r>
      <w:r w:rsidR="4E655057">
        <w:rPr/>
        <w:t>zwaarder</w:t>
      </w:r>
      <w:r w:rsidR="4E655057">
        <w:rPr/>
        <w:t xml:space="preserve"> </w:t>
      </w:r>
      <w:r w:rsidR="4E655057">
        <w:rPr/>
        <w:t>weegt</w:t>
      </w:r>
      <w:r w:rsidR="4E655057">
        <w:rPr/>
        <w:t xml:space="preserve"> dan het </w:t>
      </w:r>
      <w:r w:rsidR="4E655057">
        <w:rPr/>
        <w:t>natuurbelang</w:t>
      </w:r>
      <w:r w:rsidR="4E655057">
        <w:rPr/>
        <w:t>.</w:t>
      </w:r>
    </w:p>
    <w:p xmlns:wp14="http://schemas.microsoft.com/office/word/2010/wordml" w14:paraId="4431481C" wp14:textId="77777777">
      <w:r w:rsidR="4E655057">
        <w:rPr/>
        <w:t xml:space="preserve">De </w:t>
      </w:r>
      <w:r w:rsidR="4E655057">
        <w:rPr/>
        <w:t>verscherpte</w:t>
      </w:r>
      <w:r w:rsidR="4E655057">
        <w:rPr/>
        <w:t xml:space="preserve"> </w:t>
      </w:r>
      <w:r w:rsidR="4E655057">
        <w:rPr/>
        <w:t>natuurtoets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in het MER-</w:t>
      </w:r>
      <w:r w:rsidR="4E655057">
        <w:rPr/>
        <w:t>hoofdstuk</w:t>
      </w:r>
      <w:r w:rsidR="4E655057">
        <w:rPr/>
        <w:t xml:space="preserve"> 10 </w:t>
      </w:r>
      <w:r w:rsidR="4E655057">
        <w:rPr/>
        <w:t>niet</w:t>
      </w:r>
      <w:r w:rsidR="4E655057">
        <w:rPr/>
        <w:t xml:space="preserve"> </w:t>
      </w:r>
      <w:r w:rsidR="4E655057">
        <w:rPr/>
        <w:t>inhoudelijk</w:t>
      </w:r>
      <w:r w:rsidR="4E655057">
        <w:rPr/>
        <w:t xml:space="preserve"> </w:t>
      </w:r>
      <w:r w:rsidR="4E655057">
        <w:rPr/>
        <w:t>uitgevoerd</w:t>
      </w:r>
      <w:r w:rsidR="4E655057">
        <w:rPr/>
        <w:t xml:space="preserve"> maar </w:t>
      </w:r>
      <w:r w:rsidR="4E655057">
        <w:rPr/>
        <w:t>doorverwezen</w:t>
      </w:r>
      <w:r w:rsidR="4E655057">
        <w:rPr/>
        <w:t xml:space="preserve"> </w:t>
      </w:r>
      <w:r w:rsidR="4E655057">
        <w:rPr/>
        <w:t>naar</w:t>
      </w:r>
      <w:r w:rsidR="4E655057">
        <w:rPr/>
        <w:t xml:space="preserve"> "</w:t>
      </w:r>
      <w:r w:rsidR="4E655057">
        <w:rPr/>
        <w:t>Bijlage</w:t>
      </w:r>
      <w:r w:rsidR="4E655057">
        <w:rPr/>
        <w:t xml:space="preserve"> 10.1" (p. 10-230). Het is </w:t>
      </w:r>
      <w:r w:rsidR="4E655057">
        <w:rPr/>
        <w:t>derhalve</w:t>
      </w:r>
      <w:r w:rsidR="4E655057">
        <w:rPr/>
        <w:t xml:space="preserve"> </w:t>
      </w:r>
      <w:r w:rsidR="4E655057">
        <w:rPr/>
        <w:t>onmogelijk</w:t>
      </w:r>
      <w:r w:rsidR="4E655057">
        <w:rPr/>
        <w:t xml:space="preserve"> om </w:t>
      </w:r>
      <w:r w:rsidR="4E655057">
        <w:rPr/>
        <w:t>te</w:t>
      </w:r>
      <w:r w:rsidR="4E655057">
        <w:rPr/>
        <w:t xml:space="preserve"> </w:t>
      </w:r>
      <w:r w:rsidR="4E655057">
        <w:rPr/>
        <w:t>verifieren</w:t>
      </w:r>
      <w:r w:rsidR="4E655057">
        <w:rPr/>
        <w:t xml:space="preserve"> of de </w:t>
      </w:r>
      <w:r w:rsidR="4E655057">
        <w:rPr/>
        <w:t>toetsing</w:t>
      </w:r>
      <w:r w:rsidR="4E655057">
        <w:rPr/>
        <w:t xml:space="preserve"> correct is </w:t>
      </w:r>
      <w:r w:rsidR="4E655057">
        <w:rPr/>
        <w:t>uitgevoerd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of de </w:t>
      </w:r>
      <w:r w:rsidR="4E655057">
        <w:rPr/>
        <w:t>voorwaarden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toelating</w:t>
      </w:r>
      <w:r w:rsidR="4E655057">
        <w:rPr/>
        <w:t xml:space="preserve"> </w:t>
      </w:r>
      <w:r w:rsidR="4E655057">
        <w:rPr/>
        <w:t>zijn</w:t>
      </w:r>
      <w:r w:rsidR="4E655057">
        <w:rPr/>
        <w:t xml:space="preserve"> </w:t>
      </w:r>
      <w:r w:rsidR="4E655057">
        <w:rPr/>
        <w:t>vervuld</w:t>
      </w:r>
      <w:r w:rsidR="4E655057">
        <w:rPr/>
        <w:t>.</w:t>
      </w:r>
    </w:p>
    <w:p xmlns:wp14="http://schemas.microsoft.com/office/word/2010/wordml" w14:paraId="786BB035" wp14:textId="77777777">
      <w:pPr>
        <w:pStyle w:val="Heading3"/>
      </w:pPr>
      <w:r w:rsidR="4E655057">
        <w:rPr/>
        <w:t xml:space="preserve">4.3 </w:t>
      </w:r>
      <w:r w:rsidR="4E655057">
        <w:rPr/>
        <w:t>Beschermd</w:t>
      </w:r>
      <w:r w:rsidR="4E655057">
        <w:rPr/>
        <w:t xml:space="preserve"> </w:t>
      </w:r>
      <w:r w:rsidR="4E655057">
        <w:rPr/>
        <w:t>landschap</w:t>
      </w:r>
      <w:r w:rsidR="4E655057">
        <w:rPr/>
        <w:t xml:space="preserve"> </w:t>
      </w:r>
      <w:r w:rsidR="4E655057">
        <w:rPr/>
        <w:t>Vloetemveld</w:t>
      </w:r>
    </w:p>
    <w:p xmlns:wp14="http://schemas.microsoft.com/office/word/2010/wordml" w14:paraId="49B53E3C" wp14:textId="77777777">
      <w:r w:rsidR="4E655057">
        <w:rPr/>
        <w:t xml:space="preserve">Het </w:t>
      </w:r>
      <w:r w:rsidR="4E655057">
        <w:rPr/>
        <w:t>Agentschap</w:t>
      </w:r>
      <w:r w:rsidR="4E655057">
        <w:rPr/>
        <w:t xml:space="preserve"> </w:t>
      </w:r>
      <w:r w:rsidR="4E655057">
        <w:rPr/>
        <w:t>Onroerend</w:t>
      </w:r>
      <w:r w:rsidR="4E655057">
        <w:rPr/>
        <w:t xml:space="preserve"> </w:t>
      </w:r>
      <w:r w:rsidR="4E655057">
        <w:rPr/>
        <w:t>Erfgoed</w:t>
      </w:r>
      <w:r w:rsidR="4E655057">
        <w:rPr/>
        <w:t xml:space="preserve"> </w:t>
      </w:r>
      <w:r w:rsidR="4E655057">
        <w:rPr/>
        <w:t>bevestigt</w:t>
      </w:r>
      <w:r w:rsidR="4E655057">
        <w:rPr/>
        <w:t xml:space="preserve"> in </w:t>
      </w:r>
      <w:r w:rsidR="4E655057">
        <w:rPr/>
        <w:t>haar</w:t>
      </w:r>
      <w:r w:rsidR="4E655057">
        <w:rPr/>
        <w:t xml:space="preserve"> </w:t>
      </w:r>
      <w:r w:rsidR="4E655057">
        <w:rPr/>
        <w:t>advies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het </w:t>
      </w:r>
      <w:r w:rsidRPr="4E655057" w:rsidR="4E655057">
        <w:rPr>
          <w:b w:val="1"/>
          <w:bCs w:val="1"/>
        </w:rPr>
        <w:t>beschermd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landschap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Vloetemveld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geraakt</w:t>
      </w:r>
      <w:r w:rsidR="4E655057">
        <w:rPr/>
        <w:t xml:space="preserve"> door het project. Dit </w:t>
      </w:r>
      <w:r w:rsidR="4E655057">
        <w:rPr/>
        <w:t>landschap</w:t>
      </w:r>
      <w:r w:rsidR="4E655057">
        <w:rPr/>
        <w:t xml:space="preserve">, </w:t>
      </w:r>
      <w:r w:rsidR="4E655057">
        <w:rPr/>
        <w:t>dat</w:t>
      </w:r>
      <w:r w:rsidR="4E655057">
        <w:rPr/>
        <w:t xml:space="preserve"> </w:t>
      </w:r>
      <w:r w:rsidR="4E655057">
        <w:rPr/>
        <w:t>tevens</w:t>
      </w:r>
      <w:r w:rsidR="4E655057">
        <w:rPr/>
        <w:t xml:space="preserve"> VEN-</w:t>
      </w:r>
      <w:r w:rsidR="4E655057">
        <w:rPr/>
        <w:t>gebied</w:t>
      </w:r>
      <w:r w:rsidR="4E655057">
        <w:rPr/>
        <w:t xml:space="preserve"> 119 </w:t>
      </w:r>
      <w:r w:rsidR="4E655057">
        <w:rPr/>
        <w:t>omvat</w:t>
      </w:r>
      <w:r w:rsidR="4E655057">
        <w:rPr/>
        <w:t xml:space="preserve">, </w:t>
      </w:r>
      <w:r w:rsidR="4E655057">
        <w:rPr/>
        <w:t>bevat</w:t>
      </w:r>
      <w:r w:rsidR="4E655057">
        <w:rPr/>
        <w:t xml:space="preserve"> </w:t>
      </w:r>
      <w:r w:rsidRPr="4E655057" w:rsidR="4E655057">
        <w:rPr>
          <w:b w:val="1"/>
          <w:bCs w:val="1"/>
        </w:rPr>
        <w:t>historische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houtkanten</w:t>
      </w:r>
      <w:r w:rsidRPr="4E655057" w:rsidR="4E655057">
        <w:rPr>
          <w:b w:val="1"/>
          <w:bCs w:val="1"/>
        </w:rPr>
        <w:t xml:space="preserve"> die </w:t>
      </w:r>
      <w:r w:rsidRPr="4E655057" w:rsidR="4E655057">
        <w:rPr>
          <w:b w:val="1"/>
          <w:bCs w:val="1"/>
        </w:rPr>
        <w:t>teruggaan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tot</w:t>
      </w:r>
      <w:r w:rsidRPr="4E655057" w:rsidR="4E655057">
        <w:rPr>
          <w:b w:val="1"/>
          <w:bCs w:val="1"/>
        </w:rPr>
        <w:t xml:space="preserve"> 1873</w:t>
      </w:r>
      <w:r w:rsidR="4E655057">
        <w:rPr/>
        <w:t xml:space="preserve">. Het </w:t>
      </w:r>
      <w:r w:rsidR="4E655057">
        <w:rPr/>
        <w:t>Agentschap</w:t>
      </w:r>
      <w:r w:rsidR="4E655057">
        <w:rPr/>
        <w:t xml:space="preserve"> </w:t>
      </w:r>
      <w:r w:rsidR="4E655057">
        <w:rPr/>
        <w:t>concludeert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Pr="4E655057" w:rsidR="4E655057">
        <w:rPr>
          <w:i w:val="1"/>
          <w:iCs w:val="1"/>
        </w:rPr>
        <w:t>"</w:t>
      </w:r>
      <w:r w:rsidRPr="4E655057" w:rsidR="4E655057">
        <w:rPr>
          <w:i w:val="1"/>
          <w:iCs w:val="1"/>
        </w:rPr>
        <w:t>heraanplant</w:t>
      </w:r>
      <w:r w:rsidRPr="4E655057" w:rsidR="4E655057">
        <w:rPr>
          <w:i w:val="1"/>
          <w:iCs w:val="1"/>
        </w:rPr>
        <w:t xml:space="preserve"> de </w:t>
      </w:r>
      <w:r w:rsidRPr="4E655057" w:rsidR="4E655057">
        <w:rPr>
          <w:i w:val="1"/>
          <w:iCs w:val="1"/>
        </w:rPr>
        <w:t>effecten</w:t>
      </w:r>
      <w:r w:rsidRPr="4E655057" w:rsidR="4E655057">
        <w:rPr>
          <w:i w:val="1"/>
          <w:iCs w:val="1"/>
        </w:rPr>
        <w:t xml:space="preserve"> NIET </w:t>
      </w:r>
      <w:r w:rsidRPr="4E655057" w:rsidR="4E655057">
        <w:rPr>
          <w:i w:val="1"/>
          <w:iCs w:val="1"/>
        </w:rPr>
        <w:t>volledig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mildert</w:t>
      </w:r>
      <w:r w:rsidRPr="4E655057" w:rsidR="4E655057">
        <w:rPr>
          <w:i w:val="1"/>
          <w:iCs w:val="1"/>
        </w:rPr>
        <w:t>"</w:t>
      </w:r>
      <w:r w:rsidR="4E655057">
        <w:rPr/>
        <w:t>.</w:t>
      </w:r>
    </w:p>
    <w:p xmlns:wp14="http://schemas.microsoft.com/office/word/2010/wordml" w14:paraId="72880F36" wp14:textId="77777777">
      <w:r w:rsidR="4E655057">
        <w:rPr/>
        <w:t xml:space="preserve">Het MER </w:t>
      </w:r>
      <w:r w:rsidR="4E655057">
        <w:rPr/>
        <w:t>laat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inhoudelijke</w:t>
      </w:r>
      <w:r w:rsidR="4E655057">
        <w:rPr/>
        <w:t xml:space="preserve"> </w:t>
      </w:r>
      <w:r w:rsidR="4E655057">
        <w:rPr/>
        <w:t>bespreking</w:t>
      </w:r>
      <w:r w:rsidR="4E655057">
        <w:rPr/>
        <w:t xml:space="preserve"> van de </w:t>
      </w:r>
      <w:r w:rsidR="4E655057">
        <w:rPr/>
        <w:t>ecologische</w:t>
      </w:r>
      <w:r w:rsidR="4E655057">
        <w:rPr/>
        <w:t xml:space="preserve"> </w:t>
      </w:r>
      <w:r w:rsidR="4E655057">
        <w:rPr/>
        <w:t>waarde</w:t>
      </w:r>
      <w:r w:rsidR="4E655057">
        <w:rPr/>
        <w:t xml:space="preserve"> van </w:t>
      </w:r>
      <w:r w:rsidR="4E655057">
        <w:rPr/>
        <w:t>deze</w:t>
      </w:r>
      <w:r w:rsidR="4E655057">
        <w:rPr/>
        <w:t xml:space="preserve"> </w:t>
      </w:r>
      <w:r w:rsidR="4E655057">
        <w:rPr/>
        <w:t>historische</w:t>
      </w:r>
      <w:r w:rsidR="4E655057">
        <w:rPr/>
        <w:t xml:space="preserve"> </w:t>
      </w:r>
      <w:r w:rsidR="4E655057">
        <w:rPr/>
        <w:t>landschapselementen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</w:t>
      </w:r>
      <w:r w:rsidR="4E655057">
        <w:rPr/>
        <w:t>onderdeel</w:t>
      </w:r>
      <w:r w:rsidR="4E655057">
        <w:rPr/>
        <w:t xml:space="preserve"> van het VEN-</w:t>
      </w:r>
      <w:r w:rsidR="4E655057">
        <w:rPr/>
        <w:t>netwerk</w:t>
      </w:r>
      <w:r w:rsidR="4E655057">
        <w:rPr/>
        <w:t xml:space="preserve"> </w:t>
      </w:r>
      <w:r w:rsidR="4E655057">
        <w:rPr/>
        <w:t>achterwege</w:t>
      </w:r>
      <w:r w:rsidR="4E655057">
        <w:rPr/>
        <w:t>.</w:t>
      </w:r>
    </w:p>
    <w:p xmlns:wp14="http://schemas.microsoft.com/office/word/2010/wordml" w14:paraId="3391E200" wp14:textId="77777777">
      <w:pPr>
        <w:pStyle w:val="Heading3"/>
      </w:pPr>
      <w:r w:rsidR="4E655057">
        <w:rPr/>
        <w:t xml:space="preserve">4.4 </w:t>
      </w:r>
      <w:r w:rsidR="4E655057">
        <w:rPr/>
        <w:t>Natuurreservaten</w:t>
      </w:r>
    </w:p>
    <w:p xmlns:wp14="http://schemas.microsoft.com/office/word/2010/wordml" w14:paraId="53B42625" wp14:textId="77777777">
      <w:r w:rsidR="4E655057">
        <w:rPr/>
        <w:t xml:space="preserve">Elf </w:t>
      </w:r>
      <w:r w:rsidR="4E655057">
        <w:rPr/>
        <w:t>natuurreservaten</w:t>
      </w:r>
      <w:r w:rsidR="4E655057">
        <w:rPr/>
        <w:t xml:space="preserve"> </w:t>
      </w:r>
      <w:r w:rsidR="4E655057">
        <w:rPr/>
        <w:t>bevinden</w:t>
      </w:r>
      <w:r w:rsidR="4E655057">
        <w:rPr/>
        <w:t xml:space="preserve"> </w:t>
      </w:r>
      <w:r w:rsidR="4E655057">
        <w:rPr/>
        <w:t>zich</w:t>
      </w:r>
      <w:r w:rsidR="4E655057">
        <w:rPr/>
        <w:t xml:space="preserve"> in de </w:t>
      </w:r>
      <w:r w:rsidR="4E655057">
        <w:rPr/>
        <w:t>directe</w:t>
      </w:r>
      <w:r w:rsidR="4E655057">
        <w:rPr/>
        <w:t xml:space="preserve"> </w:t>
      </w:r>
      <w:r w:rsidR="4E655057">
        <w:rPr/>
        <w:t>invloedssfeer</w:t>
      </w:r>
      <w:r w:rsidR="4E655057">
        <w:rPr/>
        <w:t xml:space="preserve"> van het project. De </w:t>
      </w:r>
      <w:r w:rsidR="4E655057">
        <w:rPr/>
        <w:t>effecten</w:t>
      </w:r>
      <w:r w:rsidR="4E655057">
        <w:rPr/>
        <w:t xml:space="preserve"> van </w:t>
      </w:r>
      <w:r w:rsidR="4E655057">
        <w:rPr/>
        <w:t>bemaling</w:t>
      </w:r>
      <w:r w:rsidR="4E655057">
        <w:rPr/>
        <w:t xml:space="preserve">, </w:t>
      </w:r>
      <w:r w:rsidR="4E655057">
        <w:rPr/>
        <w:t>stikstofdepositie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verstoring</w:t>
      </w:r>
      <w:r w:rsidR="4E655057">
        <w:rPr/>
        <w:t xml:space="preserve"> op </w:t>
      </w:r>
      <w:r w:rsidR="4E655057">
        <w:rPr/>
        <w:t>deze</w:t>
      </w:r>
      <w:r w:rsidR="4E655057">
        <w:rPr/>
        <w:t xml:space="preserve"> </w:t>
      </w:r>
      <w:r w:rsidR="4E655057">
        <w:rPr/>
        <w:t>reservaten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in het MER </w:t>
      </w:r>
      <w:r w:rsidR="4E655057">
        <w:rPr/>
        <w:t>niet</w:t>
      </w:r>
      <w:r w:rsidR="4E655057">
        <w:rPr/>
        <w:t xml:space="preserve"> per </w:t>
      </w:r>
      <w:r w:rsidR="4E655057">
        <w:rPr/>
        <w:t>reservaat</w:t>
      </w:r>
      <w:r w:rsidR="4E655057">
        <w:rPr/>
        <w:t xml:space="preserve"> </w:t>
      </w:r>
      <w:r w:rsidR="4E655057">
        <w:rPr/>
        <w:t>geanalyseerd</w:t>
      </w:r>
      <w:r w:rsidR="4E655057">
        <w:rPr/>
        <w:t xml:space="preserve">, maar </w:t>
      </w:r>
      <w:r w:rsidR="4E655057">
        <w:rPr/>
        <w:t>slechts</w:t>
      </w:r>
      <w:r w:rsidR="4E655057">
        <w:rPr/>
        <w:t xml:space="preserve"> op het </w:t>
      </w:r>
      <w:r w:rsidR="4E655057">
        <w:rPr/>
        <w:t>niveau</w:t>
      </w:r>
      <w:r w:rsidR="4E655057">
        <w:rPr/>
        <w:t xml:space="preserve"> van </w:t>
      </w:r>
      <w:r w:rsidR="4E655057">
        <w:rPr/>
        <w:t>tracézones</w:t>
      </w:r>
      <w:r w:rsidR="4E655057">
        <w:rPr/>
        <w:t xml:space="preserve">. Dit </w:t>
      </w:r>
      <w:r w:rsidR="4E655057">
        <w:rPr/>
        <w:t>leidt</w:t>
      </w:r>
      <w:r w:rsidR="4E655057">
        <w:rPr/>
        <w:t xml:space="preserve"> tot </w:t>
      </w:r>
      <w:r w:rsidR="4E655057">
        <w:rPr/>
        <w:t>een</w:t>
      </w:r>
      <w:r w:rsidR="4E655057">
        <w:rPr/>
        <w:t xml:space="preserve"> </w:t>
      </w:r>
      <w:r w:rsidR="4E655057">
        <w:rPr/>
        <w:t>onderschatting</w:t>
      </w:r>
      <w:r w:rsidR="4E655057">
        <w:rPr/>
        <w:t xml:space="preserve"> van </w:t>
      </w:r>
      <w:r w:rsidR="4E655057">
        <w:rPr/>
        <w:t>lokale</w:t>
      </w:r>
      <w:r w:rsidR="4E655057">
        <w:rPr/>
        <w:t xml:space="preserve"> </w:t>
      </w:r>
      <w:r w:rsidR="4E655057">
        <w:rPr/>
        <w:t>effecten</w:t>
      </w:r>
      <w:r w:rsidR="4E655057">
        <w:rPr/>
        <w:t>.</w:t>
      </w:r>
    </w:p>
    <w:p xmlns:wp14="http://schemas.microsoft.com/office/word/2010/wordml" w:rsidP="4E655057" w14:paraId="0D0B940D" wp14:textId="77777777">
      <w:pPr>
        <w:pBdr>
          <w:bottom w:val="single" w:color="CCCCCC" w:sz="6" w:space="1"/>
        </w:pBdr>
        <w:spacing w:before="240" w:after="240"/>
        <w:pBdr>
          <w:bottom w:val="single" w:color="CCCCCC" w:sz="6" w:space="1"/>
        </w:pBdr>
      </w:pPr>
    </w:p>
    <w:p xmlns:wp14="http://schemas.microsoft.com/office/word/2010/wordml" w14:paraId="20F23770" wp14:textId="77777777">
      <w:pPr>
        <w:pStyle w:val="Heading2"/>
      </w:pPr>
      <w:r>
        <w:t>5. EMF-EFFECTEN OP FAUNA: ERKENDE KENNISLACUNE ZONDER VOORZORG</w:t>
      </w:r>
    </w:p>
    <w:p xmlns:wp14="http://schemas.microsoft.com/office/word/2010/wordml" w14:paraId="7D9E1449" wp14:textId="77777777">
      <w:pPr>
        <w:pStyle w:val="Heading3"/>
      </w:pPr>
      <w:r w:rsidR="4E655057">
        <w:rPr/>
        <w:t xml:space="preserve">5.1 Het MER </w:t>
      </w:r>
      <w:r w:rsidR="4E655057">
        <w:rPr/>
        <w:t>erkent</w:t>
      </w:r>
      <w:r w:rsidR="4E655057">
        <w:rPr/>
        <w:t xml:space="preserve"> de </w:t>
      </w:r>
      <w:r w:rsidR="4E655057">
        <w:rPr/>
        <w:t>leemte</w:t>
      </w:r>
      <w:r w:rsidR="4E655057">
        <w:rPr/>
        <w:t xml:space="preserve"> maar </w:t>
      </w:r>
      <w:r w:rsidR="4E655057">
        <w:rPr/>
        <w:t>trekt</w:t>
      </w:r>
      <w:r w:rsidR="4E655057">
        <w:rPr/>
        <w:t xml:space="preserve"> er </w:t>
      </w:r>
      <w:r w:rsidR="4E655057">
        <w:rPr/>
        <w:t>geen</w:t>
      </w:r>
      <w:r w:rsidR="4E655057">
        <w:rPr/>
        <w:t xml:space="preserve"> </w:t>
      </w:r>
      <w:r w:rsidR="4E655057">
        <w:rPr/>
        <w:t>consequentie</w:t>
      </w:r>
      <w:r w:rsidR="4E655057">
        <w:rPr/>
        <w:t xml:space="preserve"> </w:t>
      </w:r>
      <w:r w:rsidR="4E655057">
        <w:rPr/>
        <w:t>uit</w:t>
      </w:r>
    </w:p>
    <w:p xmlns:wp14="http://schemas.microsoft.com/office/word/2010/wordml" w14:paraId="3F63BEB3" wp14:textId="77777777">
      <w:r w:rsidR="4E655057">
        <w:rPr/>
        <w:t xml:space="preserve">Het MER </w:t>
      </w:r>
      <w:r w:rsidR="4E655057">
        <w:rPr/>
        <w:t>erkent</w:t>
      </w:r>
      <w:r w:rsidR="4E655057">
        <w:rPr/>
        <w:t xml:space="preserve"> op </w:t>
      </w:r>
      <w:r w:rsidR="4E655057">
        <w:rPr/>
        <w:t>meerdere</w:t>
      </w:r>
      <w:r w:rsidR="4E655057">
        <w:rPr/>
        <w:t xml:space="preserve"> </w:t>
      </w:r>
      <w:r w:rsidR="4E655057">
        <w:rPr/>
        <w:t>plaatsen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de </w:t>
      </w:r>
      <w:r w:rsidR="4E655057">
        <w:rPr/>
        <w:t>effecten</w:t>
      </w:r>
      <w:r w:rsidR="4E655057">
        <w:rPr/>
        <w:t xml:space="preserve"> van </w:t>
      </w:r>
      <w:r w:rsidR="4E655057">
        <w:rPr/>
        <w:t>elektromagnetische</w:t>
      </w:r>
      <w:r w:rsidR="4E655057">
        <w:rPr/>
        <w:t xml:space="preserve"> </w:t>
      </w:r>
      <w:r w:rsidR="4E655057">
        <w:rPr/>
        <w:t>velden</w:t>
      </w:r>
      <w:r w:rsidR="4E655057">
        <w:rPr/>
        <w:t xml:space="preserve"> op fauna </w:t>
      </w:r>
      <w:r w:rsidR="4E655057">
        <w:rPr/>
        <w:t>en</w:t>
      </w:r>
      <w:r w:rsidR="4E655057">
        <w:rPr/>
        <w:t xml:space="preserve"> flora </w:t>
      </w:r>
      <w:r w:rsidR="4E655057">
        <w:rPr/>
        <w:t>onbekend</w:t>
      </w:r>
      <w:r w:rsidR="4E655057">
        <w:rPr/>
        <w:t xml:space="preserve"> </w:t>
      </w:r>
      <w:r w:rsidR="4E655057">
        <w:rPr/>
        <w:t>zijn</w:t>
      </w:r>
      <w:r w:rsidR="4E655057">
        <w:rPr/>
        <w:t>:</w:t>
      </w:r>
    </w:p>
    <w:p xmlns:wp14="http://schemas.microsoft.com/office/word/2010/wordml" w:rsidP="4E655057" w14:paraId="6731C83B" wp14:textId="77777777">
      <w:pPr>
        <w:pBdr>
          <w:left w:val="single" w:color="999999" w:sz="12" w:space="8"/>
        </w:pBdr>
        <w:spacing w:before="120" w:after="120"/>
        <w:ind w:left="850"/>
        <w:pBdr>
          <w:left w:val="single" w:color="999999" w:sz="12" w:space="8"/>
        </w:pBdr>
      </w:pPr>
      <w:r w:rsidRPr="4E655057" w:rsidR="4E655057">
        <w:rPr>
          <w:i w:val="1"/>
          <w:iCs w:val="1"/>
          <w:color w:val="444444"/>
        </w:rPr>
        <w:t xml:space="preserve">"De </w:t>
      </w:r>
      <w:r w:rsidRPr="4E655057" w:rsidR="4E655057">
        <w:rPr>
          <w:i w:val="1"/>
          <w:iCs w:val="1"/>
          <w:color w:val="444444"/>
        </w:rPr>
        <w:t>inschatting</w:t>
      </w:r>
      <w:r w:rsidRPr="4E655057" w:rsidR="4E655057">
        <w:rPr>
          <w:i w:val="1"/>
          <w:iCs w:val="1"/>
          <w:color w:val="444444"/>
        </w:rPr>
        <w:t xml:space="preserve"> van de </w:t>
      </w:r>
      <w:r w:rsidRPr="4E655057" w:rsidR="4E655057">
        <w:rPr>
          <w:i w:val="1"/>
          <w:iCs w:val="1"/>
          <w:color w:val="444444"/>
        </w:rPr>
        <w:t>aard</w:t>
      </w:r>
      <w:r w:rsidRPr="4E655057" w:rsidR="4E655057">
        <w:rPr>
          <w:i w:val="1"/>
          <w:iCs w:val="1"/>
          <w:color w:val="444444"/>
        </w:rPr>
        <w:t xml:space="preserve"> (</w:t>
      </w:r>
      <w:r w:rsidRPr="4E655057" w:rsidR="4E655057">
        <w:rPr>
          <w:i w:val="1"/>
          <w:iCs w:val="1"/>
          <w:color w:val="444444"/>
        </w:rPr>
        <w:t>positief</w:t>
      </w:r>
      <w:r w:rsidRPr="4E655057" w:rsidR="4E655057">
        <w:rPr>
          <w:i w:val="1"/>
          <w:iCs w:val="1"/>
          <w:color w:val="444444"/>
        </w:rPr>
        <w:t xml:space="preserve"> of </w:t>
      </w:r>
      <w:r w:rsidRPr="4E655057" w:rsidR="4E655057">
        <w:rPr>
          <w:i w:val="1"/>
          <w:iCs w:val="1"/>
          <w:color w:val="444444"/>
        </w:rPr>
        <w:t>negatief</w:t>
      </w:r>
      <w:r w:rsidRPr="4E655057" w:rsidR="4E655057">
        <w:rPr>
          <w:i w:val="1"/>
          <w:iCs w:val="1"/>
          <w:color w:val="444444"/>
        </w:rPr>
        <w:t xml:space="preserve">), </w:t>
      </w:r>
      <w:r w:rsidRPr="4E655057" w:rsidR="4E655057">
        <w:rPr>
          <w:i w:val="1"/>
          <w:iCs w:val="1"/>
          <w:color w:val="444444"/>
        </w:rPr>
        <w:t>grootte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en</w:t>
      </w:r>
      <w:r w:rsidRPr="4E655057" w:rsidR="4E655057">
        <w:rPr>
          <w:i w:val="1"/>
          <w:iCs w:val="1"/>
          <w:color w:val="444444"/>
        </w:rPr>
        <w:t xml:space="preserve"> de </w:t>
      </w:r>
      <w:r w:rsidRPr="4E655057" w:rsidR="4E655057">
        <w:rPr>
          <w:i w:val="1"/>
          <w:iCs w:val="1"/>
          <w:color w:val="444444"/>
        </w:rPr>
        <w:t>precieze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gevolgen</w:t>
      </w:r>
      <w:r w:rsidRPr="4E655057" w:rsidR="4E655057">
        <w:rPr>
          <w:i w:val="1"/>
          <w:iCs w:val="1"/>
          <w:color w:val="444444"/>
        </w:rPr>
        <w:t xml:space="preserve"> op </w:t>
      </w:r>
      <w:r w:rsidRPr="4E655057" w:rsidR="4E655057">
        <w:rPr>
          <w:i w:val="1"/>
          <w:iCs w:val="1"/>
          <w:color w:val="444444"/>
        </w:rPr>
        <w:t>soort</w:t>
      </w:r>
      <w:r w:rsidRPr="4E655057" w:rsidR="4E655057">
        <w:rPr>
          <w:i w:val="1"/>
          <w:iCs w:val="1"/>
          <w:color w:val="444444"/>
        </w:rPr>
        <w:t xml:space="preserve">- </w:t>
      </w:r>
      <w:r w:rsidRPr="4E655057" w:rsidR="4E655057">
        <w:rPr>
          <w:i w:val="1"/>
          <w:iCs w:val="1"/>
          <w:color w:val="444444"/>
        </w:rPr>
        <w:t>en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populatieniveau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dienen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als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een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leemte</w:t>
      </w:r>
      <w:r w:rsidRPr="4E655057" w:rsidR="4E655057">
        <w:rPr>
          <w:i w:val="1"/>
          <w:iCs w:val="1"/>
          <w:color w:val="444444"/>
        </w:rPr>
        <w:t xml:space="preserve"> in de </w:t>
      </w:r>
      <w:r w:rsidRPr="4E655057" w:rsidR="4E655057">
        <w:rPr>
          <w:i w:val="1"/>
          <w:iCs w:val="1"/>
          <w:color w:val="444444"/>
        </w:rPr>
        <w:t>kennis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te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worden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beschouwd</w:t>
      </w:r>
      <w:r w:rsidRPr="4E655057" w:rsidR="4E655057">
        <w:rPr>
          <w:i w:val="1"/>
          <w:iCs w:val="1"/>
          <w:color w:val="444444"/>
        </w:rPr>
        <w:t>."</w:t>
      </w:r>
      <w:r w:rsidRPr="4E655057" w:rsidR="4E655057">
        <w:rPr>
          <w:i w:val="1"/>
          <w:iCs w:val="1"/>
          <w:color w:val="444444"/>
        </w:rPr>
        <w:t xml:space="preserve"> (</w:t>
      </w:r>
      <w:r w:rsidRPr="4E655057" w:rsidR="4E655057">
        <w:rPr>
          <w:i w:val="1"/>
          <w:iCs w:val="1"/>
          <w:color w:val="444444"/>
        </w:rPr>
        <w:t>Hfst</w:t>
      </w:r>
      <w:r w:rsidRPr="4E655057" w:rsidR="4E655057">
        <w:rPr>
          <w:i w:val="1"/>
          <w:iCs w:val="1"/>
          <w:color w:val="444444"/>
        </w:rPr>
        <w:t xml:space="preserve"> 10, p. 10-142 </w:t>
      </w:r>
      <w:r w:rsidRPr="4E655057" w:rsidR="4E655057">
        <w:rPr>
          <w:i w:val="1"/>
          <w:iCs w:val="1"/>
          <w:color w:val="444444"/>
        </w:rPr>
        <w:t>en</w:t>
      </w:r>
      <w:r w:rsidRPr="4E655057" w:rsidR="4E655057">
        <w:rPr>
          <w:i w:val="1"/>
          <w:iCs w:val="1"/>
          <w:color w:val="444444"/>
        </w:rPr>
        <w:t xml:space="preserve"> p. 10-246)</w:t>
      </w:r>
    </w:p>
    <w:p xmlns:wp14="http://schemas.microsoft.com/office/word/2010/wordml" w14:paraId="60715753" wp14:textId="77777777">
      <w:r w:rsidR="4E655057">
        <w:rPr/>
        <w:t xml:space="preserve">Het MER </w:t>
      </w:r>
      <w:r w:rsidR="4E655057">
        <w:rPr/>
        <w:t>verwijst</w:t>
      </w:r>
      <w:r w:rsidR="4E655057">
        <w:rPr/>
        <w:t xml:space="preserve"> </w:t>
      </w:r>
      <w:r w:rsidR="4E655057">
        <w:rPr/>
        <w:t>naar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literatuurstudie</w:t>
      </w:r>
      <w:r w:rsidR="4E655057">
        <w:rPr/>
        <w:t xml:space="preserve"> (Latre et al., 2023) die </w:t>
      </w:r>
      <w:r w:rsidR="4E655057">
        <w:rPr/>
        <w:t>meer</w:t>
      </w:r>
      <w:r w:rsidR="4E655057">
        <w:rPr/>
        <w:t xml:space="preserve"> dan 250 </w:t>
      </w:r>
      <w:r w:rsidR="4E655057">
        <w:rPr/>
        <w:t>wetenschappelijke</w:t>
      </w:r>
      <w:r w:rsidR="4E655057">
        <w:rPr/>
        <w:t xml:space="preserve"> studies </w:t>
      </w:r>
      <w:r w:rsidR="4E655057">
        <w:rPr/>
        <w:t>heeft</w:t>
      </w:r>
      <w:r w:rsidR="4E655057">
        <w:rPr/>
        <w:t xml:space="preserve"> </w:t>
      </w:r>
      <w:r w:rsidR="4E655057">
        <w:rPr/>
        <w:t>beoordeeld</w:t>
      </w:r>
      <w:r w:rsidR="4E655057">
        <w:rPr/>
        <w:t xml:space="preserve">, </w:t>
      </w:r>
      <w:r w:rsidR="4E655057">
        <w:rPr/>
        <w:t>waarbij</w:t>
      </w:r>
      <w:r w:rsidR="4E655057">
        <w:rPr/>
        <w:t>:</w:t>
      </w:r>
    </w:p>
    <w:p xmlns:wp14="http://schemas.microsoft.com/office/word/2010/wordml" w14:paraId="03F42ACE" wp14:textId="77777777">
      <w:pPr>
        <w:pStyle w:val="ListBullet"/>
        <w:spacing w:after="60"/>
        <w:ind w:left="720"/>
        <w:rPr/>
      </w:pPr>
      <w:r w:rsidR="4E655057">
        <w:rPr/>
        <w:t>evenveel</w:t>
      </w:r>
      <w:r w:rsidR="4E655057">
        <w:rPr/>
        <w:t xml:space="preserve"> studies </w:t>
      </w:r>
      <w:r w:rsidR="4E655057">
        <w:rPr/>
        <w:t>negatieve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 </w:t>
      </w:r>
      <w:r w:rsidR="4E655057">
        <w:rPr/>
        <w:t>vinden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studies die </w:t>
      </w:r>
      <w:r w:rsidR="4E655057">
        <w:rPr/>
        <w:t>geen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 </w:t>
      </w:r>
      <w:r w:rsidR="4E655057">
        <w:rPr/>
        <w:t>vinden</w:t>
      </w:r>
      <w:r w:rsidR="4E655057">
        <w:rPr/>
        <w:t>;</w:t>
      </w:r>
    </w:p>
    <w:p xmlns:wp14="http://schemas.microsoft.com/office/word/2010/wordml" w14:paraId="51D07082" wp14:textId="77777777">
      <w:pPr>
        <w:pStyle w:val="ListBullet"/>
        <w:spacing w:after="60"/>
        <w:ind w:left="720"/>
        <w:rPr/>
      </w:pPr>
      <w:r w:rsidR="4E655057">
        <w:rPr/>
        <w:t xml:space="preserve">de </w:t>
      </w:r>
      <w:r w:rsidR="4E655057">
        <w:rPr/>
        <w:t>onderzochte</w:t>
      </w:r>
      <w:r w:rsidR="4E655057">
        <w:rPr/>
        <w:t xml:space="preserve"> </w:t>
      </w:r>
      <w:r w:rsidR="4E655057">
        <w:rPr/>
        <w:t>veldsterktes</w:t>
      </w:r>
      <w:r w:rsidR="4E655057">
        <w:rPr/>
        <w:t xml:space="preserve">, </w:t>
      </w:r>
      <w:r w:rsidR="4E655057">
        <w:rPr/>
        <w:t>frequenties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soorten</w:t>
      </w:r>
      <w:r w:rsidR="4E655057">
        <w:rPr/>
        <w:t xml:space="preserve"> </w:t>
      </w:r>
      <w:r w:rsidR="4E655057">
        <w:rPr/>
        <w:t>sterk</w:t>
      </w:r>
      <w:r w:rsidR="4E655057">
        <w:rPr/>
        <w:t xml:space="preserve"> </w:t>
      </w:r>
      <w:r w:rsidR="4E655057">
        <w:rPr/>
        <w:t>uiteenlopend</w:t>
      </w:r>
      <w:r w:rsidR="4E655057">
        <w:rPr/>
        <w:t xml:space="preserve"> </w:t>
      </w:r>
      <w:r w:rsidR="4E655057">
        <w:rPr/>
        <w:t>zijn</w:t>
      </w:r>
      <w:r w:rsidR="4E655057">
        <w:rPr/>
        <w:t>;</w:t>
      </w:r>
    </w:p>
    <w:p xmlns:wp14="http://schemas.microsoft.com/office/word/2010/wordml" w14:paraId="2B25784D" wp14:textId="77777777">
      <w:pPr>
        <w:pStyle w:val="ListBullet"/>
        <w:spacing w:after="60"/>
        <w:ind w:left="720"/>
        <w:rPr/>
      </w:pPr>
      <w:r w:rsidR="4E655057">
        <w:rPr/>
        <w:t>geen</w:t>
      </w:r>
      <w:r w:rsidR="4E655057">
        <w:rPr/>
        <w:t xml:space="preserve"> </w:t>
      </w:r>
      <w:r w:rsidR="4E655057">
        <w:rPr/>
        <w:t>wetenschappelijke</w:t>
      </w:r>
      <w:r w:rsidR="4E655057">
        <w:rPr/>
        <w:t xml:space="preserve"> consensus </w:t>
      </w:r>
      <w:r w:rsidR="4E655057">
        <w:rPr/>
        <w:t>bestaat</w:t>
      </w:r>
      <w:r w:rsidR="4E655057">
        <w:rPr/>
        <w:t>.</w:t>
      </w:r>
    </w:p>
    <w:p xmlns:wp14="http://schemas.microsoft.com/office/word/2010/wordml" w14:paraId="6875EA27" wp14:textId="77777777">
      <w:r w:rsidR="4E655057">
        <w:rPr/>
        <w:t>Desondanks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in het MER:</w:t>
      </w:r>
    </w:p>
    <w:p xmlns:wp14="http://schemas.microsoft.com/office/word/2010/wordml" w14:paraId="16218B43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geen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effectscore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toegekend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EMF op </w:t>
      </w:r>
      <w:r w:rsidR="4E655057">
        <w:rPr/>
        <w:t>fauna;</w:t>
      </w:r>
    </w:p>
    <w:p xmlns:wp14="http://schemas.microsoft.com/office/word/2010/wordml" w14:paraId="52D4383F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geen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voorzorgsmaatregel</w:t>
      </w:r>
      <w:r w:rsidR="4E655057">
        <w:rPr/>
        <w:t xml:space="preserve"> </w:t>
      </w:r>
      <w:r w:rsidR="4E655057">
        <w:rPr/>
        <w:t>voorgesteld</w:t>
      </w:r>
      <w:r w:rsidR="4E655057">
        <w:rPr/>
        <w:t>;</w:t>
      </w:r>
    </w:p>
    <w:p xmlns:wp14="http://schemas.microsoft.com/office/word/2010/wordml" w14:paraId="100DAD24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geen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monitoringsprogramma</w:t>
      </w:r>
      <w:r w:rsidR="4E655057">
        <w:rPr/>
        <w:t xml:space="preserve"> </w:t>
      </w:r>
      <w:r w:rsidR="4E655057">
        <w:rPr/>
        <w:t>opgelegd</w:t>
      </w:r>
      <w:r w:rsidR="4E655057">
        <w:rPr/>
        <w:t>;</w:t>
      </w:r>
    </w:p>
    <w:p xmlns:wp14="http://schemas.microsoft.com/office/word/2010/wordml" w14:paraId="15D2DEAA" wp14:textId="77777777">
      <w:pPr>
        <w:pStyle w:val="ListBullet"/>
        <w:spacing w:after="60"/>
        <w:ind w:left="720"/>
        <w:rPr/>
      </w:pPr>
      <w:r w:rsidR="4E655057">
        <w:rPr/>
        <w:t xml:space="preserve">de </w:t>
      </w:r>
      <w:r w:rsidR="4E655057">
        <w:rPr/>
        <w:t>leemte</w:t>
      </w:r>
      <w:r w:rsidR="4E655057">
        <w:rPr/>
        <w:t xml:space="preserve"> </w:t>
      </w:r>
      <w:r w:rsidR="4E655057">
        <w:rPr/>
        <w:t>slechts</w:t>
      </w:r>
      <w:r w:rsidR="4E655057">
        <w:rPr/>
        <w:t xml:space="preserve"> </w:t>
      </w:r>
      <w:r w:rsidRPr="4E655057" w:rsidR="4E655057">
        <w:rPr>
          <w:b w:val="1"/>
          <w:bCs w:val="1"/>
        </w:rPr>
        <w:t>vermeld</w:t>
      </w:r>
      <w:r w:rsidR="4E655057">
        <w:rPr/>
        <w:t xml:space="preserve"> in de </w:t>
      </w:r>
      <w:r w:rsidR="4E655057">
        <w:rPr/>
        <w:t>rubriek</w:t>
      </w:r>
      <w:r w:rsidR="4E655057">
        <w:rPr/>
        <w:t xml:space="preserve"> "</w:t>
      </w:r>
      <w:r w:rsidR="4E655057">
        <w:rPr/>
        <w:t>leemten</w:t>
      </w:r>
      <w:r w:rsidR="4E655057">
        <w:rPr/>
        <w:t xml:space="preserve"> in de </w:t>
      </w:r>
      <w:r w:rsidR="4E655057">
        <w:rPr/>
        <w:t>kennis</w:t>
      </w:r>
      <w:r w:rsidR="4E655057">
        <w:rPr/>
        <w:t xml:space="preserve">" </w:t>
      </w:r>
      <w:r w:rsidR="4E655057">
        <w:rPr/>
        <w:t>zonder</w:t>
      </w:r>
      <w:r w:rsidR="4E655057">
        <w:rPr/>
        <w:t xml:space="preserve"> </w:t>
      </w:r>
      <w:r w:rsidR="4E655057">
        <w:rPr/>
        <w:t>doorvertaling</w:t>
      </w:r>
      <w:r w:rsidR="4E655057">
        <w:rPr/>
        <w:t xml:space="preserve"> </w:t>
      </w:r>
      <w:r w:rsidR="4E655057">
        <w:rPr/>
        <w:t>naar</w:t>
      </w:r>
      <w:r w:rsidR="4E655057">
        <w:rPr/>
        <w:t xml:space="preserve"> de </w:t>
      </w:r>
      <w:r w:rsidR="4E655057">
        <w:rPr/>
        <w:t>effectbeoordeling</w:t>
      </w:r>
      <w:r w:rsidR="4E655057">
        <w:rPr/>
        <w:t>.</w:t>
      </w:r>
    </w:p>
    <w:p xmlns:wp14="http://schemas.microsoft.com/office/word/2010/wordml" w14:paraId="35CBD3E4" wp14:textId="77777777">
      <w:pPr>
        <w:pStyle w:val="Heading3"/>
      </w:pPr>
      <w:r w:rsidR="4E655057">
        <w:rPr/>
        <w:t xml:space="preserve">5.2 Het </w:t>
      </w:r>
      <w:r w:rsidR="4E655057">
        <w:rPr/>
        <w:t>voorzorgsbeginsel</w:t>
      </w:r>
      <w:r w:rsidR="4E655057">
        <w:rPr/>
        <w:t xml:space="preserve"> </w:t>
      </w:r>
      <w:r w:rsidR="4E655057">
        <w:rPr/>
        <w:t>vereist</w:t>
      </w:r>
      <w:r w:rsidR="4E655057">
        <w:rPr/>
        <w:t xml:space="preserve"> </w:t>
      </w:r>
      <w:r w:rsidR="4E655057">
        <w:rPr/>
        <w:t>actie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onzekerheid</w:t>
      </w:r>
    </w:p>
    <w:p xmlns:wp14="http://schemas.microsoft.com/office/word/2010/wordml" w14:paraId="017F885E" wp14:textId="77777777">
      <w:r w:rsidR="4E655057">
        <w:rPr/>
        <w:t xml:space="preserve">Het </w:t>
      </w:r>
      <w:r w:rsidR="4E655057">
        <w:rPr/>
        <w:t>voorzorgsbeginsel</w:t>
      </w:r>
      <w:r w:rsidR="4E655057">
        <w:rPr/>
        <w:t xml:space="preserve">, </w:t>
      </w:r>
      <w:r w:rsidR="4E655057">
        <w:rPr/>
        <w:t>verankerd</w:t>
      </w:r>
      <w:r w:rsidR="4E655057">
        <w:rPr/>
        <w:t xml:space="preserve"> in </w:t>
      </w:r>
      <w:r w:rsidR="4E655057">
        <w:rPr/>
        <w:t>artikel</w:t>
      </w:r>
      <w:r w:rsidR="4E655057">
        <w:rPr/>
        <w:t xml:space="preserve"> 191 lid 2 VWEU </w:t>
      </w:r>
      <w:r w:rsidR="4E655057">
        <w:rPr/>
        <w:t>en</w:t>
      </w:r>
      <w:r w:rsidR="4E655057">
        <w:rPr/>
        <w:t xml:space="preserve"> </w:t>
      </w:r>
      <w:r w:rsidR="4E655057">
        <w:rPr/>
        <w:t>artikel</w:t>
      </w:r>
      <w:r w:rsidR="4E655057">
        <w:rPr/>
        <w:t xml:space="preserve"> 14 van het </w:t>
      </w:r>
      <w:r w:rsidR="4E655057">
        <w:rPr/>
        <w:t>Vlaamse</w:t>
      </w:r>
      <w:r w:rsidR="4E655057">
        <w:rPr/>
        <w:t xml:space="preserve"> </w:t>
      </w:r>
      <w:r w:rsidR="4E655057">
        <w:rPr/>
        <w:t>Natuurdecreet</w:t>
      </w:r>
      <w:r w:rsidR="4E655057">
        <w:rPr/>
        <w:t xml:space="preserve">, </w:t>
      </w:r>
      <w:r w:rsidR="4E655057">
        <w:rPr/>
        <w:t>vereist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wetenschappelijke</w:t>
      </w:r>
      <w:r w:rsidR="4E655057">
        <w:rPr/>
        <w:t xml:space="preserve"> </w:t>
      </w:r>
      <w:r w:rsidR="4E655057">
        <w:rPr/>
        <w:t>onzekerheid</w:t>
      </w:r>
      <w:r w:rsidR="4E655057">
        <w:rPr/>
        <w:t xml:space="preserve"> over </w:t>
      </w:r>
      <w:r w:rsidR="4E655057">
        <w:rPr/>
        <w:t>significante</w:t>
      </w:r>
      <w:r w:rsidR="4E655057">
        <w:rPr/>
        <w:t xml:space="preserve"> </w:t>
      </w:r>
      <w:r w:rsidR="4E655057">
        <w:rPr/>
        <w:t>milieueffecten</w:t>
      </w:r>
      <w:r w:rsidR="4E655057">
        <w:rPr/>
        <w:t xml:space="preserve">, </w:t>
      </w:r>
      <w:r w:rsidR="4E655057">
        <w:rPr/>
        <w:t>preventieve</w:t>
      </w:r>
      <w:r w:rsidR="4E655057">
        <w:rPr/>
        <w:t xml:space="preserve"> </w:t>
      </w:r>
      <w:r w:rsidR="4E655057">
        <w:rPr/>
        <w:t>maatregelen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getroffen</w:t>
      </w:r>
      <w:r w:rsidR="4E655057">
        <w:rPr/>
        <w:t xml:space="preserve">. Het Hof van </w:t>
      </w:r>
      <w:r w:rsidR="4E655057">
        <w:rPr/>
        <w:t>Justitie</w:t>
      </w:r>
      <w:r w:rsidR="4E655057">
        <w:rPr/>
        <w:t xml:space="preserve"> van de </w:t>
      </w:r>
      <w:r w:rsidR="4E655057">
        <w:rPr/>
        <w:t>Europese</w:t>
      </w:r>
      <w:r w:rsidR="4E655057">
        <w:rPr/>
        <w:t xml:space="preserve"> </w:t>
      </w:r>
      <w:r w:rsidR="4E655057">
        <w:rPr/>
        <w:t>Unie</w:t>
      </w:r>
      <w:r w:rsidR="4E655057">
        <w:rPr/>
        <w:t xml:space="preserve"> </w:t>
      </w:r>
      <w:r w:rsidR="4E655057">
        <w:rPr/>
        <w:t>heeft</w:t>
      </w:r>
      <w:r w:rsidR="4E655057">
        <w:rPr/>
        <w:t xml:space="preserve"> in het </w:t>
      </w:r>
      <w:r w:rsidRPr="4E655057" w:rsidR="4E655057">
        <w:rPr>
          <w:b w:val="1"/>
          <w:bCs w:val="1"/>
        </w:rPr>
        <w:t>Waddenzee-arrest</w:t>
      </w:r>
      <w:r w:rsidR="4E655057">
        <w:rPr/>
        <w:t xml:space="preserve"> (C-127/02, </w:t>
      </w:r>
      <w:r w:rsidR="4E655057">
        <w:rPr/>
        <w:t>r.o</w:t>
      </w:r>
      <w:r w:rsidR="4E655057">
        <w:rPr/>
        <w:t xml:space="preserve">. 44) </w:t>
      </w:r>
      <w:r w:rsidR="4E655057">
        <w:rPr/>
        <w:t>geoordeeld</w:t>
      </w:r>
      <w:r w:rsidR="4E655057">
        <w:rPr/>
        <w:t>:</w:t>
      </w:r>
    </w:p>
    <w:p xmlns:wp14="http://schemas.microsoft.com/office/word/2010/wordml" w:rsidP="4E655057" w14:paraId="0639DAC3" wp14:textId="77777777">
      <w:pPr>
        <w:pBdr>
          <w:left w:val="single" w:color="999999" w:sz="12" w:space="8"/>
        </w:pBdr>
        <w:spacing w:before="120" w:after="120"/>
        <w:ind w:left="850"/>
        <w:pBdr>
          <w:left w:val="single" w:color="999999" w:sz="12" w:space="8"/>
        </w:pBdr>
      </w:pPr>
      <w:r w:rsidRPr="4E655057" w:rsidR="4E655057">
        <w:rPr>
          <w:i w:val="1"/>
          <w:iCs w:val="1"/>
          <w:color w:val="444444"/>
        </w:rPr>
        <w:t xml:space="preserve">"Een </w:t>
      </w:r>
      <w:r w:rsidRPr="4E655057" w:rsidR="4E655057">
        <w:rPr>
          <w:i w:val="1"/>
          <w:iCs w:val="1"/>
          <w:color w:val="444444"/>
        </w:rPr>
        <w:t>passende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beoordeling</w:t>
      </w:r>
      <w:r w:rsidRPr="4E655057" w:rsidR="4E655057">
        <w:rPr>
          <w:i w:val="1"/>
          <w:iCs w:val="1"/>
          <w:color w:val="444444"/>
        </w:rPr>
        <w:t xml:space="preserve"> van de </w:t>
      </w:r>
      <w:r w:rsidRPr="4E655057" w:rsidR="4E655057">
        <w:rPr>
          <w:i w:val="1"/>
          <w:iCs w:val="1"/>
          <w:color w:val="444444"/>
        </w:rPr>
        <w:t>gevolgen</w:t>
      </w:r>
      <w:r w:rsidRPr="4E655057" w:rsidR="4E655057">
        <w:rPr>
          <w:i w:val="1"/>
          <w:iCs w:val="1"/>
          <w:color w:val="444444"/>
        </w:rPr>
        <w:t xml:space="preserve"> [...] </w:t>
      </w:r>
      <w:r w:rsidRPr="4E655057" w:rsidR="4E655057">
        <w:rPr>
          <w:i w:val="1"/>
          <w:iCs w:val="1"/>
          <w:color w:val="444444"/>
        </w:rPr>
        <w:t>impliceert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dat</w:t>
      </w:r>
      <w:r w:rsidRPr="4E655057" w:rsidR="4E655057">
        <w:rPr>
          <w:i w:val="1"/>
          <w:iCs w:val="1"/>
          <w:color w:val="444444"/>
        </w:rPr>
        <w:t xml:space="preserve">, </w:t>
      </w:r>
      <w:r w:rsidRPr="4E655057" w:rsidR="4E655057">
        <w:rPr>
          <w:i w:val="1"/>
          <w:iCs w:val="1"/>
          <w:color w:val="444444"/>
        </w:rPr>
        <w:t>rekening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houdend</w:t>
      </w:r>
      <w:r w:rsidRPr="4E655057" w:rsidR="4E655057">
        <w:rPr>
          <w:i w:val="1"/>
          <w:iCs w:val="1"/>
          <w:color w:val="444444"/>
        </w:rPr>
        <w:t xml:space="preserve"> met de </w:t>
      </w:r>
      <w:r w:rsidRPr="4E655057" w:rsidR="4E655057">
        <w:rPr>
          <w:i w:val="1"/>
          <w:iCs w:val="1"/>
          <w:color w:val="444444"/>
        </w:rPr>
        <w:t>beste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wetenschappelijke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kennis</w:t>
      </w:r>
      <w:r w:rsidRPr="4E655057" w:rsidR="4E655057">
        <w:rPr>
          <w:i w:val="1"/>
          <w:iCs w:val="1"/>
          <w:color w:val="444444"/>
        </w:rPr>
        <w:t xml:space="preserve"> ter </w:t>
      </w:r>
      <w:r w:rsidRPr="4E655057" w:rsidR="4E655057">
        <w:rPr>
          <w:i w:val="1"/>
          <w:iCs w:val="1"/>
          <w:color w:val="444444"/>
        </w:rPr>
        <w:t>zake</w:t>
      </w:r>
      <w:r w:rsidRPr="4E655057" w:rsidR="4E655057">
        <w:rPr>
          <w:i w:val="1"/>
          <w:iCs w:val="1"/>
          <w:color w:val="444444"/>
        </w:rPr>
        <w:t xml:space="preserve">, alle </w:t>
      </w:r>
      <w:r w:rsidRPr="4E655057" w:rsidR="4E655057">
        <w:rPr>
          <w:i w:val="1"/>
          <w:iCs w:val="1"/>
          <w:color w:val="444444"/>
        </w:rPr>
        <w:t>aspecten</w:t>
      </w:r>
      <w:r w:rsidRPr="4E655057" w:rsidR="4E655057">
        <w:rPr>
          <w:i w:val="1"/>
          <w:iCs w:val="1"/>
          <w:color w:val="444444"/>
        </w:rPr>
        <w:t xml:space="preserve"> van het plan of het project die op </w:t>
      </w:r>
      <w:r w:rsidRPr="4E655057" w:rsidR="4E655057">
        <w:rPr>
          <w:i w:val="1"/>
          <w:iCs w:val="1"/>
          <w:color w:val="444444"/>
        </w:rPr>
        <w:t>zichzelf</w:t>
      </w:r>
      <w:r w:rsidRPr="4E655057" w:rsidR="4E655057">
        <w:rPr>
          <w:i w:val="1"/>
          <w:iCs w:val="1"/>
          <w:color w:val="444444"/>
        </w:rPr>
        <w:t xml:space="preserve"> of in </w:t>
      </w:r>
      <w:r w:rsidRPr="4E655057" w:rsidR="4E655057">
        <w:rPr>
          <w:i w:val="1"/>
          <w:iCs w:val="1"/>
          <w:color w:val="444444"/>
        </w:rPr>
        <w:t>combinatie</w:t>
      </w:r>
      <w:r w:rsidRPr="4E655057" w:rsidR="4E655057">
        <w:rPr>
          <w:i w:val="1"/>
          <w:iCs w:val="1"/>
          <w:color w:val="444444"/>
        </w:rPr>
        <w:t xml:space="preserve"> met </w:t>
      </w:r>
      <w:r w:rsidRPr="4E655057" w:rsidR="4E655057">
        <w:rPr>
          <w:i w:val="1"/>
          <w:iCs w:val="1"/>
          <w:color w:val="444444"/>
        </w:rPr>
        <w:t>andere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plannen</w:t>
      </w:r>
      <w:r w:rsidRPr="4E655057" w:rsidR="4E655057">
        <w:rPr>
          <w:i w:val="1"/>
          <w:iCs w:val="1"/>
          <w:color w:val="444444"/>
        </w:rPr>
        <w:t xml:space="preserve"> of </w:t>
      </w:r>
      <w:r w:rsidRPr="4E655057" w:rsidR="4E655057">
        <w:rPr>
          <w:i w:val="1"/>
          <w:iCs w:val="1"/>
          <w:color w:val="444444"/>
        </w:rPr>
        <w:t>projecten</w:t>
      </w:r>
      <w:r w:rsidRPr="4E655057" w:rsidR="4E655057">
        <w:rPr>
          <w:i w:val="1"/>
          <w:iCs w:val="1"/>
          <w:color w:val="444444"/>
        </w:rPr>
        <w:t xml:space="preserve"> de </w:t>
      </w:r>
      <w:r w:rsidRPr="4E655057" w:rsidR="4E655057">
        <w:rPr>
          <w:i w:val="1"/>
          <w:iCs w:val="1"/>
          <w:color w:val="444444"/>
        </w:rPr>
        <w:t>instandhoudingsdoelstellingen</w:t>
      </w:r>
      <w:r w:rsidRPr="4E655057" w:rsidR="4E655057">
        <w:rPr>
          <w:i w:val="1"/>
          <w:iCs w:val="1"/>
          <w:color w:val="444444"/>
        </w:rPr>
        <w:t xml:space="preserve"> van </w:t>
      </w:r>
      <w:r w:rsidRPr="4E655057" w:rsidR="4E655057">
        <w:rPr>
          <w:i w:val="1"/>
          <w:iCs w:val="1"/>
          <w:color w:val="444444"/>
        </w:rPr>
        <w:t>dit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gebied</w:t>
      </w:r>
      <w:r w:rsidRPr="4E655057" w:rsidR="4E655057">
        <w:rPr>
          <w:i w:val="1"/>
          <w:iCs w:val="1"/>
          <w:color w:val="444444"/>
        </w:rPr>
        <w:t xml:space="preserve"> in </w:t>
      </w:r>
      <w:r w:rsidRPr="4E655057" w:rsidR="4E655057">
        <w:rPr>
          <w:i w:val="1"/>
          <w:iCs w:val="1"/>
          <w:color w:val="444444"/>
        </w:rPr>
        <w:t>gevaar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kunnen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brengen</w:t>
      </w:r>
      <w:r w:rsidRPr="4E655057" w:rsidR="4E655057">
        <w:rPr>
          <w:i w:val="1"/>
          <w:iCs w:val="1"/>
          <w:color w:val="444444"/>
        </w:rPr>
        <w:t xml:space="preserve">, </w:t>
      </w:r>
      <w:r w:rsidRPr="4E655057" w:rsidR="4E655057">
        <w:rPr>
          <w:i w:val="1"/>
          <w:iCs w:val="1"/>
          <w:color w:val="444444"/>
        </w:rPr>
        <w:t>moeten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worden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geinventariseerd</w:t>
      </w:r>
      <w:r w:rsidRPr="4E655057" w:rsidR="4E655057">
        <w:rPr>
          <w:i w:val="1"/>
          <w:iCs w:val="1"/>
          <w:color w:val="444444"/>
        </w:rPr>
        <w:t>."</w:t>
      </w:r>
    </w:p>
    <w:p xmlns:wp14="http://schemas.microsoft.com/office/word/2010/wordml" w14:paraId="26A46C16" wp14:textId="77777777">
      <w:r w:rsidR="4E655057">
        <w:rPr/>
        <w:t xml:space="preserve">Bij 250+ studies </w:t>
      </w:r>
      <w:r w:rsidR="4E655057">
        <w:rPr/>
        <w:t>zonder</w:t>
      </w:r>
      <w:r w:rsidR="4E655057">
        <w:rPr/>
        <w:t xml:space="preserve"> consensus is het </w:t>
      </w:r>
      <w:r w:rsidR="4E655057">
        <w:rPr/>
        <w:t>wetenschappelijk</w:t>
      </w:r>
      <w:r w:rsidR="4E655057">
        <w:rPr/>
        <w:t xml:space="preserve"> </w:t>
      </w:r>
      <w:r w:rsidR="4E655057">
        <w:rPr/>
        <w:t>gezien</w:t>
      </w:r>
      <w:r w:rsidR="4E655057">
        <w:rPr/>
        <w:t xml:space="preserve"> </w:t>
      </w:r>
      <w:r w:rsidRPr="4E655057" w:rsidR="4E655057">
        <w:rPr>
          <w:b w:val="1"/>
          <w:bCs w:val="1"/>
        </w:rPr>
        <w:t>niet</w:t>
      </w:r>
      <w:r w:rsidR="4E655057">
        <w:rPr/>
        <w:t xml:space="preserve"> </w:t>
      </w:r>
      <w:r w:rsidR="4E655057">
        <w:rPr/>
        <w:t>redelijkerwijs</w:t>
      </w:r>
      <w:r w:rsidR="4E655057">
        <w:rPr/>
        <w:t xml:space="preserve"> </w:t>
      </w:r>
      <w:r w:rsidR="4E655057">
        <w:rPr/>
        <w:t>uitgesloten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EMF-</w:t>
      </w:r>
      <w:r w:rsidR="4E655057">
        <w:rPr/>
        <w:t>velden</w:t>
      </w:r>
      <w:r w:rsidR="4E655057">
        <w:rPr/>
        <w:t xml:space="preserve"> </w:t>
      </w:r>
      <w:r w:rsidR="4E655057">
        <w:rPr/>
        <w:t>significante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 </w:t>
      </w:r>
      <w:r w:rsidR="4E655057">
        <w:rPr/>
        <w:t>hebben</w:t>
      </w:r>
      <w:r w:rsidR="4E655057">
        <w:rPr/>
        <w:t xml:space="preserve"> op fauna. De </w:t>
      </w:r>
      <w:r w:rsidR="4E655057">
        <w:rPr/>
        <w:t>conclusie</w:t>
      </w:r>
      <w:r w:rsidR="4E655057">
        <w:rPr/>
        <w:t xml:space="preserve"> van het MER </w:t>
      </w:r>
      <w:r w:rsidR="4E655057">
        <w:rPr/>
        <w:t>dat</w:t>
      </w:r>
      <w:r w:rsidR="4E655057">
        <w:rPr/>
        <w:t xml:space="preserve"> er "</w:t>
      </w:r>
      <w:r w:rsidR="4E655057">
        <w:rPr/>
        <w:t>geen</w:t>
      </w:r>
      <w:r w:rsidR="4E655057">
        <w:rPr/>
        <w:t xml:space="preserve"> significant </w:t>
      </w:r>
      <w:r w:rsidR="4E655057">
        <w:rPr/>
        <w:t>negatief</w:t>
      </w:r>
      <w:r w:rsidR="4E655057">
        <w:rPr/>
        <w:t xml:space="preserve"> effect" is </w:t>
      </w:r>
      <w:r w:rsidR="4E655057">
        <w:rPr/>
        <w:t>voor</w:t>
      </w:r>
      <w:r w:rsidR="4E655057">
        <w:rPr/>
        <w:t xml:space="preserve"> </w:t>
      </w:r>
      <w:r w:rsidR="4E655057">
        <w:rPr/>
        <w:t>deze</w:t>
      </w:r>
      <w:r w:rsidR="4E655057">
        <w:rPr/>
        <w:t xml:space="preserve"> stressor, is </w:t>
      </w:r>
      <w:r w:rsidR="4E655057">
        <w:rPr/>
        <w:t>derhalve</w:t>
      </w:r>
      <w:r w:rsidR="4E655057">
        <w:rPr/>
        <w:t xml:space="preserve"> </w:t>
      </w:r>
      <w:r w:rsidR="4E655057">
        <w:rPr/>
        <w:t>strijdig</w:t>
      </w:r>
      <w:r w:rsidR="4E655057">
        <w:rPr/>
        <w:t xml:space="preserve"> met de </w:t>
      </w:r>
      <w:r w:rsidR="4E655057">
        <w:rPr/>
        <w:t>vereiste</w:t>
      </w:r>
      <w:r w:rsidR="4E655057">
        <w:rPr/>
        <w:t xml:space="preserve"> van het Waddenzee-arrest.</w:t>
      </w:r>
    </w:p>
    <w:p xmlns:wp14="http://schemas.microsoft.com/office/word/2010/wordml" w14:paraId="399B280C" wp14:textId="77777777">
      <w:pPr>
        <w:pStyle w:val="Heading3"/>
      </w:pPr>
      <w:r w:rsidR="4E655057">
        <w:rPr/>
        <w:t xml:space="preserve">5.3 </w:t>
      </w:r>
      <w:r w:rsidR="4E655057">
        <w:rPr/>
        <w:t>Meerdere</w:t>
      </w:r>
      <w:r w:rsidR="4E655057">
        <w:rPr/>
        <w:t xml:space="preserve"> </w:t>
      </w:r>
      <w:r w:rsidR="4E655057">
        <w:rPr/>
        <w:t>gemeenten</w:t>
      </w:r>
      <w:r w:rsidR="4E655057">
        <w:rPr/>
        <w:t xml:space="preserve"> </w:t>
      </w:r>
      <w:r w:rsidR="4E655057">
        <w:rPr/>
        <w:t>bevestigen</w:t>
      </w:r>
      <w:r w:rsidR="4E655057">
        <w:rPr/>
        <w:t xml:space="preserve"> </w:t>
      </w:r>
      <w:r w:rsidR="4E655057">
        <w:rPr/>
        <w:t>deze</w:t>
      </w:r>
      <w:r w:rsidR="4E655057">
        <w:rPr/>
        <w:t xml:space="preserve"> lacune</w:t>
      </w:r>
    </w:p>
    <w:p xmlns:wp14="http://schemas.microsoft.com/office/word/2010/wordml" w14:paraId="0C2AD0A4" wp14:textId="77777777">
      <w:r w:rsidR="4E655057">
        <w:rPr/>
        <w:t>Meerdere</w:t>
      </w:r>
      <w:r w:rsidR="4E655057">
        <w:rPr/>
        <w:t xml:space="preserve"> </w:t>
      </w:r>
      <w:r w:rsidR="4E655057">
        <w:rPr/>
        <w:t>gemeenten</w:t>
      </w:r>
      <w:r w:rsidR="4E655057">
        <w:rPr/>
        <w:t xml:space="preserve"> </w:t>
      </w:r>
      <w:r w:rsidR="4E655057">
        <w:rPr/>
        <w:t>wijzen</w:t>
      </w:r>
      <w:r w:rsidR="4E655057">
        <w:rPr/>
        <w:t xml:space="preserve"> in </w:t>
      </w:r>
      <w:r w:rsidR="4E655057">
        <w:rPr/>
        <w:t>hun</w:t>
      </w:r>
      <w:r w:rsidR="4E655057">
        <w:rPr/>
        <w:t xml:space="preserve"> </w:t>
      </w:r>
      <w:r w:rsidR="4E655057">
        <w:rPr/>
        <w:t>ongunstige</w:t>
      </w:r>
      <w:r w:rsidR="4E655057">
        <w:rPr/>
        <w:t xml:space="preserve"> </w:t>
      </w:r>
      <w:r w:rsidR="4E655057">
        <w:rPr/>
        <w:t>adviezen</w:t>
      </w:r>
      <w:r w:rsidR="4E655057">
        <w:rPr/>
        <w:t xml:space="preserve"> op de </w:t>
      </w:r>
      <w:r w:rsidR="4E655057">
        <w:rPr/>
        <w:t>onbekende</w:t>
      </w:r>
      <w:r w:rsidR="4E655057">
        <w:rPr/>
        <w:t xml:space="preserve"> EMF-</w:t>
      </w:r>
      <w:r w:rsidR="4E655057">
        <w:rPr/>
        <w:t>effecten</w:t>
      </w:r>
      <w:r w:rsidR="4E655057">
        <w:rPr/>
        <w:t xml:space="preserve"> op fauna. </w:t>
      </w:r>
      <w:r w:rsidR="4E655057">
        <w:rPr/>
        <w:t>Deze</w:t>
      </w:r>
      <w:r w:rsidR="4E655057">
        <w:rPr/>
        <w:t xml:space="preserve"> </w:t>
      </w:r>
      <w:r w:rsidR="4E655057">
        <w:rPr/>
        <w:t>bezorgdheid</w:t>
      </w:r>
      <w:r w:rsidR="4E655057">
        <w:rPr/>
        <w:t xml:space="preserve"> is </w:t>
      </w:r>
      <w:r w:rsidR="4E655057">
        <w:rPr/>
        <w:t>geen</w:t>
      </w:r>
      <w:r w:rsidR="4E655057">
        <w:rPr/>
        <w:t xml:space="preserve"> </w:t>
      </w:r>
      <w:r w:rsidR="4E655057">
        <w:rPr/>
        <w:t>theoretisch</w:t>
      </w:r>
      <w:r w:rsidR="4E655057">
        <w:rPr/>
        <w:t xml:space="preserve"> construct: het project </w:t>
      </w:r>
      <w:r w:rsidR="4E655057">
        <w:rPr/>
        <w:t>legt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permanente</w:t>
      </w:r>
      <w:r w:rsidR="4E655057">
        <w:rPr/>
        <w:t xml:space="preserve"> </w:t>
      </w:r>
      <w:r w:rsidR="4E655057">
        <w:rPr/>
        <w:t>bron</w:t>
      </w:r>
      <w:r w:rsidR="4E655057">
        <w:rPr/>
        <w:t xml:space="preserve"> van </w:t>
      </w:r>
      <w:r w:rsidR="4E655057">
        <w:rPr/>
        <w:t>elektromagnetische</w:t>
      </w:r>
      <w:r w:rsidR="4E655057">
        <w:rPr/>
        <w:t xml:space="preserve"> </w:t>
      </w:r>
      <w:r w:rsidR="4E655057">
        <w:rPr/>
        <w:t>velden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in de </w:t>
      </w:r>
      <w:r w:rsidR="4E655057">
        <w:rPr/>
        <w:t>onmiddellijke</w:t>
      </w:r>
      <w:r w:rsidR="4E655057">
        <w:rPr/>
        <w:t xml:space="preserve"> </w:t>
      </w:r>
      <w:r w:rsidR="4E655057">
        <w:rPr/>
        <w:t>nabijheid</w:t>
      </w:r>
      <w:r w:rsidR="4E655057">
        <w:rPr/>
        <w:t xml:space="preserve"> van Natura 2000-gebieden, VEN-</w:t>
      </w:r>
      <w:r w:rsidR="4E655057">
        <w:rPr/>
        <w:t>gebieden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natuurreservaten</w:t>
      </w:r>
      <w:r w:rsidR="4E655057">
        <w:rPr/>
        <w:t xml:space="preserve">, op </w:t>
      </w:r>
      <w:r w:rsidR="4E655057">
        <w:rPr/>
        <w:t>locaties</w:t>
      </w:r>
      <w:r w:rsidR="4E655057">
        <w:rPr/>
        <w:t xml:space="preserve"> </w:t>
      </w:r>
      <w:r w:rsidR="4E655057">
        <w:rPr/>
        <w:t>waar</w:t>
      </w:r>
      <w:r w:rsidR="4E655057">
        <w:rPr/>
        <w:t xml:space="preserve"> </w:t>
      </w:r>
      <w:r w:rsidR="4E655057">
        <w:rPr/>
        <w:t>beschermde</w:t>
      </w:r>
      <w:r w:rsidR="4E655057">
        <w:rPr/>
        <w:t xml:space="preserve"> </w:t>
      </w:r>
      <w:r w:rsidR="4E655057">
        <w:rPr/>
        <w:t>soorten</w:t>
      </w:r>
      <w:r w:rsidR="4E655057">
        <w:rPr/>
        <w:t xml:space="preserve"> (</w:t>
      </w:r>
      <w:r w:rsidR="4E655057">
        <w:rPr/>
        <w:t>vleermuizen</w:t>
      </w:r>
      <w:r w:rsidR="4E655057">
        <w:rPr/>
        <w:t xml:space="preserve">, </w:t>
      </w:r>
      <w:r w:rsidR="4E655057">
        <w:rPr/>
        <w:t>dassen</w:t>
      </w:r>
      <w:r w:rsidR="4E655057">
        <w:rPr/>
        <w:t xml:space="preserve">, </w:t>
      </w:r>
      <w:r w:rsidR="4E655057">
        <w:rPr/>
        <w:t>amfibieen</w:t>
      </w:r>
      <w:r w:rsidR="4E655057">
        <w:rPr/>
        <w:t xml:space="preserve">, </w:t>
      </w:r>
      <w:r w:rsidR="4E655057">
        <w:rPr/>
        <w:t>broedvogels</w:t>
      </w:r>
      <w:r w:rsidR="4E655057">
        <w:rPr/>
        <w:t xml:space="preserve">) </w:t>
      </w:r>
      <w:r w:rsidR="4E655057">
        <w:rPr/>
        <w:t>zijn</w:t>
      </w:r>
      <w:r w:rsidR="4E655057">
        <w:rPr/>
        <w:t xml:space="preserve"> </w:t>
      </w:r>
      <w:r w:rsidR="4E655057">
        <w:rPr/>
        <w:t>aangetroffen</w:t>
      </w:r>
      <w:r w:rsidR="4E655057">
        <w:rPr/>
        <w:t>.</w:t>
      </w:r>
    </w:p>
    <w:p xmlns:wp14="http://schemas.microsoft.com/office/word/2010/wordml" w:rsidP="4E655057" w14:paraId="0E27B00A" wp14:textId="77777777">
      <w:pPr>
        <w:pBdr>
          <w:bottom w:val="single" w:color="CCCCCC" w:sz="6" w:space="1"/>
        </w:pBdr>
        <w:spacing w:before="240" w:after="240"/>
        <w:pBdr>
          <w:bottom w:val="single" w:color="CCCCCC" w:sz="6" w:space="1"/>
        </w:pBdr>
      </w:pPr>
    </w:p>
    <w:p xmlns:wp14="http://schemas.microsoft.com/office/word/2010/wordml" w14:paraId="4711669D" wp14:textId="77777777">
      <w:pPr>
        <w:pStyle w:val="Heading2"/>
      </w:pPr>
      <w:r>
        <w:t>5A. VOGELSTERFTE — KWANTIFICERING EN ONTOEREIKENDE MITIGATIE</w:t>
      </w:r>
    </w:p>
    <w:p xmlns:wp14="http://schemas.microsoft.com/office/word/2010/wordml" w14:paraId="260DD756" wp14:textId="77777777">
      <w:pPr>
        <w:pStyle w:val="Heading3"/>
      </w:pPr>
      <w:r w:rsidR="4E655057">
        <w:rPr/>
        <w:t xml:space="preserve">5A.1 Het MER </w:t>
      </w:r>
      <w:r w:rsidR="4E655057">
        <w:rPr/>
        <w:t>onderschat</w:t>
      </w:r>
      <w:r w:rsidR="4E655057">
        <w:rPr/>
        <w:t xml:space="preserve"> de </w:t>
      </w:r>
      <w:r w:rsidR="4E655057">
        <w:rPr/>
        <w:t>vogelsterfte</w:t>
      </w:r>
      <w:r w:rsidR="4E655057">
        <w:rPr/>
        <w:t xml:space="preserve"> </w:t>
      </w:r>
      <w:r w:rsidR="4E655057">
        <w:rPr/>
        <w:t>structureel</w:t>
      </w:r>
    </w:p>
    <w:p xmlns:wp14="http://schemas.microsoft.com/office/word/2010/wordml" w14:paraId="6266ED4C" wp14:textId="77777777">
      <w:r w:rsidR="4E655057">
        <w:rPr/>
        <w:t xml:space="preserve">Het project-MER </w:t>
      </w:r>
      <w:r w:rsidR="4E655057">
        <w:rPr/>
        <w:t>behandelt</w:t>
      </w:r>
      <w:r w:rsidR="4E655057">
        <w:rPr/>
        <w:t xml:space="preserve"> het </w:t>
      </w:r>
      <w:r w:rsidR="4E655057">
        <w:rPr/>
        <w:t>risico</w:t>
      </w:r>
      <w:r w:rsidR="4E655057">
        <w:rPr/>
        <w:t xml:space="preserve"> op </w:t>
      </w:r>
      <w:r w:rsidR="4E655057">
        <w:rPr/>
        <w:t>vogelaanvaringen</w:t>
      </w:r>
      <w:r w:rsidR="4E655057">
        <w:rPr/>
        <w:t xml:space="preserve"> met </w:t>
      </w:r>
      <w:r w:rsidR="4E655057">
        <w:rPr/>
        <w:t>bovengrondse</w:t>
      </w:r>
      <w:r w:rsidR="4E655057">
        <w:rPr/>
        <w:t xml:space="preserve"> </w:t>
      </w:r>
      <w:r w:rsidR="4E655057">
        <w:rPr/>
        <w:t>hoogspanningslijnen</w:t>
      </w:r>
      <w:r w:rsidR="4E655057">
        <w:rPr/>
        <w:t xml:space="preserve"> op </w:t>
      </w:r>
      <w:r w:rsidR="4E655057">
        <w:rPr/>
        <w:t>een</w:t>
      </w:r>
      <w:r w:rsidR="4E655057">
        <w:rPr/>
        <w:t xml:space="preserve"> </w:t>
      </w:r>
      <w:r w:rsidR="4E655057">
        <w:rPr/>
        <w:t>overwegend</w:t>
      </w:r>
      <w:r w:rsidR="4E655057">
        <w:rPr/>
        <w:t xml:space="preserve"> </w:t>
      </w:r>
      <w:r w:rsidR="4E655057">
        <w:rPr/>
        <w:t>kwalitatieve</w:t>
      </w:r>
      <w:r w:rsidR="4E655057">
        <w:rPr/>
        <w:t xml:space="preserve"> </w:t>
      </w:r>
      <w:r w:rsidR="4E655057">
        <w:rPr/>
        <w:t>wijze</w:t>
      </w:r>
      <w:r w:rsidR="4E655057">
        <w:rPr/>
        <w:t xml:space="preserve">, </w:t>
      </w:r>
      <w:r w:rsidR="4E655057">
        <w:rPr/>
        <w:t>zonder</w:t>
      </w:r>
      <w:r w:rsidR="4E655057">
        <w:rPr/>
        <w:t xml:space="preserve"> de </w:t>
      </w:r>
      <w:r w:rsidR="4E655057">
        <w:rPr/>
        <w:t>verwachte</w:t>
      </w:r>
      <w:r w:rsidR="4E655057">
        <w:rPr/>
        <w:t xml:space="preserve"> </w:t>
      </w:r>
      <w:r w:rsidR="4E655057">
        <w:rPr/>
        <w:t>mortaliteit</w:t>
      </w:r>
      <w:r w:rsidR="4E655057">
        <w:rPr/>
        <w:t xml:space="preserve"> </w:t>
      </w:r>
      <w:r w:rsidR="4E655057">
        <w:rPr/>
        <w:t>te</w:t>
      </w:r>
      <w:r w:rsidR="4E655057">
        <w:rPr/>
        <w:t xml:space="preserve"> </w:t>
      </w:r>
      <w:r w:rsidR="4E655057">
        <w:rPr/>
        <w:t>kwantificeren</w:t>
      </w:r>
      <w:r w:rsidR="4E655057">
        <w:rPr/>
        <w:t xml:space="preserve"> op basis van de </w:t>
      </w:r>
      <w:r w:rsidR="4E655057">
        <w:rPr/>
        <w:t>beschikbare</w:t>
      </w:r>
      <w:r w:rsidR="4E655057">
        <w:rPr/>
        <w:t xml:space="preserve"> </w:t>
      </w:r>
      <w:r w:rsidR="4E655057">
        <w:rPr/>
        <w:t>wetenschappelijke</w:t>
      </w:r>
      <w:r w:rsidR="4E655057">
        <w:rPr/>
        <w:t xml:space="preserve"> </w:t>
      </w:r>
      <w:r w:rsidR="4E655057">
        <w:rPr/>
        <w:t>literatuur</w:t>
      </w:r>
      <w:r w:rsidR="4E655057">
        <w:rPr/>
        <w:t xml:space="preserve">. </w:t>
      </w:r>
      <w:r w:rsidR="4E655057">
        <w:rPr/>
        <w:t>Nochtans</w:t>
      </w:r>
      <w:r w:rsidR="4E655057">
        <w:rPr/>
        <w:t xml:space="preserve"> </w:t>
      </w:r>
      <w:r w:rsidR="4E655057">
        <w:rPr/>
        <w:t>bestaan</w:t>
      </w:r>
      <w:r w:rsidR="4E655057">
        <w:rPr/>
        <w:t xml:space="preserve"> er </w:t>
      </w:r>
      <w:r w:rsidR="4E655057">
        <w:rPr/>
        <w:t>voor</w:t>
      </w:r>
      <w:r w:rsidR="4E655057">
        <w:rPr/>
        <w:t xml:space="preserve"> </w:t>
      </w:r>
      <w:r w:rsidR="4E655057">
        <w:rPr/>
        <w:t>België</w:t>
      </w:r>
      <w:r w:rsidR="4E655057">
        <w:rPr/>
        <w:t xml:space="preserve"> </w:t>
      </w:r>
      <w:r w:rsidR="4E655057">
        <w:rPr/>
        <w:t>specifieke</w:t>
      </w:r>
      <w:r w:rsidR="4E655057">
        <w:rPr/>
        <w:t xml:space="preserve"> </w:t>
      </w:r>
      <w:r w:rsidR="4E655057">
        <w:rPr/>
        <w:t>gegevens</w:t>
      </w:r>
      <w:r w:rsidR="4E655057">
        <w:rPr/>
        <w:t xml:space="preserve"> die </w:t>
      </w:r>
      <w:r w:rsidR="4E655057">
        <w:rPr/>
        <w:t>een</w:t>
      </w:r>
      <w:r w:rsidR="4E655057">
        <w:rPr/>
        <w:t xml:space="preserve"> </w:t>
      </w:r>
      <w:r w:rsidR="4E655057">
        <w:rPr/>
        <w:t>cijfermatige</w:t>
      </w:r>
      <w:r w:rsidR="4E655057">
        <w:rPr/>
        <w:t xml:space="preserve"> </w:t>
      </w:r>
      <w:r w:rsidR="4E655057">
        <w:rPr/>
        <w:t>inschatting</w:t>
      </w:r>
      <w:r w:rsidR="4E655057">
        <w:rPr/>
        <w:t xml:space="preserve"> </w:t>
      </w:r>
      <w:r w:rsidR="4E655057">
        <w:rPr/>
        <w:t>mogelijk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noodzakelijk</w:t>
      </w:r>
      <w:r w:rsidR="4E655057">
        <w:rPr/>
        <w:t xml:space="preserve"> </w:t>
      </w:r>
      <w:r w:rsidR="4E655057">
        <w:rPr/>
        <w:t>maken</w:t>
      </w:r>
      <w:r w:rsidR="4E655057">
        <w:rPr/>
        <w:t>.</w:t>
      </w:r>
    </w:p>
    <w:p xmlns:wp14="http://schemas.microsoft.com/office/word/2010/wordml" w14:paraId="6537DF11" wp14:textId="77777777">
      <w:r w:rsidR="4E655057">
        <w:rPr/>
        <w:t xml:space="preserve">Een </w:t>
      </w:r>
      <w:r w:rsidR="4E655057">
        <w:rPr/>
        <w:t>grootschalige</w:t>
      </w:r>
      <w:r w:rsidR="4E655057">
        <w:rPr/>
        <w:t xml:space="preserve"> </w:t>
      </w:r>
      <w:r w:rsidR="4E655057">
        <w:rPr/>
        <w:t>veldstudie</w:t>
      </w:r>
      <w:r w:rsidR="4E655057">
        <w:rPr/>
        <w:t xml:space="preserve"> </w:t>
      </w:r>
      <w:r w:rsidR="4E655057">
        <w:rPr/>
        <w:t>uitgevoerd</w:t>
      </w:r>
      <w:r w:rsidR="4E655057">
        <w:rPr/>
        <w:t xml:space="preserve"> door </w:t>
      </w:r>
      <w:r w:rsidR="4E655057">
        <w:rPr/>
        <w:t>Derouaux</w:t>
      </w:r>
      <w:r w:rsidR="4E655057">
        <w:rPr/>
        <w:t xml:space="preserve"> et al. (2012), in </w:t>
      </w:r>
      <w:r w:rsidR="4E655057">
        <w:rPr/>
        <w:t>opdracht</w:t>
      </w:r>
      <w:r w:rsidR="4E655057">
        <w:rPr/>
        <w:t xml:space="preserve"> van Elia </w:t>
      </w:r>
      <w:r w:rsidR="4E655057">
        <w:rPr/>
        <w:t>en</w:t>
      </w:r>
      <w:r w:rsidR="4E655057">
        <w:rPr/>
        <w:t xml:space="preserve"> Aves-</w:t>
      </w:r>
      <w:r w:rsidR="4E655057">
        <w:rPr/>
        <w:t>Natagora</w:t>
      </w:r>
      <w:r w:rsidR="4E655057">
        <w:rPr/>
        <w:t xml:space="preserve">, </w:t>
      </w:r>
      <w:r w:rsidR="4E655057">
        <w:rPr/>
        <w:t>heeft</w:t>
      </w:r>
      <w:r w:rsidR="4E655057">
        <w:rPr/>
        <w:t xml:space="preserve"> op basis van </w:t>
      </w:r>
      <w:r w:rsidR="4E655057">
        <w:rPr/>
        <w:t>systematische</w:t>
      </w:r>
      <w:r w:rsidR="4E655057">
        <w:rPr/>
        <w:t xml:space="preserve"> </w:t>
      </w:r>
      <w:r w:rsidR="4E655057">
        <w:rPr/>
        <w:t>carcassentellingen</w:t>
      </w:r>
      <w:r w:rsidR="4E655057">
        <w:rPr/>
        <w:t xml:space="preserve"> op </w:t>
      </w:r>
      <w:r w:rsidR="4E655057">
        <w:rPr/>
        <w:t>gemonitorde</w:t>
      </w:r>
      <w:r w:rsidR="4E655057">
        <w:rPr/>
        <w:t xml:space="preserve"> </w:t>
      </w:r>
      <w:r w:rsidR="4E655057">
        <w:rPr/>
        <w:t>secties</w:t>
      </w:r>
      <w:r w:rsidR="4E655057">
        <w:rPr/>
        <w:t xml:space="preserve"> van het </w:t>
      </w:r>
      <w:r w:rsidR="4E655057">
        <w:rPr/>
        <w:t>Belgische</w:t>
      </w:r>
      <w:r w:rsidR="4E655057">
        <w:rPr/>
        <w:t xml:space="preserve"> </w:t>
      </w:r>
      <w:r w:rsidR="4E655057">
        <w:rPr/>
        <w:t>hoogspanningsnet</w:t>
      </w:r>
      <w:r w:rsidR="4E655057">
        <w:rPr/>
        <w:t xml:space="preserve"> </w:t>
      </w:r>
      <w:r w:rsidR="4E655057">
        <w:rPr/>
        <w:t>vastgesteld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Pr="4E655057" w:rsidR="4E655057">
        <w:rPr>
          <w:b w:val="1"/>
          <w:bCs w:val="1"/>
        </w:rPr>
        <w:t xml:space="preserve">in </w:t>
      </w:r>
      <w:r w:rsidRPr="4E655057" w:rsidR="4E655057">
        <w:rPr>
          <w:b w:val="1"/>
          <w:bCs w:val="1"/>
        </w:rPr>
        <w:t>België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dagelijks</w:t>
      </w:r>
      <w:r w:rsidRPr="4E655057" w:rsidR="4E655057">
        <w:rPr>
          <w:b w:val="1"/>
          <w:bCs w:val="1"/>
        </w:rPr>
        <w:t xml:space="preserve"> circa 466 </w:t>
      </w:r>
      <w:r w:rsidRPr="4E655057" w:rsidR="4E655057">
        <w:rPr>
          <w:b w:val="1"/>
          <w:bCs w:val="1"/>
        </w:rPr>
        <w:t>vogels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sterven</w:t>
      </w:r>
      <w:r w:rsidRPr="4E655057" w:rsidR="4E655057">
        <w:rPr>
          <w:b w:val="1"/>
          <w:bCs w:val="1"/>
        </w:rPr>
        <w:t xml:space="preserve"> door </w:t>
      </w:r>
      <w:r w:rsidRPr="4E655057" w:rsidR="4E655057">
        <w:rPr>
          <w:b w:val="1"/>
          <w:bCs w:val="1"/>
        </w:rPr>
        <w:t>aanvaring</w:t>
      </w:r>
      <w:r w:rsidRPr="4E655057" w:rsidR="4E655057">
        <w:rPr>
          <w:b w:val="1"/>
          <w:bCs w:val="1"/>
        </w:rPr>
        <w:t xml:space="preserve"> met </w:t>
      </w:r>
      <w:r w:rsidRPr="4E655057" w:rsidR="4E655057">
        <w:rPr>
          <w:b w:val="1"/>
          <w:bCs w:val="1"/>
        </w:rPr>
        <w:t>hoogspanningslijnen</w:t>
      </w:r>
      <w:r w:rsidR="4E655057">
        <w:rPr/>
        <w:t xml:space="preserve">, </w:t>
      </w:r>
      <w:r w:rsidR="4E655057">
        <w:rPr/>
        <w:t>hetgeen</w:t>
      </w:r>
      <w:r w:rsidR="4E655057">
        <w:rPr/>
        <w:t xml:space="preserve"> </w:t>
      </w:r>
      <w:r w:rsidR="4E655057">
        <w:rPr/>
        <w:t>neerkomt</w:t>
      </w:r>
      <w:r w:rsidR="4E655057">
        <w:rPr/>
        <w:t xml:space="preserve"> op </w:t>
      </w:r>
      <w:r w:rsidRPr="4E655057" w:rsidR="4E655057">
        <w:rPr>
          <w:b w:val="1"/>
          <w:bCs w:val="1"/>
        </w:rPr>
        <w:t>meer</w:t>
      </w:r>
      <w:r w:rsidRPr="4E655057" w:rsidR="4E655057">
        <w:rPr>
          <w:b w:val="1"/>
          <w:bCs w:val="1"/>
        </w:rPr>
        <w:t xml:space="preserve"> dan 170.000 </w:t>
      </w:r>
      <w:r w:rsidRPr="4E655057" w:rsidR="4E655057">
        <w:rPr>
          <w:b w:val="1"/>
          <w:bCs w:val="1"/>
        </w:rPr>
        <w:t>vogelslachtoffers</w:t>
      </w:r>
      <w:r w:rsidRPr="4E655057" w:rsidR="4E655057">
        <w:rPr>
          <w:b w:val="1"/>
          <w:bCs w:val="1"/>
        </w:rPr>
        <w:t xml:space="preserve"> per </w:t>
      </w:r>
      <w:r w:rsidRPr="4E655057" w:rsidR="4E655057">
        <w:rPr>
          <w:b w:val="1"/>
          <w:bCs w:val="1"/>
        </w:rPr>
        <w:t>jaar</w:t>
      </w:r>
      <w:r w:rsidR="4E655057">
        <w:rPr/>
        <w:t xml:space="preserve">. De </w:t>
      </w:r>
      <w:r w:rsidR="4E655057">
        <w:rPr/>
        <w:t>methodiek</w:t>
      </w:r>
      <w:r w:rsidR="4E655057">
        <w:rPr/>
        <w:t xml:space="preserve"> </w:t>
      </w:r>
      <w:r w:rsidR="4E655057">
        <w:rPr/>
        <w:t>berustte</w:t>
      </w:r>
      <w:r w:rsidR="4E655057">
        <w:rPr/>
        <w:t xml:space="preserve"> op </w:t>
      </w:r>
      <w:r w:rsidR="4E655057">
        <w:rPr/>
        <w:t>tellingen</w:t>
      </w:r>
      <w:r w:rsidR="4E655057">
        <w:rPr/>
        <w:t xml:space="preserve"> van 30 tot </w:t>
      </w:r>
      <w:r w:rsidR="4E655057">
        <w:rPr/>
        <w:t>meer</w:t>
      </w:r>
      <w:r w:rsidR="4E655057">
        <w:rPr/>
        <w:t xml:space="preserve"> dan 100 </w:t>
      </w:r>
      <w:r w:rsidR="4E655057">
        <w:rPr/>
        <w:t>vogels</w:t>
      </w:r>
      <w:r w:rsidR="4E655057">
        <w:rPr/>
        <w:t xml:space="preserve"> per kilometer per </w:t>
      </w:r>
      <w:r w:rsidR="4E655057">
        <w:rPr/>
        <w:t>jaar</w:t>
      </w:r>
      <w:r w:rsidR="4E655057">
        <w:rPr/>
        <w:t xml:space="preserve"> op de </w:t>
      </w:r>
      <w:r w:rsidR="4E655057">
        <w:rPr/>
        <w:t>gemonitorde</w:t>
      </w:r>
      <w:r w:rsidR="4E655057">
        <w:rPr/>
        <w:t xml:space="preserve"> </w:t>
      </w:r>
      <w:r w:rsidR="4E655057">
        <w:rPr/>
        <w:t>trajecten</w:t>
      </w:r>
      <w:r w:rsidR="4E655057">
        <w:rPr/>
        <w:t xml:space="preserve">, </w:t>
      </w:r>
      <w:r w:rsidR="4E655057">
        <w:rPr/>
        <w:t>geëxtrapoleerd</w:t>
      </w:r>
      <w:r w:rsidR="4E655057">
        <w:rPr/>
        <w:t xml:space="preserve"> over de </w:t>
      </w:r>
      <w:r w:rsidR="4E655057">
        <w:rPr/>
        <w:t>5.614 kilometer</w:t>
      </w:r>
      <w:r w:rsidR="4E655057">
        <w:rPr/>
        <w:t xml:space="preserve"> van het Elia-net.</w:t>
      </w:r>
    </w:p>
    <w:p xmlns:wp14="http://schemas.microsoft.com/office/word/2010/wordml" w14:paraId="22247CAA" wp14:textId="77777777">
      <w:r w:rsidR="4E655057">
        <w:rPr/>
        <w:t>Deze</w:t>
      </w:r>
      <w:r w:rsidR="4E655057">
        <w:rPr/>
        <w:t xml:space="preserve"> </w:t>
      </w:r>
      <w:r w:rsidR="4E655057">
        <w:rPr/>
        <w:t>Belgische</w:t>
      </w:r>
      <w:r w:rsidR="4E655057">
        <w:rPr/>
        <w:t xml:space="preserve"> </w:t>
      </w:r>
      <w:r w:rsidR="4E655057">
        <w:rPr/>
        <w:t>cijfers</w:t>
      </w:r>
      <w:r w:rsidR="4E655057">
        <w:rPr/>
        <w:t xml:space="preserve"> </w:t>
      </w:r>
      <w:r w:rsidR="4E655057">
        <w:rPr/>
        <w:t>zijn</w:t>
      </w:r>
      <w:r w:rsidR="4E655057">
        <w:rPr/>
        <w:t xml:space="preserve"> consistent met de </w:t>
      </w:r>
      <w:r w:rsidR="4E655057">
        <w:rPr/>
        <w:t>bredere</w:t>
      </w:r>
      <w:r w:rsidR="4E655057">
        <w:rPr/>
        <w:t xml:space="preserve"> </w:t>
      </w:r>
      <w:r w:rsidR="4E655057">
        <w:rPr/>
        <w:t>Europese</w:t>
      </w:r>
      <w:r w:rsidR="4E655057">
        <w:rPr/>
        <w:t xml:space="preserve"> context. Een rapport van </w:t>
      </w:r>
      <w:r w:rsidR="4E655057">
        <w:rPr/>
        <w:t>BirdLife</w:t>
      </w:r>
      <w:r w:rsidR="4E655057">
        <w:rPr/>
        <w:t xml:space="preserve"> International </w:t>
      </w:r>
      <w:r w:rsidR="4E655057">
        <w:rPr/>
        <w:t>en</w:t>
      </w:r>
      <w:r w:rsidR="4E655057">
        <w:rPr/>
        <w:t xml:space="preserve"> NABU (2022) </w:t>
      </w:r>
      <w:r w:rsidR="4E655057">
        <w:rPr/>
        <w:t>documenteert</w:t>
      </w:r>
      <w:r w:rsidR="4E655057">
        <w:rPr/>
        <w:t xml:space="preserve"> </w:t>
      </w:r>
      <w:r w:rsidR="4E655057">
        <w:rPr/>
        <w:t>mortaliteitswaarden</w:t>
      </w:r>
      <w:r w:rsidR="4E655057">
        <w:rPr/>
        <w:t xml:space="preserve"> tot 700 </w:t>
      </w:r>
      <w:r w:rsidR="4E655057">
        <w:rPr/>
        <w:t>vogels</w:t>
      </w:r>
      <w:r w:rsidR="4E655057">
        <w:rPr/>
        <w:t xml:space="preserve"> per kilometer per </w:t>
      </w:r>
      <w:r w:rsidR="4E655057">
        <w:rPr/>
        <w:t>jaar</w:t>
      </w:r>
      <w:r w:rsidR="4E655057">
        <w:rPr/>
        <w:t xml:space="preserve"> in Nederlandse wetlands, </w:t>
      </w:r>
      <w:r w:rsidR="4E655057">
        <w:rPr/>
        <w:t>en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totale</w:t>
      </w:r>
      <w:r w:rsidR="4E655057">
        <w:rPr/>
        <w:t xml:space="preserve"> </w:t>
      </w:r>
      <w:r w:rsidR="4E655057">
        <w:rPr/>
        <w:t>jaarlijkse</w:t>
      </w:r>
      <w:r w:rsidR="4E655057">
        <w:rPr/>
        <w:t xml:space="preserve"> </w:t>
      </w:r>
      <w:r w:rsidR="4E655057">
        <w:rPr/>
        <w:t>vogelsterfte</w:t>
      </w:r>
      <w:r w:rsidR="4E655057">
        <w:rPr/>
        <w:t xml:space="preserve"> door </w:t>
      </w:r>
      <w:r w:rsidR="4E655057">
        <w:rPr/>
        <w:t>hoogspanningsinfrastructuur</w:t>
      </w:r>
      <w:r w:rsidR="4E655057">
        <w:rPr/>
        <w:t xml:space="preserve"> in </w:t>
      </w:r>
      <w:r w:rsidR="4E655057">
        <w:rPr/>
        <w:t>Duitsland</w:t>
      </w:r>
      <w:r w:rsidR="4E655057">
        <w:rPr/>
        <w:t xml:space="preserve"> van </w:t>
      </w:r>
      <w:r w:rsidR="4E655057">
        <w:rPr/>
        <w:t>minimaal</w:t>
      </w:r>
      <w:r w:rsidR="4E655057">
        <w:rPr/>
        <w:t xml:space="preserve"> 1.500.000 </w:t>
      </w:r>
      <w:r w:rsidR="4E655057">
        <w:rPr/>
        <w:t>individuen</w:t>
      </w:r>
      <w:r w:rsidR="4E655057">
        <w:rPr/>
        <w:t>.</w:t>
      </w:r>
    </w:p>
    <w:p xmlns:wp14="http://schemas.microsoft.com/office/word/2010/wordml" w14:paraId="30E484A7" wp14:textId="77777777">
      <w:r w:rsidR="4E655057">
        <w:rPr/>
        <w:t xml:space="preserve">De </w:t>
      </w:r>
      <w:r w:rsidR="4E655057">
        <w:rPr/>
        <w:t>bredere</w:t>
      </w:r>
      <w:r w:rsidR="4E655057">
        <w:rPr/>
        <w:t xml:space="preserve"> </w:t>
      </w:r>
      <w:r w:rsidR="4E655057">
        <w:rPr/>
        <w:t>Europese</w:t>
      </w:r>
      <w:r w:rsidR="4E655057">
        <w:rPr/>
        <w:t xml:space="preserve"> context </w:t>
      </w:r>
      <w:r w:rsidR="4E655057">
        <w:rPr/>
        <w:t>omvat</w:t>
      </w:r>
      <w:r w:rsidR="4E655057">
        <w:rPr/>
        <w:t xml:space="preserve"> </w:t>
      </w:r>
      <w:r w:rsidR="4E655057">
        <w:rPr/>
        <w:t>tevens</w:t>
      </w:r>
      <w:r w:rsidR="4E655057">
        <w:rPr/>
        <w:t>:</w:t>
      </w:r>
    </w:p>
    <w:p xmlns:wp14="http://schemas.microsoft.com/office/word/2010/wordml" w14:paraId="04F34DD1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Nederland:</w:t>
      </w:r>
      <w:r w:rsidR="4E655057">
        <w:rPr/>
        <w:t xml:space="preserve"> tot 700 </w:t>
      </w:r>
      <w:r w:rsidR="4E655057">
        <w:rPr/>
        <w:t>vogels</w:t>
      </w:r>
      <w:r w:rsidR="4E655057">
        <w:rPr/>
        <w:t>/km/</w:t>
      </w:r>
      <w:r w:rsidR="4E655057">
        <w:rPr/>
        <w:t>jaar</w:t>
      </w:r>
      <w:r w:rsidR="4E655057">
        <w:rPr/>
        <w:t xml:space="preserve"> in wetlands</w:t>
      </w:r>
    </w:p>
    <w:p xmlns:wp14="http://schemas.microsoft.com/office/word/2010/wordml" w14:paraId="21CC934F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Denemarken</w:t>
      </w:r>
      <w:r w:rsidRPr="4E655057" w:rsidR="4E655057">
        <w:rPr>
          <w:b w:val="1"/>
          <w:bCs w:val="1"/>
        </w:rPr>
        <w:t>:</w:t>
      </w:r>
      <w:r w:rsidR="4E655057">
        <w:rPr/>
        <w:t xml:space="preserve"> 250.000-300.000 </w:t>
      </w:r>
      <w:r w:rsidR="4E655057">
        <w:rPr/>
        <w:t>vogelslachtoffers</w:t>
      </w:r>
      <w:r w:rsidR="4E655057">
        <w:rPr/>
        <w:t>/</w:t>
      </w:r>
      <w:r w:rsidR="4E655057">
        <w:rPr/>
        <w:t>jaar</w:t>
      </w:r>
    </w:p>
    <w:p xmlns:wp14="http://schemas.microsoft.com/office/word/2010/wordml" w14:paraId="76F1EE0D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Frankrijk</w:t>
      </w:r>
      <w:r w:rsidRPr="4E655057" w:rsidR="4E655057">
        <w:rPr>
          <w:b w:val="1"/>
          <w:bCs w:val="1"/>
        </w:rPr>
        <w:t>:</w:t>
      </w:r>
      <w:r w:rsidR="4E655057">
        <w:rPr/>
        <w:t xml:space="preserve"> 1.000.000/</w:t>
      </w:r>
      <w:r w:rsidR="4E655057">
        <w:rPr/>
        <w:t>jaar</w:t>
      </w:r>
    </w:p>
    <w:p xmlns:wp14="http://schemas.microsoft.com/office/word/2010/wordml" w14:paraId="2C95EDFD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VS:</w:t>
      </w:r>
      <w:r w:rsidR="4E655057">
        <w:rPr/>
        <w:t xml:space="preserve"> 8-57 </w:t>
      </w:r>
      <w:r w:rsidR="4E655057">
        <w:rPr/>
        <w:t>miljoen</w:t>
      </w:r>
      <w:r w:rsidR="4E655057">
        <w:rPr/>
        <w:t>/</w:t>
      </w:r>
      <w:r w:rsidR="4E655057">
        <w:rPr/>
        <w:t>jaar</w:t>
      </w:r>
    </w:p>
    <w:p xmlns:wp14="http://schemas.microsoft.com/office/word/2010/wordml" w14:paraId="192BE1C1" wp14:textId="77777777">
      <w:r w:rsidR="4E655057">
        <w:rPr/>
        <w:t xml:space="preserve">De </w:t>
      </w:r>
      <w:r w:rsidR="4E655057">
        <w:rPr/>
        <w:t>soorten</w:t>
      </w:r>
      <w:r w:rsidR="4E655057">
        <w:rPr/>
        <w:t xml:space="preserve"> die het </w:t>
      </w:r>
      <w:r w:rsidR="4E655057">
        <w:rPr/>
        <w:t>meest</w:t>
      </w:r>
      <w:r w:rsidR="4E655057">
        <w:rPr/>
        <w:t xml:space="preserve"> </w:t>
      </w:r>
      <w:r w:rsidR="4E655057">
        <w:rPr/>
        <w:t>getroffen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omvatten</w:t>
      </w:r>
      <w:r w:rsidR="4E655057">
        <w:rPr/>
        <w:t xml:space="preserve"> (Paquet et al. 2022, </w:t>
      </w:r>
      <w:r w:rsidR="4E655057">
        <w:rPr/>
        <w:t>Derouaux</w:t>
      </w:r>
      <w:r w:rsidR="4E655057">
        <w:rPr/>
        <w:t xml:space="preserve"> et al. 2012):</w:t>
      </w:r>
    </w:p>
    <w:p xmlns:wp14="http://schemas.microsoft.com/office/word/2010/wordml" w14:paraId="1160C5F4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Ooievaar</w:t>
      </w:r>
      <w:r w:rsidRPr="4E655057" w:rsidR="4E655057">
        <w:rPr>
          <w:b w:val="1"/>
          <w:bCs w:val="1"/>
        </w:rPr>
        <w:t>:</w:t>
      </w:r>
      <w:r w:rsidR="4E655057">
        <w:rPr/>
        <w:t xml:space="preserve"> 21,7% van </w:t>
      </w:r>
      <w:r w:rsidR="4E655057">
        <w:rPr/>
        <w:t>geregistreerde</w:t>
      </w:r>
      <w:r w:rsidR="4E655057">
        <w:rPr/>
        <w:t xml:space="preserve"> </w:t>
      </w:r>
      <w:r w:rsidR="4E655057">
        <w:rPr/>
        <w:t>slachtoffers</w:t>
      </w:r>
      <w:r w:rsidR="4E655057">
        <w:rPr/>
        <w:t xml:space="preserve"> in </w:t>
      </w:r>
      <w:r w:rsidR="4E655057">
        <w:rPr/>
        <w:t>Belgische</w:t>
      </w:r>
      <w:r w:rsidR="4E655057">
        <w:rPr/>
        <w:t xml:space="preserve"> studies</w:t>
      </w:r>
    </w:p>
    <w:p xmlns:wp14="http://schemas.microsoft.com/office/word/2010/wordml" w14:paraId="01D2B24B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Buizerd</w:t>
      </w:r>
      <w:r w:rsidRPr="4E655057" w:rsidR="4E655057">
        <w:rPr>
          <w:b w:val="1"/>
          <w:bCs w:val="1"/>
        </w:rPr>
        <w:t>:</w:t>
      </w:r>
      <w:r w:rsidR="4E655057">
        <w:rPr/>
        <w:t xml:space="preserve"> 7,6%</w:t>
      </w:r>
    </w:p>
    <w:p xmlns:wp14="http://schemas.microsoft.com/office/word/2010/wordml" w14:paraId="04E5AD4B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Spreeuw</w:t>
      </w:r>
      <w:r w:rsidRPr="4E655057" w:rsidR="4E655057">
        <w:rPr>
          <w:b w:val="1"/>
          <w:bCs w:val="1"/>
        </w:rPr>
        <w:t>:</w:t>
      </w:r>
      <w:r w:rsidR="4E655057">
        <w:rPr/>
        <w:t xml:space="preserve"> 7,6%</w:t>
      </w:r>
    </w:p>
    <w:p xmlns:wp14="http://schemas.microsoft.com/office/word/2010/wordml" w14:paraId="0A165A11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Beschermde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zeldzame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soorten</w:t>
      </w:r>
      <w:r w:rsidRPr="4E655057" w:rsidR="4E655057">
        <w:rPr>
          <w:b w:val="1"/>
          <w:bCs w:val="1"/>
        </w:rPr>
        <w:t>:</w:t>
      </w:r>
      <w:r w:rsidR="4E655057">
        <w:rPr/>
        <w:t xml:space="preserve"> </w:t>
      </w:r>
      <w:r w:rsidR="4E655057">
        <w:rPr/>
        <w:t>Roerdomp</w:t>
      </w:r>
      <w:r w:rsidR="4E655057">
        <w:rPr/>
        <w:t xml:space="preserve">, </w:t>
      </w:r>
      <w:r w:rsidR="4E655057">
        <w:rPr/>
        <w:t>Woudaapje</w:t>
      </w:r>
      <w:r w:rsidR="4E655057">
        <w:rPr/>
        <w:t xml:space="preserve">, </w:t>
      </w:r>
      <w:r w:rsidR="4E655057">
        <w:rPr/>
        <w:t>Lepelaar</w:t>
      </w:r>
    </w:p>
    <w:p xmlns:wp14="http://schemas.microsoft.com/office/word/2010/wordml" w14:paraId="538094D8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Watervogels</w:t>
      </w:r>
      <w:r w:rsidRPr="4E655057" w:rsidR="4E655057">
        <w:rPr>
          <w:b w:val="1"/>
          <w:bCs w:val="1"/>
        </w:rPr>
        <w:t>:</w:t>
      </w:r>
      <w:r w:rsidR="4E655057">
        <w:rPr/>
        <w:t xml:space="preserve"> </w:t>
      </w:r>
      <w:r w:rsidR="4E655057">
        <w:rPr/>
        <w:t>zwanen</w:t>
      </w:r>
      <w:r w:rsidR="4E655057">
        <w:rPr/>
        <w:t xml:space="preserve">, </w:t>
      </w:r>
      <w:r w:rsidR="4E655057">
        <w:rPr/>
        <w:t>reigers</w:t>
      </w:r>
      <w:r w:rsidR="4E655057">
        <w:rPr/>
        <w:t xml:space="preserve">, </w:t>
      </w:r>
      <w:r w:rsidR="4E655057">
        <w:rPr/>
        <w:t>ganzen</w:t>
      </w:r>
      <w:r w:rsidR="4E655057">
        <w:rPr/>
        <w:t xml:space="preserve">, </w:t>
      </w:r>
      <w:r w:rsidR="4E655057">
        <w:rPr/>
        <w:t>eenden</w:t>
      </w:r>
    </w:p>
    <w:p xmlns:wp14="http://schemas.microsoft.com/office/word/2010/wordml" w14:paraId="4D039D28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Weidevogels</w:t>
      </w:r>
      <w:r w:rsidRPr="4E655057" w:rsidR="4E655057">
        <w:rPr>
          <w:b w:val="1"/>
          <w:bCs w:val="1"/>
        </w:rPr>
        <w:t>:</w:t>
      </w:r>
      <w:r w:rsidR="4E655057">
        <w:rPr/>
        <w:t xml:space="preserve"> </w:t>
      </w:r>
      <w:r w:rsidR="4E655057">
        <w:rPr/>
        <w:t>kieviten</w:t>
      </w:r>
      <w:r w:rsidR="4E655057">
        <w:rPr/>
        <w:t xml:space="preserve">, </w:t>
      </w:r>
      <w:r w:rsidR="4E655057">
        <w:rPr/>
        <w:t>wulpen</w:t>
      </w:r>
    </w:p>
    <w:p xmlns:wp14="http://schemas.microsoft.com/office/word/2010/wordml" w14:paraId="23BBE1BE" wp14:textId="77777777">
      <w:r w:rsidR="4E655057">
        <w:rPr/>
        <w:t xml:space="preserve">De </w:t>
      </w:r>
      <w:r w:rsidR="4E655057">
        <w:rPr/>
        <w:t>aanwezigheid</w:t>
      </w:r>
      <w:r w:rsidR="4E655057">
        <w:rPr/>
        <w:t xml:space="preserve"> van </w:t>
      </w:r>
      <w:r w:rsidR="4E655057">
        <w:rPr/>
        <w:t>beschermde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zeldzame</w:t>
      </w:r>
      <w:r w:rsidR="4E655057">
        <w:rPr/>
        <w:t xml:space="preserve"> </w:t>
      </w:r>
      <w:r w:rsidR="4E655057">
        <w:rPr/>
        <w:t>soorten</w:t>
      </w:r>
      <w:r w:rsidR="4E655057">
        <w:rPr/>
        <w:t xml:space="preserve"> (</w:t>
      </w:r>
      <w:r w:rsidR="4E655057">
        <w:rPr/>
        <w:t>Roerdomp</w:t>
      </w:r>
      <w:r w:rsidR="4E655057">
        <w:rPr/>
        <w:t xml:space="preserve">, </w:t>
      </w:r>
      <w:r w:rsidR="4E655057">
        <w:rPr/>
        <w:t>Woudaapje</w:t>
      </w:r>
      <w:r w:rsidR="4E655057">
        <w:rPr/>
        <w:t xml:space="preserve">, </w:t>
      </w:r>
      <w:r w:rsidR="4E655057">
        <w:rPr/>
        <w:t>Lepelaar</w:t>
      </w:r>
      <w:r w:rsidR="4E655057">
        <w:rPr/>
        <w:t xml:space="preserve">) </w:t>
      </w:r>
      <w:r w:rsidR="4E655057">
        <w:rPr/>
        <w:t>onder</w:t>
      </w:r>
      <w:r w:rsidR="4E655057">
        <w:rPr/>
        <w:t xml:space="preserve"> de </w:t>
      </w:r>
      <w:r w:rsidR="4E655057">
        <w:rPr/>
        <w:t>slachtoffers</w:t>
      </w:r>
      <w:r w:rsidR="4E655057">
        <w:rPr/>
        <w:t xml:space="preserve"> </w:t>
      </w:r>
      <w:r w:rsidR="4E655057">
        <w:rPr/>
        <w:t>versterkt</w:t>
      </w:r>
      <w:r w:rsidR="4E655057">
        <w:rPr/>
        <w:t xml:space="preserve"> het argument </w:t>
      </w:r>
      <w:r w:rsidR="4E655057">
        <w:rPr/>
        <w:t>dat</w:t>
      </w:r>
      <w:r w:rsidR="4E655057">
        <w:rPr/>
        <w:t xml:space="preserve"> de </w:t>
      </w:r>
      <w:r w:rsidR="4E655057">
        <w:rPr/>
        <w:t>vogelsterfte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slechts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kwantitatief</w:t>
      </w:r>
      <w:r w:rsidR="4E655057">
        <w:rPr/>
        <w:t xml:space="preserve"> maar </w:t>
      </w:r>
      <w:r w:rsidR="4E655057">
        <w:rPr/>
        <w:t>ook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kwalitatief</w:t>
      </w:r>
      <w:r w:rsidR="4E655057">
        <w:rPr/>
        <w:t xml:space="preserve"> </w:t>
      </w:r>
      <w:r w:rsidR="4E655057">
        <w:rPr/>
        <w:t>probleem</w:t>
      </w:r>
      <w:r w:rsidR="4E655057">
        <w:rPr/>
        <w:t xml:space="preserve"> </w:t>
      </w:r>
      <w:r w:rsidR="4E655057">
        <w:rPr/>
        <w:t>vormt</w:t>
      </w:r>
      <w:r w:rsidR="4E655057">
        <w:rPr/>
        <w:t xml:space="preserve"> — het </w:t>
      </w:r>
      <w:r w:rsidR="4E655057">
        <w:rPr/>
        <w:t>betreft</w:t>
      </w:r>
      <w:r w:rsidR="4E655057">
        <w:rPr/>
        <w:t xml:space="preserve"> </w:t>
      </w:r>
      <w:r w:rsidR="4E655057">
        <w:rPr/>
        <w:t>soorten</w:t>
      </w:r>
      <w:r w:rsidR="4E655057">
        <w:rPr/>
        <w:t xml:space="preserve"> </w:t>
      </w:r>
      <w:r w:rsidR="4E655057">
        <w:rPr/>
        <w:t>waarvoor</w:t>
      </w:r>
      <w:r w:rsidR="4E655057">
        <w:rPr/>
        <w:t xml:space="preserve"> </w:t>
      </w:r>
      <w:r w:rsidR="4E655057">
        <w:rPr/>
        <w:t>specifieke</w:t>
      </w:r>
      <w:r w:rsidR="4E655057">
        <w:rPr/>
        <w:t xml:space="preserve"> </w:t>
      </w:r>
      <w:r w:rsidR="4E655057">
        <w:rPr/>
        <w:t>instandhoudingsdoelstellingen</w:t>
      </w:r>
      <w:r w:rsidR="4E655057">
        <w:rPr/>
        <w:t xml:space="preserve"> </w:t>
      </w:r>
      <w:r w:rsidR="4E655057">
        <w:rPr/>
        <w:t>gelden</w:t>
      </w:r>
      <w:r w:rsidR="4E655057">
        <w:rPr/>
        <w:t>.</w:t>
      </w:r>
    </w:p>
    <w:p xmlns:wp14="http://schemas.microsoft.com/office/word/2010/wordml" w14:paraId="738E5170" wp14:textId="77777777">
      <w:pPr>
        <w:pStyle w:val="Heading3"/>
      </w:pPr>
      <w:r w:rsidR="4E655057">
        <w:rPr/>
        <w:t xml:space="preserve">5A.2 </w:t>
      </w:r>
      <w:r w:rsidR="4E655057">
        <w:rPr/>
        <w:t>Kwantificering</w:t>
      </w:r>
      <w:r w:rsidR="4E655057">
        <w:rPr/>
        <w:t xml:space="preserve"> </w:t>
      </w:r>
      <w:r w:rsidR="4E655057">
        <w:rPr/>
        <w:t>specifiek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het </w:t>
      </w:r>
      <w:r w:rsidR="4E655057">
        <w:rPr/>
        <w:t>Ventilus-tracé</w:t>
      </w:r>
    </w:p>
    <w:p xmlns:wp14="http://schemas.microsoft.com/office/word/2010/wordml" w14:paraId="38C65749" wp14:textId="77777777">
      <w:r w:rsidR="4E655057">
        <w:rPr/>
        <w:t xml:space="preserve">Op </w:t>
      </w:r>
      <w:r w:rsidR="4E655057">
        <w:rPr/>
        <w:t>basis</w:t>
      </w:r>
      <w:r w:rsidR="4E655057">
        <w:rPr/>
        <w:t xml:space="preserve"> van de </w:t>
      </w:r>
      <w:r w:rsidR="4E655057">
        <w:rPr/>
        <w:t>Belgische</w:t>
      </w:r>
      <w:r w:rsidR="4E655057">
        <w:rPr/>
        <w:t xml:space="preserve"> </w:t>
      </w:r>
      <w:r w:rsidR="4E655057">
        <w:rPr/>
        <w:t>velddata</w:t>
      </w:r>
      <w:r w:rsidR="4E655057">
        <w:rPr/>
        <w:t xml:space="preserve"> </w:t>
      </w:r>
      <w:r w:rsidR="4E655057">
        <w:rPr/>
        <w:t>kan</w:t>
      </w:r>
      <w:r w:rsidR="4E655057">
        <w:rPr/>
        <w:t xml:space="preserve"> de </w:t>
      </w:r>
      <w:r w:rsidR="4E655057">
        <w:rPr/>
        <w:t>verwachte</w:t>
      </w:r>
      <w:r w:rsidR="4E655057">
        <w:rPr/>
        <w:t xml:space="preserve"> </w:t>
      </w:r>
      <w:r w:rsidR="4E655057">
        <w:rPr/>
        <w:t>vogelsterfte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het </w:t>
      </w:r>
      <w:r w:rsidR="4E655057">
        <w:rPr/>
        <w:t>Ventilus-tracé</w:t>
      </w:r>
      <w:r w:rsidR="4E655057">
        <w:rPr/>
        <w:t xml:space="preserve"> (circa 82 km </w:t>
      </w:r>
      <w:r w:rsidR="4E655057">
        <w:rPr/>
        <w:t>bovengrondse</w:t>
      </w:r>
      <w:r w:rsidR="4E655057">
        <w:rPr/>
        <w:t xml:space="preserve"> </w:t>
      </w:r>
      <w:r w:rsidR="4E655057">
        <w:rPr/>
        <w:t>leiding</w:t>
      </w:r>
      <w:r w:rsidR="4E655057">
        <w:rPr/>
        <w:t xml:space="preserve">) </w:t>
      </w:r>
      <w:r w:rsidR="4E655057">
        <w:rPr/>
        <w:t>als</w:t>
      </w:r>
      <w:r w:rsidR="4E655057">
        <w:rPr/>
        <w:t xml:space="preserve"> </w:t>
      </w:r>
      <w:r w:rsidR="4E655057">
        <w:rPr/>
        <w:t>volgt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gekwantificeerd</w:t>
      </w:r>
      <w:r w:rsidR="4E655057">
        <w:rPr/>
        <w:t>:</w:t>
      </w:r>
    </w:p>
    <w:tbl>
      <w:tblPr>
        <w:tblStyle w:val="TableGrid"/>
        <w:tblW w:w="0" w:type="auto"/>
        <w:jc w:val="left"/>
        <w:tblLook w:val="04A0" w:firstRow="1" w:lastRow="0" w:firstColumn="1" w:lastColumn="0" w:noHBand="0" w:noVBand="1"/>
      </w:tblPr>
      <w:tblGrid>
        <w:gridCol w:w="2351"/>
        <w:gridCol w:w="2351"/>
        <w:gridCol w:w="2351"/>
        <w:gridCol w:w="2351"/>
      </w:tblGrid>
      <w:tr xmlns:wp14="http://schemas.microsoft.com/office/word/2010/wordml" w:rsidTr="4E655057" w14:paraId="6D9AB6F4" wp14:textId="77777777">
        <w:tc>
          <w:tcPr>
            <w:tcW w:w="2351" w:type="dxa"/>
            <w:shd w:val="clear" w:color="auto" w:fill="244061" w:themeFill="accent1" w:themeFillShade="80"/>
            <w:tcMar/>
          </w:tcPr>
          <w:p w14:paraId="730FDE5E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Scenario</w:t>
            </w:r>
          </w:p>
        </w:tc>
        <w:tc>
          <w:tcPr>
            <w:tcW w:w="2351" w:type="dxa"/>
            <w:shd w:val="clear" w:color="auto" w:fill="244061" w:themeFill="accent1" w:themeFillShade="80"/>
            <w:tcMar/>
          </w:tcPr>
          <w:p w:rsidP="4E655057" w14:paraId="4BC17D58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Mortaliteit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/km/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jaar</w:t>
            </w:r>
          </w:p>
        </w:tc>
        <w:tc>
          <w:tcPr>
            <w:tcW w:w="2351" w:type="dxa"/>
            <w:shd w:val="clear" w:color="auto" w:fill="244061" w:themeFill="accent1" w:themeFillShade="80"/>
            <w:tcMar/>
          </w:tcPr>
          <w:p w14:paraId="4FF16C0B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Totaal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/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jaar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(82 km)</w:t>
            </w:r>
          </w:p>
        </w:tc>
        <w:tc>
          <w:tcPr>
            <w:tcW w:w="2351" w:type="dxa"/>
            <w:shd w:val="clear" w:color="auto" w:fill="244061" w:themeFill="accent1" w:themeFillShade="80"/>
            <w:tcMar/>
          </w:tcPr>
          <w:p w:rsidP="4E655057" w14:paraId="682A0952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Over 40 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jaar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exploitatie</w:t>
            </w:r>
          </w:p>
        </w:tc>
      </w:tr>
      <w:tr xmlns:wp14="http://schemas.microsoft.com/office/word/2010/wordml" w:rsidTr="4E655057" w14:paraId="4C6D9888" wp14:textId="77777777">
        <w:tc>
          <w:tcPr>
            <w:tcW w:w="2351" w:type="dxa"/>
            <w:shd w:val="clear" w:color="auto" w:fill="F2F6FC"/>
            <w:tcMar/>
          </w:tcPr>
          <w:p w14:paraId="1C7788AE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Conservatief</w:t>
            </w:r>
            <w:r w:rsidRPr="4E655057" w:rsidR="4E655057">
              <w:rPr>
                <w:sz w:val="19"/>
                <w:szCs w:val="19"/>
              </w:rPr>
              <w:t xml:space="preserve"> (</w:t>
            </w:r>
            <w:r w:rsidRPr="4E655057" w:rsidR="4E655057">
              <w:rPr>
                <w:sz w:val="19"/>
                <w:szCs w:val="19"/>
              </w:rPr>
              <w:t>ondergrens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Belgische</w:t>
            </w:r>
            <w:r w:rsidRPr="4E655057" w:rsidR="4E655057">
              <w:rPr>
                <w:sz w:val="19"/>
                <w:szCs w:val="19"/>
              </w:rPr>
              <w:t xml:space="preserve"> data)</w:t>
            </w:r>
          </w:p>
        </w:tc>
        <w:tc>
          <w:tcPr>
            <w:tcW w:w="2351" w:type="dxa"/>
            <w:shd w:val="clear" w:color="auto" w:fill="F2F6FC"/>
            <w:tcMar/>
          </w:tcPr>
          <w:p w14:paraId="219897CE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30</w:t>
            </w:r>
          </w:p>
        </w:tc>
        <w:tc>
          <w:tcPr>
            <w:tcW w:w="2351" w:type="dxa"/>
            <w:shd w:val="clear" w:color="auto" w:fill="F2F6FC"/>
            <w:tcMar/>
          </w:tcPr>
          <w:p w14:paraId="18106D64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2.460</w:t>
            </w:r>
          </w:p>
        </w:tc>
        <w:tc>
          <w:tcPr>
            <w:tcW w:w="2351" w:type="dxa"/>
            <w:shd w:val="clear" w:color="auto" w:fill="F2F6FC"/>
            <w:tcMar/>
          </w:tcPr>
          <w:p w14:paraId="7E9738C7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98.400</w:t>
            </w:r>
          </w:p>
        </w:tc>
      </w:tr>
      <w:tr xmlns:wp14="http://schemas.microsoft.com/office/word/2010/wordml" w:rsidTr="4E655057" w14:paraId="64ED3BA0" wp14:textId="77777777">
        <w:tc>
          <w:tcPr>
            <w:tcW w:w="2351" w:type="dxa"/>
            <w:tcMar/>
          </w:tcPr>
          <w:p w14:paraId="78D2162A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West-</w:t>
            </w:r>
            <w:r w:rsidRPr="4E655057" w:rsidR="4E655057">
              <w:rPr>
                <w:sz w:val="19"/>
                <w:szCs w:val="19"/>
              </w:rPr>
              <w:t>Belgische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polderdata</w:t>
            </w:r>
            <w:r w:rsidRPr="4E655057" w:rsidR="4E655057">
              <w:rPr>
                <w:sz w:val="19"/>
                <w:szCs w:val="19"/>
              </w:rPr>
              <w:t xml:space="preserve"> (</w:t>
            </w:r>
            <w:r w:rsidRPr="4E655057" w:rsidR="4E655057">
              <w:rPr>
                <w:sz w:val="19"/>
                <w:szCs w:val="19"/>
              </w:rPr>
              <w:t>Derouaux</w:t>
            </w:r>
            <w:r w:rsidRPr="4E655057" w:rsidR="4E655057">
              <w:rPr>
                <w:sz w:val="19"/>
                <w:szCs w:val="19"/>
              </w:rPr>
              <w:t xml:space="preserve"> et al.)</w:t>
            </w:r>
          </w:p>
        </w:tc>
        <w:tc>
          <w:tcPr>
            <w:tcW w:w="2351" w:type="dxa"/>
            <w:tcMar/>
          </w:tcPr>
          <w:p w14:paraId="3E2D3828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157</w:t>
            </w:r>
          </w:p>
        </w:tc>
        <w:tc>
          <w:tcPr>
            <w:tcW w:w="2351" w:type="dxa"/>
            <w:tcMar/>
          </w:tcPr>
          <w:p w14:paraId="6754D927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12.874</w:t>
            </w:r>
          </w:p>
        </w:tc>
        <w:tc>
          <w:tcPr>
            <w:tcW w:w="2351" w:type="dxa"/>
            <w:tcMar/>
          </w:tcPr>
          <w:p w14:paraId="54AF6D7F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514.960</w:t>
            </w:r>
          </w:p>
        </w:tc>
      </w:tr>
    </w:tbl>
    <w:p xmlns:wp14="http://schemas.microsoft.com/office/word/2010/wordml" w14:paraId="60061E4C" wp14:textId="77777777"/>
    <w:p xmlns:wp14="http://schemas.microsoft.com/office/word/2010/wordml" w14:paraId="5242125D" wp14:textId="77777777">
      <w:r w:rsidR="4E655057">
        <w:rPr/>
        <w:t xml:space="preserve">Het </w:t>
      </w:r>
      <w:r w:rsidR="4E655057">
        <w:rPr/>
        <w:t>Ventilus-tracé</w:t>
      </w:r>
      <w:r w:rsidR="4E655057">
        <w:rPr/>
        <w:t xml:space="preserve"> </w:t>
      </w:r>
      <w:r w:rsidR="4E655057">
        <w:rPr/>
        <w:t>loopt</w:t>
      </w:r>
      <w:r w:rsidR="4E655057">
        <w:rPr/>
        <w:t xml:space="preserve"> door open polders </w:t>
      </w:r>
      <w:r w:rsidR="4E655057">
        <w:rPr/>
        <w:t>en</w:t>
      </w:r>
      <w:r w:rsidR="4E655057">
        <w:rPr/>
        <w:t xml:space="preserve"> </w:t>
      </w:r>
      <w:r w:rsidR="4E655057">
        <w:rPr/>
        <w:t>weilanden</w:t>
      </w:r>
      <w:r w:rsidR="4E655057">
        <w:rPr/>
        <w:t xml:space="preserve"> in West-Vlaanderen — </w:t>
      </w:r>
      <w:r w:rsidR="4E655057">
        <w:rPr/>
        <w:t>precies</w:t>
      </w:r>
      <w:r w:rsidR="4E655057">
        <w:rPr/>
        <w:t xml:space="preserve"> het type </w:t>
      </w:r>
      <w:r w:rsidR="4E655057">
        <w:rPr/>
        <w:t>landschap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door de </w:t>
      </w:r>
      <w:r w:rsidR="4E655057">
        <w:rPr/>
        <w:t>gevoeligheidskartering</w:t>
      </w:r>
      <w:r w:rsidR="4E655057">
        <w:rPr/>
        <w:t xml:space="preserve"> van Paquet et al. (2022, Nature Conservation, DOI: 10.3897/natureconservation.47.73710) </w:t>
      </w:r>
      <w:r w:rsidR="4E655057">
        <w:rPr/>
        <w:t>wordt</w:t>
      </w:r>
      <w:r w:rsidR="4E655057">
        <w:rPr/>
        <w:t xml:space="preserve"> </w:t>
      </w:r>
      <w:r w:rsidR="4E655057">
        <w:rPr/>
        <w:t>aangeduid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de </w:t>
      </w:r>
      <w:r w:rsidR="4E655057">
        <w:rPr/>
        <w:t>meest</w:t>
      </w:r>
      <w:r w:rsidR="4E655057">
        <w:rPr/>
        <w:t xml:space="preserve"> </w:t>
      </w:r>
      <w:r w:rsidR="4E655057">
        <w:rPr/>
        <w:t>risicovolle</w:t>
      </w:r>
      <w:r w:rsidR="4E655057">
        <w:rPr/>
        <w:t xml:space="preserve"> zone </w:t>
      </w:r>
      <w:r w:rsidR="4E655057">
        <w:rPr/>
        <w:t>voor</w:t>
      </w:r>
      <w:r w:rsidR="4E655057">
        <w:rPr/>
        <w:t xml:space="preserve"> </w:t>
      </w:r>
      <w:r w:rsidR="4E655057">
        <w:rPr/>
        <w:t>vogelaanvaringen</w:t>
      </w:r>
      <w:r w:rsidR="4E655057">
        <w:rPr/>
        <w:t xml:space="preserve"> met </w:t>
      </w:r>
      <w:r w:rsidR="4E655057">
        <w:rPr/>
        <w:t>hoogspanningsinfrastructuur</w:t>
      </w:r>
      <w:r w:rsidR="4E655057">
        <w:rPr/>
        <w:t xml:space="preserve">. Open, </w:t>
      </w:r>
      <w:r w:rsidR="4E655057">
        <w:rPr/>
        <w:t>vlakke</w:t>
      </w:r>
      <w:r w:rsidR="4E655057">
        <w:rPr/>
        <w:t xml:space="preserve"> </w:t>
      </w:r>
      <w:r w:rsidR="4E655057">
        <w:rPr/>
        <w:t>landschappen</w:t>
      </w:r>
      <w:r w:rsidR="4E655057">
        <w:rPr/>
        <w:t xml:space="preserve"> met </w:t>
      </w:r>
      <w:r w:rsidR="4E655057">
        <w:rPr/>
        <w:t>waterrijke</w:t>
      </w:r>
      <w:r w:rsidR="4E655057">
        <w:rPr/>
        <w:t xml:space="preserve"> </w:t>
      </w:r>
      <w:r w:rsidR="4E655057">
        <w:rPr/>
        <w:t>gebieden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weidevogelconcentraties</w:t>
      </w:r>
      <w:r w:rsidR="4E655057">
        <w:rPr/>
        <w:t xml:space="preserve"> </w:t>
      </w:r>
      <w:r w:rsidR="4E655057">
        <w:rPr/>
        <w:t>vertonen</w:t>
      </w:r>
      <w:r w:rsidR="4E655057">
        <w:rPr/>
        <w:t xml:space="preserve"> de </w:t>
      </w:r>
      <w:r w:rsidR="4E655057">
        <w:rPr/>
        <w:t>hoogste</w:t>
      </w:r>
      <w:r w:rsidR="4E655057">
        <w:rPr/>
        <w:t xml:space="preserve"> </w:t>
      </w:r>
      <w:r w:rsidR="4E655057">
        <w:rPr/>
        <w:t>aanvaringsrisico's</w:t>
      </w:r>
      <w:r w:rsidR="4E655057">
        <w:rPr/>
        <w:t xml:space="preserve">, </w:t>
      </w:r>
      <w:r w:rsidR="4E655057">
        <w:rPr/>
        <w:t>omdat</w:t>
      </w:r>
      <w:r w:rsidR="4E655057">
        <w:rPr/>
        <w:t xml:space="preserve"> </w:t>
      </w:r>
      <w:r w:rsidR="4E655057">
        <w:rPr/>
        <w:t>vogels</w:t>
      </w:r>
      <w:r w:rsidR="4E655057">
        <w:rPr/>
        <w:t xml:space="preserve"> in </w:t>
      </w:r>
      <w:r w:rsidR="4E655057">
        <w:rPr/>
        <w:t>deze</w:t>
      </w:r>
      <w:r w:rsidR="4E655057">
        <w:rPr/>
        <w:t xml:space="preserve"> </w:t>
      </w:r>
      <w:r w:rsidR="4E655057">
        <w:rPr/>
        <w:t>gebieden</w:t>
      </w:r>
      <w:r w:rsidR="4E655057">
        <w:rPr/>
        <w:t xml:space="preserve"> op </w:t>
      </w:r>
      <w:r w:rsidR="4E655057">
        <w:rPr/>
        <w:t>lagere</w:t>
      </w:r>
      <w:r w:rsidR="4E655057">
        <w:rPr/>
        <w:t xml:space="preserve"> </w:t>
      </w:r>
      <w:r w:rsidR="4E655057">
        <w:rPr/>
        <w:t>hoogtes</w:t>
      </w:r>
      <w:r w:rsidR="4E655057">
        <w:rPr/>
        <w:t xml:space="preserve"> </w:t>
      </w:r>
      <w:r w:rsidR="4E655057">
        <w:rPr/>
        <w:t>vliegen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minder </w:t>
      </w:r>
      <w:r w:rsidR="4E655057">
        <w:rPr/>
        <w:t>visuele</w:t>
      </w:r>
      <w:r w:rsidR="4E655057">
        <w:rPr/>
        <w:t xml:space="preserve"> </w:t>
      </w:r>
      <w:r w:rsidR="4E655057">
        <w:rPr/>
        <w:t>referentiepunten</w:t>
      </w:r>
      <w:r w:rsidR="4E655057">
        <w:rPr/>
        <w:t xml:space="preserve"> </w:t>
      </w:r>
      <w:r w:rsidR="4E655057">
        <w:rPr/>
        <w:t>hebben</w:t>
      </w:r>
      <w:r w:rsidR="4E655057">
        <w:rPr/>
        <w:t xml:space="preserve"> om </w:t>
      </w:r>
      <w:r w:rsidR="4E655057">
        <w:rPr/>
        <w:t>obstakels</w:t>
      </w:r>
      <w:r w:rsidR="4E655057">
        <w:rPr/>
        <w:t xml:space="preserve"> </w:t>
      </w:r>
      <w:r w:rsidR="4E655057">
        <w:rPr/>
        <w:t>tijdig</w:t>
      </w:r>
      <w:r w:rsidR="4E655057">
        <w:rPr/>
        <w:t xml:space="preserve"> </w:t>
      </w:r>
      <w:r w:rsidR="4E655057">
        <w:rPr/>
        <w:t>te</w:t>
      </w:r>
      <w:r w:rsidR="4E655057">
        <w:rPr/>
        <w:t xml:space="preserve"> </w:t>
      </w:r>
      <w:r w:rsidR="4E655057">
        <w:rPr/>
        <w:t>detecteren</w:t>
      </w:r>
      <w:r w:rsidR="4E655057">
        <w:rPr/>
        <w:t>.</w:t>
      </w:r>
    </w:p>
    <w:p xmlns:wp14="http://schemas.microsoft.com/office/word/2010/wordml" w14:paraId="30C2F9FC" wp14:textId="77777777">
      <w:r w:rsidR="4E655057">
        <w:rPr/>
        <w:t xml:space="preserve">De </w:t>
      </w:r>
      <w:r w:rsidR="4E655057">
        <w:rPr/>
        <w:t>verwachte</w:t>
      </w:r>
      <w:r w:rsidR="4E655057">
        <w:rPr/>
        <w:t xml:space="preserve"> </w:t>
      </w:r>
      <w:r w:rsidR="4E655057">
        <w:rPr/>
        <w:t>mortaliteit</w:t>
      </w:r>
      <w:r w:rsidR="4E655057">
        <w:rPr/>
        <w:t xml:space="preserve"> van </w:t>
      </w:r>
      <w:r w:rsidRPr="4E655057" w:rsidR="4E655057">
        <w:rPr>
          <w:b w:val="1"/>
          <w:bCs w:val="1"/>
        </w:rPr>
        <w:t xml:space="preserve">2.460 </w:t>
      </w:r>
      <w:r w:rsidRPr="4E655057" w:rsidR="4E655057">
        <w:rPr>
          <w:b w:val="1"/>
          <w:bCs w:val="1"/>
        </w:rPr>
        <w:t>tot</w:t>
      </w:r>
      <w:r w:rsidRPr="4E655057" w:rsidR="4E655057">
        <w:rPr>
          <w:b w:val="1"/>
          <w:bCs w:val="1"/>
        </w:rPr>
        <w:t xml:space="preserve"> 12.874 </w:t>
      </w:r>
      <w:r w:rsidRPr="4E655057" w:rsidR="4E655057">
        <w:rPr>
          <w:b w:val="1"/>
          <w:bCs w:val="1"/>
        </w:rPr>
        <w:t>vogels</w:t>
      </w:r>
      <w:r w:rsidRPr="4E655057" w:rsidR="4E655057">
        <w:rPr>
          <w:b w:val="1"/>
          <w:bCs w:val="1"/>
        </w:rPr>
        <w:t xml:space="preserve"> per </w:t>
      </w:r>
      <w:r w:rsidRPr="4E655057" w:rsidR="4E655057">
        <w:rPr>
          <w:b w:val="1"/>
          <w:bCs w:val="1"/>
        </w:rPr>
        <w:t>jaar</w:t>
      </w:r>
      <w:r w:rsidR="4E655057">
        <w:rPr/>
        <w:t xml:space="preserve"> </w:t>
      </w:r>
      <w:r w:rsidR="4E655057">
        <w:rPr/>
        <w:t>gedurende</w:t>
      </w:r>
      <w:r w:rsidR="4E655057">
        <w:rPr/>
        <w:t xml:space="preserve"> de </w:t>
      </w:r>
      <w:r w:rsidR="4E655057">
        <w:rPr/>
        <w:t>volledige</w:t>
      </w:r>
      <w:r w:rsidR="4E655057">
        <w:rPr/>
        <w:t xml:space="preserve"> </w:t>
      </w:r>
      <w:r w:rsidR="4E655057">
        <w:rPr/>
        <w:t>exploitatieperiode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in het MER </w:t>
      </w:r>
      <w:r w:rsidR="4E655057">
        <w:rPr/>
        <w:t>nergens</w:t>
      </w:r>
      <w:r w:rsidR="4E655057">
        <w:rPr/>
        <w:t xml:space="preserve"> </w:t>
      </w:r>
      <w:r w:rsidR="4E655057">
        <w:rPr/>
        <w:t>gekwantificeerd</w:t>
      </w:r>
      <w:r w:rsidR="4E655057">
        <w:rPr/>
        <w:t xml:space="preserve">, </w:t>
      </w:r>
      <w:r w:rsidR="4E655057">
        <w:rPr/>
        <w:t>laat</w:t>
      </w:r>
      <w:r w:rsidR="4E655057">
        <w:rPr/>
        <w:t xml:space="preserve"> </w:t>
      </w:r>
      <w:r w:rsidR="4E655057">
        <w:rPr/>
        <w:t>staan</w:t>
      </w:r>
      <w:r w:rsidR="4E655057">
        <w:rPr/>
        <w:t xml:space="preserve"> </w:t>
      </w:r>
      <w:r w:rsidR="4E655057">
        <w:rPr/>
        <w:t>beoordeeld</w:t>
      </w:r>
      <w:r w:rsidR="4E655057">
        <w:rPr/>
        <w:t xml:space="preserve"> op </w:t>
      </w:r>
      <w:r w:rsidR="4E655057">
        <w:rPr/>
        <w:t>populatieniveau</w:t>
      </w:r>
      <w:r w:rsidR="4E655057">
        <w:rPr/>
        <w:t>.</w:t>
      </w:r>
    </w:p>
    <w:p xmlns:wp14="http://schemas.microsoft.com/office/word/2010/wordml" w14:paraId="2CD7A251" wp14:textId="77777777">
      <w:pPr>
        <w:pStyle w:val="Heading3"/>
      </w:pPr>
      <w:r w:rsidR="4E655057">
        <w:rPr/>
        <w:t xml:space="preserve">5A.3 </w:t>
      </w:r>
      <w:r w:rsidR="4E655057">
        <w:rPr/>
        <w:t>Vogelafleiders</w:t>
      </w:r>
      <w:r w:rsidR="4E655057">
        <w:rPr/>
        <w:t xml:space="preserve">: </w:t>
      </w:r>
      <w:r w:rsidR="4E655057">
        <w:rPr/>
        <w:t>beperkte</w:t>
      </w:r>
      <w:r w:rsidR="4E655057">
        <w:rPr/>
        <w:t xml:space="preserve"> </w:t>
      </w:r>
      <w:r w:rsidR="4E655057">
        <w:rPr/>
        <w:t>effectiviteit</w:t>
      </w:r>
    </w:p>
    <w:p xmlns:wp14="http://schemas.microsoft.com/office/word/2010/wordml" w14:paraId="6992AA08" wp14:textId="77777777">
      <w:r w:rsidR="4E655057">
        <w:rPr/>
        <w:t xml:space="preserve">Het MER </w:t>
      </w:r>
      <w:r w:rsidR="4E655057">
        <w:rPr/>
        <w:t>stelt</w:t>
      </w:r>
      <w:r w:rsidR="4E655057">
        <w:rPr/>
        <w:t xml:space="preserve"> </w:t>
      </w:r>
      <w:r w:rsidR="4E655057">
        <w:rPr/>
        <w:t>vogelafleiders</w:t>
      </w:r>
      <w:r w:rsidR="4E655057">
        <w:rPr/>
        <w:t xml:space="preserve"> (bird flight diverters) </w:t>
      </w:r>
      <w:r w:rsidR="4E655057">
        <w:rPr/>
        <w:t>voor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</w:t>
      </w:r>
      <w:r w:rsidR="4E655057">
        <w:rPr/>
        <w:t>milderende</w:t>
      </w:r>
      <w:r w:rsidR="4E655057">
        <w:rPr/>
        <w:t xml:space="preserve"> </w:t>
      </w:r>
      <w:r w:rsidR="4E655057">
        <w:rPr/>
        <w:t>maatregel</w:t>
      </w:r>
      <w:r w:rsidR="4E655057">
        <w:rPr/>
        <w:t xml:space="preserve">. De </w:t>
      </w:r>
      <w:r w:rsidR="4E655057">
        <w:rPr/>
        <w:t>effectiviteit</w:t>
      </w:r>
      <w:r w:rsidR="4E655057">
        <w:rPr/>
        <w:t xml:space="preserve"> van </w:t>
      </w:r>
      <w:r w:rsidR="4E655057">
        <w:rPr/>
        <w:t>deze</w:t>
      </w:r>
      <w:r w:rsidR="4E655057">
        <w:rPr/>
        <w:t xml:space="preserve"> </w:t>
      </w:r>
      <w:r w:rsidR="4E655057">
        <w:rPr/>
        <w:t>maatregel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in het MER </w:t>
      </w:r>
      <w:r w:rsidR="4E655057">
        <w:rPr/>
        <w:t>niet</w:t>
      </w:r>
      <w:r w:rsidR="4E655057">
        <w:rPr/>
        <w:t xml:space="preserve"> </w:t>
      </w:r>
      <w:r w:rsidR="4E655057">
        <w:rPr/>
        <w:t>gekwantificeerd</w:t>
      </w:r>
      <w:r w:rsidR="4E655057">
        <w:rPr/>
        <w:t xml:space="preserve">. De </w:t>
      </w:r>
      <w:r w:rsidR="4E655057">
        <w:rPr/>
        <w:t>beschikbare</w:t>
      </w:r>
      <w:r w:rsidR="4E655057">
        <w:rPr/>
        <w:t xml:space="preserve"> meta-</w:t>
      </w:r>
      <w:r w:rsidR="4E655057">
        <w:rPr/>
        <w:t>analytische</w:t>
      </w:r>
      <w:r w:rsidR="4E655057">
        <w:rPr/>
        <w:t xml:space="preserve"> </w:t>
      </w:r>
      <w:r w:rsidR="4E655057">
        <w:rPr/>
        <w:t>literatuur</w:t>
      </w:r>
      <w:r w:rsidR="4E655057">
        <w:rPr/>
        <w:t xml:space="preserve"> </w:t>
      </w:r>
      <w:r w:rsidR="4E655057">
        <w:rPr/>
        <w:t>toont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de </w:t>
      </w:r>
      <w:r w:rsidR="4E655057">
        <w:rPr/>
        <w:t>effectiviteit</w:t>
      </w:r>
      <w:r w:rsidR="4E655057">
        <w:rPr/>
        <w:t xml:space="preserve"> </w:t>
      </w:r>
      <w:r w:rsidR="4E655057">
        <w:rPr/>
        <w:t>beperkt</w:t>
      </w:r>
      <w:r w:rsidR="4E655057">
        <w:rPr/>
        <w:t xml:space="preserve"> is.</w:t>
      </w:r>
    </w:p>
    <w:p xmlns:wp14="http://schemas.microsoft.com/office/word/2010/wordml" w14:paraId="7194C8E7" wp14:textId="77777777">
      <w:r w:rsidR="4E655057">
        <w:rPr/>
        <w:t xml:space="preserve">Bernardino et al. (2019), in </w:t>
      </w:r>
      <w:r w:rsidR="4E655057">
        <w:rPr/>
        <w:t>een</w:t>
      </w:r>
      <w:r w:rsidR="4E655057">
        <w:rPr/>
        <w:t xml:space="preserve"> </w:t>
      </w:r>
      <w:r w:rsidR="4E655057">
        <w:rPr/>
        <w:t>systematische</w:t>
      </w:r>
      <w:r w:rsidR="4E655057">
        <w:rPr/>
        <w:t xml:space="preserve"> meta-</w:t>
      </w:r>
      <w:r w:rsidR="4E655057">
        <w:rPr/>
        <w:t>analyse</w:t>
      </w:r>
      <w:r w:rsidR="4E655057">
        <w:rPr/>
        <w:t xml:space="preserve"> </w:t>
      </w:r>
      <w:r w:rsidR="4E655057">
        <w:rPr/>
        <w:t>gepubliceerd</w:t>
      </w:r>
      <w:r w:rsidR="4E655057">
        <w:rPr/>
        <w:t xml:space="preserve"> in het Journal of Environmental Management (DOI: 10.1016/j.jenvman.2019.109651), </w:t>
      </w:r>
      <w:r w:rsidR="4E655057">
        <w:rPr/>
        <w:t>hebben</w:t>
      </w:r>
      <w:r w:rsidR="4E655057">
        <w:rPr/>
        <w:t xml:space="preserve"> op basis van 29 studies </w:t>
      </w:r>
      <w:r w:rsidR="4E655057">
        <w:rPr/>
        <w:t>vastgesteld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="4E655057">
        <w:rPr/>
        <w:t>draadmarkering</w:t>
      </w:r>
      <w:r w:rsidR="4E655057">
        <w:rPr/>
        <w:t xml:space="preserve"> de </w:t>
      </w:r>
      <w:r w:rsidR="4E655057">
        <w:rPr/>
        <w:t>vogelaanvaringen</w:t>
      </w:r>
      <w:r w:rsidR="4E655057">
        <w:rPr/>
        <w:t xml:space="preserve"> met </w:t>
      </w:r>
      <w:r w:rsidR="4E655057">
        <w:rPr/>
        <w:t>gemiddeld</w:t>
      </w:r>
      <w:r w:rsidR="4E655057">
        <w:rPr/>
        <w:t xml:space="preserve"> </w:t>
      </w:r>
      <w:r w:rsidR="4E655057">
        <w:rPr/>
        <w:t>slechts</w:t>
      </w:r>
      <w:r w:rsidR="4E655057">
        <w:rPr/>
        <w:t xml:space="preserve"> </w:t>
      </w:r>
      <w:r w:rsidRPr="4E655057" w:rsidR="4E655057">
        <w:rPr>
          <w:b w:val="1"/>
          <w:bCs w:val="1"/>
        </w:rPr>
        <w:t>50,4%</w:t>
      </w:r>
      <w:r w:rsidR="4E655057">
        <w:rPr/>
        <w:t xml:space="preserve"> </w:t>
      </w:r>
      <w:r w:rsidR="4E655057">
        <w:rPr/>
        <w:t>vermindert</w:t>
      </w:r>
      <w:r w:rsidR="4E655057">
        <w:rPr/>
        <w:t xml:space="preserve"> (95% </w:t>
      </w:r>
      <w:r w:rsidR="4E655057">
        <w:rPr/>
        <w:t>betrouwbaarheidsinterval</w:t>
      </w:r>
      <w:r w:rsidR="4E655057">
        <w:rPr/>
        <w:t xml:space="preserve">: 40,4–58,8%). Dit </w:t>
      </w:r>
      <w:r w:rsidR="4E655057">
        <w:rPr/>
        <w:t>betekent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="4E655057">
        <w:rPr/>
        <w:t>zelfs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optimale</w:t>
      </w:r>
      <w:r w:rsidR="4E655057">
        <w:rPr/>
        <w:t xml:space="preserve"> </w:t>
      </w:r>
      <w:r w:rsidR="4E655057">
        <w:rPr/>
        <w:t>plaatsing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onderhoud</w:t>
      </w:r>
      <w:r w:rsidR="4E655057">
        <w:rPr/>
        <w:t xml:space="preserve"> van </w:t>
      </w:r>
      <w:r w:rsidR="4E655057">
        <w:rPr/>
        <w:t>vogelafleiders</w:t>
      </w:r>
      <w:r w:rsidR="4E655057">
        <w:rPr/>
        <w:t xml:space="preserve"> over het </w:t>
      </w:r>
      <w:r w:rsidR="4E655057">
        <w:rPr/>
        <w:t>volledige</w:t>
      </w:r>
      <w:r w:rsidR="4E655057">
        <w:rPr/>
        <w:t xml:space="preserve"> </w:t>
      </w:r>
      <w:r w:rsidR="4E655057">
        <w:rPr/>
        <w:t>Ventilus-tracé</w:t>
      </w:r>
      <w:r w:rsidR="4E655057">
        <w:rPr/>
        <w:t xml:space="preserve"> de </w:t>
      </w:r>
      <w:r w:rsidR="4E655057">
        <w:rPr/>
        <w:t>residuele</w:t>
      </w:r>
      <w:r w:rsidR="4E655057">
        <w:rPr/>
        <w:t xml:space="preserve"> </w:t>
      </w:r>
      <w:r w:rsidR="4E655057">
        <w:rPr/>
        <w:t>mortaliteit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</w:t>
      </w:r>
      <w:r w:rsidR="4E655057">
        <w:rPr/>
        <w:t>volgt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geraamd</w:t>
      </w:r>
      <w:r w:rsidR="4E655057">
        <w:rPr/>
        <w:t>:</w:t>
      </w:r>
    </w:p>
    <w:tbl>
      <w:tblPr>
        <w:tblStyle w:val="TableGrid"/>
        <w:tblW w:w="0" w:type="auto"/>
        <w:jc w:val="left"/>
        <w:tblLook w:val="04A0" w:firstRow="1" w:lastRow="0" w:firstColumn="1" w:lastColumn="0" w:noHBand="0" w:noVBand="1"/>
      </w:tblPr>
      <w:tblGrid>
        <w:gridCol w:w="2351"/>
        <w:gridCol w:w="2351"/>
        <w:gridCol w:w="2351"/>
        <w:gridCol w:w="2351"/>
      </w:tblGrid>
      <w:tr xmlns:wp14="http://schemas.microsoft.com/office/word/2010/wordml" w:rsidTr="4E655057" w14:paraId="291ED3C4" wp14:textId="77777777">
        <w:tc>
          <w:tcPr>
            <w:tcW w:w="2351" w:type="dxa"/>
            <w:shd w:val="clear" w:color="auto" w:fill="244061" w:themeFill="accent1" w:themeFillShade="80"/>
            <w:tcMar/>
          </w:tcPr>
          <w:p w14:paraId="17754ECA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Scenario</w:t>
            </w:r>
          </w:p>
        </w:tc>
        <w:tc>
          <w:tcPr>
            <w:tcW w:w="2351" w:type="dxa"/>
            <w:shd w:val="clear" w:color="auto" w:fill="244061" w:themeFill="accent1" w:themeFillShade="80"/>
            <w:tcMar/>
          </w:tcPr>
          <w:p w14:paraId="79308BAB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Mortaliteit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zonder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diverters</w:t>
            </w:r>
          </w:p>
        </w:tc>
        <w:tc>
          <w:tcPr>
            <w:tcW w:w="2351" w:type="dxa"/>
            <w:shd w:val="clear" w:color="auto" w:fill="244061" w:themeFill="accent1" w:themeFillShade="80"/>
            <w:tcMar/>
          </w:tcPr>
          <w:p w14:paraId="1A5589EA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Met diverters (−50,4%)</w:t>
            </w:r>
          </w:p>
        </w:tc>
        <w:tc>
          <w:tcPr>
            <w:tcW w:w="2351" w:type="dxa"/>
            <w:shd w:val="clear" w:color="auto" w:fill="244061" w:themeFill="accent1" w:themeFillShade="80"/>
            <w:tcMar/>
          </w:tcPr>
          <w:p w:rsidP="4E655057" w14:paraId="527C0952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Residueel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per 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jaar</w:t>
            </w:r>
          </w:p>
        </w:tc>
      </w:tr>
      <w:tr xmlns:wp14="http://schemas.microsoft.com/office/word/2010/wordml" w:rsidTr="4E655057" w14:paraId="0465BA3F" wp14:textId="77777777">
        <w:tc>
          <w:tcPr>
            <w:tcW w:w="2351" w:type="dxa"/>
            <w:shd w:val="clear" w:color="auto" w:fill="F2F6FC"/>
            <w:tcMar/>
          </w:tcPr>
          <w:p w:rsidP="4E655057" w14:paraId="16A12D68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Conservatief</w:t>
            </w:r>
          </w:p>
        </w:tc>
        <w:tc>
          <w:tcPr>
            <w:tcW w:w="2351" w:type="dxa"/>
            <w:shd w:val="clear" w:color="auto" w:fill="F2F6FC"/>
            <w:tcMar/>
          </w:tcPr>
          <w:p w:rsidP="4E655057" w14:paraId="2DA02109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2.460/</w:t>
            </w:r>
            <w:r w:rsidRPr="4E655057" w:rsidR="4E655057">
              <w:rPr>
                <w:sz w:val="19"/>
                <w:szCs w:val="19"/>
              </w:rPr>
              <w:t>jaar</w:t>
            </w:r>
          </w:p>
        </w:tc>
        <w:tc>
          <w:tcPr>
            <w:tcW w:w="2351" w:type="dxa"/>
            <w:shd w:val="clear" w:color="auto" w:fill="F2F6FC"/>
            <w:tcMar/>
          </w:tcPr>
          <w:p w14:paraId="299BF48E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−1.240</w:t>
            </w:r>
          </w:p>
        </w:tc>
        <w:tc>
          <w:tcPr>
            <w:tcW w:w="2351" w:type="dxa"/>
            <w:shd w:val="clear" w:color="auto" w:fill="F2F6FC"/>
            <w:tcMar/>
          </w:tcPr>
          <w:p w14:paraId="005B0578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sz w:val="19"/>
                <w:szCs w:val="19"/>
              </w:rPr>
              <w:t>1.220</w:t>
            </w:r>
          </w:p>
        </w:tc>
      </w:tr>
      <w:tr xmlns:wp14="http://schemas.microsoft.com/office/word/2010/wordml" w:rsidTr="4E655057" w14:paraId="0FE4E466" wp14:textId="77777777">
        <w:tc>
          <w:tcPr>
            <w:tcW w:w="2351" w:type="dxa"/>
            <w:tcMar/>
          </w:tcPr>
          <w:p w14:paraId="5D960BA2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West-</w:t>
            </w:r>
            <w:r w:rsidRPr="4E655057" w:rsidR="4E655057">
              <w:rPr>
                <w:sz w:val="19"/>
                <w:szCs w:val="19"/>
              </w:rPr>
              <w:t>Belgische</w:t>
            </w:r>
            <w:r w:rsidRPr="4E655057" w:rsidR="4E655057">
              <w:rPr>
                <w:sz w:val="19"/>
                <w:szCs w:val="19"/>
              </w:rPr>
              <w:t xml:space="preserve"> data</w:t>
            </w:r>
          </w:p>
        </w:tc>
        <w:tc>
          <w:tcPr>
            <w:tcW w:w="2351" w:type="dxa"/>
            <w:tcMar/>
          </w:tcPr>
          <w:p w:rsidP="4E655057" w14:paraId="7EA8CF8C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12.874/</w:t>
            </w:r>
            <w:r w:rsidRPr="4E655057" w:rsidR="4E655057">
              <w:rPr>
                <w:sz w:val="19"/>
                <w:szCs w:val="19"/>
              </w:rPr>
              <w:t>jaar</w:t>
            </w:r>
          </w:p>
        </w:tc>
        <w:tc>
          <w:tcPr>
            <w:tcW w:w="2351" w:type="dxa"/>
            <w:tcMar/>
          </w:tcPr>
          <w:p w14:paraId="7866A464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−6.488</w:t>
            </w:r>
          </w:p>
        </w:tc>
        <w:tc>
          <w:tcPr>
            <w:tcW w:w="2351" w:type="dxa"/>
            <w:tcMar/>
          </w:tcPr>
          <w:p w14:paraId="00890F37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sz w:val="19"/>
                <w:szCs w:val="19"/>
              </w:rPr>
              <w:t>6.386</w:t>
            </w:r>
          </w:p>
        </w:tc>
      </w:tr>
    </w:tbl>
    <w:p xmlns:wp14="http://schemas.microsoft.com/office/word/2010/wordml" w14:paraId="44EAFD9C" wp14:textId="77777777"/>
    <w:p xmlns:wp14="http://schemas.microsoft.com/office/word/2010/wordml" w14:paraId="782BB4BF" wp14:textId="77777777">
      <w:r w:rsidR="4E655057">
        <w:rPr/>
        <w:t xml:space="preserve">Een </w:t>
      </w:r>
      <w:r w:rsidR="4E655057">
        <w:rPr/>
        <w:t>residuele</w:t>
      </w:r>
      <w:r w:rsidR="4E655057">
        <w:rPr/>
        <w:t xml:space="preserve"> </w:t>
      </w:r>
      <w:r w:rsidR="4E655057">
        <w:rPr/>
        <w:t>mortaliteit</w:t>
      </w:r>
      <w:r w:rsidR="4E655057">
        <w:rPr/>
        <w:t xml:space="preserve"> van </w:t>
      </w:r>
      <w:r w:rsidRPr="4E655057" w:rsidR="4E655057">
        <w:rPr>
          <w:b w:val="1"/>
          <w:bCs w:val="1"/>
        </w:rPr>
        <w:t xml:space="preserve">1.220 tot 6.386 </w:t>
      </w:r>
      <w:r w:rsidRPr="4E655057" w:rsidR="4E655057">
        <w:rPr>
          <w:b w:val="1"/>
          <w:bCs w:val="1"/>
        </w:rPr>
        <w:t>vogels</w:t>
      </w:r>
      <w:r w:rsidRPr="4E655057" w:rsidR="4E655057">
        <w:rPr>
          <w:b w:val="1"/>
          <w:bCs w:val="1"/>
        </w:rPr>
        <w:t xml:space="preserve"> per </w:t>
      </w:r>
      <w:r w:rsidRPr="4E655057" w:rsidR="4E655057">
        <w:rPr>
          <w:b w:val="1"/>
          <w:bCs w:val="1"/>
        </w:rPr>
        <w:t>jaar</w:t>
      </w:r>
      <w:r w:rsidR="4E655057">
        <w:rPr/>
        <w:t xml:space="preserve">, </w:t>
      </w:r>
      <w:r w:rsidR="4E655057">
        <w:rPr/>
        <w:t>gedurende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exploitatieperiode</w:t>
      </w:r>
      <w:r w:rsidR="4E655057">
        <w:rPr/>
        <w:t xml:space="preserve"> van </w:t>
      </w:r>
      <w:r w:rsidR="4E655057">
        <w:rPr/>
        <w:t>minimaal</w:t>
      </w:r>
      <w:r w:rsidR="4E655057">
        <w:rPr/>
        <w:t xml:space="preserve"> 40 </w:t>
      </w:r>
      <w:r w:rsidR="4E655057">
        <w:rPr/>
        <w:t>jaar</w:t>
      </w:r>
      <w:r w:rsidR="4E655057">
        <w:rPr/>
        <w:t xml:space="preserve">, is </w:t>
      </w:r>
      <w:r w:rsidR="4E655057">
        <w:rPr/>
        <w:t>een</w:t>
      </w:r>
      <w:r w:rsidR="4E655057">
        <w:rPr/>
        <w:t xml:space="preserve"> significant </w:t>
      </w:r>
      <w:r w:rsidR="4E655057">
        <w:rPr/>
        <w:t>en</w:t>
      </w:r>
      <w:r w:rsidR="4E655057">
        <w:rPr/>
        <w:t xml:space="preserve"> permanent effect </w:t>
      </w:r>
      <w:r w:rsidR="4E655057">
        <w:rPr/>
        <w:t>dat</w:t>
      </w:r>
      <w:r w:rsidR="4E655057">
        <w:rPr/>
        <w:t xml:space="preserve"> in het MER had </w:t>
      </w:r>
      <w:r w:rsidR="4E655057">
        <w:rPr/>
        <w:t>moeten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beoordeeld</w:t>
      </w:r>
      <w:r w:rsidR="4E655057">
        <w:rPr/>
        <w:t xml:space="preserve"> op </w:t>
      </w:r>
      <w:r w:rsidR="4E655057">
        <w:rPr/>
        <w:t>zijn</w:t>
      </w:r>
      <w:r w:rsidR="4E655057">
        <w:rPr/>
        <w:t xml:space="preserve"> </w:t>
      </w:r>
      <w:r w:rsidR="4E655057">
        <w:rPr/>
        <w:t>consequenties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de </w:t>
      </w:r>
      <w:r w:rsidR="4E655057">
        <w:rPr/>
        <w:t>instandhoudingsdoelstellingen</w:t>
      </w:r>
      <w:r w:rsidR="4E655057">
        <w:rPr/>
        <w:t xml:space="preserve"> van het SBZ-V "</w:t>
      </w:r>
      <w:r w:rsidR="4E655057">
        <w:rPr/>
        <w:t>Poldercomplex</w:t>
      </w:r>
      <w:r w:rsidR="4E655057">
        <w:rPr/>
        <w:t xml:space="preserve">" (BE2500932) </w:t>
      </w:r>
      <w:r w:rsidR="4E655057">
        <w:rPr/>
        <w:t>en</w:t>
      </w:r>
      <w:r w:rsidR="4E655057">
        <w:rPr/>
        <w:t xml:space="preserve"> de </w:t>
      </w:r>
      <w:r w:rsidR="4E655057">
        <w:rPr/>
        <w:t>Vogelrichtlijngebieden</w:t>
      </w:r>
      <w:r w:rsidR="4E655057">
        <w:rPr/>
        <w:t xml:space="preserve"> in de </w:t>
      </w:r>
      <w:r w:rsidR="4E655057">
        <w:rPr/>
        <w:t>ruime</w:t>
      </w:r>
      <w:r w:rsidR="4E655057">
        <w:rPr/>
        <w:t xml:space="preserve"> </w:t>
      </w:r>
      <w:r w:rsidR="4E655057">
        <w:rPr/>
        <w:t>omgeving</w:t>
      </w:r>
      <w:r w:rsidR="4E655057">
        <w:rPr/>
        <w:t>.</w:t>
      </w:r>
    </w:p>
    <w:p xmlns:wp14="http://schemas.microsoft.com/office/word/2010/wordml" w14:paraId="3FDBEF46" wp14:textId="77777777">
      <w:r w:rsidR="4E655057">
        <w:rPr/>
        <w:t xml:space="preserve">De </w:t>
      </w:r>
      <w:r w:rsidR="4E655057">
        <w:rPr/>
        <w:t>effectiviteit</w:t>
      </w:r>
      <w:r w:rsidR="4E655057">
        <w:rPr/>
        <w:t xml:space="preserve"> van </w:t>
      </w:r>
      <w:r w:rsidR="4E655057">
        <w:rPr/>
        <w:t>vogelafleiders</w:t>
      </w:r>
      <w:r w:rsidR="4E655057">
        <w:rPr/>
        <w:t xml:space="preserve"> is </w:t>
      </w:r>
      <w:r w:rsidR="4E655057">
        <w:rPr/>
        <w:t>bovendien</w:t>
      </w:r>
      <w:r w:rsidR="4E655057">
        <w:rPr/>
        <w:t xml:space="preserve"> </w:t>
      </w:r>
      <w:r w:rsidR="4E655057">
        <w:rPr/>
        <w:t>sterk</w:t>
      </w:r>
      <w:r w:rsidR="4E655057">
        <w:rPr/>
        <w:t xml:space="preserve"> </w:t>
      </w:r>
      <w:r w:rsidR="4E655057">
        <w:rPr/>
        <w:t>soortafhankelijk</w:t>
      </w:r>
      <w:r w:rsidR="4E655057">
        <w:rPr/>
        <w:t xml:space="preserve">. Ferrer et al. (2020, </w:t>
      </w:r>
      <w:r w:rsidRPr="4E655057" w:rsidR="4E655057">
        <w:rPr>
          <w:i w:val="1"/>
          <w:iCs w:val="1"/>
        </w:rPr>
        <w:t>Global Ecology and Conservation</w:t>
      </w:r>
      <w:r w:rsidR="4E655057">
        <w:rPr/>
        <w:t xml:space="preserve">, 23: e01130, DOI: </w:t>
      </w:r>
      <w:r w:rsidR="4E655057">
        <w:rPr/>
        <w:t>10.1016/j.gecco.2020.e</w:t>
      </w:r>
      <w:r w:rsidR="4E655057">
        <w:rPr/>
        <w:t xml:space="preserve">01130) </w:t>
      </w:r>
      <w:r w:rsidR="4E655057">
        <w:rPr/>
        <w:t>toonden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flapper-diverters </w:t>
      </w:r>
      <w:r w:rsidR="4E655057">
        <w:rPr/>
        <w:t>een</w:t>
      </w:r>
      <w:r w:rsidR="4E655057">
        <w:rPr/>
        <w:t xml:space="preserve"> </w:t>
      </w:r>
      <w:r w:rsidR="4E655057">
        <w:rPr/>
        <w:t>reductie</w:t>
      </w:r>
      <w:r w:rsidR="4E655057">
        <w:rPr/>
        <w:t xml:space="preserve"> van 70,2% </w:t>
      </w:r>
      <w:r w:rsidR="4E655057">
        <w:rPr/>
        <w:t>bereiken</w:t>
      </w:r>
      <w:r w:rsidR="4E655057">
        <w:rPr/>
        <w:t xml:space="preserve">, </w:t>
      </w:r>
      <w:r w:rsidR="4E655057">
        <w:rPr/>
        <w:t>terwijl</w:t>
      </w:r>
      <w:r w:rsidR="4E655057">
        <w:rPr/>
        <w:t xml:space="preserve"> </w:t>
      </w:r>
      <w:r w:rsidR="4E655057">
        <w:rPr/>
        <w:t>spiraalvormige</w:t>
      </w:r>
      <w:r w:rsidR="4E655057">
        <w:rPr/>
        <w:t xml:space="preserve"> </w:t>
      </w:r>
      <w:r w:rsidR="4E655057">
        <w:rPr/>
        <w:t>markeerders</w:t>
      </w:r>
      <w:r w:rsidR="4E655057">
        <w:rPr/>
        <w:t xml:space="preserve"> </w:t>
      </w:r>
      <w:r w:rsidR="4E655057">
        <w:rPr/>
        <w:t>slechts</w:t>
      </w:r>
      <w:r w:rsidR="4E655057">
        <w:rPr/>
        <w:t xml:space="preserve"> 40-44% </w:t>
      </w:r>
      <w:r w:rsidR="4E655057">
        <w:rPr/>
        <w:t>bereiken</w:t>
      </w:r>
      <w:r w:rsidR="4E655057">
        <w:rPr/>
        <w:t xml:space="preserve">. Bij </w:t>
      </w:r>
      <w:r w:rsidR="4E655057">
        <w:rPr/>
        <w:t>sommige</w:t>
      </w:r>
      <w:r w:rsidR="4E655057">
        <w:rPr/>
        <w:t xml:space="preserve"> </w:t>
      </w:r>
      <w:r w:rsidR="4E655057">
        <w:rPr/>
        <w:t>soorten</w:t>
      </w:r>
      <w:r w:rsidR="4E655057">
        <w:rPr/>
        <w:t xml:space="preserve"> (</w:t>
      </w:r>
      <w:r w:rsidR="4E655057">
        <w:rPr/>
        <w:t>waaronder</w:t>
      </w:r>
      <w:r w:rsidR="4E655057">
        <w:rPr/>
        <w:t xml:space="preserve"> </w:t>
      </w:r>
      <w:r w:rsidR="4E655057">
        <w:rPr/>
        <w:t>trappen</w:t>
      </w:r>
      <w:r w:rsidR="4E655057">
        <w:rPr/>
        <w:t xml:space="preserve">) </w:t>
      </w:r>
      <w:r w:rsidR="4E655057">
        <w:rPr/>
        <w:t>werd</w:t>
      </w:r>
      <w:r w:rsidR="4E655057">
        <w:rPr/>
        <w:t xml:space="preserve"> </w:t>
      </w:r>
      <w:r w:rsidR="4E655057">
        <w:rPr/>
        <w:t>geen</w:t>
      </w:r>
      <w:r w:rsidR="4E655057">
        <w:rPr/>
        <w:t xml:space="preserve"> </w:t>
      </w:r>
      <w:r w:rsidR="4E655057">
        <w:rPr/>
        <w:t>meetbaar</w:t>
      </w:r>
      <w:r w:rsidR="4E655057">
        <w:rPr/>
        <w:t xml:space="preserve"> effect </w:t>
      </w:r>
      <w:r w:rsidR="4E655057">
        <w:rPr/>
        <w:t>vastgesteld</w:t>
      </w:r>
      <w:r w:rsidR="4E655057">
        <w:rPr/>
        <w:t>.</w:t>
      </w:r>
    </w:p>
    <w:p xmlns:wp14="http://schemas.microsoft.com/office/word/2010/wordml" w14:paraId="1A822073" wp14:textId="77777777">
      <w:r w:rsidR="4E655057">
        <w:rPr/>
        <w:t xml:space="preserve">Raab et al. (2012, </w:t>
      </w:r>
      <w:r w:rsidRPr="4E655057" w:rsidR="4E655057">
        <w:rPr>
          <w:i w:val="1"/>
          <w:iCs w:val="1"/>
        </w:rPr>
        <w:t>Bird Conservation International</w:t>
      </w:r>
      <w:r w:rsidR="4E655057">
        <w:rPr/>
        <w:t xml:space="preserve">, 22(3): 299-306, DOI: 10.1017/S0959270911000463) </w:t>
      </w:r>
      <w:r w:rsidR="4E655057">
        <w:rPr/>
        <w:t>documenteerden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de </w:t>
      </w:r>
      <w:r w:rsidR="4E655057">
        <w:rPr/>
        <w:t>ondergrondse</w:t>
      </w:r>
      <w:r w:rsidR="4E655057">
        <w:rPr/>
        <w:t xml:space="preserve"> </w:t>
      </w:r>
      <w:r w:rsidR="4E655057">
        <w:rPr/>
        <w:t>kabellegging</w:t>
      </w:r>
      <w:r w:rsidR="4E655057">
        <w:rPr/>
        <w:t xml:space="preserve"> over 43,1 km de </w:t>
      </w:r>
      <w:r w:rsidR="4E655057">
        <w:rPr/>
        <w:t>mortaliteit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de Grote Trap in West-</w:t>
      </w:r>
      <w:r w:rsidR="4E655057">
        <w:rPr/>
        <w:t>Pannonië</w:t>
      </w:r>
      <w:r w:rsidR="4E655057">
        <w:rPr/>
        <w:t xml:space="preserve"> </w:t>
      </w:r>
      <w:r w:rsidRPr="4E655057" w:rsidR="4E655057">
        <w:rPr>
          <w:b w:val="1"/>
          <w:bCs w:val="1"/>
        </w:rPr>
        <w:t xml:space="preserve">significant </w:t>
      </w:r>
      <w:r w:rsidRPr="4E655057" w:rsidR="4E655057">
        <w:rPr>
          <w:b w:val="1"/>
          <w:bCs w:val="1"/>
        </w:rPr>
        <w:t>verminderde</w:t>
      </w:r>
      <w:r w:rsidR="4E655057">
        <w:rPr/>
        <w:t xml:space="preserve">. Dit </w:t>
      </w:r>
      <w:r w:rsidR="4E655057">
        <w:rPr/>
        <w:t>bevestigt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="4E655057">
        <w:rPr/>
        <w:t>ondergrondse</w:t>
      </w:r>
      <w:r w:rsidR="4E655057">
        <w:rPr/>
        <w:t xml:space="preserve"> </w:t>
      </w:r>
      <w:r w:rsidR="4E655057">
        <w:rPr/>
        <w:t>aanleg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slechts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theoretisch</w:t>
      </w:r>
      <w:r w:rsidR="4E655057">
        <w:rPr/>
        <w:t xml:space="preserve"> </w:t>
      </w:r>
      <w:r w:rsidR="4E655057">
        <w:rPr/>
        <w:t>alternatief</w:t>
      </w:r>
      <w:r w:rsidR="4E655057">
        <w:rPr/>
        <w:t xml:space="preserve"> is, maar </w:t>
      </w:r>
      <w:r w:rsidR="4E655057">
        <w:rPr/>
        <w:t>een</w:t>
      </w:r>
      <w:r w:rsidR="4E655057">
        <w:rPr/>
        <w:t xml:space="preserve"> </w:t>
      </w:r>
      <w:r w:rsidR="4E655057">
        <w:rPr/>
        <w:t>bewezen</w:t>
      </w:r>
      <w:r w:rsidR="4E655057">
        <w:rPr/>
        <w:t xml:space="preserve"> </w:t>
      </w:r>
      <w:r w:rsidR="4E655057">
        <w:rPr/>
        <w:t>effectieve</w:t>
      </w:r>
      <w:r w:rsidR="4E655057">
        <w:rPr/>
        <w:t xml:space="preserve"> </w:t>
      </w:r>
      <w:r w:rsidR="4E655057">
        <w:rPr/>
        <w:t>maatregel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de </w:t>
      </w:r>
      <w:r w:rsidR="4E655057">
        <w:rPr/>
        <w:t>bescherming</w:t>
      </w:r>
      <w:r w:rsidR="4E655057">
        <w:rPr/>
        <w:t xml:space="preserve"> van </w:t>
      </w:r>
      <w:r w:rsidR="4E655057">
        <w:rPr/>
        <w:t>kwetsbare</w:t>
      </w:r>
      <w:r w:rsidR="4E655057">
        <w:rPr/>
        <w:t xml:space="preserve"> </w:t>
      </w:r>
      <w:r w:rsidR="4E655057">
        <w:rPr/>
        <w:t>vogelsoorten</w:t>
      </w:r>
      <w:r w:rsidR="4E655057">
        <w:rPr/>
        <w:t>.</w:t>
      </w:r>
    </w:p>
    <w:p xmlns:wp14="http://schemas.microsoft.com/office/word/2010/wordml" w14:paraId="11668659" wp14:textId="77777777">
      <w:r w:rsidR="4E655057">
        <w:rPr/>
        <w:t xml:space="preserve">Gauld et al. (2022, </w:t>
      </w:r>
      <w:r w:rsidRPr="4E655057" w:rsidR="4E655057">
        <w:rPr>
          <w:i w:val="1"/>
          <w:iCs w:val="1"/>
        </w:rPr>
        <w:t>Journal of Applied Ecology</w:t>
      </w:r>
      <w:r w:rsidR="4E655057">
        <w:rPr/>
        <w:t xml:space="preserve">, 59(6): 1496-1512, DOI: 10.1111/1365-2664.14160) </w:t>
      </w:r>
      <w:r w:rsidR="4E655057">
        <w:rPr/>
        <w:t>ontwikkelden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avian collision hotspot mapping-</w:t>
      </w:r>
      <w:r w:rsidR="4E655057">
        <w:rPr/>
        <w:t>methode</w:t>
      </w:r>
      <w:r w:rsidR="4E655057">
        <w:rPr/>
        <w:t xml:space="preserve"> die </w:t>
      </w:r>
      <w:r w:rsidR="4E655057">
        <w:rPr/>
        <w:t>aantoont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polders </w:t>
      </w:r>
      <w:r w:rsidR="4E655057">
        <w:rPr/>
        <w:t>en</w:t>
      </w:r>
      <w:r w:rsidR="4E655057">
        <w:rPr/>
        <w:t xml:space="preserve"> open </w:t>
      </w:r>
      <w:r w:rsidR="4E655057">
        <w:rPr/>
        <w:t>landschappen</w:t>
      </w:r>
      <w:r w:rsidR="4E655057">
        <w:rPr/>
        <w:t xml:space="preserve"> — </w:t>
      </w:r>
      <w:r w:rsidR="4E655057">
        <w:rPr/>
        <w:t>precies</w:t>
      </w:r>
      <w:r w:rsidR="4E655057">
        <w:rPr/>
        <w:t xml:space="preserve"> het </w:t>
      </w:r>
      <w:r w:rsidR="4E655057">
        <w:rPr/>
        <w:t>landschapstype</w:t>
      </w:r>
      <w:r w:rsidR="4E655057">
        <w:rPr/>
        <w:t xml:space="preserve"> van het </w:t>
      </w:r>
      <w:r w:rsidR="4E655057">
        <w:rPr/>
        <w:t>Ventilus-tracé</w:t>
      </w:r>
      <w:r w:rsidR="4E655057">
        <w:rPr/>
        <w:t xml:space="preserve"> — de </w:t>
      </w:r>
      <w:r w:rsidR="4E655057">
        <w:rPr/>
        <w:t>hoogste</w:t>
      </w:r>
      <w:r w:rsidR="4E655057">
        <w:rPr/>
        <w:t xml:space="preserve"> </w:t>
      </w:r>
      <w:r w:rsidR="4E655057">
        <w:rPr/>
        <w:t>aanvaringsrisico's</w:t>
      </w:r>
      <w:r w:rsidR="4E655057">
        <w:rPr/>
        <w:t xml:space="preserve"> </w:t>
      </w:r>
      <w:r w:rsidR="4E655057">
        <w:rPr/>
        <w:t>vertonen</w:t>
      </w:r>
      <w:r w:rsidR="4E655057">
        <w:rPr/>
        <w:t>.</w:t>
      </w:r>
    </w:p>
    <w:p xmlns:wp14="http://schemas.microsoft.com/office/word/2010/wordml" w14:paraId="60F407E2" wp14:textId="77777777">
      <w:pPr>
        <w:pStyle w:val="Heading3"/>
      </w:pPr>
      <w:r w:rsidR="4E655057">
        <w:rPr/>
        <w:t xml:space="preserve">5A.4 Het </w:t>
      </w:r>
      <w:r w:rsidR="4E655057">
        <w:rPr/>
        <w:t>ondergrondse</w:t>
      </w:r>
      <w:r w:rsidR="4E655057">
        <w:rPr/>
        <w:t xml:space="preserve"> </w:t>
      </w:r>
      <w:r w:rsidR="4E655057">
        <w:rPr/>
        <w:t>alternatief</w:t>
      </w:r>
      <w:r w:rsidR="4E655057">
        <w:rPr/>
        <w:t xml:space="preserve"> </w:t>
      </w:r>
      <w:r w:rsidR="4E655057">
        <w:rPr/>
        <w:t>elimineert</w:t>
      </w:r>
      <w:r w:rsidR="4E655057">
        <w:rPr/>
        <w:t xml:space="preserve"> </w:t>
      </w:r>
      <w:r w:rsidR="4E655057">
        <w:rPr/>
        <w:t>vogelsterfte</w:t>
      </w:r>
      <w:r w:rsidR="4E655057">
        <w:rPr/>
        <w:t xml:space="preserve"> </w:t>
      </w:r>
      <w:r w:rsidR="4E655057">
        <w:rPr/>
        <w:t>volledig</w:t>
      </w:r>
    </w:p>
    <w:p xmlns:wp14="http://schemas.microsoft.com/office/word/2010/wordml" w14:paraId="173B0643" wp14:textId="77777777">
      <w:r w:rsidR="4E655057">
        <w:rPr/>
        <w:t xml:space="preserve">Een </w:t>
      </w:r>
      <w:r w:rsidR="4E655057">
        <w:rPr/>
        <w:t>ondergrondse</w:t>
      </w:r>
      <w:r w:rsidR="4E655057">
        <w:rPr/>
        <w:t xml:space="preserve"> </w:t>
      </w:r>
      <w:r w:rsidR="4E655057">
        <w:rPr/>
        <w:t>kabelverbinding</w:t>
      </w:r>
      <w:r w:rsidR="4E655057">
        <w:rPr/>
        <w:t xml:space="preserve"> </w:t>
      </w:r>
      <w:r w:rsidR="4E655057">
        <w:rPr/>
        <w:t>genereert</w:t>
      </w:r>
      <w:r w:rsidR="4E655057">
        <w:rPr/>
        <w:t xml:space="preserve"> </w:t>
      </w:r>
      <w:r w:rsidRPr="4E655057" w:rsidR="4E655057">
        <w:rPr>
          <w:b w:val="1"/>
          <w:bCs w:val="1"/>
        </w:rPr>
        <w:t>nul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vogelaanvaringen</w:t>
      </w:r>
      <w:r w:rsidR="4E655057">
        <w:rPr/>
        <w:t xml:space="preserve">. Het </w:t>
      </w:r>
      <w:r w:rsidR="4E655057">
        <w:rPr/>
        <w:t>verschil</w:t>
      </w:r>
      <w:r w:rsidR="4E655057">
        <w:rPr/>
        <w:t xml:space="preserve"> </w:t>
      </w:r>
      <w:r w:rsidR="4E655057">
        <w:rPr/>
        <w:t>tussen</w:t>
      </w:r>
      <w:r w:rsidR="4E655057">
        <w:rPr/>
        <w:t xml:space="preserve"> het </w:t>
      </w:r>
      <w:r w:rsidR="4E655057">
        <w:rPr/>
        <w:t>bovengrondse</w:t>
      </w:r>
      <w:r w:rsidR="4E655057">
        <w:rPr/>
        <w:t xml:space="preserve"> project (1.220–6.386 </w:t>
      </w:r>
      <w:r w:rsidR="4E655057">
        <w:rPr/>
        <w:t>sterftes</w:t>
      </w:r>
      <w:r w:rsidR="4E655057">
        <w:rPr/>
        <w:t xml:space="preserve"> per </w:t>
      </w:r>
      <w:r w:rsidR="4E655057">
        <w:rPr/>
        <w:t>jaar</w:t>
      </w:r>
      <w:r w:rsidR="4E655057">
        <w:rPr/>
        <w:t xml:space="preserve">, </w:t>
      </w:r>
      <w:r w:rsidR="4E655057">
        <w:rPr/>
        <w:t>zelfs</w:t>
      </w:r>
      <w:r w:rsidR="4E655057">
        <w:rPr/>
        <w:t xml:space="preserve"> met </w:t>
      </w:r>
      <w:r w:rsidR="4E655057">
        <w:rPr/>
        <w:t>optimale</w:t>
      </w:r>
      <w:r w:rsidR="4E655057">
        <w:rPr/>
        <w:t xml:space="preserve"> </w:t>
      </w:r>
      <w:r w:rsidR="4E655057">
        <w:rPr/>
        <w:t>mitigatie</w:t>
      </w:r>
      <w:r w:rsidR="4E655057">
        <w:rPr/>
        <w:t xml:space="preserve">) </w:t>
      </w:r>
      <w:r w:rsidR="4E655057">
        <w:rPr/>
        <w:t>en</w:t>
      </w:r>
      <w:r w:rsidR="4E655057">
        <w:rPr/>
        <w:t xml:space="preserve"> het </w:t>
      </w:r>
      <w:r w:rsidR="4E655057">
        <w:rPr/>
        <w:t>ondergrondse</w:t>
      </w:r>
      <w:r w:rsidR="4E655057">
        <w:rPr/>
        <w:t xml:space="preserve"> </w:t>
      </w:r>
      <w:r w:rsidR="4E655057">
        <w:rPr/>
        <w:t>alternatief</w:t>
      </w:r>
      <w:r w:rsidR="4E655057">
        <w:rPr/>
        <w:t xml:space="preserve"> (</w:t>
      </w:r>
      <w:r w:rsidR="4E655057">
        <w:rPr/>
        <w:t>nul</w:t>
      </w:r>
      <w:r w:rsidR="4E655057">
        <w:rPr/>
        <w:t xml:space="preserve"> </w:t>
      </w:r>
      <w:r w:rsidR="4E655057">
        <w:rPr/>
        <w:t>sterftes</w:t>
      </w:r>
      <w:r w:rsidR="4E655057">
        <w:rPr/>
        <w:t xml:space="preserve">) is </w:t>
      </w:r>
      <w:r w:rsidR="4E655057">
        <w:rPr/>
        <w:t>dermate</w:t>
      </w:r>
      <w:r w:rsidR="4E655057">
        <w:rPr/>
        <w:t xml:space="preserve"> </w:t>
      </w:r>
      <w:r w:rsidR="4E655057">
        <w:rPr/>
        <w:t>substantieel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het </w:t>
      </w:r>
      <w:r w:rsidR="4E655057">
        <w:rPr/>
        <w:t>nalaten</w:t>
      </w:r>
      <w:r w:rsidR="4E655057">
        <w:rPr/>
        <w:t xml:space="preserve"> om </w:t>
      </w:r>
      <w:r w:rsidR="4E655057">
        <w:rPr/>
        <w:t>dit</w:t>
      </w:r>
      <w:r w:rsidR="4E655057">
        <w:rPr/>
        <w:t xml:space="preserve"> </w:t>
      </w:r>
      <w:r w:rsidR="4E655057">
        <w:rPr/>
        <w:t>verschil</w:t>
      </w:r>
      <w:r w:rsidR="4E655057">
        <w:rPr/>
        <w:t xml:space="preserve"> </w:t>
      </w:r>
      <w:r w:rsidR="4E655057">
        <w:rPr/>
        <w:t>kwantitatief</w:t>
      </w:r>
      <w:r w:rsidR="4E655057">
        <w:rPr/>
        <w:t xml:space="preserve"> </w:t>
      </w:r>
      <w:r w:rsidR="4E655057">
        <w:rPr/>
        <w:t>te</w:t>
      </w:r>
      <w:r w:rsidR="4E655057">
        <w:rPr/>
        <w:t xml:space="preserve"> </w:t>
      </w:r>
      <w:r w:rsidR="4E655057">
        <w:rPr/>
        <w:t>betrekken</w:t>
      </w:r>
      <w:r w:rsidR="4E655057">
        <w:rPr/>
        <w:t xml:space="preserve"> in de </w:t>
      </w:r>
      <w:r w:rsidR="4E655057">
        <w:rPr/>
        <w:t>effectbeoordeling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de </w:t>
      </w:r>
      <w:r w:rsidR="4E655057">
        <w:rPr/>
        <w:t>alternativenafweging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ernstige</w:t>
      </w:r>
      <w:r w:rsidR="4E655057">
        <w:rPr/>
        <w:t xml:space="preserve"> lacune in het MER </w:t>
      </w:r>
      <w:r w:rsidR="4E655057">
        <w:rPr/>
        <w:t>vormt</w:t>
      </w:r>
      <w:r w:rsidR="4E655057">
        <w:rPr/>
        <w:t>.</w:t>
      </w:r>
    </w:p>
    <w:p xmlns:wp14="http://schemas.microsoft.com/office/word/2010/wordml" w14:paraId="322F5BA9" wp14:textId="77777777">
      <w:pPr>
        <w:pStyle w:val="Heading3"/>
      </w:pPr>
      <w:r w:rsidR="4E655057">
        <w:rPr/>
        <w:t xml:space="preserve">5A.5 </w:t>
      </w:r>
      <w:r w:rsidR="4E655057">
        <w:rPr/>
        <w:t>Strijdigheid</w:t>
      </w:r>
      <w:r w:rsidR="4E655057">
        <w:rPr/>
        <w:t xml:space="preserve"> met de EU </w:t>
      </w:r>
      <w:r w:rsidR="4E655057">
        <w:rPr/>
        <w:t>Vogelrichtlijn</w:t>
      </w:r>
    </w:p>
    <w:p xmlns:wp14="http://schemas.microsoft.com/office/word/2010/wordml" w14:paraId="28176A73" wp14:textId="77777777">
      <w:r w:rsidR="4E655057">
        <w:rPr/>
        <w:t xml:space="preserve">De </w:t>
      </w:r>
      <w:r w:rsidR="4E655057">
        <w:rPr/>
        <w:t>Vogelrichtlijn</w:t>
      </w:r>
      <w:r w:rsidR="4E655057">
        <w:rPr/>
        <w:t xml:space="preserve"> (2009/147/EG) </w:t>
      </w:r>
      <w:r w:rsidR="4E655057">
        <w:rPr/>
        <w:t>verplicht</w:t>
      </w:r>
      <w:r w:rsidR="4E655057">
        <w:rPr/>
        <w:t xml:space="preserve"> de </w:t>
      </w:r>
      <w:r w:rsidR="4E655057">
        <w:rPr/>
        <w:t>lidstaten</w:t>
      </w:r>
      <w:r w:rsidR="4E655057">
        <w:rPr/>
        <w:t xml:space="preserve"> tot:</w:t>
      </w:r>
    </w:p>
    <w:p xmlns:wp14="http://schemas.microsoft.com/office/word/2010/wordml" w14:paraId="63444233" wp14:textId="77777777">
      <w:pPr>
        <w:pStyle w:val="ListBullet"/>
        <w:spacing w:after="60"/>
        <w:ind w:left="720"/>
        <w:rPr/>
      </w:pPr>
      <w:r w:rsidR="4E655057">
        <w:rPr/>
        <w:t xml:space="preserve">het in stand </w:t>
      </w:r>
      <w:r w:rsidR="4E655057">
        <w:rPr/>
        <w:t>houden</w:t>
      </w:r>
      <w:r w:rsidR="4E655057">
        <w:rPr/>
        <w:t xml:space="preserve"> van de </w:t>
      </w:r>
      <w:r w:rsidR="4E655057">
        <w:rPr/>
        <w:t>populaties</w:t>
      </w:r>
      <w:r w:rsidR="4E655057">
        <w:rPr/>
        <w:t xml:space="preserve"> van alle in het wild </w:t>
      </w:r>
      <w:r w:rsidR="4E655057">
        <w:rPr/>
        <w:t>levende</w:t>
      </w:r>
      <w:r w:rsidR="4E655057">
        <w:rPr/>
        <w:t xml:space="preserve"> </w:t>
      </w:r>
      <w:r w:rsidR="4E655057">
        <w:rPr/>
        <w:t>vogelsoorten</w:t>
      </w:r>
      <w:r w:rsidR="4E655057">
        <w:rPr/>
        <w:t xml:space="preserve"> op </w:t>
      </w:r>
      <w:r w:rsidR="4E655057">
        <w:rPr/>
        <w:t>een</w:t>
      </w:r>
      <w:r w:rsidR="4E655057">
        <w:rPr/>
        <w:t xml:space="preserve"> </w:t>
      </w:r>
      <w:r w:rsidR="4E655057">
        <w:rPr/>
        <w:t>niveau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met name </w:t>
      </w:r>
      <w:r w:rsidR="4E655057">
        <w:rPr/>
        <w:t>beantwoordt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de </w:t>
      </w:r>
      <w:r w:rsidR="4E655057">
        <w:rPr/>
        <w:t>ecologische</w:t>
      </w:r>
      <w:r w:rsidR="4E655057">
        <w:rPr/>
        <w:t xml:space="preserve">, </w:t>
      </w:r>
      <w:r w:rsidR="4E655057">
        <w:rPr/>
        <w:t>wetenschappelijke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culturele</w:t>
      </w:r>
      <w:r w:rsidR="4E655057">
        <w:rPr/>
        <w:t xml:space="preserve"> </w:t>
      </w:r>
      <w:r w:rsidR="4E655057">
        <w:rPr/>
        <w:t>eisen</w:t>
      </w:r>
      <w:r w:rsidR="4E655057">
        <w:rPr/>
        <w:t xml:space="preserve"> (</w:t>
      </w:r>
      <w:r w:rsidRPr="4E655057" w:rsidR="4E655057">
        <w:rPr>
          <w:b w:val="1"/>
          <w:bCs w:val="1"/>
        </w:rPr>
        <w:t>artikel</w:t>
      </w:r>
      <w:r w:rsidRPr="4E655057" w:rsidR="4E655057">
        <w:rPr>
          <w:b w:val="1"/>
          <w:bCs w:val="1"/>
        </w:rPr>
        <w:t xml:space="preserve"> 2</w:t>
      </w:r>
      <w:r w:rsidR="4E655057">
        <w:rPr/>
        <w:t>);</w:t>
      </w:r>
    </w:p>
    <w:p xmlns:wp14="http://schemas.microsoft.com/office/word/2010/wordml" w14:paraId="2867CF58" wp14:textId="77777777">
      <w:pPr>
        <w:pStyle w:val="ListBullet"/>
        <w:spacing w:after="60"/>
        <w:ind w:left="720"/>
        <w:rPr/>
      </w:pPr>
      <w:r w:rsidR="4E655057">
        <w:rPr/>
        <w:t xml:space="preserve">het </w:t>
      </w:r>
      <w:r w:rsidR="4E655057">
        <w:rPr/>
        <w:t>nemen</w:t>
      </w:r>
      <w:r w:rsidR="4E655057">
        <w:rPr/>
        <w:t xml:space="preserve"> van </w:t>
      </w:r>
      <w:r w:rsidR="4E655057">
        <w:rPr/>
        <w:t>maatregelen</w:t>
      </w:r>
      <w:r w:rsidR="4E655057">
        <w:rPr/>
        <w:t xml:space="preserve"> ter </w:t>
      </w:r>
      <w:r w:rsidR="4E655057">
        <w:rPr/>
        <w:t>instandhouding</w:t>
      </w:r>
      <w:r w:rsidR="4E655057">
        <w:rPr/>
        <w:t xml:space="preserve"> van de </w:t>
      </w:r>
      <w:r w:rsidR="4E655057">
        <w:rPr/>
        <w:t>leefgebieden</w:t>
      </w:r>
      <w:r w:rsidR="4E655057">
        <w:rPr/>
        <w:t xml:space="preserve"> van de in </w:t>
      </w:r>
      <w:r w:rsidR="4E655057">
        <w:rPr/>
        <w:t>Bijlage</w:t>
      </w:r>
      <w:r w:rsidR="4E655057">
        <w:rPr/>
        <w:t xml:space="preserve"> I </w:t>
      </w:r>
      <w:r w:rsidR="4E655057">
        <w:rPr/>
        <w:t>vermelde</w:t>
      </w:r>
      <w:r w:rsidR="4E655057">
        <w:rPr/>
        <w:t xml:space="preserve"> </w:t>
      </w:r>
      <w:r w:rsidR="4E655057">
        <w:rPr/>
        <w:t>soorten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van de </w:t>
      </w:r>
      <w:r w:rsidR="4E655057">
        <w:rPr/>
        <w:t>geregeld</w:t>
      </w:r>
      <w:r w:rsidR="4E655057">
        <w:rPr/>
        <w:t xml:space="preserve"> </w:t>
      </w:r>
      <w:r w:rsidR="4E655057">
        <w:rPr/>
        <w:t>voorkomende</w:t>
      </w:r>
      <w:r w:rsidR="4E655057">
        <w:rPr/>
        <w:t xml:space="preserve"> </w:t>
      </w:r>
      <w:r w:rsidR="4E655057">
        <w:rPr/>
        <w:t>trekvogels</w:t>
      </w:r>
      <w:r w:rsidR="4E655057">
        <w:rPr/>
        <w:t xml:space="preserve"> (</w:t>
      </w:r>
      <w:r w:rsidRPr="4E655057" w:rsidR="4E655057">
        <w:rPr>
          <w:b w:val="1"/>
          <w:bCs w:val="1"/>
        </w:rPr>
        <w:t>artikel</w:t>
      </w:r>
      <w:r w:rsidRPr="4E655057" w:rsidR="4E655057">
        <w:rPr>
          <w:b w:val="1"/>
          <w:bCs w:val="1"/>
        </w:rPr>
        <w:t xml:space="preserve"> 4</w:t>
      </w:r>
      <w:r w:rsidR="4E655057">
        <w:rPr/>
        <w:t>);</w:t>
      </w:r>
    </w:p>
    <w:p xmlns:wp14="http://schemas.microsoft.com/office/word/2010/wordml" w14:paraId="3511F545" wp14:textId="77777777">
      <w:pPr>
        <w:pStyle w:val="ListBullet"/>
        <w:spacing w:after="60"/>
        <w:ind w:left="720"/>
        <w:rPr/>
      </w:pPr>
      <w:r w:rsidR="4E655057">
        <w:rPr/>
        <w:t xml:space="preserve">het </w:t>
      </w:r>
      <w:r w:rsidR="4E655057">
        <w:rPr/>
        <w:t>instellen</w:t>
      </w:r>
      <w:r w:rsidR="4E655057">
        <w:rPr/>
        <w:t xml:space="preserve"> van </w:t>
      </w:r>
      <w:r w:rsidR="4E655057">
        <w:rPr/>
        <w:t>een</w:t>
      </w:r>
      <w:r w:rsidR="4E655057">
        <w:rPr/>
        <w:t xml:space="preserve"> </w:t>
      </w:r>
      <w:r w:rsidR="4E655057">
        <w:rPr/>
        <w:t>algemene</w:t>
      </w:r>
      <w:r w:rsidR="4E655057">
        <w:rPr/>
        <w:t xml:space="preserve"> </w:t>
      </w:r>
      <w:r w:rsidR="4E655057">
        <w:rPr/>
        <w:t>regeling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de </w:t>
      </w:r>
      <w:r w:rsidR="4E655057">
        <w:rPr/>
        <w:t>bescherming</w:t>
      </w:r>
      <w:r w:rsidR="4E655057">
        <w:rPr/>
        <w:t xml:space="preserve"> van alle in het wild </w:t>
      </w:r>
      <w:r w:rsidR="4E655057">
        <w:rPr/>
        <w:t>levende</w:t>
      </w:r>
      <w:r w:rsidR="4E655057">
        <w:rPr/>
        <w:t xml:space="preserve"> </w:t>
      </w:r>
      <w:r w:rsidR="4E655057">
        <w:rPr/>
        <w:t>vogelsoorten</w:t>
      </w:r>
      <w:r w:rsidR="4E655057">
        <w:rPr/>
        <w:t xml:space="preserve">, </w:t>
      </w:r>
      <w:r w:rsidR="4E655057">
        <w:rPr/>
        <w:t>waaronder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verbod</w:t>
      </w:r>
      <w:r w:rsidR="4E655057">
        <w:rPr/>
        <w:t xml:space="preserve"> op het </w:t>
      </w:r>
      <w:r w:rsidR="4E655057">
        <w:rPr/>
        <w:t>opzettelijk</w:t>
      </w:r>
      <w:r w:rsidR="4E655057">
        <w:rPr/>
        <w:t xml:space="preserve"> </w:t>
      </w:r>
      <w:r w:rsidR="4E655057">
        <w:rPr/>
        <w:t>doden</w:t>
      </w:r>
      <w:r w:rsidR="4E655057">
        <w:rPr/>
        <w:t xml:space="preserve"> of </w:t>
      </w:r>
      <w:r w:rsidR="4E655057">
        <w:rPr/>
        <w:t>vangen</w:t>
      </w:r>
      <w:r w:rsidR="4E655057">
        <w:rPr/>
        <w:t xml:space="preserve"> (</w:t>
      </w:r>
      <w:r w:rsidRPr="4E655057" w:rsidR="4E655057">
        <w:rPr>
          <w:b w:val="1"/>
          <w:bCs w:val="1"/>
        </w:rPr>
        <w:t>artikel</w:t>
      </w:r>
      <w:r w:rsidRPr="4E655057" w:rsidR="4E655057">
        <w:rPr>
          <w:b w:val="1"/>
          <w:bCs w:val="1"/>
        </w:rPr>
        <w:t xml:space="preserve"> 5 sub a</w:t>
      </w:r>
      <w:r w:rsidR="4E655057">
        <w:rPr/>
        <w:t>).</w:t>
      </w:r>
    </w:p>
    <w:p xmlns:wp14="http://schemas.microsoft.com/office/word/2010/wordml" w14:paraId="68BFAF76" wp14:textId="77777777">
      <w:r w:rsidR="4E655057">
        <w:rPr/>
        <w:t xml:space="preserve">Een project </w:t>
      </w:r>
      <w:r w:rsidR="4E655057">
        <w:rPr/>
        <w:t>dat</w:t>
      </w:r>
      <w:r w:rsidR="4E655057">
        <w:rPr/>
        <w:t xml:space="preserve"> </w:t>
      </w:r>
      <w:r w:rsidR="4E655057">
        <w:rPr/>
        <w:t>voorzienbaar</w:t>
      </w:r>
      <w:r w:rsidR="4E655057">
        <w:rPr/>
        <w:t xml:space="preserve"> </w:t>
      </w:r>
      <w:r w:rsidR="4E655057">
        <w:rPr/>
        <w:t>leidt</w:t>
      </w:r>
      <w:r w:rsidR="4E655057">
        <w:rPr/>
        <w:t xml:space="preserve"> tot de </w:t>
      </w:r>
      <w:r w:rsidR="4E655057">
        <w:rPr/>
        <w:t>dood</w:t>
      </w:r>
      <w:r w:rsidR="4E655057">
        <w:rPr/>
        <w:t xml:space="preserve"> van </w:t>
      </w:r>
      <w:r w:rsidR="4E655057">
        <w:rPr/>
        <w:t>duizenden</w:t>
      </w:r>
      <w:r w:rsidR="4E655057">
        <w:rPr/>
        <w:t xml:space="preserve"> </w:t>
      </w:r>
      <w:r w:rsidR="4E655057">
        <w:rPr/>
        <w:t>vogels</w:t>
      </w:r>
      <w:r w:rsidR="4E655057">
        <w:rPr/>
        <w:t xml:space="preserve"> per </w:t>
      </w:r>
      <w:r w:rsidR="4E655057">
        <w:rPr/>
        <w:t>jaar</w:t>
      </w:r>
      <w:r w:rsidR="4E655057">
        <w:rPr/>
        <w:t xml:space="preserve"> — </w:t>
      </w:r>
      <w:r w:rsidR="4E655057">
        <w:rPr/>
        <w:t>waaronder</w:t>
      </w:r>
      <w:r w:rsidR="4E655057">
        <w:rPr/>
        <w:t xml:space="preserve"> </w:t>
      </w:r>
      <w:r w:rsidR="4E655057">
        <w:rPr/>
        <w:t>soorten</w:t>
      </w:r>
      <w:r w:rsidR="4E655057">
        <w:rPr/>
        <w:t xml:space="preserve"> </w:t>
      </w:r>
      <w:r w:rsidR="4E655057">
        <w:rPr/>
        <w:t>waarvoor</w:t>
      </w:r>
      <w:r w:rsidR="4E655057">
        <w:rPr/>
        <w:t xml:space="preserve"> het </w:t>
      </w:r>
      <w:r w:rsidR="4E655057">
        <w:rPr/>
        <w:t>doorsneden</w:t>
      </w:r>
      <w:r w:rsidR="4E655057">
        <w:rPr/>
        <w:t xml:space="preserve"> SBZ-V is </w:t>
      </w:r>
      <w:r w:rsidR="4E655057">
        <w:rPr/>
        <w:t>aangewezen</w:t>
      </w:r>
      <w:r w:rsidR="4E655057">
        <w:rPr/>
        <w:t xml:space="preserve"> — </w:t>
      </w:r>
      <w:r w:rsidR="4E655057">
        <w:rPr/>
        <w:t>kan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vergund</w:t>
      </w:r>
      <w:r w:rsidR="4E655057">
        <w:rPr/>
        <w:t xml:space="preserve"> </w:t>
      </w:r>
      <w:r w:rsidR="4E655057">
        <w:rPr/>
        <w:t>zonder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(</w:t>
      </w:r>
      <w:r w:rsidR="4E655057">
        <w:rPr/>
        <w:t>i</w:t>
      </w:r>
      <w:r w:rsidR="4E655057">
        <w:rPr/>
        <w:t xml:space="preserve">) de </w:t>
      </w:r>
      <w:r w:rsidR="4E655057">
        <w:rPr/>
        <w:t>verwachte</w:t>
      </w:r>
      <w:r w:rsidR="4E655057">
        <w:rPr/>
        <w:t xml:space="preserve"> </w:t>
      </w:r>
      <w:r w:rsidR="4E655057">
        <w:rPr/>
        <w:t>mortaliteit</w:t>
      </w:r>
      <w:r w:rsidR="4E655057">
        <w:rPr/>
        <w:t xml:space="preserve"> is </w:t>
      </w:r>
      <w:r w:rsidR="4E655057">
        <w:rPr/>
        <w:t>gekwantificeerd</w:t>
      </w:r>
      <w:r w:rsidR="4E655057">
        <w:rPr/>
        <w:t xml:space="preserve">, (ii) de </w:t>
      </w:r>
      <w:r w:rsidR="4E655057">
        <w:rPr/>
        <w:t>consequenties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de </w:t>
      </w:r>
      <w:r w:rsidR="4E655057">
        <w:rPr/>
        <w:t>betrokken</w:t>
      </w:r>
      <w:r w:rsidR="4E655057">
        <w:rPr/>
        <w:t xml:space="preserve"> </w:t>
      </w:r>
      <w:r w:rsidR="4E655057">
        <w:rPr/>
        <w:t>populaties</w:t>
      </w:r>
      <w:r w:rsidR="4E655057">
        <w:rPr/>
        <w:t xml:space="preserve"> </w:t>
      </w:r>
      <w:r w:rsidR="4E655057">
        <w:rPr/>
        <w:t>zijn</w:t>
      </w:r>
      <w:r w:rsidR="4E655057">
        <w:rPr/>
        <w:t xml:space="preserve"> </w:t>
      </w:r>
      <w:r w:rsidR="4E655057">
        <w:rPr/>
        <w:t>beoordeeld</w:t>
      </w:r>
      <w:r w:rsidR="4E655057">
        <w:rPr/>
        <w:t xml:space="preserve">, </w:t>
      </w:r>
      <w:r w:rsidR="4E655057">
        <w:rPr/>
        <w:t>en</w:t>
      </w:r>
      <w:r w:rsidR="4E655057">
        <w:rPr/>
        <w:t xml:space="preserve"> (iii) is </w:t>
      </w:r>
      <w:r w:rsidR="4E655057">
        <w:rPr/>
        <w:t>aangetoond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er </w:t>
      </w:r>
      <w:r w:rsidR="4E655057">
        <w:rPr/>
        <w:t>geen</w:t>
      </w:r>
      <w:r w:rsidR="4E655057">
        <w:rPr/>
        <w:t xml:space="preserve"> </w:t>
      </w:r>
      <w:r w:rsidR="4E655057">
        <w:rPr/>
        <w:t>alternatief</w:t>
      </w:r>
      <w:r w:rsidR="4E655057">
        <w:rPr/>
        <w:t xml:space="preserve"> </w:t>
      </w:r>
      <w:r w:rsidR="4E655057">
        <w:rPr/>
        <w:t>bestaat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="4E655057">
        <w:rPr/>
        <w:t>deze</w:t>
      </w:r>
      <w:r w:rsidR="4E655057">
        <w:rPr/>
        <w:t xml:space="preserve"> </w:t>
      </w:r>
      <w:r w:rsidR="4E655057">
        <w:rPr/>
        <w:t>mortaliteit</w:t>
      </w:r>
      <w:r w:rsidR="4E655057">
        <w:rPr/>
        <w:t xml:space="preserve"> </w:t>
      </w:r>
      <w:r w:rsidR="4E655057">
        <w:rPr/>
        <w:t>vermijdt</w:t>
      </w:r>
      <w:r w:rsidR="4E655057">
        <w:rPr/>
        <w:t>.</w:t>
      </w:r>
    </w:p>
    <w:p xmlns:wp14="http://schemas.microsoft.com/office/word/2010/wordml" w14:paraId="4CAF0F6C" wp14:textId="77777777">
      <w:r w:rsidR="4E655057">
        <w:rPr/>
        <w:t xml:space="preserve">Artikel 6 lid 4 van de </w:t>
      </w:r>
      <w:r w:rsidR="4E655057">
        <w:rPr/>
        <w:t>Habitatrichtlijn</w:t>
      </w:r>
      <w:r w:rsidR="4E655057">
        <w:rPr/>
        <w:t xml:space="preserve"> (92/43/EEG) </w:t>
      </w:r>
      <w:r w:rsidR="4E655057">
        <w:rPr/>
        <w:t>staat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derogatie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plan of project met </w:t>
      </w:r>
      <w:r w:rsidR="4E655057">
        <w:rPr/>
        <w:t>significante</w:t>
      </w:r>
      <w:r w:rsidR="4E655057">
        <w:rPr/>
        <w:t xml:space="preserve"> </w:t>
      </w:r>
      <w:r w:rsidR="4E655057">
        <w:rPr/>
        <w:t>negatieve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 </w:t>
      </w:r>
      <w:r w:rsidR="4E655057">
        <w:rPr/>
        <w:t>slechts</w:t>
      </w:r>
      <w:r w:rsidR="4E655057">
        <w:rPr/>
        <w:t xml:space="preserve"> toe </w:t>
      </w:r>
      <w:r w:rsidR="4E655057">
        <w:rPr/>
        <w:t>indien</w:t>
      </w:r>
      <w:r w:rsidR="4E655057">
        <w:rPr/>
        <w:t xml:space="preserve"> er </w:t>
      </w:r>
      <w:r w:rsidRPr="4E655057" w:rsidR="4E655057">
        <w:rPr>
          <w:b w:val="1"/>
          <w:bCs w:val="1"/>
        </w:rPr>
        <w:t>geen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alternatieve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oplossing</w:t>
      </w:r>
      <w:r w:rsidR="4E655057">
        <w:rPr/>
        <w:t xml:space="preserve"> </w:t>
      </w:r>
      <w:r w:rsidR="4E655057">
        <w:rPr/>
        <w:t>bestaat</w:t>
      </w:r>
      <w:r w:rsidR="4E655057">
        <w:rPr/>
        <w:t xml:space="preserve">. Een </w:t>
      </w:r>
      <w:r w:rsidR="4E655057">
        <w:rPr/>
        <w:t>ondergrondse</w:t>
      </w:r>
      <w:r w:rsidR="4E655057">
        <w:rPr/>
        <w:t xml:space="preserve"> </w:t>
      </w:r>
      <w:r w:rsidR="4E655057">
        <w:rPr/>
        <w:t>kabelverbinding</w:t>
      </w:r>
      <w:r w:rsidR="4E655057">
        <w:rPr/>
        <w:t xml:space="preserve">, die de </w:t>
      </w:r>
      <w:r w:rsidR="4E655057">
        <w:rPr/>
        <w:t>vogelsterfte</w:t>
      </w:r>
      <w:r w:rsidR="4E655057">
        <w:rPr/>
        <w:t xml:space="preserve"> </w:t>
      </w:r>
      <w:r w:rsidR="4E655057">
        <w:rPr/>
        <w:t>volledig</w:t>
      </w:r>
      <w:r w:rsidR="4E655057">
        <w:rPr/>
        <w:t xml:space="preserve"> </w:t>
      </w:r>
      <w:r w:rsidR="4E655057">
        <w:rPr/>
        <w:t>elimineert</w:t>
      </w:r>
      <w:r w:rsidR="4E655057">
        <w:rPr/>
        <w:t xml:space="preserve">, </w:t>
      </w:r>
      <w:r w:rsidR="4E655057">
        <w:rPr/>
        <w:t>constitueert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dergelijk</w:t>
      </w:r>
      <w:r w:rsidR="4E655057">
        <w:rPr/>
        <w:t xml:space="preserve"> </w:t>
      </w:r>
      <w:r w:rsidR="4E655057">
        <w:rPr/>
        <w:t>alternatief</w:t>
      </w:r>
      <w:r w:rsidR="4E655057">
        <w:rPr/>
        <w:t>.</w:t>
      </w:r>
    </w:p>
    <w:p xmlns:wp14="http://schemas.microsoft.com/office/word/2010/wordml" w14:paraId="68DD2099" wp14:textId="77777777">
      <w:pPr>
        <w:pStyle w:val="Heading3"/>
      </w:pPr>
      <w:r w:rsidR="4E655057">
        <w:rPr/>
        <w:t xml:space="preserve">5A.5bis </w:t>
      </w:r>
      <w:r w:rsidR="4E655057">
        <w:rPr/>
        <w:t>Europese</w:t>
      </w:r>
      <w:r w:rsidR="4E655057">
        <w:rPr/>
        <w:t xml:space="preserve"> </w:t>
      </w:r>
      <w:r w:rsidR="4E655057">
        <w:rPr/>
        <w:t>Commissie</w:t>
      </w:r>
      <w:r w:rsidR="4E655057">
        <w:rPr/>
        <w:t xml:space="preserve"> </w:t>
      </w:r>
      <w:r w:rsidR="4E655057">
        <w:rPr/>
        <w:t>Richtsnoer</w:t>
      </w:r>
      <w:r w:rsidR="4E655057">
        <w:rPr/>
        <w:t xml:space="preserve"> C/2018/2619</w:t>
      </w:r>
    </w:p>
    <w:p xmlns:wp14="http://schemas.microsoft.com/office/word/2010/wordml" w14:paraId="7854C396" wp14:textId="77777777">
      <w:r w:rsidR="4E655057">
        <w:rPr/>
        <w:t xml:space="preserve">De </w:t>
      </w:r>
      <w:r w:rsidR="4E655057">
        <w:rPr/>
        <w:t>Europese</w:t>
      </w:r>
      <w:r w:rsidR="4E655057">
        <w:rPr/>
        <w:t xml:space="preserve"> </w:t>
      </w:r>
      <w:r w:rsidR="4E655057">
        <w:rPr/>
        <w:t>Commissie</w:t>
      </w:r>
      <w:r w:rsidR="4E655057">
        <w:rPr/>
        <w:t xml:space="preserve"> </w:t>
      </w:r>
      <w:r w:rsidR="4E655057">
        <w:rPr/>
        <w:t>publiceerde</w:t>
      </w:r>
      <w:r w:rsidR="4E655057">
        <w:rPr/>
        <w:t xml:space="preserve"> op 18 </w:t>
      </w:r>
      <w:r w:rsidR="4E655057">
        <w:rPr/>
        <w:t>juni</w:t>
      </w:r>
      <w:r w:rsidR="4E655057">
        <w:rPr/>
        <w:t xml:space="preserve"> 2018 het </w:t>
      </w:r>
      <w:r w:rsidR="4E655057">
        <w:rPr/>
        <w:t>Richtsnoer</w:t>
      </w:r>
      <w:r w:rsidR="4E655057">
        <w:rPr/>
        <w:t xml:space="preserve"> C/2018/2619 (</w:t>
      </w:r>
      <w:r w:rsidRPr="4E655057" w:rsidR="4E655057">
        <w:rPr>
          <w:i w:val="1"/>
          <w:iCs w:val="1"/>
        </w:rPr>
        <w:t>Official Journal of the EU</w:t>
      </w:r>
      <w:r w:rsidR="4E655057">
        <w:rPr/>
        <w:t xml:space="preserve">) </w:t>
      </w:r>
      <w:r w:rsidR="4E655057">
        <w:rPr/>
        <w:t>dat</w:t>
      </w:r>
      <w:r w:rsidR="4E655057">
        <w:rPr/>
        <w:t xml:space="preserve"> </w:t>
      </w:r>
      <w:r w:rsidR="4E655057">
        <w:rPr/>
        <w:t>specifieke</w:t>
      </w:r>
      <w:r w:rsidR="4E655057">
        <w:rPr/>
        <w:t xml:space="preserve"> </w:t>
      </w:r>
      <w:r w:rsidR="4E655057">
        <w:rPr/>
        <w:t>richtsnoeren</w:t>
      </w:r>
      <w:r w:rsidR="4E655057">
        <w:rPr/>
        <w:t xml:space="preserve"> </w:t>
      </w:r>
      <w:r w:rsidR="4E655057">
        <w:rPr/>
        <w:t>bevat</w:t>
      </w:r>
      <w:r w:rsidR="4E655057">
        <w:rPr/>
        <w:t xml:space="preserve"> over de </w:t>
      </w:r>
      <w:r w:rsidR="4E655057">
        <w:rPr/>
        <w:t>interactie</w:t>
      </w:r>
      <w:r w:rsidR="4E655057">
        <w:rPr/>
        <w:t xml:space="preserve"> </w:t>
      </w:r>
      <w:r w:rsidR="4E655057">
        <w:rPr/>
        <w:t>tussen</w:t>
      </w:r>
      <w:r w:rsidR="4E655057">
        <w:rPr/>
        <w:t xml:space="preserve"> </w:t>
      </w:r>
      <w:r w:rsidR="4E655057">
        <w:rPr/>
        <w:t>energietransmissie-infrastructuur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de Vogel- </w:t>
      </w:r>
      <w:r w:rsidR="4E655057">
        <w:rPr/>
        <w:t>en</w:t>
      </w:r>
      <w:r w:rsidR="4E655057">
        <w:rPr/>
        <w:t xml:space="preserve"> </w:t>
      </w:r>
      <w:r w:rsidR="4E655057">
        <w:rPr/>
        <w:t>Habitatrichtlijn</w:t>
      </w:r>
      <w:r w:rsidR="4E655057">
        <w:rPr/>
        <w:t xml:space="preserve">. Dit </w:t>
      </w:r>
      <w:r w:rsidR="4E655057">
        <w:rPr/>
        <w:t>richtsnoer</w:t>
      </w:r>
      <w:r w:rsidR="4E655057">
        <w:rPr/>
        <w:t>:</w:t>
      </w:r>
    </w:p>
    <w:p xmlns:wp14="http://schemas.microsoft.com/office/word/2010/wordml" w14:paraId="644E017C" wp14:textId="77777777">
      <w:pPr>
        <w:pStyle w:val="ListBullet"/>
        <w:spacing w:after="60"/>
        <w:ind w:left="720"/>
        <w:rPr/>
      </w:pPr>
      <w:r w:rsidR="4E655057">
        <w:rPr/>
        <w:t>vereist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Pr="4E655057" w:rsidR="4E655057">
        <w:rPr>
          <w:b w:val="1"/>
          <w:bCs w:val="1"/>
        </w:rPr>
        <w:t>passende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beoordeling</w:t>
      </w:r>
      <w:r w:rsidR="4E655057">
        <w:rPr/>
        <w:t xml:space="preserve"> </w:t>
      </w:r>
      <w:r w:rsidR="4E655057">
        <w:rPr/>
        <w:t>onder</w:t>
      </w:r>
      <w:r w:rsidR="4E655057">
        <w:rPr/>
        <w:t xml:space="preserve"> </w:t>
      </w:r>
      <w:r w:rsidR="4E655057">
        <w:rPr/>
        <w:t>artikel</w:t>
      </w:r>
      <w:r w:rsidR="4E655057">
        <w:rPr/>
        <w:t xml:space="preserve"> 6 lid 3 </w:t>
      </w:r>
      <w:r w:rsidR="4E655057">
        <w:rPr/>
        <w:t>wanneer</w:t>
      </w:r>
      <w:r w:rsidR="4E655057">
        <w:rPr/>
        <w:t xml:space="preserve"> Natura 2000-gebieden </w:t>
      </w:r>
      <w:r w:rsidR="4E655057">
        <w:rPr/>
        <w:t>kunnen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beïnvloed</w:t>
      </w:r>
      <w:r w:rsidR="4E655057">
        <w:rPr/>
        <w:t xml:space="preserve"> door </w:t>
      </w:r>
      <w:r w:rsidR="4E655057">
        <w:rPr/>
        <w:t>energieinfrastructuur</w:t>
      </w:r>
      <w:r w:rsidR="4E655057">
        <w:rPr/>
        <w:t>;</w:t>
      </w:r>
    </w:p>
    <w:p xmlns:wp14="http://schemas.microsoft.com/office/word/2010/wordml" w14:paraId="1A25027A" wp14:textId="77777777">
      <w:pPr>
        <w:pStyle w:val="ListBullet"/>
        <w:spacing w:after="60"/>
        <w:ind w:left="720"/>
        <w:rPr/>
      </w:pPr>
      <w:r w:rsidR="4E655057">
        <w:rPr/>
        <w:t>erkent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="4E655057">
        <w:rPr/>
        <w:t>bovengrondse</w:t>
      </w:r>
      <w:r w:rsidR="4E655057">
        <w:rPr/>
        <w:t xml:space="preserve"> </w:t>
      </w:r>
      <w:r w:rsidR="4E655057">
        <w:rPr/>
        <w:t>hoogspanningslijnen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Pr="4E655057" w:rsidR="4E655057">
        <w:rPr>
          <w:b w:val="1"/>
          <w:bCs w:val="1"/>
        </w:rPr>
        <w:t>significante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bron</w:t>
      </w:r>
      <w:r w:rsidRPr="4E655057" w:rsidR="4E655057">
        <w:rPr>
          <w:b w:val="1"/>
          <w:bCs w:val="1"/>
        </w:rPr>
        <w:t xml:space="preserve"> van </w:t>
      </w:r>
      <w:r w:rsidRPr="4E655057" w:rsidR="4E655057">
        <w:rPr>
          <w:b w:val="1"/>
          <w:bCs w:val="1"/>
        </w:rPr>
        <w:t>vogelsterfte</w:t>
      </w:r>
      <w:r w:rsidR="4E655057">
        <w:rPr/>
        <w:t xml:space="preserve"> </w:t>
      </w:r>
      <w:r w:rsidR="4E655057">
        <w:rPr/>
        <w:t>vormen</w:t>
      </w:r>
      <w:r w:rsidR="4E655057">
        <w:rPr/>
        <w:t>;</w:t>
      </w:r>
    </w:p>
    <w:p xmlns:wp14="http://schemas.microsoft.com/office/word/2010/wordml" w14:paraId="56B9DCBF" wp14:textId="77777777">
      <w:pPr>
        <w:pStyle w:val="ListBullet"/>
        <w:spacing w:after="60"/>
        <w:ind w:left="720"/>
        <w:rPr/>
      </w:pPr>
      <w:r w:rsidR="4E655057">
        <w:rPr/>
        <w:t>bevestigt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Pr="4E655057" w:rsidR="4E655057">
        <w:rPr>
          <w:b w:val="1"/>
          <w:bCs w:val="1"/>
        </w:rPr>
        <w:t>ondergrondse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aanleg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relevant </w:t>
      </w:r>
      <w:r w:rsidR="4E655057">
        <w:rPr/>
        <w:t>alternatief</w:t>
      </w:r>
      <w:r w:rsidR="4E655057">
        <w:rPr/>
        <w:t xml:space="preserve"> is </w:t>
      </w:r>
      <w:r w:rsidR="4E655057">
        <w:rPr/>
        <w:t>dat</w:t>
      </w:r>
      <w:r w:rsidR="4E655057">
        <w:rPr/>
        <w:t xml:space="preserve"> in de </w:t>
      </w:r>
      <w:r w:rsidR="4E655057">
        <w:rPr/>
        <w:t>passende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 </w:t>
      </w:r>
      <w:r w:rsidR="4E655057">
        <w:rPr/>
        <w:t>moet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meegewogen</w:t>
      </w:r>
      <w:r w:rsidR="4E655057">
        <w:rPr/>
        <w:t>.</w:t>
      </w:r>
    </w:p>
    <w:p xmlns:wp14="http://schemas.microsoft.com/office/word/2010/wordml" w14:paraId="2E25B6BE" wp14:textId="77777777">
      <w:r w:rsidR="4E655057">
        <w:rPr/>
        <w:t xml:space="preserve">Het project-MER </w:t>
      </w:r>
      <w:r w:rsidR="4E655057">
        <w:rPr/>
        <w:t>verwijst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naar</w:t>
      </w:r>
      <w:r w:rsidR="4E655057">
        <w:rPr/>
        <w:t xml:space="preserve"> </w:t>
      </w:r>
      <w:r w:rsidR="4E655057">
        <w:rPr/>
        <w:t>dit</w:t>
      </w:r>
      <w:r w:rsidR="4E655057">
        <w:rPr/>
        <w:t xml:space="preserve"> </w:t>
      </w:r>
      <w:r w:rsidR="4E655057">
        <w:rPr/>
        <w:t>richtsnoer</w:t>
      </w:r>
      <w:r w:rsidR="4E655057">
        <w:rPr/>
        <w:t xml:space="preserve">, </w:t>
      </w:r>
      <w:r w:rsidR="4E655057">
        <w:rPr/>
        <w:t>terwijl</w:t>
      </w:r>
      <w:r w:rsidR="4E655057">
        <w:rPr/>
        <w:t xml:space="preserve"> het </w:t>
      </w:r>
      <w:r w:rsidR="4E655057">
        <w:rPr/>
        <w:t>Ventilus-tracé</w:t>
      </w:r>
      <w:r w:rsidR="4E655057">
        <w:rPr/>
        <w:t xml:space="preserve"> 3 </w:t>
      </w:r>
      <w:r w:rsidR="4E655057">
        <w:rPr/>
        <w:t>Habitatrichtlijngebieden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1 </w:t>
      </w:r>
      <w:r w:rsidR="4E655057">
        <w:rPr/>
        <w:t>Vogelrichtlijngebied</w:t>
      </w:r>
      <w:r w:rsidR="4E655057">
        <w:rPr/>
        <w:t xml:space="preserve"> </w:t>
      </w:r>
      <w:r w:rsidR="4E655057">
        <w:rPr/>
        <w:t>kruist</w:t>
      </w:r>
      <w:r w:rsidR="4E655057">
        <w:rPr/>
        <w:t xml:space="preserve"> of </w:t>
      </w:r>
      <w:r w:rsidR="4E655057">
        <w:rPr/>
        <w:t>raakt</w:t>
      </w:r>
      <w:r w:rsidR="4E655057">
        <w:rPr/>
        <w:t xml:space="preserve">. Dit is </w:t>
      </w:r>
      <w:r w:rsidR="4E655057">
        <w:rPr/>
        <w:t>een</w:t>
      </w:r>
      <w:r w:rsidR="4E655057">
        <w:rPr/>
        <w:t xml:space="preserve"> </w:t>
      </w:r>
      <w:r w:rsidR="4E655057">
        <w:rPr/>
        <w:t>aanvullende</w:t>
      </w:r>
      <w:r w:rsidR="4E655057">
        <w:rPr/>
        <w:t xml:space="preserve"> </w:t>
      </w:r>
      <w:r w:rsidR="4E655057">
        <w:rPr/>
        <w:t>leemte</w:t>
      </w:r>
      <w:r w:rsidR="4E655057">
        <w:rPr/>
        <w:t xml:space="preserve"> in het </w:t>
      </w:r>
      <w:r w:rsidR="4E655057">
        <w:rPr/>
        <w:t>juridisch</w:t>
      </w:r>
      <w:r w:rsidR="4E655057">
        <w:rPr/>
        <w:t xml:space="preserve"> </w:t>
      </w:r>
      <w:r w:rsidR="4E655057">
        <w:rPr/>
        <w:t>kader</w:t>
      </w:r>
      <w:r w:rsidR="4E655057">
        <w:rPr/>
        <w:t>.</w:t>
      </w:r>
    </w:p>
    <w:p xmlns:wp14="http://schemas.microsoft.com/office/word/2010/wordml" w14:paraId="5920C4C3" wp14:textId="77777777">
      <w:pPr>
        <w:pStyle w:val="Heading3"/>
      </w:pPr>
      <w:r w:rsidR="4E655057">
        <w:rPr/>
        <w:t xml:space="preserve">5A.6 LIFE SafeLines4Birds: Elia </w:t>
      </w:r>
      <w:r w:rsidR="4E655057">
        <w:rPr/>
        <w:t>erkent</w:t>
      </w:r>
      <w:r w:rsidR="4E655057">
        <w:rPr/>
        <w:t xml:space="preserve"> het </w:t>
      </w:r>
      <w:r w:rsidR="4E655057">
        <w:rPr/>
        <w:t>probleem</w:t>
      </w:r>
    </w:p>
    <w:p xmlns:wp14="http://schemas.microsoft.com/office/word/2010/wordml" w14:paraId="34D04491" wp14:textId="77777777">
      <w:r w:rsidR="4E655057">
        <w:rPr/>
        <w:t>Het EU LIFE-</w:t>
      </w:r>
      <w:r w:rsidR="4E655057">
        <w:rPr/>
        <w:t>programma</w:t>
      </w:r>
      <w:r w:rsidR="4E655057">
        <w:rPr/>
        <w:t xml:space="preserve"> </w:t>
      </w:r>
      <w:r w:rsidR="4E655057">
        <w:rPr/>
        <w:t>financiert</w:t>
      </w:r>
      <w:r w:rsidR="4E655057">
        <w:rPr/>
        <w:t xml:space="preserve"> het project </w:t>
      </w:r>
      <w:r w:rsidRPr="4E655057" w:rsidR="4E655057">
        <w:rPr>
          <w:b w:val="1"/>
          <w:bCs w:val="1"/>
        </w:rPr>
        <w:t>LIFE SafeLines4Birds</w:t>
      </w:r>
      <w:r w:rsidR="4E655057">
        <w:rPr/>
        <w:t xml:space="preserve"> (2022–2028) met </w:t>
      </w:r>
      <w:r w:rsidR="4E655057">
        <w:rPr/>
        <w:t>een</w:t>
      </w:r>
      <w:r w:rsidR="4E655057">
        <w:rPr/>
        <w:t xml:space="preserve"> budget van EUR 14,2 </w:t>
      </w:r>
      <w:r w:rsidR="4E655057">
        <w:rPr/>
        <w:t>miljoen</w:t>
      </w:r>
      <w:r w:rsidR="4E655057">
        <w:rPr/>
        <w:t xml:space="preserve">. Dit project </w:t>
      </w:r>
      <w:r w:rsidR="4E655057">
        <w:rPr/>
        <w:t>heeft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</w:t>
      </w:r>
      <w:r w:rsidR="4E655057">
        <w:rPr/>
        <w:t>specifiek</w:t>
      </w:r>
      <w:r w:rsidR="4E655057">
        <w:rPr/>
        <w:t xml:space="preserve"> </w:t>
      </w:r>
      <w:r w:rsidR="4E655057">
        <w:rPr/>
        <w:t>doel</w:t>
      </w:r>
      <w:r w:rsidR="4E655057">
        <w:rPr/>
        <w:t xml:space="preserve"> de </w:t>
      </w:r>
      <w:r w:rsidR="4E655057">
        <w:rPr/>
        <w:t>vogelsterfte</w:t>
      </w:r>
      <w:r w:rsidR="4E655057">
        <w:rPr/>
        <w:t xml:space="preserve"> door </w:t>
      </w:r>
      <w:r w:rsidR="4E655057">
        <w:rPr/>
        <w:t>aanvaring</w:t>
      </w:r>
      <w:r w:rsidR="4E655057">
        <w:rPr/>
        <w:t xml:space="preserve"> met </w:t>
      </w:r>
      <w:r w:rsidR="4E655057">
        <w:rPr/>
        <w:t>en</w:t>
      </w:r>
      <w:r w:rsidR="4E655057">
        <w:rPr/>
        <w:t xml:space="preserve"> </w:t>
      </w:r>
      <w:r w:rsidR="4E655057">
        <w:rPr/>
        <w:t>elektrocutie</w:t>
      </w:r>
      <w:r w:rsidR="4E655057">
        <w:rPr/>
        <w:t xml:space="preserve"> door </w:t>
      </w:r>
      <w:r w:rsidR="4E655057">
        <w:rPr/>
        <w:t>hoogspanningsinfrastructuur</w:t>
      </w:r>
      <w:r w:rsidR="4E655057">
        <w:rPr/>
        <w:t xml:space="preserve"> </w:t>
      </w:r>
      <w:r w:rsidR="4E655057">
        <w:rPr/>
        <w:t>te</w:t>
      </w:r>
      <w:r w:rsidR="4E655057">
        <w:rPr/>
        <w:t xml:space="preserve"> </w:t>
      </w:r>
      <w:r w:rsidR="4E655057">
        <w:rPr/>
        <w:t>verminderen</w:t>
      </w:r>
      <w:r w:rsidR="4E655057">
        <w:rPr/>
        <w:t>.</w:t>
      </w:r>
    </w:p>
    <w:p xmlns:wp14="http://schemas.microsoft.com/office/word/2010/wordml" w14:paraId="2C4839B3" wp14:textId="77777777">
      <w:r w:rsidRPr="4E655057" w:rsidR="4E655057">
        <w:rPr>
          <w:b w:val="1"/>
          <w:bCs w:val="1"/>
        </w:rPr>
        <w:t xml:space="preserve">Elia is </w:t>
      </w:r>
      <w:r w:rsidRPr="4E655057" w:rsidR="4E655057">
        <w:rPr>
          <w:b w:val="1"/>
          <w:bCs w:val="1"/>
        </w:rPr>
        <w:t>Belgische</w:t>
      </w:r>
      <w:r w:rsidRPr="4E655057" w:rsidR="4E655057">
        <w:rPr>
          <w:b w:val="1"/>
          <w:bCs w:val="1"/>
        </w:rPr>
        <w:t xml:space="preserve"> partner in </w:t>
      </w:r>
      <w:r w:rsidRPr="4E655057" w:rsidR="4E655057">
        <w:rPr>
          <w:b w:val="1"/>
          <w:bCs w:val="1"/>
        </w:rPr>
        <w:t>dit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LIFE-project</w:t>
      </w:r>
      <w:r w:rsidRPr="4E655057" w:rsidR="4E655057">
        <w:rPr>
          <w:b w:val="1"/>
          <w:bCs w:val="1"/>
        </w:rPr>
        <w:t>.</w:t>
      </w:r>
      <w:r w:rsidR="4E655057">
        <w:rPr/>
        <w:t xml:space="preserve"> Het </w:t>
      </w:r>
      <w:r w:rsidR="4E655057">
        <w:rPr/>
        <w:t>feit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Elia </w:t>
      </w:r>
      <w:r w:rsidR="4E655057">
        <w:rPr/>
        <w:t>als</w:t>
      </w:r>
      <w:r w:rsidR="4E655057">
        <w:rPr/>
        <w:t xml:space="preserve"> </w:t>
      </w:r>
      <w:r w:rsidR="4E655057">
        <w:rPr/>
        <w:t>aanvrager</w:t>
      </w:r>
      <w:r w:rsidR="4E655057">
        <w:rPr/>
        <w:t xml:space="preserve"> van de </w:t>
      </w:r>
      <w:r w:rsidR="4E655057">
        <w:rPr/>
        <w:t>Ventilus-vergunning</w:t>
      </w:r>
      <w:r w:rsidR="4E655057">
        <w:rPr/>
        <w:t xml:space="preserve"> </w:t>
      </w:r>
      <w:r w:rsidR="4E655057">
        <w:rPr/>
        <w:t>tegelijkertijd</w:t>
      </w:r>
      <w:r w:rsidR="4E655057">
        <w:rPr/>
        <w:t xml:space="preserve"> partner is in </w:t>
      </w:r>
      <w:r w:rsidR="4E655057">
        <w:rPr/>
        <w:t>een</w:t>
      </w:r>
      <w:r w:rsidR="4E655057">
        <w:rPr/>
        <w:t xml:space="preserve"> </w:t>
      </w:r>
      <w:r w:rsidR="4E655057">
        <w:rPr/>
        <w:t>Europees</w:t>
      </w:r>
      <w:r w:rsidR="4E655057">
        <w:rPr/>
        <w:t xml:space="preserve"> project </w:t>
      </w:r>
      <w:r w:rsidR="4E655057">
        <w:rPr/>
        <w:t>dat</w:t>
      </w:r>
      <w:r w:rsidR="4E655057">
        <w:rPr/>
        <w:t xml:space="preserve"> </w:t>
      </w:r>
      <w:r w:rsidR="4E655057">
        <w:rPr/>
        <w:t>expliciet</w:t>
      </w:r>
      <w:r w:rsidR="4E655057">
        <w:rPr/>
        <w:t xml:space="preserve"> tot </w:t>
      </w:r>
      <w:r w:rsidR="4E655057">
        <w:rPr/>
        <w:t>doel</w:t>
      </w:r>
      <w:r w:rsidR="4E655057">
        <w:rPr/>
        <w:t xml:space="preserve"> </w:t>
      </w:r>
      <w:r w:rsidR="4E655057">
        <w:rPr/>
        <w:t>heeft</w:t>
      </w:r>
      <w:r w:rsidR="4E655057">
        <w:rPr/>
        <w:t xml:space="preserve"> de </w:t>
      </w:r>
      <w:r w:rsidR="4E655057">
        <w:rPr/>
        <w:t>vogelsterfte</w:t>
      </w:r>
      <w:r w:rsidR="4E655057">
        <w:rPr/>
        <w:t xml:space="preserve"> door </w:t>
      </w:r>
      <w:r w:rsidR="4E655057">
        <w:rPr/>
        <w:t>haar</w:t>
      </w:r>
      <w:r w:rsidR="4E655057">
        <w:rPr/>
        <w:t xml:space="preserve"> eigen </w:t>
      </w:r>
      <w:r w:rsidR="4E655057">
        <w:rPr/>
        <w:t>infrastructuur</w:t>
      </w:r>
      <w:r w:rsidR="4E655057">
        <w:rPr/>
        <w:t xml:space="preserve"> </w:t>
      </w:r>
      <w:r w:rsidR="4E655057">
        <w:rPr/>
        <w:t>te</w:t>
      </w:r>
      <w:r w:rsidR="4E655057">
        <w:rPr/>
        <w:t xml:space="preserve"> </w:t>
      </w:r>
      <w:r w:rsidR="4E655057">
        <w:rPr/>
        <w:t>verminderen</w:t>
      </w:r>
      <w:r w:rsidR="4E655057">
        <w:rPr/>
        <w:t xml:space="preserve">, </w:t>
      </w:r>
      <w:r w:rsidR="4E655057">
        <w:rPr/>
        <w:t>impliceert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Elia het </w:t>
      </w:r>
      <w:r w:rsidR="4E655057">
        <w:rPr/>
        <w:t>probleem</w:t>
      </w:r>
      <w:r w:rsidR="4E655057">
        <w:rPr/>
        <w:t xml:space="preserve"> van </w:t>
      </w:r>
      <w:r w:rsidR="4E655057">
        <w:rPr/>
        <w:t>vogelsterfte</w:t>
      </w:r>
      <w:r w:rsidR="4E655057">
        <w:rPr/>
        <w:t xml:space="preserve"> door </w:t>
      </w:r>
      <w:r w:rsidR="4E655057">
        <w:rPr/>
        <w:t>hoogspanningslijnen</w:t>
      </w:r>
      <w:r w:rsidR="4E655057">
        <w:rPr/>
        <w:t xml:space="preserve"> </w:t>
      </w:r>
      <w:r w:rsidR="4E655057">
        <w:rPr/>
        <w:t>erkent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significant </w:t>
      </w:r>
      <w:r w:rsidR="4E655057">
        <w:rPr/>
        <w:t>beschouwt</w:t>
      </w:r>
      <w:r w:rsidR="4E655057">
        <w:rPr/>
        <w:t>.</w:t>
      </w:r>
    </w:p>
    <w:p xmlns:wp14="http://schemas.microsoft.com/office/word/2010/wordml" w14:paraId="41EB6D5C" wp14:textId="77777777">
      <w:r w:rsidR="4E655057">
        <w:rPr/>
        <w:t xml:space="preserve">Het project-MER, </w:t>
      </w:r>
      <w:r w:rsidR="4E655057">
        <w:rPr/>
        <w:t>opgesteld</w:t>
      </w:r>
      <w:r w:rsidR="4E655057">
        <w:rPr/>
        <w:t xml:space="preserve"> in </w:t>
      </w:r>
      <w:r w:rsidR="4E655057">
        <w:rPr/>
        <w:t>opdracht</w:t>
      </w:r>
      <w:r w:rsidR="4E655057">
        <w:rPr/>
        <w:t xml:space="preserve"> van </w:t>
      </w:r>
      <w:r w:rsidR="4E655057">
        <w:rPr/>
        <w:t>dezelfde</w:t>
      </w:r>
      <w:r w:rsidR="4E655057">
        <w:rPr/>
        <w:t xml:space="preserve"> Elia, </w:t>
      </w:r>
      <w:r w:rsidR="4E655057">
        <w:rPr/>
        <w:t>laat</w:t>
      </w:r>
      <w:r w:rsidR="4E655057">
        <w:rPr/>
        <w:t xml:space="preserve"> </w:t>
      </w:r>
      <w:r w:rsidR="4E655057">
        <w:rPr/>
        <w:t>niettemin</w:t>
      </w:r>
      <w:r w:rsidR="4E655057">
        <w:rPr/>
        <w:t xml:space="preserve"> </w:t>
      </w:r>
      <w:r w:rsidR="4E655057">
        <w:rPr/>
        <w:t>na</w:t>
      </w:r>
      <w:r w:rsidR="4E655057">
        <w:rPr/>
        <w:t xml:space="preserve"> om de </w:t>
      </w:r>
      <w:r w:rsidR="4E655057">
        <w:rPr/>
        <w:t>vogelsterfte</w:t>
      </w:r>
      <w:r w:rsidR="4E655057">
        <w:rPr/>
        <w:t xml:space="preserve"> door het </w:t>
      </w:r>
      <w:r w:rsidR="4E655057">
        <w:rPr/>
        <w:t>Ventilus</w:t>
      </w:r>
      <w:r w:rsidR="4E655057">
        <w:rPr/>
        <w:t xml:space="preserve">-project </w:t>
      </w:r>
      <w:r w:rsidR="4E655057">
        <w:rPr/>
        <w:t>te</w:t>
      </w:r>
      <w:r w:rsidR="4E655057">
        <w:rPr/>
        <w:t xml:space="preserve"> </w:t>
      </w:r>
      <w:r w:rsidR="4E655057">
        <w:rPr/>
        <w:t>kwantificeren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beoordeelt</w:t>
      </w:r>
      <w:r w:rsidR="4E655057">
        <w:rPr/>
        <w:t xml:space="preserve"> het </w:t>
      </w:r>
      <w:r w:rsidR="4E655057">
        <w:rPr/>
        <w:t>risico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op </w:t>
      </w:r>
      <w:r w:rsidR="4E655057">
        <w:rPr/>
        <w:t>populatieniveau</w:t>
      </w:r>
      <w:r w:rsidR="4E655057">
        <w:rPr/>
        <w:t xml:space="preserve">. </w:t>
      </w:r>
      <w:r w:rsidR="4E655057">
        <w:rPr/>
        <w:t>Deze</w:t>
      </w:r>
      <w:r w:rsidR="4E655057">
        <w:rPr/>
        <w:t xml:space="preserve"> </w:t>
      </w:r>
      <w:r w:rsidR="4E655057">
        <w:rPr/>
        <w:t>inconsequentie</w:t>
      </w:r>
      <w:r w:rsidR="4E655057">
        <w:rPr/>
        <w:t xml:space="preserve"> is </w:t>
      </w:r>
      <w:r w:rsidR="4E655057">
        <w:rPr/>
        <w:t>niet</w:t>
      </w:r>
      <w:r w:rsidR="4E655057">
        <w:rPr/>
        <w:t xml:space="preserve"> </w:t>
      </w:r>
      <w:r w:rsidR="4E655057">
        <w:rPr/>
        <w:t>verenigbaar</w:t>
      </w:r>
      <w:r w:rsidR="4E655057">
        <w:rPr/>
        <w:t xml:space="preserve"> met de </w:t>
      </w:r>
      <w:r w:rsidR="4E655057">
        <w:rPr/>
        <w:t>verplichting</w:t>
      </w:r>
      <w:r w:rsidR="4E655057">
        <w:rPr/>
        <w:t xml:space="preserve"> tot </w:t>
      </w:r>
      <w:r w:rsidR="4E655057">
        <w:rPr/>
        <w:t>wetenschappelijke</w:t>
      </w:r>
      <w:r w:rsidR="4E655057">
        <w:rPr/>
        <w:t xml:space="preserve"> </w:t>
      </w:r>
      <w:r w:rsidR="4E655057">
        <w:rPr/>
        <w:t>volledigheid</w:t>
      </w:r>
      <w:r w:rsidR="4E655057">
        <w:rPr/>
        <w:t xml:space="preserve"> van het MER (art. 4.3.7 DABM).</w:t>
      </w:r>
    </w:p>
    <w:p xmlns:wp14="http://schemas.microsoft.com/office/word/2010/wordml" w14:paraId="7067E6F4" wp14:textId="77777777">
      <w:pPr>
        <w:pStyle w:val="Heading3"/>
      </w:pPr>
      <w:r w:rsidR="4E655057">
        <w:rPr/>
        <w:t xml:space="preserve">5A.7 </w:t>
      </w:r>
      <w:r w:rsidR="4E655057">
        <w:rPr/>
        <w:t>Botulisme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vee </w:t>
      </w:r>
      <w:r w:rsidR="4E655057">
        <w:rPr/>
        <w:t>als</w:t>
      </w:r>
      <w:r w:rsidR="4E655057">
        <w:rPr/>
        <w:t xml:space="preserve"> </w:t>
      </w:r>
      <w:r w:rsidR="4E655057">
        <w:rPr/>
        <w:t>gevolg</w:t>
      </w:r>
      <w:r w:rsidR="4E655057">
        <w:rPr/>
        <w:t xml:space="preserve"> van </w:t>
      </w:r>
      <w:r w:rsidR="4E655057">
        <w:rPr/>
        <w:t>draadslachtoffers</w:t>
      </w:r>
      <w:r w:rsidR="4E655057">
        <w:rPr/>
        <w:t xml:space="preserve"> — </w:t>
      </w:r>
      <w:r w:rsidR="4E655057">
        <w:rPr/>
        <w:t>niet-beoordeeld</w:t>
      </w:r>
      <w:r w:rsidR="4E655057">
        <w:rPr/>
        <w:t xml:space="preserve"> cascade-effect</w:t>
      </w:r>
    </w:p>
    <w:p xmlns:wp14="http://schemas.microsoft.com/office/word/2010/wordml" w14:paraId="20BA925D" wp14:textId="77777777">
      <w:r w:rsidR="4E655057">
        <w:rPr/>
        <w:t xml:space="preserve">De </w:t>
      </w:r>
      <w:r w:rsidR="4E655057">
        <w:rPr/>
        <w:t>vogelsterfte</w:t>
      </w:r>
      <w:r w:rsidR="4E655057">
        <w:rPr/>
        <w:t xml:space="preserve"> door </w:t>
      </w:r>
      <w:r w:rsidR="4E655057">
        <w:rPr/>
        <w:t>aanvaring</w:t>
      </w:r>
      <w:r w:rsidR="4E655057">
        <w:rPr/>
        <w:t xml:space="preserve"> met de </w:t>
      </w:r>
      <w:r w:rsidR="4E655057">
        <w:rPr/>
        <w:t>bovengrondse</w:t>
      </w:r>
      <w:r w:rsidR="4E655057">
        <w:rPr/>
        <w:t xml:space="preserve"> </w:t>
      </w:r>
      <w:r w:rsidR="4E655057">
        <w:rPr/>
        <w:t>hoogspanningslijn</w:t>
      </w:r>
      <w:r w:rsidR="4E655057">
        <w:rPr/>
        <w:t xml:space="preserve"> </w:t>
      </w:r>
      <w:r w:rsidR="4E655057">
        <w:rPr/>
        <w:t>heeft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bijkomend</w:t>
      </w:r>
      <w:r w:rsidR="4E655057">
        <w:rPr/>
        <w:t xml:space="preserve"> </w:t>
      </w:r>
      <w:r w:rsidR="4E655057">
        <w:rPr/>
        <w:t>gevolg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in het MER </w:t>
      </w:r>
      <w:r w:rsidR="4E655057">
        <w:rPr/>
        <w:t>niet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beoordeeld</w:t>
      </w:r>
      <w:r w:rsidR="4E655057">
        <w:rPr/>
        <w:t xml:space="preserve">: de </w:t>
      </w:r>
      <w:r w:rsidR="4E655057">
        <w:rPr/>
        <w:t>besmetting</w:t>
      </w:r>
      <w:r w:rsidR="4E655057">
        <w:rPr/>
        <w:t xml:space="preserve"> van </w:t>
      </w:r>
      <w:r w:rsidR="4E655057">
        <w:rPr/>
        <w:t>veevoer</w:t>
      </w:r>
      <w:r w:rsidR="4E655057">
        <w:rPr/>
        <w:t xml:space="preserve"> met de </w:t>
      </w:r>
      <w:r w:rsidR="4E655057">
        <w:rPr/>
        <w:t>bacterie</w:t>
      </w:r>
      <w:r w:rsidR="4E655057">
        <w:rPr/>
        <w:t xml:space="preserve"> </w:t>
      </w:r>
      <w:r w:rsidRPr="4E655057" w:rsidR="4E655057">
        <w:rPr>
          <w:i w:val="1"/>
          <w:iCs w:val="1"/>
        </w:rPr>
        <w:t>Clostridium botulinum</w:t>
      </w:r>
      <w:r w:rsidR="4E655057">
        <w:rPr/>
        <w:t xml:space="preserve"> via </w:t>
      </w:r>
      <w:r w:rsidR="4E655057">
        <w:rPr/>
        <w:t>vogelkadavers</w:t>
      </w:r>
      <w:r w:rsidR="4E655057">
        <w:rPr/>
        <w:t xml:space="preserve"> die in </w:t>
      </w:r>
      <w:r w:rsidR="4E655057">
        <w:rPr/>
        <w:t>grasland</w:t>
      </w:r>
      <w:r w:rsidR="4E655057">
        <w:rPr/>
        <w:t xml:space="preserve"> </w:t>
      </w:r>
      <w:r w:rsidR="4E655057">
        <w:rPr/>
        <w:t>terechtkomen</w:t>
      </w:r>
      <w:r w:rsidR="4E655057">
        <w:rPr/>
        <w:t>.</w:t>
      </w:r>
    </w:p>
    <w:p xmlns:wp14="http://schemas.microsoft.com/office/word/2010/wordml" w14:paraId="4E7AC0F4" wp14:textId="522EAE0A">
      <w:r w:rsidR="74E91D53">
        <w:rPr/>
        <w:t>Vogelkadavers</w:t>
      </w:r>
      <w:r w:rsidR="74E91D53">
        <w:rPr/>
        <w:t xml:space="preserve"> die </w:t>
      </w:r>
      <w:r w:rsidR="74E91D53">
        <w:rPr/>
        <w:t>na</w:t>
      </w:r>
      <w:r w:rsidR="74E91D53">
        <w:rPr/>
        <w:t xml:space="preserve"> </w:t>
      </w:r>
      <w:r w:rsidR="74E91D53">
        <w:rPr/>
        <w:t>aanvaring</w:t>
      </w:r>
      <w:r w:rsidR="74E91D53">
        <w:rPr/>
        <w:t xml:space="preserve"> met </w:t>
      </w:r>
      <w:r w:rsidR="74E91D53">
        <w:rPr/>
        <w:t>hoogspanningsgeleiders</w:t>
      </w:r>
      <w:r w:rsidR="74E91D53">
        <w:rPr/>
        <w:t xml:space="preserve"> in </w:t>
      </w:r>
      <w:r w:rsidR="74E91D53">
        <w:rPr/>
        <w:t>weilanden</w:t>
      </w:r>
      <w:r w:rsidR="74E91D53">
        <w:rPr/>
        <w:t xml:space="preserve"> </w:t>
      </w:r>
      <w:r w:rsidR="74E91D53">
        <w:rPr/>
        <w:t>en</w:t>
      </w:r>
      <w:r w:rsidR="74E91D53">
        <w:rPr/>
        <w:t xml:space="preserve"> </w:t>
      </w:r>
      <w:r w:rsidR="74E91D53">
        <w:rPr/>
        <w:t>hooilanden</w:t>
      </w:r>
      <w:r w:rsidR="74E91D53">
        <w:rPr/>
        <w:t xml:space="preserve"> </w:t>
      </w:r>
      <w:r w:rsidR="74E91D53">
        <w:rPr/>
        <w:t>neervallen</w:t>
      </w:r>
      <w:r w:rsidR="74E91D53">
        <w:rPr/>
        <w:t xml:space="preserve">, </w:t>
      </w:r>
      <w:r w:rsidR="74E91D53">
        <w:rPr/>
        <w:t>kunnen</w:t>
      </w:r>
      <w:r w:rsidR="74E91D53">
        <w:rPr/>
        <w:t xml:space="preserve"> </w:t>
      </w:r>
      <w:r w:rsidR="74E91D53">
        <w:rPr/>
        <w:t>drager</w:t>
      </w:r>
      <w:r w:rsidR="74E91D53">
        <w:rPr/>
        <w:t xml:space="preserve"> </w:t>
      </w:r>
      <w:r w:rsidR="74E91D53">
        <w:rPr/>
        <w:t>zijn</w:t>
      </w:r>
      <w:r w:rsidR="74E91D53">
        <w:rPr/>
        <w:t xml:space="preserve"> van </w:t>
      </w:r>
      <w:r w:rsidRPr="4E655057" w:rsidR="74E91D53">
        <w:rPr>
          <w:i w:val="1"/>
          <w:iCs w:val="1"/>
        </w:rPr>
        <w:t>Clostridium botulinum</w:t>
      </w:r>
      <w:r w:rsidR="74E91D53">
        <w:rPr/>
        <w:t xml:space="preserve">. </w:t>
      </w:r>
      <w:r w:rsidR="74E91D53">
        <w:rPr/>
        <w:t>Deze</w:t>
      </w:r>
      <w:r w:rsidR="74E91D53">
        <w:rPr/>
        <w:t xml:space="preserve"> anaerobe </w:t>
      </w:r>
      <w:r w:rsidR="74E91D53">
        <w:rPr/>
        <w:t>bacterie</w:t>
      </w:r>
      <w:r w:rsidR="74E91D53">
        <w:rPr/>
        <w:t xml:space="preserve"> </w:t>
      </w:r>
      <w:r w:rsidR="74E91D53">
        <w:rPr/>
        <w:t>produceert</w:t>
      </w:r>
      <w:r w:rsidR="74E91D53">
        <w:rPr/>
        <w:t xml:space="preserve"> </w:t>
      </w:r>
      <w:r w:rsidR="74E91D53">
        <w:rPr/>
        <w:t>botulinetoxine</w:t>
      </w:r>
      <w:r w:rsidR="74E91D53">
        <w:rPr/>
        <w:t xml:space="preserve"> — </w:t>
      </w:r>
      <w:r w:rsidR="74E91D53">
        <w:rPr/>
        <w:t>een</w:t>
      </w:r>
      <w:r w:rsidR="74E91D53">
        <w:rPr/>
        <w:t xml:space="preserve"> van de </w:t>
      </w:r>
      <w:r w:rsidR="74E91D53">
        <w:rPr/>
        <w:t>krachtigste</w:t>
      </w:r>
      <w:r w:rsidR="74E91D53">
        <w:rPr/>
        <w:t xml:space="preserve"> </w:t>
      </w:r>
      <w:r w:rsidR="74E91D53">
        <w:rPr/>
        <w:t>biologische</w:t>
      </w:r>
      <w:r w:rsidR="74E91D53">
        <w:rPr/>
        <w:t xml:space="preserve"> </w:t>
      </w:r>
      <w:r w:rsidR="74E91D53">
        <w:rPr/>
        <w:t>toxinen</w:t>
      </w:r>
      <w:r w:rsidR="74E91D53">
        <w:rPr/>
        <w:t xml:space="preserve">. </w:t>
      </w:r>
      <w:r w:rsidR="74E91D53">
        <w:rPr/>
        <w:t>Wanneer</w:t>
      </w:r>
      <w:r w:rsidR="74E91D53">
        <w:rPr/>
        <w:t xml:space="preserve"> </w:t>
      </w:r>
      <w:r w:rsidR="74E91D53">
        <w:rPr/>
        <w:t>kadavers</w:t>
      </w:r>
      <w:r w:rsidR="74E91D53">
        <w:rPr/>
        <w:t xml:space="preserve"> </w:t>
      </w:r>
      <w:r w:rsidR="74E91D53">
        <w:rPr/>
        <w:t>worden</w:t>
      </w:r>
      <w:r w:rsidR="74E91D53">
        <w:rPr/>
        <w:t xml:space="preserve"> </w:t>
      </w:r>
      <w:r w:rsidR="74E91D53">
        <w:rPr/>
        <w:t>opgenomen</w:t>
      </w:r>
      <w:r w:rsidR="74E91D53">
        <w:rPr/>
        <w:t xml:space="preserve"> in de </w:t>
      </w:r>
      <w:r w:rsidR="74E91D53">
        <w:rPr/>
        <w:t>graskuil</w:t>
      </w:r>
      <w:r w:rsidR="74E91D53">
        <w:rPr/>
        <w:t xml:space="preserve"> of het </w:t>
      </w:r>
      <w:r w:rsidR="74E91D53">
        <w:rPr/>
        <w:t>hooi</w:t>
      </w:r>
      <w:r w:rsidR="74E91D53">
        <w:rPr/>
        <w:t xml:space="preserve"> </w:t>
      </w:r>
      <w:r w:rsidR="74E91D53">
        <w:rPr/>
        <w:t>bij</w:t>
      </w:r>
      <w:r w:rsidR="74E91D53">
        <w:rPr/>
        <w:t xml:space="preserve"> het </w:t>
      </w:r>
      <w:r w:rsidR="74E91D53">
        <w:rPr/>
        <w:t>maaien</w:t>
      </w:r>
      <w:r w:rsidR="74E91D53">
        <w:rPr/>
        <w:t xml:space="preserve">, </w:t>
      </w:r>
      <w:r w:rsidR="74E91D53">
        <w:rPr/>
        <w:t>treedt</w:t>
      </w:r>
      <w:r w:rsidR="74E91D53">
        <w:rPr/>
        <w:t xml:space="preserve"> </w:t>
      </w:r>
      <w:r w:rsidR="74E91D53">
        <w:rPr/>
        <w:t>bij</w:t>
      </w:r>
      <w:r w:rsidR="74E91D53">
        <w:rPr/>
        <w:t xml:space="preserve"> anaerobe </w:t>
      </w:r>
      <w:r w:rsidR="74E91D53">
        <w:rPr/>
        <w:t>fermentatie</w:t>
      </w:r>
      <w:r w:rsidR="74E91D53">
        <w:rPr/>
        <w:t xml:space="preserve"> in de </w:t>
      </w:r>
      <w:r w:rsidR="74E91D53">
        <w:rPr/>
        <w:t>kuil</w:t>
      </w:r>
      <w:r w:rsidR="74E91D53">
        <w:rPr/>
        <w:t xml:space="preserve"> </w:t>
      </w:r>
      <w:r w:rsidR="74E91D53">
        <w:rPr/>
        <w:t>vermeerdering</w:t>
      </w:r>
      <w:r w:rsidR="74E91D53">
        <w:rPr/>
        <w:t xml:space="preserve"> van de </w:t>
      </w:r>
      <w:r w:rsidR="74E91D53">
        <w:rPr/>
        <w:t>bacterie</w:t>
      </w:r>
      <w:r w:rsidR="74E91D53">
        <w:rPr/>
        <w:t xml:space="preserve"> op. Bij </w:t>
      </w:r>
      <w:r w:rsidR="74E91D53">
        <w:rPr/>
        <w:t>opname</w:t>
      </w:r>
      <w:r w:rsidR="74E91D53">
        <w:rPr/>
        <w:t xml:space="preserve"> door vee </w:t>
      </w:r>
      <w:r w:rsidR="74E91D53">
        <w:rPr/>
        <w:t>leidt</w:t>
      </w:r>
      <w:r w:rsidR="74E91D53">
        <w:rPr/>
        <w:t xml:space="preserve"> </w:t>
      </w:r>
      <w:r w:rsidR="74E91D53">
        <w:rPr/>
        <w:t>dit</w:t>
      </w:r>
      <w:r w:rsidR="74E91D53">
        <w:rPr/>
        <w:t xml:space="preserve"> tot </w:t>
      </w:r>
      <w:r w:rsidRPr="4E655057" w:rsidR="74E91D53">
        <w:rPr>
          <w:b w:val="1"/>
          <w:bCs w:val="1"/>
        </w:rPr>
        <w:t>botulisme</w:t>
      </w:r>
      <w:r w:rsidR="74E91D53">
        <w:rPr/>
        <w:t xml:space="preserve">, met de </w:t>
      </w:r>
      <w:r w:rsidR="74E91D53">
        <w:rPr/>
        <w:t>volgende</w:t>
      </w:r>
      <w:r w:rsidR="74E91D53">
        <w:rPr/>
        <w:t xml:space="preserve"> </w:t>
      </w:r>
      <w:r w:rsidR="74E91D53">
        <w:rPr/>
        <w:t>sterftepercentages</w:t>
      </w:r>
      <w:r w:rsidR="74E91D53">
        <w:rPr/>
        <w:t>:</w:t>
      </w:r>
    </w:p>
    <w:p xmlns:wp14="http://schemas.microsoft.com/office/word/2010/wordml" w14:paraId="06DB1307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Rundvee</w:t>
      </w:r>
      <w:r w:rsidRPr="4E655057" w:rsidR="4E655057">
        <w:rPr>
          <w:b w:val="1"/>
          <w:bCs w:val="1"/>
        </w:rPr>
        <w:t>:</w:t>
      </w:r>
      <w:r w:rsidR="4E655057">
        <w:rPr/>
        <w:t xml:space="preserve"> </w:t>
      </w:r>
      <w:r w:rsidR="4E655057">
        <w:rPr/>
        <w:t>sterftepercentages</w:t>
      </w:r>
      <w:r w:rsidR="4E655057">
        <w:rPr/>
        <w:t xml:space="preserve"> van </w:t>
      </w:r>
      <w:r w:rsidRPr="4E655057" w:rsidR="4E655057">
        <w:rPr>
          <w:b w:val="1"/>
          <w:bCs w:val="1"/>
        </w:rPr>
        <w:t>20 tot 80%</w:t>
      </w:r>
      <w:r w:rsidR="4E655057">
        <w:rPr/>
        <w:t xml:space="preserve"> van het </w:t>
      </w:r>
      <w:r w:rsidR="4E655057">
        <w:rPr/>
        <w:t>besmette</w:t>
      </w:r>
      <w:r w:rsidR="4E655057">
        <w:rPr/>
        <w:t xml:space="preserve"> </w:t>
      </w:r>
      <w:r w:rsidR="4E655057">
        <w:rPr/>
        <w:t>koppel</w:t>
      </w:r>
      <w:r w:rsidR="4E655057">
        <w:rPr/>
        <w:t>;</w:t>
      </w:r>
    </w:p>
    <w:p xmlns:wp14="http://schemas.microsoft.com/office/word/2010/wordml" w14:paraId="175076AA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Paarden:</w:t>
      </w:r>
      <w:r w:rsidR="4E655057">
        <w:rPr/>
        <w:t xml:space="preserve"> </w:t>
      </w:r>
      <w:r w:rsidR="4E655057">
        <w:rPr/>
        <w:t>botulisme</w:t>
      </w:r>
      <w:r w:rsidR="4E655057">
        <w:rPr/>
        <w:t xml:space="preserve"> is </w:t>
      </w:r>
      <w:r w:rsidRPr="4E655057" w:rsidR="4E655057">
        <w:rPr>
          <w:b w:val="1"/>
          <w:bCs w:val="1"/>
        </w:rPr>
        <w:t>"</w:t>
      </w:r>
      <w:r w:rsidRPr="4E655057" w:rsidR="4E655057">
        <w:rPr>
          <w:b w:val="1"/>
          <w:bCs w:val="1"/>
        </w:rPr>
        <w:t>vrijwel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altijd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fataal</w:t>
      </w:r>
      <w:r w:rsidRPr="4E655057" w:rsidR="4E655057">
        <w:rPr>
          <w:b w:val="1"/>
          <w:bCs w:val="1"/>
        </w:rPr>
        <w:t>"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paarden</w:t>
      </w:r>
      <w:r w:rsidR="4E655057">
        <w:rPr/>
        <w:t xml:space="preserve"> door </w:t>
      </w:r>
      <w:r w:rsidR="4E655057">
        <w:rPr/>
        <w:t>hun</w:t>
      </w:r>
      <w:r w:rsidR="4E655057">
        <w:rPr/>
        <w:t xml:space="preserve"> </w:t>
      </w:r>
      <w:r w:rsidR="4E655057">
        <w:rPr/>
        <w:t>bijzondere</w:t>
      </w:r>
      <w:r w:rsidR="4E655057">
        <w:rPr/>
        <w:t xml:space="preserve"> </w:t>
      </w:r>
      <w:r w:rsidR="4E655057">
        <w:rPr/>
        <w:t>gevoeligheid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botulinetoxine</w:t>
      </w:r>
      <w:r w:rsidR="4E655057">
        <w:rPr/>
        <w:t>.</w:t>
      </w:r>
    </w:p>
    <w:p xmlns:wp14="http://schemas.microsoft.com/office/word/2010/wordml" w14:paraId="0FBDD181" wp14:textId="77777777">
      <w:r w:rsidR="4E655057">
        <w:rPr/>
        <w:t xml:space="preserve">Dit </w:t>
      </w:r>
      <w:r w:rsidR="4E655057">
        <w:rPr/>
        <w:t>vormt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Pr="4E655057" w:rsidR="4E655057">
        <w:rPr>
          <w:b w:val="1"/>
          <w:bCs w:val="1"/>
        </w:rPr>
        <w:t>niet-beoordeeld</w:t>
      </w:r>
      <w:r w:rsidRPr="4E655057" w:rsidR="4E655057">
        <w:rPr>
          <w:b w:val="1"/>
          <w:bCs w:val="1"/>
        </w:rPr>
        <w:t xml:space="preserve"> cascade-effect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twee MER-disciplines </w:t>
      </w:r>
      <w:r w:rsidR="4E655057">
        <w:rPr/>
        <w:t>verbindt</w:t>
      </w:r>
      <w:r w:rsidR="4E655057">
        <w:rPr/>
        <w:t>:</w:t>
      </w:r>
    </w:p>
    <w:p xmlns:wp14="http://schemas.microsoft.com/office/word/2010/wordml" w14:paraId="1212CC5E" wp14:textId="77777777">
      <w:pPr>
        <w:pStyle w:val="ListNumber"/>
        <w:spacing w:after="60"/>
        <w:ind w:left="720"/>
        <w:rPr/>
      </w:pPr>
      <w:r w:rsidRPr="4E655057" w:rsidR="4E655057">
        <w:rPr>
          <w:b w:val="1"/>
          <w:bCs w:val="1"/>
        </w:rPr>
        <w:t>Biodiversiteit</w:t>
      </w:r>
      <w:r w:rsidR="4E655057">
        <w:rPr/>
        <w:t xml:space="preserve"> → </w:t>
      </w:r>
      <w:r w:rsidR="4E655057">
        <w:rPr/>
        <w:t>vogelsterfte</w:t>
      </w:r>
      <w:r w:rsidR="4E655057">
        <w:rPr/>
        <w:t xml:space="preserve"> door </w:t>
      </w:r>
      <w:r w:rsidR="4E655057">
        <w:rPr/>
        <w:t>aanvaring</w:t>
      </w:r>
      <w:r w:rsidR="4E655057">
        <w:rPr/>
        <w:t xml:space="preserve"> met de </w:t>
      </w:r>
      <w:r w:rsidR="4E655057">
        <w:rPr/>
        <w:t>bovengrondse</w:t>
      </w:r>
      <w:r w:rsidR="4E655057">
        <w:rPr/>
        <w:t xml:space="preserve"> </w:t>
      </w:r>
      <w:r w:rsidR="4E655057">
        <w:rPr/>
        <w:t>lijn</w:t>
      </w:r>
      <w:r w:rsidR="4E655057">
        <w:rPr/>
        <w:t xml:space="preserve"> (2.460–12.874 </w:t>
      </w:r>
      <w:r w:rsidR="4E655057">
        <w:rPr/>
        <w:t>vogels</w:t>
      </w:r>
      <w:r w:rsidR="4E655057">
        <w:rPr/>
        <w:t>/</w:t>
      </w:r>
      <w:r w:rsidR="4E655057">
        <w:rPr/>
        <w:t>jaar</w:t>
      </w:r>
      <w:r w:rsidR="4E655057">
        <w:rPr/>
        <w:t xml:space="preserve">, </w:t>
      </w:r>
      <w:r w:rsidR="4E655057">
        <w:rPr/>
        <w:t>zie</w:t>
      </w:r>
      <w:r w:rsidR="4E655057">
        <w:rPr/>
        <w:t xml:space="preserve"> </w:t>
      </w:r>
      <w:r w:rsidR="4E655057">
        <w:rPr/>
        <w:t>sectie</w:t>
      </w:r>
      <w:r w:rsidR="4E655057">
        <w:rPr/>
        <w:t xml:space="preserve"> 5A.2</w:t>
      </w:r>
      <w:r w:rsidR="4E655057">
        <w:rPr/>
        <w:t>);</w:t>
      </w:r>
    </w:p>
    <w:p xmlns:wp14="http://schemas.microsoft.com/office/word/2010/wordml" w14:paraId="6FC8FA74" wp14:textId="77777777">
      <w:pPr>
        <w:pStyle w:val="ListNumber"/>
        <w:spacing w:after="60"/>
        <w:ind w:left="720"/>
        <w:rPr/>
      </w:pPr>
      <w:r w:rsidRPr="4E655057" w:rsidR="4E655057">
        <w:rPr>
          <w:b w:val="1"/>
          <w:bCs w:val="1"/>
        </w:rPr>
        <w:t>Landbouw</w:t>
      </w:r>
      <w:r w:rsidR="4E655057">
        <w:rPr/>
        <w:t xml:space="preserve"> → </w:t>
      </w:r>
      <w:r w:rsidR="4E655057">
        <w:rPr/>
        <w:t>besmetting</w:t>
      </w:r>
      <w:r w:rsidR="4E655057">
        <w:rPr/>
        <w:t xml:space="preserve"> van </w:t>
      </w:r>
      <w:r w:rsidR="4E655057">
        <w:rPr/>
        <w:t>graskuil</w:t>
      </w:r>
      <w:r w:rsidR="4E655057">
        <w:rPr/>
        <w:t>/</w:t>
      </w:r>
      <w:r w:rsidR="4E655057">
        <w:rPr/>
        <w:t>hooi</w:t>
      </w:r>
      <w:r w:rsidR="4E655057">
        <w:rPr/>
        <w:t xml:space="preserve"> met </w:t>
      </w:r>
      <w:r w:rsidR="4E655057">
        <w:rPr/>
        <w:t>kadavers</w:t>
      </w:r>
      <w:r w:rsidR="4E655057">
        <w:rPr/>
        <w:t xml:space="preserve"> → </w:t>
      </w:r>
      <w:r w:rsidR="4E655057">
        <w:rPr/>
        <w:t>botulisme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vee → </w:t>
      </w:r>
      <w:r w:rsidR="4E655057">
        <w:rPr/>
        <w:t>bedrijfseconomische</w:t>
      </w:r>
      <w:r w:rsidR="4E655057">
        <w:rPr/>
        <w:t xml:space="preserve"> </w:t>
      </w:r>
      <w:r w:rsidR="4E655057">
        <w:rPr/>
        <w:t>schade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dierenleed</w:t>
      </w:r>
      <w:r w:rsidR="4E655057">
        <w:rPr/>
        <w:t>.</w:t>
      </w:r>
    </w:p>
    <w:p xmlns:wp14="http://schemas.microsoft.com/office/word/2010/wordml" w14:paraId="0C76B444" wp14:textId="77777777">
      <w:r w:rsidR="4E655057">
        <w:rPr/>
        <w:t xml:space="preserve">Het </w:t>
      </w:r>
      <w:r w:rsidR="4E655057">
        <w:rPr/>
        <w:t>risico</w:t>
      </w:r>
      <w:r w:rsidR="4E655057">
        <w:rPr/>
        <w:t xml:space="preserve"> is </w:t>
      </w:r>
      <w:r w:rsidR="4E655057">
        <w:rPr/>
        <w:t>niet</w:t>
      </w:r>
      <w:r w:rsidR="4E655057">
        <w:rPr/>
        <w:t xml:space="preserve"> </w:t>
      </w:r>
      <w:r w:rsidR="4E655057">
        <w:rPr/>
        <w:t>theoretisch</w:t>
      </w:r>
      <w:r w:rsidR="4E655057">
        <w:rPr/>
        <w:t xml:space="preserve"> maar </w:t>
      </w:r>
      <w:r w:rsidR="4E655057">
        <w:rPr/>
        <w:t>concreet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voorzienbaar</w:t>
      </w:r>
      <w:r w:rsidR="4E655057">
        <w:rPr/>
        <w:t xml:space="preserve">. Het </w:t>
      </w:r>
      <w:r w:rsidR="4E655057">
        <w:rPr/>
        <w:t>Ventilus-tracé</w:t>
      </w:r>
      <w:r w:rsidR="4E655057">
        <w:rPr/>
        <w:t xml:space="preserve"> </w:t>
      </w:r>
      <w:r w:rsidR="4E655057">
        <w:rPr/>
        <w:t>loopt</w:t>
      </w:r>
      <w:r w:rsidR="4E655057">
        <w:rPr/>
        <w:t xml:space="preserve"> over 82 km door </w:t>
      </w:r>
      <w:r w:rsidR="4E655057">
        <w:rPr/>
        <w:t>agrarisch</w:t>
      </w:r>
      <w:r w:rsidR="4E655057">
        <w:rPr/>
        <w:t xml:space="preserve"> West-Vlaanderen, </w:t>
      </w:r>
      <w:r w:rsidR="4E655057">
        <w:rPr/>
        <w:t>waar</w:t>
      </w:r>
      <w:r w:rsidR="4E655057">
        <w:rPr/>
        <w:t xml:space="preserve"> </w:t>
      </w:r>
      <w:r w:rsidR="4E655057">
        <w:rPr/>
        <w:t>grasland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veevoederwinning</w:t>
      </w:r>
      <w:r w:rsidR="4E655057">
        <w:rPr/>
        <w:t xml:space="preserve"> direct </w:t>
      </w:r>
      <w:r w:rsidR="4E655057">
        <w:rPr/>
        <w:t>onder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naast</w:t>
      </w:r>
      <w:r w:rsidR="4E655057">
        <w:rPr/>
        <w:t xml:space="preserve"> de </w:t>
      </w:r>
      <w:r w:rsidR="4E655057">
        <w:rPr/>
        <w:t>bovengrondse</w:t>
      </w:r>
      <w:r w:rsidR="4E655057">
        <w:rPr/>
        <w:t xml:space="preserve"> </w:t>
      </w:r>
      <w:r w:rsidR="4E655057">
        <w:rPr/>
        <w:t>lijn</w:t>
      </w:r>
      <w:r w:rsidR="4E655057">
        <w:rPr/>
        <w:t xml:space="preserve"> </w:t>
      </w:r>
      <w:r w:rsidR="4E655057">
        <w:rPr/>
        <w:t>ligt</w:t>
      </w:r>
      <w:r w:rsidR="4E655057">
        <w:rPr/>
        <w:t xml:space="preserve">. De </w:t>
      </w:r>
      <w:r w:rsidR="4E655057">
        <w:rPr/>
        <w:t>verwachte</w:t>
      </w:r>
      <w:r w:rsidR="4E655057">
        <w:rPr/>
        <w:t xml:space="preserve"> </w:t>
      </w:r>
      <w:r w:rsidR="4E655057">
        <w:rPr/>
        <w:t>vogelsterfte</w:t>
      </w:r>
      <w:r w:rsidR="4E655057">
        <w:rPr/>
        <w:t xml:space="preserve"> van </w:t>
      </w:r>
      <w:r w:rsidR="4E655057">
        <w:rPr/>
        <w:t>duizenden</w:t>
      </w:r>
      <w:r w:rsidR="4E655057">
        <w:rPr/>
        <w:t xml:space="preserve"> </w:t>
      </w:r>
      <w:r w:rsidR="4E655057">
        <w:rPr/>
        <w:t>individuen</w:t>
      </w:r>
      <w:r w:rsidR="4E655057">
        <w:rPr/>
        <w:t xml:space="preserve"> per </w:t>
      </w:r>
      <w:r w:rsidR="4E655057">
        <w:rPr/>
        <w:t>jaar</w:t>
      </w:r>
      <w:r w:rsidR="4E655057">
        <w:rPr/>
        <w:t xml:space="preserve"> (</w:t>
      </w:r>
      <w:r w:rsidR="4E655057">
        <w:rPr/>
        <w:t>sectie</w:t>
      </w:r>
      <w:r w:rsidR="4E655057">
        <w:rPr/>
        <w:t xml:space="preserve"> 5A.2) </w:t>
      </w:r>
      <w:r w:rsidR="4E655057">
        <w:rPr/>
        <w:t>impliceert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structurele</w:t>
      </w:r>
      <w:r w:rsidR="4E655057">
        <w:rPr/>
        <w:t xml:space="preserve"> </w:t>
      </w:r>
      <w:r w:rsidR="4E655057">
        <w:rPr/>
        <w:t>aanvoer</w:t>
      </w:r>
      <w:r w:rsidR="4E655057">
        <w:rPr/>
        <w:t xml:space="preserve"> van </w:t>
      </w:r>
      <w:r w:rsidR="4E655057">
        <w:rPr/>
        <w:t>kadavers</w:t>
      </w:r>
      <w:r w:rsidR="4E655057">
        <w:rPr/>
        <w:t xml:space="preserve"> in </w:t>
      </w:r>
      <w:r w:rsidR="4E655057">
        <w:rPr/>
        <w:t>weilanden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hooilanden</w:t>
      </w:r>
      <w:r w:rsidR="4E655057">
        <w:rPr/>
        <w:t xml:space="preserve">. Het MER </w:t>
      </w:r>
      <w:r w:rsidR="4E655057">
        <w:rPr/>
        <w:t>beoordeelt</w:t>
      </w:r>
      <w:r w:rsidR="4E655057">
        <w:rPr/>
        <w:t xml:space="preserve"> het </w:t>
      </w:r>
      <w:r w:rsidR="4E655057">
        <w:rPr/>
        <w:t>aanvaringsrisico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vogels</w:t>
      </w:r>
      <w:r w:rsidR="4E655057">
        <w:rPr/>
        <w:t xml:space="preserve"> </w:t>
      </w:r>
      <w:r w:rsidR="4E655057">
        <w:rPr/>
        <w:t>uitsluitend</w:t>
      </w:r>
      <w:r w:rsidR="4E655057">
        <w:rPr/>
        <w:t xml:space="preserve"> </w:t>
      </w:r>
      <w:r w:rsidR="4E655057">
        <w:rPr/>
        <w:t>vanuit</w:t>
      </w:r>
      <w:r w:rsidR="4E655057">
        <w:rPr/>
        <w:t xml:space="preserve"> het </w:t>
      </w:r>
      <w:r w:rsidR="4E655057">
        <w:rPr/>
        <w:t>perspectief</w:t>
      </w:r>
      <w:r w:rsidR="4E655057">
        <w:rPr/>
        <w:t xml:space="preserve"> van </w:t>
      </w:r>
      <w:r w:rsidR="4E655057">
        <w:rPr/>
        <w:t>biodiversiteit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populatie-effecten</w:t>
      </w:r>
      <w:r w:rsidR="4E655057">
        <w:rPr/>
        <w:t xml:space="preserve">, maar </w:t>
      </w:r>
      <w:r w:rsidR="4E655057">
        <w:rPr/>
        <w:t>laat</w:t>
      </w:r>
      <w:r w:rsidR="4E655057">
        <w:rPr/>
        <w:t xml:space="preserve"> het </w:t>
      </w:r>
      <w:r w:rsidR="4E655057">
        <w:rPr/>
        <w:t>consequente</w:t>
      </w:r>
      <w:r w:rsidR="4E655057">
        <w:rPr/>
        <w:t xml:space="preserve"> </w:t>
      </w:r>
      <w:r w:rsidR="4E655057">
        <w:rPr/>
        <w:t>veterinaire</w:t>
      </w:r>
      <w:r w:rsidR="4E655057">
        <w:rPr/>
        <w:t xml:space="preserve"> </w:t>
      </w:r>
      <w:r w:rsidR="4E655057">
        <w:rPr/>
        <w:t>risico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de </w:t>
      </w:r>
      <w:r w:rsidR="4E655057">
        <w:rPr/>
        <w:t>veehouderij</w:t>
      </w:r>
      <w:r w:rsidR="4E655057">
        <w:rPr/>
        <w:t xml:space="preserve"> </w:t>
      </w:r>
      <w:r w:rsidR="4E655057">
        <w:rPr/>
        <w:t>volledig</w:t>
      </w:r>
      <w:r w:rsidR="4E655057">
        <w:rPr/>
        <w:t xml:space="preserve"> </w:t>
      </w:r>
      <w:r w:rsidR="4E655057">
        <w:rPr/>
        <w:t>buiten</w:t>
      </w:r>
      <w:r w:rsidR="4E655057">
        <w:rPr/>
        <w:t xml:space="preserve"> </w:t>
      </w:r>
      <w:r w:rsidR="4E655057">
        <w:rPr/>
        <w:t>beschouwing</w:t>
      </w:r>
      <w:r w:rsidR="4E655057">
        <w:rPr/>
        <w:t>.</w:t>
      </w:r>
    </w:p>
    <w:p xmlns:wp14="http://schemas.microsoft.com/office/word/2010/wordml" w14:paraId="526EADE5" wp14:textId="77777777">
      <w:r w:rsidR="4E655057">
        <w:rPr/>
        <w:t xml:space="preserve">Een </w:t>
      </w:r>
      <w:r w:rsidR="4E655057">
        <w:rPr/>
        <w:t>ondergrondse</w:t>
      </w:r>
      <w:r w:rsidR="4E655057">
        <w:rPr/>
        <w:t xml:space="preserve"> </w:t>
      </w:r>
      <w:r w:rsidR="4E655057">
        <w:rPr/>
        <w:t>kabelverbinding</w:t>
      </w:r>
      <w:r w:rsidR="4E655057">
        <w:rPr/>
        <w:t xml:space="preserve"> </w:t>
      </w:r>
      <w:r w:rsidR="4E655057">
        <w:rPr/>
        <w:t>elimineert</w:t>
      </w:r>
      <w:r w:rsidR="4E655057">
        <w:rPr/>
        <w:t xml:space="preserve"> </w:t>
      </w:r>
      <w:r w:rsidR="4E655057">
        <w:rPr/>
        <w:t>zowel</w:t>
      </w:r>
      <w:r w:rsidR="4E655057">
        <w:rPr/>
        <w:t xml:space="preserve"> de </w:t>
      </w:r>
      <w:r w:rsidR="4E655057">
        <w:rPr/>
        <w:t>vogelsterfte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het </w:t>
      </w:r>
      <w:r w:rsidR="4E655057">
        <w:rPr/>
        <w:t>daaruit</w:t>
      </w:r>
      <w:r w:rsidR="4E655057">
        <w:rPr/>
        <w:t xml:space="preserve"> </w:t>
      </w:r>
      <w:r w:rsidR="4E655057">
        <w:rPr/>
        <w:t>voortvloeiende</w:t>
      </w:r>
      <w:r w:rsidR="4E655057">
        <w:rPr/>
        <w:t xml:space="preserve"> </w:t>
      </w:r>
      <w:r w:rsidR="4E655057">
        <w:rPr/>
        <w:t>botulismerisico</w:t>
      </w:r>
      <w:r w:rsidR="4E655057">
        <w:rPr/>
        <w:t xml:space="preserve"> </w:t>
      </w:r>
      <w:r w:rsidR="4E655057">
        <w:rPr/>
        <w:t>volledig</w:t>
      </w:r>
      <w:r w:rsidR="4E655057">
        <w:rPr/>
        <w:t>.</w:t>
      </w:r>
    </w:p>
    <w:p xmlns:wp14="http://schemas.microsoft.com/office/word/2010/wordml" w:rsidP="4E655057" w14:paraId="4B94D5A5" wp14:textId="77777777">
      <w:pPr>
        <w:pBdr>
          <w:bottom w:val="single" w:color="CCCCCC" w:sz="6" w:space="1"/>
        </w:pBdr>
        <w:spacing w:before="240" w:after="240"/>
        <w:pBdr>
          <w:bottom w:val="single" w:color="CCCCCC" w:sz="6" w:space="1"/>
        </w:pBdr>
      </w:pPr>
    </w:p>
    <w:p xmlns:wp14="http://schemas.microsoft.com/office/word/2010/wordml" w14:paraId="331C2F8E" wp14:textId="77777777">
      <w:pPr>
        <w:pStyle w:val="Heading2"/>
      </w:pPr>
      <w:r>
        <w:t>5B. EMF-EFFECTEN OP BIJEN, BESTUIVERS EN LANDBOUWDIEREN</w:t>
      </w:r>
    </w:p>
    <w:p xmlns:wp14="http://schemas.microsoft.com/office/word/2010/wordml" w14:paraId="6F25D0B2" wp14:textId="77777777">
      <w:pPr>
        <w:pStyle w:val="Heading3"/>
      </w:pPr>
      <w:r w:rsidR="4E655057">
        <w:rPr/>
        <w:t xml:space="preserve">5B.1 </w:t>
      </w:r>
      <w:r w:rsidR="4E655057">
        <w:rPr/>
        <w:t>Inleiding</w:t>
      </w:r>
      <w:r w:rsidR="4E655057">
        <w:rPr/>
        <w:t xml:space="preserve">: van </w:t>
      </w:r>
      <w:r w:rsidR="4E655057">
        <w:rPr/>
        <w:t>kennislacune</w:t>
      </w:r>
      <w:r w:rsidR="4E655057">
        <w:rPr/>
        <w:t xml:space="preserve"> </w:t>
      </w:r>
      <w:r w:rsidR="4E655057">
        <w:rPr/>
        <w:t>naar</w:t>
      </w:r>
      <w:r w:rsidR="4E655057">
        <w:rPr/>
        <w:t xml:space="preserve"> concrete </w:t>
      </w:r>
      <w:r w:rsidR="4E655057">
        <w:rPr/>
        <w:t>wetenschappelijke</w:t>
      </w:r>
      <w:r w:rsidR="4E655057">
        <w:rPr/>
        <w:t xml:space="preserve"> </w:t>
      </w:r>
      <w:r w:rsidR="4E655057">
        <w:rPr/>
        <w:t>evidentie</w:t>
      </w:r>
    </w:p>
    <w:p xmlns:wp14="http://schemas.microsoft.com/office/word/2010/wordml" w14:paraId="6F1C024A" wp14:textId="77777777">
      <w:r w:rsidR="4E655057">
        <w:rPr/>
        <w:t xml:space="preserve">In </w:t>
      </w:r>
      <w:r w:rsidR="4E655057">
        <w:rPr/>
        <w:t>sectie</w:t>
      </w:r>
      <w:r w:rsidR="4E655057">
        <w:rPr/>
        <w:t xml:space="preserve"> 5 </w:t>
      </w:r>
      <w:r w:rsidR="4E655057">
        <w:rPr/>
        <w:t>hiervoor</w:t>
      </w:r>
      <w:r w:rsidR="4E655057">
        <w:rPr/>
        <w:t xml:space="preserve"> is </w:t>
      </w:r>
      <w:r w:rsidR="4E655057">
        <w:rPr/>
        <w:t>vastgesteld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het MER de </w:t>
      </w:r>
      <w:r w:rsidR="4E655057">
        <w:rPr/>
        <w:t>effecten</w:t>
      </w:r>
      <w:r w:rsidR="4E655057">
        <w:rPr/>
        <w:t xml:space="preserve"> van </w:t>
      </w:r>
      <w:r w:rsidR="4E655057">
        <w:rPr/>
        <w:t>elektromagnetische</w:t>
      </w:r>
      <w:r w:rsidR="4E655057">
        <w:rPr/>
        <w:t xml:space="preserve"> </w:t>
      </w:r>
      <w:r w:rsidR="4E655057">
        <w:rPr/>
        <w:t>velden</w:t>
      </w:r>
      <w:r w:rsidR="4E655057">
        <w:rPr/>
        <w:t xml:space="preserve"> (EMF) op fauna </w:t>
      </w:r>
      <w:r w:rsidR="4E655057">
        <w:rPr/>
        <w:t>als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"</w:t>
      </w:r>
      <w:r w:rsidR="4E655057">
        <w:rPr/>
        <w:t>leemte</w:t>
      </w:r>
      <w:r w:rsidR="4E655057">
        <w:rPr/>
        <w:t xml:space="preserve"> in de </w:t>
      </w:r>
      <w:r w:rsidR="4E655057">
        <w:rPr/>
        <w:t>kennis</w:t>
      </w:r>
      <w:r w:rsidR="4E655057">
        <w:rPr/>
        <w:t xml:space="preserve">" </w:t>
      </w:r>
      <w:r w:rsidR="4E655057">
        <w:rPr/>
        <w:t>kwalificeert</w:t>
      </w:r>
      <w:r w:rsidR="4E655057">
        <w:rPr/>
        <w:t xml:space="preserve">, </w:t>
      </w:r>
      <w:r w:rsidR="4E655057">
        <w:rPr/>
        <w:t>zonder</w:t>
      </w:r>
      <w:r w:rsidR="4E655057">
        <w:rPr/>
        <w:t xml:space="preserve"> er </w:t>
      </w:r>
      <w:r w:rsidR="4E655057">
        <w:rPr/>
        <w:t>een</w:t>
      </w:r>
      <w:r w:rsidR="4E655057">
        <w:rPr/>
        <w:t xml:space="preserve"> </w:t>
      </w:r>
      <w:r w:rsidR="4E655057">
        <w:rPr/>
        <w:t>effectscore</w:t>
      </w:r>
      <w:r w:rsidR="4E655057">
        <w:rPr/>
        <w:t xml:space="preserve">, </w:t>
      </w:r>
      <w:r w:rsidR="4E655057">
        <w:rPr/>
        <w:t>voorzorgsmaatregel</w:t>
      </w:r>
      <w:r w:rsidR="4E655057">
        <w:rPr/>
        <w:t xml:space="preserve"> of </w:t>
      </w:r>
      <w:r w:rsidR="4E655057">
        <w:rPr/>
        <w:t>monitoringsprogramma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</w:t>
      </w:r>
      <w:r w:rsidR="4E655057">
        <w:rPr/>
        <w:t>te</w:t>
      </w:r>
      <w:r w:rsidR="4E655057">
        <w:rPr/>
        <w:t xml:space="preserve"> </w:t>
      </w:r>
      <w:r w:rsidR="4E655057">
        <w:rPr/>
        <w:t>verbinden</w:t>
      </w:r>
      <w:r w:rsidR="4E655057">
        <w:rPr/>
        <w:t xml:space="preserve">. De </w:t>
      </w:r>
      <w:r w:rsidR="4E655057">
        <w:rPr/>
        <w:t>onderhavige</w:t>
      </w:r>
      <w:r w:rsidR="4E655057">
        <w:rPr/>
        <w:t xml:space="preserve"> </w:t>
      </w:r>
      <w:r w:rsidR="4E655057">
        <w:rPr/>
        <w:t>sectie</w:t>
      </w:r>
      <w:r w:rsidR="4E655057">
        <w:rPr/>
        <w:t xml:space="preserve"> </w:t>
      </w:r>
      <w:r w:rsidR="4E655057">
        <w:rPr/>
        <w:t>verdiept</w:t>
      </w:r>
      <w:r w:rsidR="4E655057">
        <w:rPr/>
        <w:t xml:space="preserve"> </w:t>
      </w:r>
      <w:r w:rsidR="4E655057">
        <w:rPr/>
        <w:t>dit</w:t>
      </w:r>
      <w:r w:rsidR="4E655057">
        <w:rPr/>
        <w:t xml:space="preserve"> </w:t>
      </w:r>
      <w:r w:rsidR="4E655057">
        <w:rPr/>
        <w:t>bezwaar</w:t>
      </w:r>
      <w:r w:rsidR="4E655057">
        <w:rPr/>
        <w:t xml:space="preserve"> door de </w:t>
      </w:r>
      <w:r w:rsidR="4E655057">
        <w:rPr/>
        <w:t>beschikbare</w:t>
      </w:r>
      <w:r w:rsidR="4E655057">
        <w:rPr/>
        <w:t xml:space="preserve"> peer-reviewed </w:t>
      </w:r>
      <w:r w:rsidR="4E655057">
        <w:rPr/>
        <w:t>wetenschappelijke</w:t>
      </w:r>
      <w:r w:rsidR="4E655057">
        <w:rPr/>
        <w:t xml:space="preserve"> </w:t>
      </w:r>
      <w:r w:rsidR="4E655057">
        <w:rPr/>
        <w:t>literatuur</w:t>
      </w:r>
      <w:r w:rsidR="4E655057">
        <w:rPr/>
        <w:t xml:space="preserve"> </w:t>
      </w:r>
      <w:r w:rsidR="4E655057">
        <w:rPr/>
        <w:t>te</w:t>
      </w:r>
      <w:r w:rsidR="4E655057">
        <w:rPr/>
        <w:t xml:space="preserve"> </w:t>
      </w:r>
      <w:r w:rsidR="4E655057">
        <w:rPr/>
        <w:t>presenteren</w:t>
      </w:r>
      <w:r w:rsidR="4E655057">
        <w:rPr/>
        <w:t xml:space="preserve"> die concrete, </w:t>
      </w:r>
      <w:r w:rsidR="4E655057">
        <w:rPr/>
        <w:t>kwantificeerbare</w:t>
      </w:r>
      <w:r w:rsidR="4E655057">
        <w:rPr/>
        <w:t xml:space="preserve"> </w:t>
      </w:r>
      <w:r w:rsidR="4E655057">
        <w:rPr/>
        <w:t>schadelijke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 van EMF op </w:t>
      </w:r>
      <w:r w:rsidR="4E655057">
        <w:rPr/>
        <w:t>bijen</w:t>
      </w:r>
      <w:r w:rsidR="4E655057">
        <w:rPr/>
        <w:t xml:space="preserve">, </w:t>
      </w:r>
      <w:r w:rsidR="4E655057">
        <w:rPr/>
        <w:t>bestuivers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landbouwdieren</w:t>
      </w:r>
      <w:r w:rsidR="4E655057">
        <w:rPr/>
        <w:t xml:space="preserve"> </w:t>
      </w:r>
      <w:r w:rsidR="4E655057">
        <w:rPr/>
        <w:t>documenteert</w:t>
      </w:r>
      <w:r w:rsidR="4E655057">
        <w:rPr/>
        <w:t>.</w:t>
      </w:r>
    </w:p>
    <w:p xmlns:wp14="http://schemas.microsoft.com/office/word/2010/wordml" w14:paraId="27E473FB" wp14:textId="77777777">
      <w:pPr>
        <w:pStyle w:val="Heading3"/>
      </w:pPr>
      <w:r w:rsidR="4E655057">
        <w:rPr/>
        <w:t xml:space="preserve">5B.2 </w:t>
      </w:r>
      <w:r w:rsidR="4E655057">
        <w:rPr/>
        <w:t>Effecten</w:t>
      </w:r>
      <w:r w:rsidR="4E655057">
        <w:rPr/>
        <w:t xml:space="preserve"> op </w:t>
      </w:r>
      <w:r w:rsidR="4E655057">
        <w:rPr/>
        <w:t>honingbijen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bestuivers</w:t>
      </w:r>
    </w:p>
    <w:p xmlns:wp14="http://schemas.microsoft.com/office/word/2010/wordml" w14:paraId="28E0143B" wp14:textId="77777777">
      <w:r w:rsidR="4E655057">
        <w:rPr/>
        <w:t xml:space="preserve">De </w:t>
      </w:r>
      <w:r w:rsidR="4E655057">
        <w:rPr/>
        <w:t>volgende</w:t>
      </w:r>
      <w:r w:rsidR="4E655057">
        <w:rPr/>
        <w:t xml:space="preserve"> </w:t>
      </w:r>
      <w:r w:rsidR="4E655057">
        <w:rPr/>
        <w:t>vijf</w:t>
      </w:r>
      <w:r w:rsidR="4E655057">
        <w:rPr/>
        <w:t xml:space="preserve"> peer-reviewed studies </w:t>
      </w:r>
      <w:r w:rsidR="4E655057">
        <w:rPr/>
        <w:t>documenteren</w:t>
      </w:r>
      <w:r w:rsidR="4E655057">
        <w:rPr/>
        <w:t xml:space="preserve"> </w:t>
      </w:r>
      <w:r w:rsidR="4E655057">
        <w:rPr/>
        <w:t>significante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 van </w:t>
      </w:r>
      <w:r w:rsidR="4E655057">
        <w:rPr/>
        <w:t>elektromagnetische</w:t>
      </w:r>
      <w:r w:rsidR="4E655057">
        <w:rPr/>
        <w:t xml:space="preserve"> </w:t>
      </w:r>
      <w:r w:rsidR="4E655057">
        <w:rPr/>
        <w:t>velden</w:t>
      </w:r>
      <w:r w:rsidR="4E655057">
        <w:rPr/>
        <w:t xml:space="preserve">, </w:t>
      </w:r>
      <w:r w:rsidR="4E655057">
        <w:rPr/>
        <w:t>zoals</w:t>
      </w:r>
      <w:r w:rsidR="4E655057">
        <w:rPr/>
        <w:t xml:space="preserve"> die </w:t>
      </w:r>
      <w:r w:rsidR="4E655057">
        <w:rPr/>
        <w:t>voorkomen</w:t>
      </w:r>
      <w:r w:rsidR="4E655057">
        <w:rPr/>
        <w:t xml:space="preserve"> </w:t>
      </w:r>
      <w:r w:rsidR="4E655057">
        <w:rPr/>
        <w:t>onder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nabij</w:t>
      </w:r>
      <w:r w:rsidR="4E655057">
        <w:rPr/>
        <w:t xml:space="preserve"> </w:t>
      </w:r>
      <w:r w:rsidR="4E655057">
        <w:rPr/>
        <w:t>hoogspanningslijnen</w:t>
      </w:r>
      <w:r w:rsidR="4E655057">
        <w:rPr/>
        <w:t xml:space="preserve">, op </w:t>
      </w:r>
      <w:r w:rsidR="4E655057">
        <w:rPr/>
        <w:t>bijen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bestuivende</w:t>
      </w:r>
      <w:r w:rsidR="4E655057">
        <w:rPr/>
        <w:t xml:space="preserve"> </w:t>
      </w:r>
      <w:r w:rsidR="4E655057">
        <w:rPr/>
        <w:t>insecten</w:t>
      </w:r>
      <w:r w:rsidR="4E655057">
        <w:rPr/>
        <w:t>:</w:t>
      </w:r>
    </w:p>
    <w:p xmlns:wp14="http://schemas.microsoft.com/office/word/2010/wordml" w14:paraId="50D17BB8" wp14:textId="77777777">
      <w:r w:rsidRPr="4E655057" w:rsidR="4E655057">
        <w:rPr>
          <w:b w:val="1"/>
          <w:bCs w:val="1"/>
        </w:rPr>
        <w:t>(a)</w:t>
      </w:r>
      <w:r w:rsidR="4E655057">
        <w:rPr/>
        <w:t xml:space="preserve"> Shepherd et al. (2018), </w:t>
      </w:r>
      <w:r w:rsidR="4E655057">
        <w:rPr/>
        <w:t>gepubliceerd</w:t>
      </w:r>
      <w:r w:rsidR="4E655057">
        <w:rPr/>
        <w:t xml:space="preserve"> in Scientific Reports 8: 7932 (DOI: 10.1038/s41598-018-26185-y), </w:t>
      </w:r>
      <w:r w:rsidR="4E655057">
        <w:rPr/>
        <w:t>onderzochten</w:t>
      </w:r>
      <w:r w:rsidR="4E655057">
        <w:rPr/>
        <w:t xml:space="preserve"> de </w:t>
      </w:r>
      <w:r w:rsidR="4E655057">
        <w:rPr/>
        <w:t>effecten</w:t>
      </w:r>
      <w:r w:rsidR="4E655057">
        <w:rPr/>
        <w:t xml:space="preserve"> van 50 Hz ELF (Extremely Low Frequency) </w:t>
      </w:r>
      <w:r w:rsidR="4E655057">
        <w:rPr/>
        <w:t>elektromagnetische</w:t>
      </w:r>
      <w:r w:rsidR="4E655057">
        <w:rPr/>
        <w:t xml:space="preserve"> </w:t>
      </w:r>
      <w:r w:rsidR="4E655057">
        <w:rPr/>
        <w:t>velden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veldsterktes</w:t>
      </w:r>
      <w:r w:rsidR="4E655057">
        <w:rPr/>
        <w:t xml:space="preserve"> die </w:t>
      </w:r>
      <w:r w:rsidR="4E655057">
        <w:rPr/>
        <w:t>representatief</w:t>
      </w:r>
      <w:r w:rsidR="4E655057">
        <w:rPr/>
        <w:t xml:space="preserve"> </w:t>
      </w:r>
      <w:r w:rsidR="4E655057">
        <w:rPr/>
        <w:t>zijn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de </w:t>
      </w:r>
      <w:r w:rsidR="4E655057">
        <w:rPr/>
        <w:t>omgeving</w:t>
      </w:r>
      <w:r w:rsidR="4E655057">
        <w:rPr/>
        <w:t xml:space="preserve"> </w:t>
      </w:r>
      <w:r w:rsidR="4E655057">
        <w:rPr/>
        <w:t>onder</w:t>
      </w:r>
      <w:r w:rsidR="4E655057">
        <w:rPr/>
        <w:t xml:space="preserve"> </w:t>
      </w:r>
      <w:r w:rsidR="4E655057">
        <w:rPr/>
        <w:t>hoogspanningslijnen</w:t>
      </w:r>
      <w:r w:rsidR="4E655057">
        <w:rPr/>
        <w:t xml:space="preserve"> (20–100 µT). De </w:t>
      </w:r>
      <w:r w:rsidR="4E655057">
        <w:rPr/>
        <w:t>studie</w:t>
      </w:r>
      <w:r w:rsidR="4E655057">
        <w:rPr/>
        <w:t xml:space="preserve"> </w:t>
      </w:r>
      <w:r w:rsidR="4E655057">
        <w:rPr/>
        <w:t>toonde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="4E655057">
        <w:rPr/>
        <w:t>blootstelling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</w:t>
      </w:r>
      <w:r w:rsidR="4E655057">
        <w:rPr/>
        <w:t>deze</w:t>
      </w:r>
      <w:r w:rsidR="4E655057">
        <w:rPr/>
        <w:t xml:space="preserve"> </w:t>
      </w:r>
      <w:r w:rsidR="4E655057">
        <w:rPr/>
        <w:t>veldsterktes</w:t>
      </w:r>
      <w:r w:rsidR="4E655057">
        <w:rPr/>
        <w:t xml:space="preserve"> </w:t>
      </w:r>
      <w:r w:rsidR="4E655057">
        <w:rPr/>
        <w:t>leidt</w:t>
      </w:r>
      <w:r w:rsidR="4E655057">
        <w:rPr/>
        <w:t xml:space="preserve"> tot:</w:t>
      </w:r>
    </w:p>
    <w:p xmlns:wp14="http://schemas.microsoft.com/office/word/2010/wordml" w14:paraId="094238B8" wp14:textId="77777777">
      <w:pPr>
        <w:pStyle w:val="ListBullet"/>
        <w:spacing w:after="60"/>
        <w:ind w:left="720"/>
        <w:rPr/>
      </w:pPr>
      <w:r w:rsidR="4E655057">
        <w:rPr/>
        <w:t>verminderd</w:t>
      </w:r>
      <w:r w:rsidR="4E655057">
        <w:rPr/>
        <w:t xml:space="preserve"> </w:t>
      </w:r>
      <w:r w:rsidR="4E655057">
        <w:rPr/>
        <w:t>leervermogen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geheugenretentie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honingbijen</w:t>
      </w:r>
      <w:r w:rsidR="4E655057">
        <w:rPr/>
        <w:t>;</w:t>
      </w:r>
    </w:p>
    <w:p xmlns:wp14="http://schemas.microsoft.com/office/word/2010/wordml" w14:paraId="0004CE21" wp14:textId="77777777">
      <w:pPr>
        <w:pStyle w:val="ListBullet"/>
        <w:spacing w:after="60"/>
        <w:ind w:left="720"/>
        <w:rPr/>
      </w:pPr>
      <w:r w:rsidR="4E655057">
        <w:rPr/>
        <w:t>veranderd</w:t>
      </w:r>
      <w:r w:rsidR="4E655057">
        <w:rPr/>
        <w:t xml:space="preserve"> </w:t>
      </w:r>
      <w:r w:rsidR="4E655057">
        <w:rPr/>
        <w:t>vlieggedrag</w:t>
      </w:r>
      <w:r w:rsidR="4E655057">
        <w:rPr/>
        <w:t>;</w:t>
      </w:r>
    </w:p>
    <w:p xmlns:wp14="http://schemas.microsoft.com/office/word/2010/wordml" w14:paraId="5438640F" wp14:textId="77777777">
      <w:pPr>
        <w:pStyle w:val="ListBullet"/>
        <w:spacing w:after="60"/>
        <w:ind w:left="720"/>
        <w:rPr/>
      </w:pPr>
      <w:r w:rsidR="4E655057">
        <w:rPr/>
        <w:t>verminderd</w:t>
      </w:r>
      <w:r w:rsidR="4E655057">
        <w:rPr/>
        <w:t xml:space="preserve"> </w:t>
      </w:r>
      <w:r w:rsidR="4E655057">
        <w:rPr/>
        <w:t>fourageerresultaat</w:t>
      </w:r>
      <w:r w:rsidR="4E655057">
        <w:rPr/>
        <w:t>.</w:t>
      </w:r>
    </w:p>
    <w:p xmlns:wp14="http://schemas.microsoft.com/office/word/2010/wordml" w14:paraId="1D059C9C" wp14:textId="77777777">
      <w:r w:rsidR="4E655057">
        <w:rPr/>
        <w:t xml:space="preserve">De auteurs </w:t>
      </w:r>
      <w:r w:rsidR="4E655057">
        <w:rPr/>
        <w:t>concluderen</w:t>
      </w:r>
      <w:r w:rsidR="4E655057">
        <w:rPr/>
        <w:t xml:space="preserve">: </w:t>
      </w:r>
      <w:r w:rsidRPr="4E655057" w:rsidR="4E655057">
        <w:rPr>
          <w:i w:val="1"/>
          <w:iCs w:val="1"/>
        </w:rPr>
        <w:t xml:space="preserve">"50 Hz ELF EMFs emitted from powerlines may represent a prominent environmental stressor for </w:t>
      </w:r>
      <w:r w:rsidRPr="4E655057" w:rsidR="4E655057">
        <w:rPr>
          <w:i w:val="1"/>
          <w:iCs w:val="1"/>
        </w:rPr>
        <w:t>honey bees</w:t>
      </w:r>
      <w:r w:rsidRPr="4E655057" w:rsidR="4E655057">
        <w:rPr>
          <w:i w:val="1"/>
          <w:iCs w:val="1"/>
        </w:rPr>
        <w:t>."</w:t>
      </w:r>
    </w:p>
    <w:p xmlns:wp14="http://schemas.microsoft.com/office/word/2010/wordml" w14:paraId="439EB06D" wp14:textId="77777777">
      <w:r w:rsidRPr="4E655057" w:rsidR="4E655057">
        <w:rPr>
          <w:b w:val="1"/>
          <w:bCs w:val="1"/>
        </w:rPr>
        <w:t>(b)</w:t>
      </w:r>
      <w:r w:rsidR="4E655057">
        <w:rPr/>
        <w:t xml:space="preserve"> Shepherd et al. (2019), </w:t>
      </w:r>
      <w:r w:rsidR="4E655057">
        <w:rPr/>
        <w:t>gepubliceerd</w:t>
      </w:r>
      <w:r w:rsidR="4E655057">
        <w:rPr/>
        <w:t xml:space="preserve"> in PLOS ONE 14(10) (DOI: 10.1371/journal.pone.0223614), </w:t>
      </w:r>
      <w:r w:rsidR="4E655057">
        <w:rPr/>
        <w:t>onderzochten</w:t>
      </w:r>
      <w:r w:rsidR="4E655057">
        <w:rPr/>
        <w:t xml:space="preserve"> de </w:t>
      </w:r>
      <w:r w:rsidR="4E655057">
        <w:rPr/>
        <w:t>gedragseffecten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hogere</w:t>
      </w:r>
      <w:r w:rsidR="4E655057">
        <w:rPr/>
        <w:t xml:space="preserve"> </w:t>
      </w:r>
      <w:r w:rsidR="4E655057">
        <w:rPr/>
        <w:t>veldsterktes</w:t>
      </w:r>
      <w:r w:rsidR="4E655057">
        <w:rPr/>
        <w:t xml:space="preserve"> (100–1.000 µT). De </w:t>
      </w:r>
      <w:r w:rsidR="4E655057">
        <w:rPr/>
        <w:t>resultaten</w:t>
      </w:r>
      <w:r w:rsidR="4E655057">
        <w:rPr/>
        <w:t xml:space="preserve"> </w:t>
      </w:r>
      <w:r w:rsidR="4E655057">
        <w:rPr/>
        <w:t>tonen</w:t>
      </w:r>
      <w:r w:rsidR="4E655057">
        <w:rPr/>
        <w:t>:</w:t>
      </w:r>
    </w:p>
    <w:p xmlns:wp14="http://schemas.microsoft.com/office/word/2010/wordml" w14:paraId="50BE7191" wp14:textId="77777777">
      <w:pPr>
        <w:pStyle w:val="ListBullet"/>
        <w:spacing w:after="60"/>
        <w:ind w:left="720"/>
        <w:rPr/>
      </w:pPr>
      <w:r w:rsidR="4E655057">
        <w:rPr/>
        <w:t>een</w:t>
      </w:r>
      <w:r w:rsidR="4E655057">
        <w:rPr/>
        <w:t xml:space="preserve"> </w:t>
      </w:r>
      <w:r w:rsidR="4E655057">
        <w:rPr/>
        <w:t>toename</w:t>
      </w:r>
      <w:r w:rsidR="4E655057">
        <w:rPr/>
        <w:t xml:space="preserve"> van </w:t>
      </w:r>
      <w:r w:rsidR="4E655057">
        <w:rPr/>
        <w:t>agressief</w:t>
      </w:r>
      <w:r w:rsidR="4E655057">
        <w:rPr/>
        <w:t xml:space="preserve"> </w:t>
      </w:r>
      <w:r w:rsidR="4E655057">
        <w:rPr/>
        <w:t>gedrag</w:t>
      </w:r>
      <w:r w:rsidR="4E655057">
        <w:rPr/>
        <w:t xml:space="preserve"> met circa 60% </w:t>
      </w:r>
      <w:r w:rsidR="4E655057">
        <w:rPr/>
        <w:t>bij</w:t>
      </w:r>
      <w:r w:rsidR="4E655057">
        <w:rPr/>
        <w:t xml:space="preserve"> 100 </w:t>
      </w:r>
      <w:r w:rsidR="4E655057">
        <w:rPr/>
        <w:t>µT;</w:t>
      </w:r>
    </w:p>
    <w:p xmlns:wp14="http://schemas.microsoft.com/office/word/2010/wordml" w14:paraId="650E729D" wp14:textId="77777777">
      <w:pPr>
        <w:pStyle w:val="ListBullet"/>
        <w:spacing w:after="60"/>
        <w:ind w:left="720"/>
        <w:rPr/>
      </w:pPr>
      <w:r w:rsidR="4E655057">
        <w:rPr/>
        <w:t>een</w:t>
      </w:r>
      <w:r w:rsidR="4E655057">
        <w:rPr/>
        <w:t xml:space="preserve"> </w:t>
      </w:r>
      <w:r w:rsidR="4E655057">
        <w:rPr/>
        <w:t>vermindering</w:t>
      </w:r>
      <w:r w:rsidR="4E655057">
        <w:rPr/>
        <w:t xml:space="preserve"> van het </w:t>
      </w:r>
      <w:r w:rsidR="4E655057">
        <w:rPr/>
        <w:t>aversief</w:t>
      </w:r>
      <w:r w:rsidR="4E655057">
        <w:rPr/>
        <w:t xml:space="preserve"> </w:t>
      </w:r>
      <w:r w:rsidR="4E655057">
        <w:rPr/>
        <w:t>leervermogen</w:t>
      </w:r>
      <w:r w:rsidR="4E655057">
        <w:rPr/>
        <w:t xml:space="preserve"> met circa 20% </w:t>
      </w:r>
      <w:r w:rsidR="4E655057">
        <w:rPr/>
        <w:t>bij</w:t>
      </w:r>
      <w:r w:rsidR="4E655057">
        <w:rPr/>
        <w:t xml:space="preserve"> 100–1.000 </w:t>
      </w:r>
      <w:r w:rsidR="4E655057">
        <w:rPr/>
        <w:t>µT;</w:t>
      </w:r>
    </w:p>
    <w:p xmlns:wp14="http://schemas.microsoft.com/office/word/2010/wordml" w14:paraId="13C145A5" wp14:textId="77777777">
      <w:pPr>
        <w:pStyle w:val="ListBullet"/>
        <w:spacing w:after="60"/>
        <w:ind w:left="720"/>
        <w:rPr/>
      </w:pPr>
      <w:r w:rsidR="4E655057">
        <w:rPr/>
        <w:t>verstoring</w:t>
      </w:r>
      <w:r w:rsidR="4E655057">
        <w:rPr/>
        <w:t xml:space="preserve"> van het </w:t>
      </w:r>
      <w:r w:rsidR="4E655057">
        <w:rPr/>
        <w:t>kolonieverdedigingsgedrag</w:t>
      </w:r>
      <w:r w:rsidR="4E655057">
        <w:rPr/>
        <w:t>.</w:t>
      </w:r>
    </w:p>
    <w:p xmlns:wp14="http://schemas.microsoft.com/office/word/2010/wordml" w14:paraId="587CC1F8" wp14:textId="77777777">
      <w:r w:rsidR="4E655057">
        <w:rPr/>
        <w:t>Deze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 </w:t>
      </w:r>
      <w:r w:rsidR="4E655057">
        <w:rPr/>
        <w:t>zijn</w:t>
      </w:r>
      <w:r w:rsidR="4E655057">
        <w:rPr/>
        <w:t xml:space="preserve"> </w:t>
      </w:r>
      <w:r w:rsidR="4E655057">
        <w:rPr/>
        <w:t>ecologisch</w:t>
      </w:r>
      <w:r w:rsidR="4E655057">
        <w:rPr/>
        <w:t xml:space="preserve"> relevant </w:t>
      </w:r>
      <w:r w:rsidR="4E655057">
        <w:rPr/>
        <w:t>omdat</w:t>
      </w:r>
      <w:r w:rsidR="4E655057">
        <w:rPr/>
        <w:t xml:space="preserve"> </w:t>
      </w:r>
      <w:r w:rsidR="4E655057">
        <w:rPr/>
        <w:t>zij</w:t>
      </w:r>
      <w:r w:rsidR="4E655057">
        <w:rPr/>
        <w:t xml:space="preserve"> de </w:t>
      </w:r>
      <w:r w:rsidR="4E655057">
        <w:rPr/>
        <w:t>overlevingskansen</w:t>
      </w:r>
      <w:r w:rsidR="4E655057">
        <w:rPr/>
        <w:t xml:space="preserve"> van </w:t>
      </w:r>
      <w:r w:rsidR="4E655057">
        <w:rPr/>
        <w:t>bijenkolonies</w:t>
      </w:r>
      <w:r w:rsidR="4E655057">
        <w:rPr/>
        <w:t xml:space="preserve"> in de </w:t>
      </w:r>
      <w:r w:rsidR="4E655057">
        <w:rPr/>
        <w:t>directe</w:t>
      </w:r>
      <w:r w:rsidR="4E655057">
        <w:rPr/>
        <w:t xml:space="preserve"> </w:t>
      </w:r>
      <w:r w:rsidR="4E655057">
        <w:rPr/>
        <w:t>omgeving</w:t>
      </w:r>
      <w:r w:rsidR="4E655057">
        <w:rPr/>
        <w:t xml:space="preserve"> van </w:t>
      </w:r>
      <w:r w:rsidR="4E655057">
        <w:rPr/>
        <w:t>hoogspanningsinfrastructuur</w:t>
      </w:r>
      <w:r w:rsidR="4E655057">
        <w:rPr/>
        <w:t xml:space="preserve"> </w:t>
      </w:r>
      <w:r w:rsidR="4E655057">
        <w:rPr/>
        <w:t>structureel</w:t>
      </w:r>
      <w:r w:rsidR="4E655057">
        <w:rPr/>
        <w:t xml:space="preserve"> </w:t>
      </w:r>
      <w:r w:rsidR="4E655057">
        <w:rPr/>
        <w:t>verlagen</w:t>
      </w:r>
      <w:r w:rsidR="4E655057">
        <w:rPr/>
        <w:t>.</w:t>
      </w:r>
    </w:p>
    <w:p xmlns:wp14="http://schemas.microsoft.com/office/word/2010/wordml" w14:paraId="65F2947E" wp14:textId="77777777">
      <w:r w:rsidRPr="4E655057" w:rsidR="4E655057">
        <w:rPr>
          <w:b w:val="1"/>
          <w:bCs w:val="1"/>
        </w:rPr>
        <w:t>(c)</w:t>
      </w:r>
      <w:r w:rsidR="4E655057">
        <w:rPr/>
        <w:t xml:space="preserve"> Molina-Montenegro et al. (2023), </w:t>
      </w:r>
      <w:r w:rsidR="4E655057">
        <w:rPr/>
        <w:t>gepubliceerd</w:t>
      </w:r>
      <w:r w:rsidR="4E655057">
        <w:rPr/>
        <w:t xml:space="preserve"> in Science Advances 9(19) (DOI: 10.1126/</w:t>
      </w:r>
      <w:r w:rsidR="4E655057">
        <w:rPr/>
        <w:t>sciadv.adh</w:t>
      </w:r>
      <w:r w:rsidR="4E655057">
        <w:rPr/>
        <w:t xml:space="preserve">1455), </w:t>
      </w:r>
      <w:r w:rsidR="4E655057">
        <w:rPr/>
        <w:t>presenteerden</w:t>
      </w:r>
      <w:r w:rsidR="4E655057">
        <w:rPr/>
        <w:t xml:space="preserve"> de </w:t>
      </w:r>
      <w:r w:rsidRPr="4E655057" w:rsidR="4E655057">
        <w:rPr>
          <w:b w:val="1"/>
          <w:bCs w:val="1"/>
        </w:rPr>
        <w:t>eerste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studie</w:t>
      </w:r>
      <w:r w:rsidRPr="4E655057" w:rsidR="4E655057">
        <w:rPr>
          <w:b w:val="1"/>
          <w:bCs w:val="1"/>
        </w:rPr>
        <w:t xml:space="preserve"> die </w:t>
      </w:r>
      <w:r w:rsidRPr="4E655057" w:rsidR="4E655057">
        <w:rPr>
          <w:b w:val="1"/>
          <w:bCs w:val="1"/>
        </w:rPr>
        <w:t>een</w:t>
      </w:r>
      <w:r w:rsidRPr="4E655057" w:rsidR="4E655057">
        <w:rPr>
          <w:b w:val="1"/>
          <w:bCs w:val="1"/>
        </w:rPr>
        <w:t xml:space="preserve"> direct </w:t>
      </w:r>
      <w:r w:rsidRPr="4E655057" w:rsidR="4E655057">
        <w:rPr>
          <w:b w:val="1"/>
          <w:bCs w:val="1"/>
        </w:rPr>
        <w:t>verband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aantoont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tussen</w:t>
      </w:r>
      <w:r w:rsidRPr="4E655057" w:rsidR="4E655057">
        <w:rPr>
          <w:b w:val="1"/>
          <w:bCs w:val="1"/>
        </w:rPr>
        <w:t xml:space="preserve"> EMF van </w:t>
      </w:r>
      <w:r w:rsidRPr="4E655057" w:rsidR="4E655057">
        <w:rPr>
          <w:b w:val="1"/>
          <w:bCs w:val="1"/>
        </w:rPr>
        <w:t>hoogspanningslijnen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verminderde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bestuiving</w:t>
      </w:r>
      <w:r w:rsidR="4E655057">
        <w:rPr/>
        <w:t xml:space="preserve">. De </w:t>
      </w:r>
      <w:r w:rsidR="4E655057">
        <w:rPr/>
        <w:t>studie</w:t>
      </w:r>
      <w:r w:rsidR="4E655057">
        <w:rPr/>
        <w:t xml:space="preserve"> </w:t>
      </w:r>
      <w:r w:rsidR="4E655057">
        <w:rPr/>
        <w:t>documenteerde</w:t>
      </w:r>
      <w:r w:rsidR="4E655057">
        <w:rPr/>
        <w:t>:</w:t>
      </w:r>
    </w:p>
    <w:p xmlns:wp14="http://schemas.microsoft.com/office/word/2010/wordml" w14:paraId="2064BACA" wp14:textId="77777777">
      <w:pPr>
        <w:pStyle w:val="ListBullet"/>
        <w:spacing w:after="60"/>
        <w:ind w:left="720"/>
        <w:rPr/>
      </w:pPr>
      <w:r w:rsidR="4E655057">
        <w:rPr/>
        <w:t>sterke</w:t>
      </w:r>
      <w:r w:rsidR="4E655057">
        <w:rPr/>
        <w:t xml:space="preserve"> </w:t>
      </w:r>
      <w:r w:rsidR="4E655057">
        <w:rPr/>
        <w:t>fysiologische</w:t>
      </w:r>
      <w:r w:rsidR="4E655057">
        <w:rPr/>
        <w:t xml:space="preserve"> </w:t>
      </w:r>
      <w:r w:rsidR="4E655057">
        <w:rPr/>
        <w:t>stressreacties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bijen</w:t>
      </w:r>
      <w:r w:rsidR="4E655057">
        <w:rPr/>
        <w:t xml:space="preserve"> (</w:t>
      </w:r>
      <w:r w:rsidR="4E655057">
        <w:rPr/>
        <w:t>verhoogde</w:t>
      </w:r>
      <w:r w:rsidR="4E655057">
        <w:rPr/>
        <w:t xml:space="preserve"> </w:t>
      </w:r>
      <w:r w:rsidR="4E655057">
        <w:rPr/>
        <w:t>expressie</w:t>
      </w:r>
      <w:r w:rsidR="4E655057">
        <w:rPr/>
        <w:t xml:space="preserve"> van heat-shock </w:t>
      </w:r>
      <w:r w:rsidR="4E655057">
        <w:rPr/>
        <w:t>eiwitten</w:t>
      </w:r>
      <w:r w:rsidR="4E655057">
        <w:rPr/>
        <w:t>);</w:t>
      </w:r>
    </w:p>
    <w:p xmlns:wp14="http://schemas.microsoft.com/office/word/2010/wordml" w14:paraId="79692F58" wp14:textId="77777777">
      <w:pPr>
        <w:pStyle w:val="ListBullet"/>
        <w:spacing w:after="60"/>
        <w:ind w:left="720"/>
        <w:rPr/>
      </w:pPr>
      <w:r w:rsidR="4E655057">
        <w:rPr/>
        <w:t>een</w:t>
      </w:r>
      <w:r w:rsidR="4E655057">
        <w:rPr/>
        <w:t xml:space="preserve"> </w:t>
      </w:r>
      <w:r w:rsidR="4E655057">
        <w:rPr/>
        <w:t>significante</w:t>
      </w:r>
      <w:r w:rsidR="4E655057">
        <w:rPr/>
        <w:t xml:space="preserve"> </w:t>
      </w:r>
      <w:r w:rsidR="4E655057">
        <w:rPr/>
        <w:t>vermindering</w:t>
      </w:r>
      <w:r w:rsidR="4E655057">
        <w:rPr/>
        <w:t xml:space="preserve"> van het </w:t>
      </w:r>
      <w:r w:rsidR="4E655057">
        <w:rPr/>
        <w:t>aantal</w:t>
      </w:r>
      <w:r w:rsidR="4E655057">
        <w:rPr/>
        <w:t xml:space="preserve"> </w:t>
      </w:r>
      <w:r w:rsidR="4E655057">
        <w:rPr/>
        <w:t>bijenbezoeken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</w:t>
      </w:r>
      <w:r w:rsidR="4E655057">
        <w:rPr/>
        <w:t>planten</w:t>
      </w:r>
      <w:r w:rsidR="4E655057">
        <w:rPr/>
        <w:t xml:space="preserve"> in de </w:t>
      </w:r>
      <w:r w:rsidR="4E655057">
        <w:rPr/>
        <w:t>nabijheid</w:t>
      </w:r>
      <w:r w:rsidR="4E655057">
        <w:rPr/>
        <w:t xml:space="preserve"> van </w:t>
      </w:r>
      <w:r w:rsidR="4E655057">
        <w:rPr/>
        <w:t>hoogspanningslijnen</w:t>
      </w:r>
      <w:r w:rsidR="4E655057">
        <w:rPr/>
        <w:t>;</w:t>
      </w:r>
    </w:p>
    <w:p xmlns:wp14="http://schemas.microsoft.com/office/word/2010/wordml" w14:paraId="05CB599C" wp14:textId="77777777">
      <w:pPr>
        <w:pStyle w:val="ListBullet"/>
        <w:spacing w:after="60"/>
        <w:ind w:left="720"/>
        <w:rPr/>
      </w:pPr>
      <w:r w:rsidR="4E655057">
        <w:rPr/>
        <w:t>een</w:t>
      </w:r>
      <w:r w:rsidR="4E655057">
        <w:rPr/>
        <w:t xml:space="preserve"> significant </w:t>
      </w:r>
      <w:r w:rsidR="4E655057">
        <w:rPr/>
        <w:t>lagere</w:t>
      </w:r>
      <w:r w:rsidR="4E655057">
        <w:rPr/>
        <w:t xml:space="preserve"> </w:t>
      </w:r>
      <w:r w:rsidR="4E655057">
        <w:rPr/>
        <w:t>zaadproductie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deze</w:t>
      </w:r>
      <w:r w:rsidR="4E655057">
        <w:rPr/>
        <w:t xml:space="preserve"> </w:t>
      </w:r>
      <w:r w:rsidR="4E655057">
        <w:rPr/>
        <w:t>planten</w:t>
      </w:r>
      <w:r w:rsidR="4E655057">
        <w:rPr/>
        <w:t>.</w:t>
      </w:r>
    </w:p>
    <w:p xmlns:wp14="http://schemas.microsoft.com/office/word/2010/wordml" w14:paraId="027C1FD8" wp14:textId="77777777">
      <w:r w:rsidR="4E655057">
        <w:rPr/>
        <w:t>Deze</w:t>
      </w:r>
      <w:r w:rsidR="4E655057">
        <w:rPr/>
        <w:t xml:space="preserve"> </w:t>
      </w:r>
      <w:r w:rsidR="4E655057">
        <w:rPr/>
        <w:t>studie</w:t>
      </w:r>
      <w:r w:rsidR="4E655057">
        <w:rPr/>
        <w:t xml:space="preserve">, </w:t>
      </w:r>
      <w:r w:rsidR="4E655057">
        <w:rPr/>
        <w:t>gepubliceerd</w:t>
      </w:r>
      <w:r w:rsidR="4E655057">
        <w:rPr/>
        <w:t xml:space="preserve"> in Science Advances (</w:t>
      </w:r>
      <w:r w:rsidR="4E655057">
        <w:rPr/>
        <w:t>impactfactor</w:t>
      </w:r>
      <w:r w:rsidR="4E655057">
        <w:rPr/>
        <w:t xml:space="preserve"> &gt;13), </w:t>
      </w:r>
      <w:r w:rsidR="4E655057">
        <w:rPr/>
        <w:t>levert</w:t>
      </w:r>
      <w:r w:rsidR="4E655057">
        <w:rPr/>
        <w:t xml:space="preserve"> het </w:t>
      </w:r>
      <w:r w:rsidR="4E655057">
        <w:rPr/>
        <w:t>eerste</w:t>
      </w:r>
      <w:r w:rsidR="4E655057">
        <w:rPr/>
        <w:t xml:space="preserve"> </w:t>
      </w:r>
      <w:r w:rsidR="4E655057">
        <w:rPr/>
        <w:t>experimentele</w:t>
      </w:r>
      <w:r w:rsidR="4E655057">
        <w:rPr/>
        <w:t xml:space="preserve"> </w:t>
      </w:r>
      <w:r w:rsidR="4E655057">
        <w:rPr/>
        <w:t>bewijs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EMF van </w:t>
      </w:r>
      <w:r w:rsidR="4E655057">
        <w:rPr/>
        <w:t>hoogspanningsinfrastructuur</w:t>
      </w:r>
      <w:r w:rsidR="4E655057">
        <w:rPr/>
        <w:t xml:space="preserve"> de </w:t>
      </w:r>
      <w:r w:rsidR="4E655057">
        <w:rPr/>
        <w:t>ecosysteemdienst</w:t>
      </w:r>
      <w:r w:rsidR="4E655057">
        <w:rPr/>
        <w:t xml:space="preserve"> </w:t>
      </w:r>
      <w:r w:rsidR="4E655057">
        <w:rPr/>
        <w:t>bestuiving</w:t>
      </w:r>
      <w:r w:rsidR="4E655057">
        <w:rPr/>
        <w:t xml:space="preserve"> </w:t>
      </w:r>
      <w:r w:rsidR="4E655057">
        <w:rPr/>
        <w:t>aantast</w:t>
      </w:r>
      <w:r w:rsidR="4E655057">
        <w:rPr/>
        <w:t>.</w:t>
      </w:r>
    </w:p>
    <w:p xmlns:wp14="http://schemas.microsoft.com/office/word/2010/wordml" w14:paraId="63F198B1" wp14:textId="77777777">
      <w:r w:rsidRPr="4E655057" w:rsidR="4E655057">
        <w:rPr>
          <w:b w:val="1"/>
          <w:bCs w:val="1"/>
        </w:rPr>
        <w:t>(d)</w:t>
      </w:r>
      <w:r w:rsidR="4E655057">
        <w:rPr/>
        <w:t xml:space="preserve"> Thill, Cammaerts &amp; Balmori (2024), </w:t>
      </w:r>
      <w:r w:rsidR="4E655057">
        <w:rPr/>
        <w:t>gepubliceerd</w:t>
      </w:r>
      <w:r w:rsidR="4E655057">
        <w:rPr/>
        <w:t xml:space="preserve"> in Reviews on Environmental Health 39(4) (DOI: 10.1515/reveh-2023-0072), </w:t>
      </w:r>
      <w:r w:rsidR="4E655057">
        <w:rPr/>
        <w:t>voerden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systematische</w:t>
      </w:r>
      <w:r w:rsidR="4E655057">
        <w:rPr/>
        <w:t xml:space="preserve"> review </w:t>
      </w:r>
      <w:r w:rsidR="4E655057">
        <w:rPr/>
        <w:t>uit</w:t>
      </w:r>
      <w:r w:rsidR="4E655057">
        <w:rPr/>
        <w:t xml:space="preserve"> van </w:t>
      </w:r>
      <w:r w:rsidRPr="4E655057" w:rsidR="4E655057">
        <w:rPr>
          <w:b w:val="1"/>
          <w:bCs w:val="1"/>
        </w:rPr>
        <w:t xml:space="preserve">185 </w:t>
      </w:r>
      <w:r w:rsidRPr="4E655057" w:rsidR="4E655057">
        <w:rPr>
          <w:b w:val="1"/>
          <w:bCs w:val="1"/>
        </w:rPr>
        <w:t>wetenschappelijke</w:t>
      </w:r>
      <w:r w:rsidRPr="4E655057" w:rsidR="4E655057">
        <w:rPr>
          <w:b w:val="1"/>
          <w:bCs w:val="1"/>
        </w:rPr>
        <w:t xml:space="preserve"> studies</w:t>
      </w:r>
      <w:r w:rsidR="4E655057">
        <w:rPr/>
        <w:t xml:space="preserve"> </w:t>
      </w:r>
      <w:r w:rsidR="4E655057">
        <w:rPr/>
        <w:t>naar</w:t>
      </w:r>
      <w:r w:rsidR="4E655057">
        <w:rPr/>
        <w:t xml:space="preserve"> de </w:t>
      </w:r>
      <w:r w:rsidR="4E655057">
        <w:rPr/>
        <w:t>effecten</w:t>
      </w:r>
      <w:r w:rsidR="4E655057">
        <w:rPr/>
        <w:t xml:space="preserve"> van </w:t>
      </w:r>
      <w:r w:rsidR="4E655057">
        <w:rPr/>
        <w:t>elektromagnetische</w:t>
      </w:r>
      <w:r w:rsidR="4E655057">
        <w:rPr/>
        <w:t xml:space="preserve"> </w:t>
      </w:r>
      <w:r w:rsidR="4E655057">
        <w:rPr/>
        <w:t>velden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straling</w:t>
      </w:r>
      <w:r w:rsidR="4E655057">
        <w:rPr/>
        <w:t xml:space="preserve"> op </w:t>
      </w:r>
      <w:r w:rsidR="4E655057">
        <w:rPr/>
        <w:t>insecten</w:t>
      </w:r>
      <w:r w:rsidR="4E655057">
        <w:rPr/>
        <w:t xml:space="preserve">, </w:t>
      </w:r>
      <w:r w:rsidR="4E655057">
        <w:rPr/>
        <w:t>gepubliceerd</w:t>
      </w:r>
      <w:r w:rsidR="4E655057">
        <w:rPr/>
        <w:t xml:space="preserve"> </w:t>
      </w:r>
      <w:r w:rsidR="4E655057">
        <w:rPr/>
        <w:t>tussen</w:t>
      </w:r>
      <w:r w:rsidR="4E655057">
        <w:rPr/>
        <w:t xml:space="preserve"> 1980 </w:t>
      </w:r>
      <w:r w:rsidR="4E655057">
        <w:rPr/>
        <w:t>en</w:t>
      </w:r>
      <w:r w:rsidR="4E655057">
        <w:rPr/>
        <w:t xml:space="preserve"> 2022. De auteurs </w:t>
      </w:r>
      <w:r w:rsidR="4E655057">
        <w:rPr/>
        <w:t>concluderen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de </w:t>
      </w:r>
      <w:r w:rsidR="4E655057">
        <w:rPr/>
        <w:t>overgrote</w:t>
      </w:r>
      <w:r w:rsidR="4E655057">
        <w:rPr/>
        <w:t xml:space="preserve"> </w:t>
      </w:r>
      <w:r w:rsidR="4E655057">
        <w:rPr/>
        <w:t>meerderheid</w:t>
      </w:r>
      <w:r w:rsidR="4E655057">
        <w:rPr/>
        <w:t xml:space="preserve"> van de </w:t>
      </w:r>
      <w:r w:rsidR="4E655057">
        <w:rPr/>
        <w:t>onderzochte</w:t>
      </w:r>
      <w:r w:rsidR="4E655057">
        <w:rPr/>
        <w:t xml:space="preserve"> studies </w:t>
      </w:r>
      <w:r w:rsidR="4E655057">
        <w:rPr/>
        <w:t>effecten</w:t>
      </w:r>
      <w:r w:rsidR="4E655057">
        <w:rPr/>
        <w:t xml:space="preserve"> </w:t>
      </w:r>
      <w:r w:rsidR="4E655057">
        <w:rPr/>
        <w:t>vaststelde</w:t>
      </w:r>
      <w:r w:rsidR="4E655057">
        <w:rPr/>
        <w:t xml:space="preserve">, </w:t>
      </w:r>
      <w:r w:rsidR="4E655057">
        <w:rPr/>
        <w:t>en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="4E655057">
        <w:rPr/>
        <w:t>deze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 </w:t>
      </w:r>
      <w:r w:rsidR="4E655057">
        <w:rPr/>
        <w:t>doorgaans</w:t>
      </w:r>
      <w:r w:rsidR="4E655057">
        <w:rPr/>
        <w:t xml:space="preserve"> </w:t>
      </w:r>
      <w:r w:rsidR="4E655057">
        <w:rPr/>
        <w:t>schadelijk</w:t>
      </w:r>
      <w:r w:rsidR="4E655057">
        <w:rPr/>
        <w:t xml:space="preserve"> </w:t>
      </w:r>
      <w:r w:rsidR="4E655057">
        <w:rPr/>
        <w:t>waren</w:t>
      </w:r>
      <w:r w:rsidR="4E655057">
        <w:rPr/>
        <w:t xml:space="preserve">. De review </w:t>
      </w:r>
      <w:r w:rsidR="4E655057">
        <w:rPr/>
        <w:t>bestrijkt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breed scala </w:t>
      </w:r>
      <w:r w:rsidR="4E655057">
        <w:rPr/>
        <w:t>aan</w:t>
      </w:r>
      <w:r w:rsidR="4E655057">
        <w:rPr/>
        <w:t xml:space="preserve"> </w:t>
      </w:r>
      <w:r w:rsidR="4E655057">
        <w:rPr/>
        <w:t>insectensoorten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EMF-</w:t>
      </w:r>
      <w:r w:rsidR="4E655057">
        <w:rPr/>
        <w:t>frequenties</w:t>
      </w:r>
      <w:r w:rsidR="4E655057">
        <w:rPr/>
        <w:t xml:space="preserve">, </w:t>
      </w:r>
      <w:r w:rsidR="4E655057">
        <w:rPr/>
        <w:t>waaronder</w:t>
      </w:r>
      <w:r w:rsidR="4E655057">
        <w:rPr/>
        <w:t xml:space="preserve"> de 50 Hz ELF-</w:t>
      </w:r>
      <w:r w:rsidR="4E655057">
        <w:rPr/>
        <w:t>velden</w:t>
      </w:r>
      <w:r w:rsidR="4E655057">
        <w:rPr/>
        <w:t xml:space="preserve"> die </w:t>
      </w:r>
      <w:r w:rsidR="4E655057">
        <w:rPr/>
        <w:t>kenmerkend</w:t>
      </w:r>
      <w:r w:rsidR="4E655057">
        <w:rPr/>
        <w:t xml:space="preserve"> </w:t>
      </w:r>
      <w:r w:rsidR="4E655057">
        <w:rPr/>
        <w:t>zijn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hoogspanningsinfrastructuur</w:t>
      </w:r>
      <w:r w:rsidR="4E655057">
        <w:rPr/>
        <w:t>.</w:t>
      </w:r>
    </w:p>
    <w:p xmlns:wp14="http://schemas.microsoft.com/office/word/2010/wordml" w14:paraId="624DE310" wp14:textId="77777777">
      <w:r w:rsidRPr="4E655057" w:rsidR="4E655057">
        <w:rPr>
          <w:b w:val="1"/>
          <w:bCs w:val="1"/>
        </w:rPr>
        <w:t>(e)</w:t>
      </w:r>
      <w:r w:rsidR="4E655057">
        <w:rPr/>
        <w:t xml:space="preserve"> Vanbergen et al. (2019), </w:t>
      </w:r>
      <w:r w:rsidR="4E655057">
        <w:rPr/>
        <w:t>gepubliceerd</w:t>
      </w:r>
      <w:r w:rsidR="4E655057">
        <w:rPr/>
        <w:t xml:space="preserve"> in Science of the Total Environment 695 (DOI: 10.1016/j.scitotenv.2019.133833), </w:t>
      </w:r>
      <w:r w:rsidR="4E655057">
        <w:rPr/>
        <w:t>kwalificeren</w:t>
      </w:r>
      <w:r w:rsidR="4E655057">
        <w:rPr/>
        <w:t xml:space="preserve"> </w:t>
      </w:r>
      <w:r w:rsidR="4E655057">
        <w:rPr/>
        <w:t>elektromagnetische</w:t>
      </w:r>
      <w:r w:rsidR="4E655057">
        <w:rPr/>
        <w:t xml:space="preserve"> </w:t>
      </w:r>
      <w:r w:rsidR="4E655057">
        <w:rPr/>
        <w:t>straling</w:t>
      </w:r>
      <w:r w:rsidR="4E655057">
        <w:rPr/>
        <w:t xml:space="preserve"> van </w:t>
      </w:r>
      <w:r w:rsidR="4E655057">
        <w:rPr/>
        <w:t>hoogspanningslijnen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Pr="4E655057" w:rsidR="4E655057">
        <w:rPr>
          <w:i w:val="1"/>
          <w:iCs w:val="1"/>
        </w:rPr>
        <w:t>"</w:t>
      </w:r>
      <w:r w:rsidRPr="4E655057" w:rsidR="4E655057">
        <w:rPr>
          <w:i w:val="1"/>
          <w:iCs w:val="1"/>
        </w:rPr>
        <w:t>opkomende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bedreiging</w:t>
      </w:r>
      <w:r w:rsidRPr="4E655057" w:rsidR="4E655057">
        <w:rPr>
          <w:i w:val="1"/>
          <w:iCs w:val="1"/>
        </w:rPr>
        <w:t xml:space="preserve"> met </w:t>
      </w:r>
      <w:r w:rsidRPr="4E655057" w:rsidR="4E655057">
        <w:rPr>
          <w:i w:val="1"/>
          <w:iCs w:val="1"/>
        </w:rPr>
        <w:t>een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toenemende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voetafdruk</w:t>
      </w:r>
      <w:r w:rsidRPr="4E655057" w:rsidR="4E655057">
        <w:rPr>
          <w:i w:val="1"/>
          <w:iCs w:val="1"/>
        </w:rPr>
        <w:t xml:space="preserve"> door </w:t>
      </w:r>
      <w:r w:rsidRPr="4E655057" w:rsidR="4E655057">
        <w:rPr>
          <w:i w:val="1"/>
          <w:iCs w:val="1"/>
        </w:rPr>
        <w:t>landbouwlandschappen</w:t>
      </w:r>
      <w:r w:rsidRPr="4E655057" w:rsidR="4E655057">
        <w:rPr>
          <w:i w:val="1"/>
          <w:iCs w:val="1"/>
        </w:rPr>
        <w:t>"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bestuivende</w:t>
      </w:r>
      <w:r w:rsidR="4E655057">
        <w:rPr/>
        <w:t xml:space="preserve"> </w:t>
      </w:r>
      <w:r w:rsidR="4E655057">
        <w:rPr/>
        <w:t>insecten</w:t>
      </w:r>
      <w:r w:rsidR="4E655057">
        <w:rPr/>
        <w:t xml:space="preserve">. De auteurs </w:t>
      </w:r>
      <w:r w:rsidR="4E655057">
        <w:rPr/>
        <w:t>benadrukken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de </w:t>
      </w:r>
      <w:r w:rsidR="4E655057">
        <w:rPr/>
        <w:t>cumulatieve</w:t>
      </w:r>
      <w:r w:rsidR="4E655057">
        <w:rPr/>
        <w:t xml:space="preserve"> </w:t>
      </w:r>
      <w:r w:rsidR="4E655057">
        <w:rPr/>
        <w:t>blootstelling</w:t>
      </w:r>
      <w:r w:rsidR="4E655057">
        <w:rPr/>
        <w:t xml:space="preserve"> van </w:t>
      </w:r>
      <w:r w:rsidR="4E655057">
        <w:rPr/>
        <w:t>bestuivers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</w:t>
      </w:r>
      <w:r w:rsidR="4E655057">
        <w:rPr/>
        <w:t>meerdere</w:t>
      </w:r>
      <w:r w:rsidR="4E655057">
        <w:rPr/>
        <w:t xml:space="preserve"> </w:t>
      </w:r>
      <w:r w:rsidR="4E655057">
        <w:rPr/>
        <w:t>stressfactoren</w:t>
      </w:r>
      <w:r w:rsidR="4E655057">
        <w:rPr/>
        <w:t xml:space="preserve"> (</w:t>
      </w:r>
      <w:r w:rsidR="4E655057">
        <w:rPr/>
        <w:t>pesticiden</w:t>
      </w:r>
      <w:r w:rsidR="4E655057">
        <w:rPr/>
        <w:t xml:space="preserve">, </w:t>
      </w:r>
      <w:r w:rsidR="4E655057">
        <w:rPr/>
        <w:t>habitatverlies</w:t>
      </w:r>
      <w:r w:rsidR="4E655057">
        <w:rPr/>
        <w:t xml:space="preserve">, EMF) de </w:t>
      </w:r>
      <w:r w:rsidR="4E655057">
        <w:rPr/>
        <w:t>veerkracht</w:t>
      </w:r>
      <w:r w:rsidR="4E655057">
        <w:rPr/>
        <w:t xml:space="preserve"> van </w:t>
      </w:r>
      <w:r w:rsidR="4E655057">
        <w:rPr/>
        <w:t>populaties</w:t>
      </w:r>
      <w:r w:rsidR="4E655057">
        <w:rPr/>
        <w:t xml:space="preserve"> </w:t>
      </w:r>
      <w:r w:rsidR="4E655057">
        <w:rPr/>
        <w:t>ondermijnt</w:t>
      </w:r>
      <w:r w:rsidR="4E655057">
        <w:rPr/>
        <w:t>.</w:t>
      </w:r>
    </w:p>
    <w:p xmlns:wp14="http://schemas.microsoft.com/office/word/2010/wordml" w14:paraId="610FAEED" wp14:textId="77777777">
      <w:r w:rsidR="4E655057">
        <w:rPr/>
        <w:t xml:space="preserve">De </w:t>
      </w:r>
      <w:r w:rsidR="4E655057">
        <w:rPr/>
        <w:t>kwalificatie</w:t>
      </w:r>
      <w:r w:rsidR="4E655057">
        <w:rPr/>
        <w:t xml:space="preserve"> van Vanbergen et al. (2019) van EMR van </w:t>
      </w:r>
      <w:r w:rsidR="4E655057">
        <w:rPr/>
        <w:t>hoogspanningslijnen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Pr="4E655057" w:rsidR="4E655057">
        <w:rPr>
          <w:b w:val="1"/>
          <w:bCs w:val="1"/>
        </w:rPr>
        <w:t>"</w:t>
      </w:r>
      <w:r w:rsidRPr="4E655057" w:rsidR="4E655057">
        <w:rPr>
          <w:b w:val="1"/>
          <w:bCs w:val="1"/>
        </w:rPr>
        <w:t>opkomende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bedreiging</w:t>
      </w:r>
      <w:r w:rsidRPr="4E655057" w:rsidR="4E655057">
        <w:rPr>
          <w:b w:val="1"/>
          <w:bCs w:val="1"/>
        </w:rPr>
        <w:t xml:space="preserve"> met </w:t>
      </w:r>
      <w:r w:rsidRPr="4E655057" w:rsidR="4E655057">
        <w:rPr>
          <w:b w:val="1"/>
          <w:bCs w:val="1"/>
        </w:rPr>
        <w:t>een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toenemende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voetafdruk</w:t>
      </w:r>
      <w:r w:rsidRPr="4E655057" w:rsidR="4E655057">
        <w:rPr>
          <w:b w:val="1"/>
          <w:bCs w:val="1"/>
        </w:rPr>
        <w:t xml:space="preserve"> door </w:t>
      </w:r>
      <w:r w:rsidRPr="4E655057" w:rsidR="4E655057">
        <w:rPr>
          <w:b w:val="1"/>
          <w:bCs w:val="1"/>
        </w:rPr>
        <w:t>landbouwlandschappen</w:t>
      </w:r>
      <w:r w:rsidRPr="4E655057" w:rsidR="4E655057">
        <w:rPr>
          <w:b w:val="1"/>
          <w:bCs w:val="1"/>
        </w:rPr>
        <w:t>"</w:t>
      </w:r>
      <w:r w:rsidR="4E655057">
        <w:rPr/>
        <w:t xml:space="preserve"> is </w:t>
      </w:r>
      <w:r w:rsidR="4E655057">
        <w:rPr/>
        <w:t>bijzonder</w:t>
      </w:r>
      <w:r w:rsidR="4E655057">
        <w:rPr/>
        <w:t xml:space="preserve"> relevant </w:t>
      </w:r>
      <w:r w:rsidR="4E655057">
        <w:rPr/>
        <w:t>voor</w:t>
      </w:r>
      <w:r w:rsidR="4E655057">
        <w:rPr/>
        <w:t xml:space="preserve"> het </w:t>
      </w:r>
      <w:r w:rsidR="4E655057">
        <w:rPr/>
        <w:t>Ventilus</w:t>
      </w:r>
      <w:r w:rsidR="4E655057">
        <w:rPr/>
        <w:t xml:space="preserve">-project. Het </w:t>
      </w:r>
      <w:r w:rsidR="4E655057">
        <w:rPr/>
        <w:t>tracé</w:t>
      </w:r>
      <w:r w:rsidR="4E655057">
        <w:rPr/>
        <w:t xml:space="preserve"> </w:t>
      </w:r>
      <w:r w:rsidR="4E655057">
        <w:rPr/>
        <w:t>strekt</w:t>
      </w:r>
      <w:r w:rsidR="4E655057">
        <w:rPr/>
        <w:t xml:space="preserve"> </w:t>
      </w:r>
      <w:r w:rsidR="4E655057">
        <w:rPr/>
        <w:t>zich</w:t>
      </w:r>
      <w:r w:rsidR="4E655057">
        <w:rPr/>
        <w:t xml:space="preserve"> </w:t>
      </w:r>
      <w:r w:rsidR="4E655057">
        <w:rPr/>
        <w:t>uit</w:t>
      </w:r>
      <w:r w:rsidR="4E655057">
        <w:rPr/>
        <w:t xml:space="preserve"> over 82 km door </w:t>
      </w:r>
      <w:r w:rsidR="4E655057">
        <w:rPr/>
        <w:t>agrarisch</w:t>
      </w:r>
      <w:r w:rsidR="4E655057">
        <w:rPr/>
        <w:t xml:space="preserve"> West-Vlaanderen — </w:t>
      </w:r>
      <w:r w:rsidR="4E655057">
        <w:rPr/>
        <w:t>precies</w:t>
      </w:r>
      <w:r w:rsidR="4E655057">
        <w:rPr/>
        <w:t xml:space="preserve"> het type </w:t>
      </w:r>
      <w:r w:rsidR="4E655057">
        <w:rPr/>
        <w:t>landbouwlandschap</w:t>
      </w:r>
      <w:r w:rsidR="4E655057">
        <w:rPr/>
        <w:t xml:space="preserve"> </w:t>
      </w:r>
      <w:r w:rsidR="4E655057">
        <w:rPr/>
        <w:t>waarvoor</w:t>
      </w:r>
      <w:r w:rsidR="4E655057">
        <w:rPr/>
        <w:t xml:space="preserve"> Vanbergen et al. </w:t>
      </w:r>
      <w:r w:rsidR="4E655057">
        <w:rPr/>
        <w:t>waarschuwen</w:t>
      </w:r>
      <w:r w:rsidR="4E655057">
        <w:rPr/>
        <w:t xml:space="preserve">. De </w:t>
      </w:r>
      <w:r w:rsidR="4E655057">
        <w:rPr/>
        <w:t>toenemende</w:t>
      </w:r>
      <w:r w:rsidR="4E655057">
        <w:rPr/>
        <w:t xml:space="preserve"> </w:t>
      </w:r>
      <w:r w:rsidR="4E655057">
        <w:rPr/>
        <w:t>elektromagnetische</w:t>
      </w:r>
      <w:r w:rsidR="4E655057">
        <w:rPr/>
        <w:t xml:space="preserve"> </w:t>
      </w:r>
      <w:r w:rsidR="4E655057">
        <w:rPr/>
        <w:t>voetafdruk</w:t>
      </w:r>
      <w:r w:rsidR="4E655057">
        <w:rPr/>
        <w:t xml:space="preserve"> door de </w:t>
      </w:r>
      <w:r w:rsidR="4E655057">
        <w:rPr/>
        <w:t>verdubbeling</w:t>
      </w:r>
      <w:r w:rsidR="4E655057">
        <w:rPr/>
        <w:t xml:space="preserve"> van 3 GW </w:t>
      </w:r>
      <w:r w:rsidR="4E655057">
        <w:rPr/>
        <w:t>naar</w:t>
      </w:r>
      <w:r w:rsidR="4E655057">
        <w:rPr/>
        <w:t xml:space="preserve"> 6 GW </w:t>
      </w:r>
      <w:r w:rsidR="4E655057">
        <w:rPr/>
        <w:t>versterkt</w:t>
      </w:r>
      <w:r w:rsidR="4E655057">
        <w:rPr/>
        <w:t xml:space="preserve"> </w:t>
      </w:r>
      <w:r w:rsidR="4E655057">
        <w:rPr/>
        <w:t>dit</w:t>
      </w:r>
      <w:r w:rsidR="4E655057">
        <w:rPr/>
        <w:t xml:space="preserve"> </w:t>
      </w:r>
      <w:r w:rsidR="4E655057">
        <w:rPr/>
        <w:t>risico</w:t>
      </w:r>
      <w:r w:rsidR="4E655057">
        <w:rPr/>
        <w:t>.</w:t>
      </w:r>
    </w:p>
    <w:p xmlns:wp14="http://schemas.microsoft.com/office/word/2010/wordml" w14:paraId="3ABDB459" wp14:textId="77777777">
      <w:pPr>
        <w:pStyle w:val="Heading3"/>
      </w:pPr>
      <w:r w:rsidR="4E655057">
        <w:rPr/>
        <w:t xml:space="preserve">5B.3 </w:t>
      </w:r>
      <w:r w:rsidR="4E655057">
        <w:rPr/>
        <w:t>Implicatie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het </w:t>
      </w:r>
      <w:r w:rsidR="4E655057">
        <w:rPr/>
        <w:t>Ventilus-tracé</w:t>
      </w:r>
    </w:p>
    <w:p xmlns:wp14="http://schemas.microsoft.com/office/word/2010/wordml" w14:paraId="12129134" wp14:textId="77777777">
      <w:r w:rsidR="4E655057">
        <w:rPr/>
        <w:t xml:space="preserve">Het </w:t>
      </w:r>
      <w:r w:rsidR="4E655057">
        <w:rPr/>
        <w:t>Ventilus-tracé</w:t>
      </w:r>
      <w:r w:rsidR="4E655057">
        <w:rPr/>
        <w:t xml:space="preserve"> </w:t>
      </w:r>
      <w:r w:rsidR="4E655057">
        <w:rPr/>
        <w:t>strekt</w:t>
      </w:r>
      <w:r w:rsidR="4E655057">
        <w:rPr/>
        <w:t xml:space="preserve"> </w:t>
      </w:r>
      <w:r w:rsidR="4E655057">
        <w:rPr/>
        <w:t>zich</w:t>
      </w:r>
      <w:r w:rsidR="4E655057">
        <w:rPr/>
        <w:t xml:space="preserve"> </w:t>
      </w:r>
      <w:r w:rsidR="4E655057">
        <w:rPr/>
        <w:t>uit</w:t>
      </w:r>
      <w:r w:rsidR="4E655057">
        <w:rPr/>
        <w:t xml:space="preserve"> over circa </w:t>
      </w:r>
      <w:r w:rsidR="4E655057">
        <w:rPr/>
        <w:t>82 kilometer</w:t>
      </w:r>
      <w:r w:rsidR="4E655057">
        <w:rPr/>
        <w:t xml:space="preserve"> door </w:t>
      </w:r>
      <w:r w:rsidR="4E655057">
        <w:rPr/>
        <w:t>agrarisch</w:t>
      </w:r>
      <w:r w:rsidR="4E655057">
        <w:rPr/>
        <w:t xml:space="preserve"> </w:t>
      </w:r>
      <w:r w:rsidR="4E655057">
        <w:rPr/>
        <w:t>gebied</w:t>
      </w:r>
      <w:r w:rsidR="4E655057">
        <w:rPr/>
        <w:t xml:space="preserve"> in West-Vlaanderen. De </w:t>
      </w:r>
      <w:r w:rsidR="4E655057">
        <w:rPr/>
        <w:t>bovengrondse</w:t>
      </w:r>
      <w:r w:rsidR="4E655057">
        <w:rPr/>
        <w:t xml:space="preserve"> </w:t>
      </w:r>
      <w:r w:rsidR="4E655057">
        <w:rPr/>
        <w:t>hoogspanningsleiding</w:t>
      </w:r>
      <w:r w:rsidR="4E655057">
        <w:rPr/>
        <w:t xml:space="preserve"> </w:t>
      </w:r>
      <w:r w:rsidR="4E655057">
        <w:rPr/>
        <w:t>creëert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continue corridor van </w:t>
      </w:r>
      <w:r w:rsidR="4E655057">
        <w:rPr/>
        <w:t>verhoogde</w:t>
      </w:r>
      <w:r w:rsidR="4E655057">
        <w:rPr/>
        <w:t xml:space="preserve"> </w:t>
      </w:r>
      <w:r w:rsidR="4E655057">
        <w:rPr/>
        <w:t>elektromagnetische</w:t>
      </w:r>
      <w:r w:rsidR="4E655057">
        <w:rPr/>
        <w:t xml:space="preserve"> </w:t>
      </w:r>
      <w:r w:rsidR="4E655057">
        <w:rPr/>
        <w:t>veldsterktes</w:t>
      </w:r>
      <w:r w:rsidR="4E655057">
        <w:rPr/>
        <w:t xml:space="preserve"> die het </w:t>
      </w:r>
      <w:r w:rsidR="4E655057">
        <w:rPr/>
        <w:t>leef</w:t>
      </w:r>
      <w:r w:rsidR="4E655057">
        <w:rPr/>
        <w:t xml:space="preserve">- </w:t>
      </w:r>
      <w:r w:rsidR="4E655057">
        <w:rPr/>
        <w:t>en</w:t>
      </w:r>
      <w:r w:rsidR="4E655057">
        <w:rPr/>
        <w:t xml:space="preserve"> </w:t>
      </w:r>
      <w:r w:rsidR="4E655057">
        <w:rPr/>
        <w:t>foerageergebied</w:t>
      </w:r>
      <w:r w:rsidR="4E655057">
        <w:rPr/>
        <w:t xml:space="preserve"> van </w:t>
      </w:r>
      <w:r w:rsidR="4E655057">
        <w:rPr/>
        <w:t>wilde</w:t>
      </w:r>
      <w:r w:rsidR="4E655057">
        <w:rPr/>
        <w:t xml:space="preserve"> </w:t>
      </w:r>
      <w:r w:rsidR="4E655057">
        <w:rPr/>
        <w:t>bestuivers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gehouden</w:t>
      </w:r>
      <w:r w:rsidR="4E655057">
        <w:rPr/>
        <w:t xml:space="preserve"> </w:t>
      </w:r>
      <w:r w:rsidR="4E655057">
        <w:rPr/>
        <w:t>bijenvolken</w:t>
      </w:r>
      <w:r w:rsidR="4E655057">
        <w:rPr/>
        <w:t xml:space="preserve"> </w:t>
      </w:r>
      <w:r w:rsidR="4E655057">
        <w:rPr/>
        <w:t>doorsnijdt</w:t>
      </w:r>
      <w:r w:rsidR="4E655057">
        <w:rPr/>
        <w:t>.</w:t>
      </w:r>
    </w:p>
    <w:p xmlns:wp14="http://schemas.microsoft.com/office/word/2010/wordml" w14:paraId="6D04EBAD" wp14:textId="77777777">
      <w:r w:rsidR="4E655057">
        <w:rPr/>
        <w:t xml:space="preserve">De </w:t>
      </w:r>
      <w:r w:rsidR="4E655057">
        <w:rPr/>
        <w:t>hierboven</w:t>
      </w:r>
      <w:r w:rsidR="4E655057">
        <w:rPr/>
        <w:t xml:space="preserve"> </w:t>
      </w:r>
      <w:r w:rsidR="4E655057">
        <w:rPr/>
        <w:t>aangehaalde</w:t>
      </w:r>
      <w:r w:rsidR="4E655057">
        <w:rPr/>
        <w:t xml:space="preserve"> studies </w:t>
      </w:r>
      <w:r w:rsidR="4E655057">
        <w:rPr/>
        <w:t>tonen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="4E655057">
        <w:rPr/>
        <w:t>deze</w:t>
      </w:r>
      <w:r w:rsidR="4E655057">
        <w:rPr/>
        <w:t xml:space="preserve"> </w:t>
      </w:r>
      <w:r w:rsidR="4E655057">
        <w:rPr/>
        <w:t>blootstelling</w:t>
      </w:r>
      <w:r w:rsidR="4E655057">
        <w:rPr/>
        <w:t xml:space="preserve"> </w:t>
      </w:r>
      <w:r w:rsidR="4E655057">
        <w:rPr/>
        <w:t>leidt</w:t>
      </w:r>
      <w:r w:rsidR="4E655057">
        <w:rPr/>
        <w:t xml:space="preserve"> tot:</w:t>
      </w:r>
    </w:p>
    <w:p xmlns:wp14="http://schemas.microsoft.com/office/word/2010/wordml" w14:paraId="53A0E606" wp14:textId="77777777">
      <w:pPr>
        <w:pStyle w:val="ListBullet"/>
        <w:spacing w:after="60"/>
        <w:ind w:left="720"/>
        <w:rPr/>
      </w:pPr>
      <w:r w:rsidR="4E655057">
        <w:rPr/>
        <w:t>verminderde</w:t>
      </w:r>
      <w:r w:rsidR="4E655057">
        <w:rPr/>
        <w:t xml:space="preserve"> </w:t>
      </w:r>
      <w:r w:rsidR="4E655057">
        <w:rPr/>
        <w:t>bestuivingsdiensten</w:t>
      </w:r>
      <w:r w:rsidR="4E655057">
        <w:rPr/>
        <w:t xml:space="preserve"> in de corridor </w:t>
      </w:r>
      <w:r w:rsidR="4E655057">
        <w:rPr/>
        <w:t>langs</w:t>
      </w:r>
      <w:r w:rsidR="4E655057">
        <w:rPr/>
        <w:t xml:space="preserve"> het </w:t>
      </w:r>
      <w:r w:rsidR="4E655057">
        <w:rPr/>
        <w:t>tracé</w:t>
      </w:r>
      <w:r w:rsidR="4E655057">
        <w:rPr/>
        <w:t>;</w:t>
      </w:r>
    </w:p>
    <w:p xmlns:wp14="http://schemas.microsoft.com/office/word/2010/wordml" w14:paraId="41642409" wp14:textId="77777777">
      <w:pPr>
        <w:pStyle w:val="ListBullet"/>
        <w:spacing w:after="60"/>
        <w:ind w:left="720"/>
        <w:rPr/>
      </w:pPr>
      <w:r w:rsidR="4E655057">
        <w:rPr/>
        <w:t>fysiologische</w:t>
      </w:r>
      <w:r w:rsidR="4E655057">
        <w:rPr/>
        <w:t xml:space="preserve"> stress </w:t>
      </w:r>
      <w:r w:rsidR="4E655057">
        <w:rPr/>
        <w:t>en</w:t>
      </w:r>
      <w:r w:rsidR="4E655057">
        <w:rPr/>
        <w:t xml:space="preserve"> </w:t>
      </w:r>
      <w:r w:rsidR="4E655057">
        <w:rPr/>
        <w:t>gedragsveranderingen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honingbijen</w:t>
      </w:r>
      <w:r w:rsidR="4E655057">
        <w:rPr/>
        <w:t>;</w:t>
      </w:r>
    </w:p>
    <w:p xmlns:wp14="http://schemas.microsoft.com/office/word/2010/wordml" w14:paraId="319EA71D" wp14:textId="77777777">
      <w:pPr>
        <w:pStyle w:val="ListBullet"/>
        <w:spacing w:after="60"/>
        <w:ind w:left="720"/>
        <w:rPr/>
      </w:pPr>
      <w:r w:rsidR="4E655057">
        <w:rPr/>
        <w:t>potentieel</w:t>
      </w:r>
      <w:r w:rsidR="4E655057">
        <w:rPr/>
        <w:t xml:space="preserve"> </w:t>
      </w:r>
      <w:r w:rsidR="4E655057">
        <w:rPr/>
        <w:t>verminderde</w:t>
      </w:r>
      <w:r w:rsidR="4E655057">
        <w:rPr/>
        <w:t xml:space="preserve"> </w:t>
      </w:r>
      <w:r w:rsidR="4E655057">
        <w:rPr/>
        <w:t>gewasopbrengsten</w:t>
      </w:r>
      <w:r w:rsidR="4E655057">
        <w:rPr/>
        <w:t xml:space="preserve"> door </w:t>
      </w:r>
      <w:r w:rsidR="4E655057">
        <w:rPr/>
        <w:t>verminderde</w:t>
      </w:r>
      <w:r w:rsidR="4E655057">
        <w:rPr/>
        <w:t xml:space="preserve"> </w:t>
      </w:r>
      <w:r w:rsidR="4E655057">
        <w:rPr/>
        <w:t>bestuiving</w:t>
      </w:r>
      <w:r w:rsidR="4E655057">
        <w:rPr/>
        <w:t>.</w:t>
      </w:r>
    </w:p>
    <w:p xmlns:wp14="http://schemas.microsoft.com/office/word/2010/wordml" w14:paraId="6A6DC8DA" wp14:textId="77777777">
      <w:r w:rsidR="4E655057">
        <w:rPr/>
        <w:t xml:space="preserve">Het MER </w:t>
      </w:r>
      <w:r w:rsidR="4E655057">
        <w:rPr/>
        <w:t>laat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 van </w:t>
      </w:r>
      <w:r w:rsidR="4E655057">
        <w:rPr/>
        <w:t>deze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 op de </w:t>
      </w:r>
      <w:r w:rsidR="4E655057">
        <w:rPr/>
        <w:t>bestuivingsdiensten</w:t>
      </w:r>
      <w:r w:rsidR="4E655057">
        <w:rPr/>
        <w:t xml:space="preserve"> in het </w:t>
      </w:r>
      <w:r w:rsidR="4E655057">
        <w:rPr/>
        <w:t>projectgebied</w:t>
      </w:r>
      <w:r w:rsidR="4E655057">
        <w:rPr/>
        <w:t xml:space="preserve"> — </w:t>
      </w:r>
      <w:r w:rsidR="4E655057">
        <w:rPr/>
        <w:t>en</w:t>
      </w:r>
      <w:r w:rsidR="4E655057">
        <w:rPr/>
        <w:t xml:space="preserve"> de </w:t>
      </w:r>
      <w:r w:rsidR="4E655057">
        <w:rPr/>
        <w:t>consequenties</w:t>
      </w:r>
      <w:r w:rsidR="4E655057">
        <w:rPr/>
        <w:t xml:space="preserve"> </w:t>
      </w:r>
      <w:r w:rsidR="4E655057">
        <w:rPr/>
        <w:t>daarvan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de </w:t>
      </w:r>
      <w:r w:rsidR="4E655057">
        <w:rPr/>
        <w:t>landbouwproductie</w:t>
      </w:r>
      <w:r w:rsidR="4E655057">
        <w:rPr/>
        <w:t xml:space="preserve"> — </w:t>
      </w:r>
      <w:r w:rsidR="4E655057">
        <w:rPr/>
        <w:t>volledig</w:t>
      </w:r>
      <w:r w:rsidR="4E655057">
        <w:rPr/>
        <w:t xml:space="preserve"> </w:t>
      </w:r>
      <w:r w:rsidR="4E655057">
        <w:rPr/>
        <w:t>achterwege</w:t>
      </w:r>
      <w:r w:rsidR="4E655057">
        <w:rPr/>
        <w:t>.</w:t>
      </w:r>
    </w:p>
    <w:p xmlns:wp14="http://schemas.microsoft.com/office/word/2010/wordml" w14:paraId="377B7AF7" wp14:textId="77777777">
      <w:pPr>
        <w:pStyle w:val="Heading3"/>
      </w:pPr>
      <w:r w:rsidR="4E655057">
        <w:rPr/>
        <w:t xml:space="preserve">5B.4 </w:t>
      </w:r>
      <w:r w:rsidR="4E655057">
        <w:rPr/>
        <w:t>Effecten</w:t>
      </w:r>
      <w:r w:rsidR="4E655057">
        <w:rPr/>
        <w:t xml:space="preserve"> op </w:t>
      </w:r>
      <w:r w:rsidR="4E655057">
        <w:rPr/>
        <w:t>landbouwdieren</w:t>
      </w:r>
    </w:p>
    <w:p xmlns:wp14="http://schemas.microsoft.com/office/word/2010/wordml" w14:paraId="4DE19445" wp14:textId="77777777">
      <w:r w:rsidR="4E655057">
        <w:rPr/>
        <w:t xml:space="preserve">De </w:t>
      </w:r>
      <w:r w:rsidR="4E655057">
        <w:rPr/>
        <w:t>wetenschappelijke</w:t>
      </w:r>
      <w:r w:rsidR="4E655057">
        <w:rPr/>
        <w:t xml:space="preserve"> </w:t>
      </w:r>
      <w:r w:rsidR="4E655057">
        <w:rPr/>
        <w:t>literatuur</w:t>
      </w:r>
      <w:r w:rsidR="4E655057">
        <w:rPr/>
        <w:t xml:space="preserve"> </w:t>
      </w:r>
      <w:r w:rsidR="4E655057">
        <w:rPr/>
        <w:t>documenteert</w:t>
      </w:r>
      <w:r w:rsidR="4E655057">
        <w:rPr/>
        <w:t xml:space="preserve"> </w:t>
      </w:r>
      <w:r w:rsidR="4E655057">
        <w:rPr/>
        <w:t>eveneens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 van </w:t>
      </w:r>
      <w:r w:rsidR="4E655057">
        <w:rPr/>
        <w:t>hoogspanningsinfrastructuur</w:t>
      </w:r>
      <w:r w:rsidR="4E655057">
        <w:rPr/>
        <w:t xml:space="preserve"> op </w:t>
      </w:r>
      <w:r w:rsidR="4E655057">
        <w:rPr/>
        <w:t>landbouwdieren</w:t>
      </w:r>
      <w:r w:rsidR="4E655057">
        <w:rPr/>
        <w:t>:</w:t>
      </w:r>
    </w:p>
    <w:p xmlns:wp14="http://schemas.microsoft.com/office/word/2010/wordml" w14:paraId="6A34242D" wp14:textId="77777777">
      <w:r w:rsidRPr="4E655057" w:rsidR="4E655057">
        <w:rPr>
          <w:b w:val="1"/>
          <w:bCs w:val="1"/>
        </w:rPr>
        <w:t>(a)</w:t>
      </w:r>
      <w:r w:rsidR="4E655057">
        <w:rPr/>
        <w:t xml:space="preserve"> Burda et al. (2009), </w:t>
      </w:r>
      <w:r w:rsidR="4E655057">
        <w:rPr/>
        <w:t>gepubliceerd</w:t>
      </w:r>
      <w:r w:rsidR="4E655057">
        <w:rPr/>
        <w:t xml:space="preserve"> in Proceedings of the National Academy of Sciences (PNAS) 106(14) (DOI: 10.1073/pnas.0811194106), </w:t>
      </w:r>
      <w:r w:rsidR="4E655057">
        <w:rPr/>
        <w:t>onderzochten</w:t>
      </w:r>
      <w:r w:rsidR="4E655057">
        <w:rPr/>
        <w:t xml:space="preserve"> het </w:t>
      </w:r>
      <w:r w:rsidR="4E655057">
        <w:rPr/>
        <w:t>graasgedrag</w:t>
      </w:r>
      <w:r w:rsidR="4E655057">
        <w:rPr/>
        <w:t xml:space="preserve"> van 1.699 </w:t>
      </w:r>
      <w:r w:rsidR="4E655057">
        <w:rPr/>
        <w:t>runderen</w:t>
      </w:r>
      <w:r w:rsidR="4E655057">
        <w:rPr/>
        <w:t xml:space="preserve"> op 153 </w:t>
      </w:r>
      <w:r w:rsidR="4E655057">
        <w:rPr/>
        <w:t>locaties</w:t>
      </w:r>
      <w:r w:rsidR="4E655057">
        <w:rPr/>
        <w:t xml:space="preserve"> in Europa, </w:t>
      </w:r>
      <w:r w:rsidR="4E655057">
        <w:rPr/>
        <w:t>waaronder</w:t>
      </w:r>
      <w:r w:rsidR="4E655057">
        <w:rPr/>
        <w:t xml:space="preserve"> </w:t>
      </w:r>
      <w:r w:rsidR="4E655057">
        <w:rPr/>
        <w:t>België</w:t>
      </w:r>
      <w:r w:rsidR="4E655057">
        <w:rPr/>
        <w:t xml:space="preserve">. De </w:t>
      </w:r>
      <w:r w:rsidR="4E655057">
        <w:rPr/>
        <w:t>studie</w:t>
      </w:r>
      <w:r w:rsidR="4E655057">
        <w:rPr/>
        <w:t xml:space="preserve"> </w:t>
      </w:r>
      <w:r w:rsidR="4E655057">
        <w:rPr/>
        <w:t>toonde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="4E655057">
        <w:rPr/>
        <w:t>runderen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sterke</w:t>
      </w:r>
      <w:r w:rsidR="4E655057">
        <w:rPr/>
        <w:t xml:space="preserve"> </w:t>
      </w:r>
      <w:r w:rsidR="4E655057">
        <w:rPr/>
        <w:t>voorkeur</w:t>
      </w:r>
      <w:r w:rsidR="4E655057">
        <w:rPr/>
        <w:t xml:space="preserve"> </w:t>
      </w:r>
      <w:r w:rsidR="4E655057">
        <w:rPr/>
        <w:t>vertonen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noord-zuidoriëntatie</w:t>
      </w:r>
      <w:r w:rsidR="4E655057">
        <w:rPr/>
        <w:t xml:space="preserve"> </w:t>
      </w:r>
      <w:r w:rsidR="4E655057">
        <w:rPr/>
        <w:t>tijdens</w:t>
      </w:r>
      <w:r w:rsidR="4E655057">
        <w:rPr/>
        <w:t xml:space="preserve"> het </w:t>
      </w:r>
      <w:r w:rsidR="4E655057">
        <w:rPr/>
        <w:t>grazen</w:t>
      </w:r>
      <w:r w:rsidR="4E655057">
        <w:rPr/>
        <w:t xml:space="preserve"> — </w:t>
      </w:r>
      <w:r w:rsidR="4E655057">
        <w:rPr/>
        <w:t>een</w:t>
      </w:r>
      <w:r w:rsidR="4E655057">
        <w:rPr/>
        <w:t xml:space="preserve"> </w:t>
      </w:r>
      <w:r w:rsidR="4E655057">
        <w:rPr/>
        <w:t>gedrag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toegeschreven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</w:t>
      </w:r>
      <w:r w:rsidR="4E655057">
        <w:rPr/>
        <w:t>magnetische</w:t>
      </w:r>
      <w:r w:rsidR="4E655057">
        <w:rPr/>
        <w:t xml:space="preserve"> </w:t>
      </w:r>
      <w:r w:rsidR="4E655057">
        <w:rPr/>
        <w:t>perceptie</w:t>
      </w:r>
      <w:r w:rsidR="4E655057">
        <w:rPr/>
        <w:t xml:space="preserve">. </w:t>
      </w:r>
      <w:r w:rsidRPr="4E655057" w:rsidR="4E655057">
        <w:rPr>
          <w:b w:val="1"/>
          <w:bCs w:val="1"/>
        </w:rPr>
        <w:t xml:space="preserve">Onder </w:t>
      </w:r>
      <w:r w:rsidRPr="4E655057" w:rsidR="4E655057">
        <w:rPr>
          <w:b w:val="1"/>
          <w:bCs w:val="1"/>
        </w:rPr>
        <w:t>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nabij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hoogspanningslijnen</w:t>
      </w:r>
      <w:r w:rsidRPr="4E655057" w:rsidR="4E655057">
        <w:rPr>
          <w:b w:val="1"/>
          <w:bCs w:val="1"/>
        </w:rPr>
        <w:t xml:space="preserve"> was </w:t>
      </w:r>
      <w:r w:rsidRPr="4E655057" w:rsidR="4E655057">
        <w:rPr>
          <w:b w:val="1"/>
          <w:bCs w:val="1"/>
        </w:rPr>
        <w:t>deze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magnetische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oriëntatie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volledig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verstoord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werd</w:t>
      </w:r>
      <w:r w:rsidR="4E655057">
        <w:rPr/>
        <w:t xml:space="preserve"> het </w:t>
      </w:r>
      <w:r w:rsidR="4E655057">
        <w:rPr/>
        <w:t>graaspatroon</w:t>
      </w:r>
      <w:r w:rsidR="4E655057">
        <w:rPr/>
        <w:t xml:space="preserve"> </w:t>
      </w:r>
      <w:r w:rsidR="4E655057">
        <w:rPr/>
        <w:t>willekeurig</w:t>
      </w:r>
      <w:r w:rsidR="4E655057">
        <w:rPr/>
        <w:t xml:space="preserve">. Dit </w:t>
      </w:r>
      <w:r w:rsidR="4E655057">
        <w:rPr/>
        <w:t>wijst</w:t>
      </w:r>
      <w:r w:rsidR="4E655057">
        <w:rPr/>
        <w:t xml:space="preserve"> op </w:t>
      </w:r>
      <w:r w:rsidR="4E655057">
        <w:rPr/>
        <w:t>een</w:t>
      </w:r>
      <w:r w:rsidR="4E655057">
        <w:rPr/>
        <w:t xml:space="preserve"> </w:t>
      </w:r>
      <w:r w:rsidR="4E655057">
        <w:rPr/>
        <w:t>verstoring</w:t>
      </w:r>
      <w:r w:rsidR="4E655057">
        <w:rPr/>
        <w:t xml:space="preserve"> van het </w:t>
      </w:r>
      <w:r w:rsidR="4E655057">
        <w:rPr/>
        <w:t>magnetische</w:t>
      </w:r>
      <w:r w:rsidR="4E655057">
        <w:rPr/>
        <w:t xml:space="preserve"> </w:t>
      </w:r>
      <w:r w:rsidR="4E655057">
        <w:rPr/>
        <w:t>zintuig</w:t>
      </w:r>
      <w:r w:rsidR="4E655057">
        <w:rPr/>
        <w:t xml:space="preserve"> van </w:t>
      </w:r>
      <w:r w:rsidR="4E655057">
        <w:rPr/>
        <w:t>rundvee</w:t>
      </w:r>
      <w:r w:rsidR="4E655057">
        <w:rPr/>
        <w:t xml:space="preserve"> door de </w:t>
      </w:r>
      <w:r w:rsidR="4E655057">
        <w:rPr/>
        <w:t>elektromagnetische</w:t>
      </w:r>
      <w:r w:rsidR="4E655057">
        <w:rPr/>
        <w:t xml:space="preserve"> </w:t>
      </w:r>
      <w:r w:rsidR="4E655057">
        <w:rPr/>
        <w:t>velden</w:t>
      </w:r>
      <w:r w:rsidR="4E655057">
        <w:rPr/>
        <w:t xml:space="preserve"> van </w:t>
      </w:r>
      <w:r w:rsidR="4E655057">
        <w:rPr/>
        <w:t>hoogspanningsinfrastructuur</w:t>
      </w:r>
      <w:r w:rsidR="4E655057">
        <w:rPr/>
        <w:t>.</w:t>
      </w:r>
    </w:p>
    <w:p xmlns:wp14="http://schemas.microsoft.com/office/word/2010/wordml" w14:paraId="3CA764EB" wp14:textId="77777777">
      <w:r w:rsidRPr="4E655057" w:rsidR="4E655057">
        <w:rPr>
          <w:b w:val="1"/>
          <w:bCs w:val="1"/>
        </w:rPr>
        <w:t>(b)</w:t>
      </w:r>
      <w:r w:rsidR="4E655057">
        <w:rPr/>
        <w:t xml:space="preserve"> </w:t>
      </w:r>
      <w:r w:rsidR="4E655057">
        <w:rPr/>
        <w:t>Bingol</w:t>
      </w:r>
      <w:r w:rsidR="4E655057">
        <w:rPr/>
        <w:t xml:space="preserve"> &amp; Goncu (2025), </w:t>
      </w:r>
      <w:r w:rsidR="4E655057">
        <w:rPr/>
        <w:t>gepubliceerd</w:t>
      </w:r>
      <w:r w:rsidR="4E655057">
        <w:rPr/>
        <w:t xml:space="preserve"> in MOJ Ecology &amp; Environmental Sciences 10(6), </w:t>
      </w:r>
      <w:r w:rsidR="4E655057">
        <w:rPr/>
        <w:t>onderzochten</w:t>
      </w:r>
      <w:r w:rsidR="4E655057">
        <w:rPr/>
        <w:t xml:space="preserve"> de </w:t>
      </w:r>
      <w:r w:rsidR="4E655057">
        <w:rPr/>
        <w:t>melkproductie</w:t>
      </w:r>
      <w:r w:rsidR="4E655057">
        <w:rPr/>
        <w:t xml:space="preserve"> van </w:t>
      </w:r>
      <w:r w:rsidR="4E655057">
        <w:rPr/>
        <w:t>runderen</w:t>
      </w:r>
      <w:r w:rsidR="4E655057">
        <w:rPr/>
        <w:t xml:space="preserve"> in de </w:t>
      </w:r>
      <w:r w:rsidR="4E655057">
        <w:rPr/>
        <w:t>nabijheid</w:t>
      </w:r>
      <w:r w:rsidR="4E655057">
        <w:rPr/>
        <w:t xml:space="preserve"> van </w:t>
      </w:r>
      <w:r w:rsidR="4E655057">
        <w:rPr/>
        <w:t>hoogspanningslijnen</w:t>
      </w:r>
      <w:r w:rsidR="4E655057">
        <w:rPr/>
        <w:t xml:space="preserve">. De </w:t>
      </w:r>
      <w:r w:rsidR="4E655057">
        <w:rPr/>
        <w:t>studie</w:t>
      </w:r>
      <w:r w:rsidR="4E655057">
        <w:rPr/>
        <w:t xml:space="preserve"> </w:t>
      </w:r>
      <w:r w:rsidR="4E655057">
        <w:rPr/>
        <w:t>stelde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significant </w:t>
      </w:r>
      <w:r w:rsidR="4E655057">
        <w:rPr/>
        <w:t>lagere</w:t>
      </w:r>
      <w:r w:rsidR="4E655057">
        <w:rPr/>
        <w:t xml:space="preserve"> </w:t>
      </w:r>
      <w:r w:rsidR="4E655057">
        <w:rPr/>
        <w:t>melkproductie</w:t>
      </w:r>
      <w:r w:rsidR="4E655057">
        <w:rPr/>
        <w:t xml:space="preserve"> vast </w:t>
      </w:r>
      <w:r w:rsidR="4E655057">
        <w:rPr/>
        <w:t>bij</w:t>
      </w:r>
      <w:r w:rsidR="4E655057">
        <w:rPr/>
        <w:t xml:space="preserve"> </w:t>
      </w:r>
      <w:r w:rsidR="4E655057">
        <w:rPr/>
        <w:t>runderen</w:t>
      </w:r>
      <w:r w:rsidR="4E655057">
        <w:rPr/>
        <w:t xml:space="preserve"> die </w:t>
      </w:r>
      <w:r w:rsidR="4E655057">
        <w:rPr/>
        <w:t>weiden</w:t>
      </w:r>
      <w:r w:rsidR="4E655057">
        <w:rPr/>
        <w:t xml:space="preserve"> </w:t>
      </w:r>
      <w:r w:rsidR="4E655057">
        <w:rPr/>
        <w:t>nabij</w:t>
      </w:r>
      <w:r w:rsidR="4E655057">
        <w:rPr/>
        <w:t xml:space="preserve"> </w:t>
      </w:r>
      <w:r w:rsidR="4E655057">
        <w:rPr/>
        <w:t>hoogspanningsinfrastructuur</w:t>
      </w:r>
      <w:r w:rsidR="4E655057">
        <w:rPr/>
        <w:t xml:space="preserve"> (6.910 kg per 305-daagse </w:t>
      </w:r>
      <w:r w:rsidR="4E655057">
        <w:rPr/>
        <w:t>lactatie</w:t>
      </w:r>
      <w:r w:rsidR="4E655057">
        <w:rPr/>
        <w:t xml:space="preserve">) in </w:t>
      </w:r>
      <w:r w:rsidR="4E655057">
        <w:rPr/>
        <w:t>vergelijking</w:t>
      </w:r>
      <w:r w:rsidR="4E655057">
        <w:rPr/>
        <w:t xml:space="preserve"> met </w:t>
      </w:r>
      <w:r w:rsidR="4E655057">
        <w:rPr/>
        <w:t>een</w:t>
      </w:r>
      <w:r w:rsidR="4E655057">
        <w:rPr/>
        <w:t xml:space="preserve"> </w:t>
      </w:r>
      <w:r w:rsidR="4E655057">
        <w:rPr/>
        <w:t>controlegroep</w:t>
      </w:r>
      <w:r w:rsidR="4E655057">
        <w:rPr/>
        <w:t xml:space="preserve"> (7.423 kg per 305-daagse </w:t>
      </w:r>
      <w:r w:rsidR="4E655057">
        <w:rPr/>
        <w:t>lactatie</w:t>
      </w:r>
      <w:r w:rsidR="4E655057">
        <w:rPr/>
        <w:t xml:space="preserve">). </w:t>
      </w:r>
      <w:r w:rsidR="4E655057">
        <w:rPr/>
        <w:t>Tevens</w:t>
      </w:r>
      <w:r w:rsidR="4E655057">
        <w:rPr/>
        <w:t xml:space="preserve"> </w:t>
      </w:r>
      <w:r w:rsidR="4E655057">
        <w:rPr/>
        <w:t>werden</w:t>
      </w:r>
      <w:r w:rsidR="4E655057">
        <w:rPr/>
        <w:t xml:space="preserve"> </w:t>
      </w:r>
      <w:r w:rsidR="4E655057">
        <w:rPr/>
        <w:t>veranderingen</w:t>
      </w:r>
      <w:r w:rsidR="4E655057">
        <w:rPr/>
        <w:t xml:space="preserve"> in de </w:t>
      </w:r>
      <w:r w:rsidR="4E655057">
        <w:rPr/>
        <w:t>reproductiecyclus</w:t>
      </w:r>
      <w:r w:rsidR="4E655057">
        <w:rPr/>
        <w:t xml:space="preserve"> </w:t>
      </w:r>
      <w:r w:rsidR="4E655057">
        <w:rPr/>
        <w:t>waargenomen</w:t>
      </w:r>
      <w:r w:rsidR="4E655057">
        <w:rPr/>
        <w:t>.</w:t>
      </w:r>
    </w:p>
    <w:p xmlns:wp14="http://schemas.microsoft.com/office/word/2010/wordml" w14:paraId="7812ECA3" wp14:textId="609317E6">
      <w:r w:rsidRPr="4E655057" w:rsidR="74E91D53">
        <w:rPr>
          <w:b w:val="1"/>
          <w:bCs w:val="1"/>
        </w:rPr>
        <w:t>(c)</w:t>
      </w:r>
      <w:r w:rsidR="74E91D53">
        <w:rPr/>
        <w:t xml:space="preserve"> </w:t>
      </w:r>
      <w:r w:rsidR="6E5AA8D7">
        <w:rPr/>
        <w:t>De</w:t>
      </w:r>
      <w:r w:rsidR="74E91D53">
        <w:rPr/>
        <w:t xml:space="preserve"> </w:t>
      </w:r>
      <w:r w:rsidR="74E91D53">
        <w:rPr/>
        <w:t>effecten</w:t>
      </w:r>
      <w:r w:rsidR="74E91D53">
        <w:rPr/>
        <w:t xml:space="preserve"> van </w:t>
      </w:r>
      <w:r w:rsidR="74E91D53">
        <w:rPr/>
        <w:t>een</w:t>
      </w:r>
      <w:r w:rsidR="74E91D53">
        <w:rPr/>
        <w:t xml:space="preserve"> 380 kV-</w:t>
      </w:r>
      <w:r w:rsidR="74E91D53">
        <w:rPr/>
        <w:t>hoogspanningslijn</w:t>
      </w:r>
      <w:r w:rsidR="74E91D53">
        <w:rPr/>
        <w:t xml:space="preserve"> op </w:t>
      </w:r>
      <w:r w:rsidRPr="4E655057" w:rsidR="74E91D53">
        <w:rPr>
          <w:b w:val="1"/>
          <w:bCs w:val="1"/>
        </w:rPr>
        <w:t>paarden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en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andere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landbouwdieren</w:t>
      </w:r>
      <w:r w:rsidR="74E91D53">
        <w:rPr/>
        <w:t xml:space="preserve"> </w:t>
      </w:r>
      <w:r w:rsidR="60E3DDD5">
        <w:rPr/>
        <w:t>zijn</w:t>
      </w:r>
      <w:r w:rsidR="60E3DDD5">
        <w:rPr/>
        <w:t xml:space="preserve"> </w:t>
      </w:r>
      <w:r w:rsidR="74E91D53">
        <w:rPr/>
        <w:t xml:space="preserve">in het MER </w:t>
      </w:r>
      <w:r w:rsidR="74E91D53">
        <w:rPr/>
        <w:t>niet</w:t>
      </w:r>
      <w:r w:rsidR="74E91D53">
        <w:rPr/>
        <w:t xml:space="preserve"> </w:t>
      </w:r>
      <w:r w:rsidR="74E91D53">
        <w:rPr/>
        <w:t>beoordeeld</w:t>
      </w:r>
      <w:r w:rsidR="74E91D53">
        <w:rPr/>
        <w:t xml:space="preserve">, </w:t>
      </w:r>
      <w:r w:rsidR="74E91D53">
        <w:rPr/>
        <w:t>ondanks</w:t>
      </w:r>
      <w:r w:rsidR="74E91D53">
        <w:rPr/>
        <w:t xml:space="preserve"> </w:t>
      </w:r>
      <w:r w:rsidR="74E91D53">
        <w:rPr/>
        <w:t>een</w:t>
      </w:r>
      <w:r w:rsidR="74E91D53">
        <w:rPr/>
        <w:t xml:space="preserve"> </w:t>
      </w:r>
      <w:r w:rsidR="74E91D53">
        <w:rPr/>
        <w:t>erkende</w:t>
      </w:r>
      <w:r w:rsidR="74E91D53">
        <w:rPr/>
        <w:t xml:space="preserve"> </w:t>
      </w:r>
      <w:r w:rsidR="74E91D53">
        <w:rPr/>
        <w:t>kennislacune</w:t>
      </w:r>
      <w:r w:rsidR="74E91D53">
        <w:rPr/>
        <w:t xml:space="preserve">. </w:t>
      </w:r>
      <w:r w:rsidR="7B0469B0">
        <w:rPr/>
        <w:t>Nochtans</w:t>
      </w:r>
      <w:r w:rsidR="7B0469B0">
        <w:rPr/>
        <w:t xml:space="preserve"> :</w:t>
      </w:r>
    </w:p>
    <w:p xmlns:wp14="http://schemas.microsoft.com/office/word/2010/wordml" w14:paraId="61B01E48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Stressreacties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vruchtbaarheidsproblemen</w:t>
      </w:r>
      <w:r w:rsidRPr="4E655057" w:rsidR="4E655057">
        <w:rPr>
          <w:b w:val="1"/>
          <w:bCs w:val="1"/>
        </w:rPr>
        <w:t>:</w:t>
      </w:r>
      <w:r w:rsidR="4E655057">
        <w:rPr/>
        <w:t xml:space="preserve"> </w:t>
      </w:r>
      <w:r w:rsidR="4E655057">
        <w:rPr/>
        <w:t>hormonale</w:t>
      </w:r>
      <w:r w:rsidR="4E655057">
        <w:rPr/>
        <w:t xml:space="preserve"> </w:t>
      </w:r>
      <w:r w:rsidR="4E655057">
        <w:rPr/>
        <w:t>verstoring</w:t>
      </w:r>
      <w:r w:rsidR="4E655057">
        <w:rPr/>
        <w:t xml:space="preserve"> door </w:t>
      </w:r>
      <w:r w:rsidR="4E655057">
        <w:rPr/>
        <w:t>chronische</w:t>
      </w:r>
      <w:r w:rsidR="4E655057">
        <w:rPr/>
        <w:t xml:space="preserve"> EMF-</w:t>
      </w:r>
      <w:r w:rsidR="4E655057">
        <w:rPr/>
        <w:t>blootstelling</w:t>
      </w:r>
      <w:r w:rsidR="4E655057">
        <w:rPr/>
        <w:t xml:space="preserve"> </w:t>
      </w:r>
      <w:r w:rsidR="4E655057">
        <w:rPr/>
        <w:t>leidt</w:t>
      </w:r>
      <w:r w:rsidR="4E655057">
        <w:rPr/>
        <w:t xml:space="preserve"> tot </w:t>
      </w:r>
      <w:r w:rsidR="4E655057">
        <w:rPr/>
        <w:t>verminderde</w:t>
      </w:r>
      <w:r w:rsidR="4E655057">
        <w:rPr/>
        <w:t xml:space="preserve"> </w:t>
      </w:r>
      <w:r w:rsidR="4E655057">
        <w:rPr/>
        <w:t>vruchtbaarheid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paarden</w:t>
      </w:r>
      <w:r w:rsidR="4E655057">
        <w:rPr/>
        <w:t xml:space="preserve">. </w:t>
      </w:r>
      <w:r w:rsidR="4E655057">
        <w:rPr/>
        <w:t>Concreet</w:t>
      </w:r>
      <w:r w:rsidR="4E655057">
        <w:rPr/>
        <w:t xml:space="preserve"> </w:t>
      </w:r>
      <w:r w:rsidR="4E655057">
        <w:rPr/>
        <w:t>getuigenis</w:t>
      </w:r>
      <w:r w:rsidR="4E655057">
        <w:rPr/>
        <w:t xml:space="preserve">: </w:t>
      </w:r>
      <w:r w:rsidR="4E655057">
        <w:rPr/>
        <w:t>een</w:t>
      </w:r>
      <w:r w:rsidR="4E655057">
        <w:rPr/>
        <w:t xml:space="preserve"> merrie </w:t>
      </w:r>
      <w:r w:rsidR="4E655057">
        <w:rPr/>
        <w:t>werd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drachtig</w:t>
      </w:r>
      <w:r w:rsidR="4E655057">
        <w:rPr/>
        <w:t xml:space="preserve"> </w:t>
      </w:r>
      <w:r w:rsidR="4E655057">
        <w:rPr/>
        <w:t>onder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bestaande</w:t>
      </w:r>
      <w:r w:rsidR="4E655057">
        <w:rPr/>
        <w:t xml:space="preserve"> </w:t>
      </w:r>
      <w:r w:rsidR="4E655057">
        <w:rPr/>
        <w:t>hoogspanningslijn</w:t>
      </w:r>
      <w:r w:rsidR="4E655057">
        <w:rPr/>
        <w:t xml:space="preserve">. </w:t>
      </w:r>
      <w:r w:rsidR="4E655057">
        <w:rPr/>
        <w:t>Deze</w:t>
      </w:r>
      <w:r w:rsidR="4E655057">
        <w:rPr/>
        <w:t xml:space="preserve"> </w:t>
      </w:r>
      <w:r w:rsidR="4E655057">
        <w:rPr/>
        <w:t>waarneming</w:t>
      </w:r>
      <w:r w:rsidR="4E655057">
        <w:rPr/>
        <w:t xml:space="preserve"> sluit </w:t>
      </w:r>
      <w:r w:rsidR="4E655057">
        <w:rPr/>
        <w:t>aan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de door </w:t>
      </w:r>
      <w:r w:rsidR="4E655057">
        <w:rPr/>
        <w:t>Bingol</w:t>
      </w:r>
      <w:r w:rsidR="4E655057">
        <w:rPr/>
        <w:t xml:space="preserve"> &amp; Goncu (2025) </w:t>
      </w:r>
      <w:r w:rsidR="4E655057">
        <w:rPr/>
        <w:t>gedocumenteerde</w:t>
      </w:r>
      <w:r w:rsidR="4E655057">
        <w:rPr/>
        <w:t xml:space="preserve"> </w:t>
      </w:r>
      <w:r w:rsidR="4E655057">
        <w:rPr/>
        <w:t>reproductieverstoringen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rundvee</w:t>
      </w:r>
      <w:r w:rsidR="4E655057">
        <w:rPr/>
        <w:t>.</w:t>
      </w:r>
    </w:p>
    <w:p xmlns:wp14="http://schemas.microsoft.com/office/word/2010/wordml" w14:paraId="1EFC8926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Corona-</w:t>
      </w:r>
      <w:r w:rsidRPr="4E655057" w:rsidR="4E655057">
        <w:rPr>
          <w:b w:val="1"/>
          <w:bCs w:val="1"/>
        </w:rPr>
        <w:t>geluid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als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schrikeffect</w:t>
      </w:r>
      <w:r w:rsidRPr="4E655057" w:rsidR="4E655057">
        <w:rPr>
          <w:b w:val="1"/>
          <w:bCs w:val="1"/>
        </w:rPr>
        <w:t>:</w:t>
      </w:r>
      <w:r w:rsidR="4E655057">
        <w:rPr/>
        <w:t xml:space="preserve"> het </w:t>
      </w:r>
      <w:r w:rsidR="4E655057">
        <w:rPr/>
        <w:t>permanente</w:t>
      </w:r>
      <w:r w:rsidR="4E655057">
        <w:rPr/>
        <w:t xml:space="preserve"> </w:t>
      </w:r>
      <w:r w:rsidR="4E655057">
        <w:rPr/>
        <w:t>zoemende</w:t>
      </w:r>
      <w:r w:rsidR="4E655057">
        <w:rPr/>
        <w:t xml:space="preserve"> </w:t>
      </w:r>
      <w:r w:rsidR="4E655057">
        <w:rPr/>
        <w:t>geluid</w:t>
      </w:r>
      <w:r w:rsidR="4E655057">
        <w:rPr/>
        <w:t xml:space="preserve"> van </w:t>
      </w:r>
      <w:r w:rsidR="4E655057">
        <w:rPr/>
        <w:t>ionisatie</w:t>
      </w:r>
      <w:r w:rsidR="4E655057">
        <w:rPr/>
        <w:t xml:space="preserve"> </w:t>
      </w:r>
      <w:r w:rsidR="4E655057">
        <w:rPr/>
        <w:t>rond</w:t>
      </w:r>
      <w:r w:rsidR="4E655057">
        <w:rPr/>
        <w:t xml:space="preserve"> de </w:t>
      </w:r>
      <w:r w:rsidR="4E655057">
        <w:rPr/>
        <w:t>geleiders</w:t>
      </w:r>
      <w:r w:rsidR="4E655057">
        <w:rPr/>
        <w:t xml:space="preserve"> (</w:t>
      </w:r>
      <w:r w:rsidR="4E655057">
        <w:rPr/>
        <w:t>dat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vochtig</w:t>
      </w:r>
      <w:r w:rsidR="4E655057">
        <w:rPr/>
        <w:t xml:space="preserve"> </w:t>
      </w:r>
      <w:r w:rsidR="4E655057">
        <w:rPr/>
        <w:t>weer</w:t>
      </w:r>
      <w:r w:rsidR="4E655057">
        <w:rPr/>
        <w:t xml:space="preserve"> met tot 10 dB(A) </w:t>
      </w:r>
      <w:r w:rsidR="4E655057">
        <w:rPr/>
        <w:t>toeneemt</w:t>
      </w:r>
      <w:r w:rsidR="4E655057">
        <w:rPr/>
        <w:t xml:space="preserve"> -- </w:t>
      </w:r>
      <w:r w:rsidR="4E655057">
        <w:rPr/>
        <w:t>zie</w:t>
      </w:r>
      <w:r w:rsidR="4E655057">
        <w:rPr/>
        <w:t xml:space="preserve"> </w:t>
      </w:r>
      <w:r w:rsidR="4E655057">
        <w:rPr/>
        <w:t>sectie</w:t>
      </w:r>
      <w:r w:rsidR="4E655057">
        <w:rPr/>
        <w:t xml:space="preserve"> 6.1) </w:t>
      </w:r>
      <w:r w:rsidR="4E655057">
        <w:rPr/>
        <w:t>fungeert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chronische</w:t>
      </w:r>
      <w:r w:rsidR="4E655057">
        <w:rPr/>
        <w:t xml:space="preserve"> </w:t>
      </w:r>
      <w:r w:rsidR="4E655057">
        <w:rPr/>
        <w:t>stressfactor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schrikbron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paarden</w:t>
      </w:r>
      <w:r w:rsidR="4E655057">
        <w:rPr/>
        <w:t xml:space="preserve">, die </w:t>
      </w:r>
      <w:r w:rsidR="4E655057">
        <w:rPr/>
        <w:t>als</w:t>
      </w:r>
      <w:r w:rsidR="4E655057">
        <w:rPr/>
        <w:t xml:space="preserve"> </w:t>
      </w:r>
      <w:r w:rsidR="4E655057">
        <w:rPr/>
        <w:t>vluchtdieren</w:t>
      </w:r>
      <w:r w:rsidR="4E655057">
        <w:rPr/>
        <w:t xml:space="preserve"> </w:t>
      </w:r>
      <w:r w:rsidR="4E655057">
        <w:rPr/>
        <w:t>bijzonder</w:t>
      </w:r>
      <w:r w:rsidR="4E655057">
        <w:rPr/>
        <w:t xml:space="preserve"> </w:t>
      </w:r>
      <w:r w:rsidR="4E655057">
        <w:rPr/>
        <w:t>gevoelig</w:t>
      </w:r>
      <w:r w:rsidR="4E655057">
        <w:rPr/>
        <w:t xml:space="preserve"> </w:t>
      </w:r>
      <w:r w:rsidR="4E655057">
        <w:rPr/>
        <w:t>zijn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onverklaarbare</w:t>
      </w:r>
      <w:r w:rsidR="4E655057">
        <w:rPr/>
        <w:t xml:space="preserve"> </w:t>
      </w:r>
      <w:r w:rsidR="4E655057">
        <w:rPr/>
        <w:t>geluidsimpulsen</w:t>
      </w:r>
      <w:r w:rsidR="4E655057">
        <w:rPr/>
        <w:t>.</w:t>
      </w:r>
    </w:p>
    <w:p xmlns:wp14="http://schemas.microsoft.com/office/word/2010/wordml" w14:paraId="0BEFA7A9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Schaduwflikkering</w:t>
      </w:r>
      <w:r w:rsidRPr="4E655057" w:rsidR="4E655057">
        <w:rPr>
          <w:b w:val="1"/>
          <w:bCs w:val="1"/>
        </w:rPr>
        <w:t xml:space="preserve"> van </w:t>
      </w:r>
      <w:r w:rsidRPr="4E655057" w:rsidR="4E655057">
        <w:rPr>
          <w:b w:val="1"/>
          <w:bCs w:val="1"/>
        </w:rPr>
        <w:t>masten</w:t>
      </w:r>
      <w:r w:rsidRPr="4E655057" w:rsidR="4E655057">
        <w:rPr>
          <w:b w:val="1"/>
          <w:bCs w:val="1"/>
        </w:rPr>
        <w:t>:</w:t>
      </w:r>
      <w:r w:rsidR="4E655057">
        <w:rPr/>
        <w:t xml:space="preserve"> de </w:t>
      </w:r>
      <w:r w:rsidR="4E655057">
        <w:rPr/>
        <w:t>roterende</w:t>
      </w:r>
      <w:r w:rsidR="4E655057">
        <w:rPr/>
        <w:t xml:space="preserve"> </w:t>
      </w:r>
      <w:r w:rsidR="4E655057">
        <w:rPr/>
        <w:t>schaduwpatronen</w:t>
      </w:r>
      <w:r w:rsidR="4E655057">
        <w:rPr/>
        <w:t xml:space="preserve"> van </w:t>
      </w:r>
      <w:r w:rsidR="4E655057">
        <w:rPr/>
        <w:t>hoogspanningsmasten</w:t>
      </w:r>
      <w:r w:rsidR="4E655057">
        <w:rPr/>
        <w:t xml:space="preserve"> </w:t>
      </w:r>
      <w:r w:rsidR="4E655057">
        <w:rPr/>
        <w:t>veroorzaken</w:t>
      </w:r>
      <w:r w:rsidR="4E655057">
        <w:rPr/>
        <w:t xml:space="preserve"> </w:t>
      </w:r>
      <w:r w:rsidR="4E655057">
        <w:rPr/>
        <w:t>visuele</w:t>
      </w:r>
      <w:r w:rsidR="4E655057">
        <w:rPr/>
        <w:t xml:space="preserve"> </w:t>
      </w:r>
      <w:r w:rsidR="4E655057">
        <w:rPr/>
        <w:t>verstoring</w:t>
      </w:r>
      <w:r w:rsidR="4E655057">
        <w:rPr/>
        <w:t xml:space="preserve"> die </w:t>
      </w:r>
      <w:r w:rsidR="4E655057">
        <w:rPr/>
        <w:t>stressreacties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schrikreacties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paarden</w:t>
      </w:r>
      <w:r w:rsidR="4E655057">
        <w:rPr/>
        <w:t xml:space="preserve"> </w:t>
      </w:r>
      <w:r w:rsidR="4E655057">
        <w:rPr/>
        <w:t>kan</w:t>
      </w:r>
      <w:r w:rsidR="4E655057">
        <w:rPr/>
        <w:t xml:space="preserve"> </w:t>
      </w:r>
      <w:r w:rsidR="4E655057">
        <w:rPr/>
        <w:t>uitlokken</w:t>
      </w:r>
      <w:r w:rsidR="4E655057">
        <w:rPr/>
        <w:t>.</w:t>
      </w:r>
    </w:p>
    <w:p xmlns:wp14="http://schemas.microsoft.com/office/word/2010/wordml" w14:paraId="74694A8D" wp14:textId="77777777">
      <w:r w:rsidR="4E655057">
        <w:rPr/>
        <w:t xml:space="preserve">Het MER </w:t>
      </w:r>
      <w:r w:rsidR="4E655057">
        <w:rPr/>
        <w:t>erkent</w:t>
      </w:r>
      <w:r w:rsidR="4E655057">
        <w:rPr/>
        <w:t xml:space="preserve"> </w:t>
      </w:r>
      <w:r w:rsidR="4E655057">
        <w:rPr/>
        <w:t>zelf</w:t>
      </w:r>
      <w:r w:rsidR="4E655057">
        <w:rPr/>
        <w:t xml:space="preserve"> </w:t>
      </w:r>
      <w:r w:rsidR="4E655057">
        <w:rPr/>
        <w:t>expliciet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Pr="4E655057" w:rsidR="4E655057">
        <w:rPr>
          <w:b w:val="1"/>
          <w:bCs w:val="1"/>
        </w:rPr>
        <w:t>"</w:t>
      </w:r>
      <w:r w:rsidRPr="4E655057" w:rsidR="4E655057">
        <w:rPr>
          <w:b w:val="1"/>
          <w:bCs w:val="1"/>
        </w:rPr>
        <w:t>leemte</w:t>
      </w:r>
      <w:r w:rsidRPr="4E655057" w:rsidR="4E655057">
        <w:rPr>
          <w:b w:val="1"/>
          <w:bCs w:val="1"/>
        </w:rPr>
        <w:t xml:space="preserve"> in de </w:t>
      </w:r>
      <w:r w:rsidRPr="4E655057" w:rsidR="4E655057">
        <w:rPr>
          <w:b w:val="1"/>
          <w:bCs w:val="1"/>
        </w:rPr>
        <w:t>kennis</w:t>
      </w:r>
      <w:r w:rsidRPr="4E655057" w:rsidR="4E655057">
        <w:rPr>
          <w:b w:val="1"/>
          <w:bCs w:val="1"/>
        </w:rPr>
        <w:t xml:space="preserve"> van </w:t>
      </w:r>
      <w:r w:rsidRPr="4E655057" w:rsidR="4E655057">
        <w:rPr>
          <w:b w:val="1"/>
          <w:bCs w:val="1"/>
        </w:rPr>
        <w:t>landbouwdieren</w:t>
      </w:r>
      <w:r w:rsidRPr="4E655057" w:rsidR="4E655057">
        <w:rPr>
          <w:b w:val="1"/>
          <w:bCs w:val="1"/>
        </w:rPr>
        <w:t>"</w:t>
      </w:r>
      <w:r w:rsidR="4E655057">
        <w:rPr/>
        <w:t xml:space="preserve"> (GRUP-</w:t>
      </w:r>
      <w:r w:rsidR="4E655057">
        <w:rPr/>
        <w:t>toelichtingsnota</w:t>
      </w:r>
      <w:r w:rsidR="4E655057">
        <w:rPr/>
        <w:t xml:space="preserve">, p. 128), maar </w:t>
      </w:r>
      <w:r w:rsidR="4E655057">
        <w:rPr/>
        <w:t>trekt</w:t>
      </w:r>
      <w:r w:rsidR="4E655057">
        <w:rPr/>
        <w:t xml:space="preserve"> </w:t>
      </w:r>
      <w:r w:rsidR="4E655057">
        <w:rPr/>
        <w:t>daar</w:t>
      </w:r>
      <w:r w:rsidR="4E655057">
        <w:rPr/>
        <w:t xml:space="preserve"> </w:t>
      </w:r>
      <w:r w:rsidR="4E655057">
        <w:rPr/>
        <w:t>geen</w:t>
      </w:r>
      <w:r w:rsidR="4E655057">
        <w:rPr/>
        <w:t xml:space="preserve"> </w:t>
      </w:r>
      <w:r w:rsidR="4E655057">
        <w:rPr/>
        <w:t>consequentie</w:t>
      </w:r>
      <w:r w:rsidR="4E655057">
        <w:rPr/>
        <w:t xml:space="preserve"> </w:t>
      </w:r>
      <w:r w:rsidR="4E655057">
        <w:rPr/>
        <w:t>uit</w:t>
      </w:r>
      <w:r w:rsidR="4E655057">
        <w:rPr/>
        <w:t xml:space="preserve">: er is </w:t>
      </w:r>
      <w:r w:rsidR="4E655057">
        <w:rPr/>
        <w:t>geen</w:t>
      </w:r>
      <w:r w:rsidR="4E655057">
        <w:rPr/>
        <w:t xml:space="preserve"> </w:t>
      </w:r>
      <w:r w:rsidR="4E655057">
        <w:rPr/>
        <w:t>effectscore</w:t>
      </w:r>
      <w:r w:rsidR="4E655057">
        <w:rPr/>
        <w:t xml:space="preserve"> </w:t>
      </w:r>
      <w:r w:rsidR="4E655057">
        <w:rPr/>
        <w:t>toegekend</w:t>
      </w:r>
      <w:r w:rsidR="4E655057">
        <w:rPr/>
        <w:t xml:space="preserve">, </w:t>
      </w:r>
      <w:r w:rsidR="4E655057">
        <w:rPr/>
        <w:t>geen</w:t>
      </w:r>
      <w:r w:rsidR="4E655057">
        <w:rPr/>
        <w:t xml:space="preserve"> </w:t>
      </w:r>
      <w:r w:rsidR="4E655057">
        <w:rPr/>
        <w:t>voorzorgsmaatregel</w:t>
      </w:r>
      <w:r w:rsidR="4E655057">
        <w:rPr/>
        <w:t xml:space="preserve"> </w:t>
      </w:r>
      <w:r w:rsidR="4E655057">
        <w:rPr/>
        <w:t>voorgesteld</w:t>
      </w:r>
      <w:r w:rsidR="4E655057">
        <w:rPr/>
        <w:t xml:space="preserve">, </w:t>
      </w:r>
      <w:r w:rsidR="4E655057">
        <w:rPr/>
        <w:t>en</w:t>
      </w:r>
      <w:r w:rsidR="4E655057">
        <w:rPr/>
        <w:t xml:space="preserve"> </w:t>
      </w:r>
      <w:r w:rsidR="4E655057">
        <w:rPr/>
        <w:t>geen</w:t>
      </w:r>
      <w:r w:rsidR="4E655057">
        <w:rPr/>
        <w:t xml:space="preserve"> </w:t>
      </w:r>
      <w:r w:rsidR="4E655057">
        <w:rPr/>
        <w:t>monitoringsprogramma</w:t>
      </w:r>
      <w:r w:rsidR="4E655057">
        <w:rPr/>
        <w:t xml:space="preserve"> </w:t>
      </w:r>
      <w:r w:rsidR="4E655057">
        <w:rPr/>
        <w:t>opgelegd</w:t>
      </w:r>
      <w:r w:rsidR="4E655057">
        <w:rPr/>
        <w:t xml:space="preserve">. </w:t>
      </w:r>
      <w:r w:rsidR="4E655057">
        <w:rPr/>
        <w:t>Deze</w:t>
      </w:r>
      <w:r w:rsidR="4E655057">
        <w:rPr/>
        <w:t xml:space="preserve"> lacune is </w:t>
      </w:r>
      <w:r w:rsidR="4E655057">
        <w:rPr/>
        <w:t>bijzonder</w:t>
      </w:r>
      <w:r w:rsidR="4E655057">
        <w:rPr/>
        <w:t xml:space="preserve"> relevant in </w:t>
      </w:r>
      <w:r w:rsidR="4E655057">
        <w:rPr/>
        <w:t>een</w:t>
      </w:r>
      <w:r w:rsidR="4E655057">
        <w:rPr/>
        <w:t xml:space="preserve"> </w:t>
      </w:r>
      <w:r w:rsidR="4E655057">
        <w:rPr/>
        <w:t>agrarische</w:t>
      </w:r>
      <w:r w:rsidR="4E655057">
        <w:rPr/>
        <w:t xml:space="preserve"> regio </w:t>
      </w:r>
      <w:r w:rsidR="4E655057">
        <w:rPr/>
        <w:t>als</w:t>
      </w:r>
      <w:r w:rsidR="4E655057">
        <w:rPr/>
        <w:t xml:space="preserve"> West-Vlaanderen, </w:t>
      </w:r>
      <w:r w:rsidR="4E655057">
        <w:rPr/>
        <w:t>waar</w:t>
      </w:r>
      <w:r w:rsidR="4E655057">
        <w:rPr/>
        <w:t xml:space="preserve"> het </w:t>
      </w:r>
      <w:r w:rsidR="4E655057">
        <w:rPr/>
        <w:t>tracé</w:t>
      </w:r>
      <w:r w:rsidR="4E655057">
        <w:rPr/>
        <w:t xml:space="preserve"> van 82 km door </w:t>
      </w:r>
      <w:r w:rsidR="4E655057">
        <w:rPr/>
        <w:t>landbouwgebied</w:t>
      </w:r>
      <w:r w:rsidR="4E655057">
        <w:rPr/>
        <w:t xml:space="preserve"> </w:t>
      </w:r>
      <w:r w:rsidR="4E655057">
        <w:rPr/>
        <w:t>loopt</w:t>
      </w:r>
      <w:r w:rsidR="4E655057">
        <w:rPr/>
        <w:t xml:space="preserve"> met </w:t>
      </w:r>
      <w:r w:rsidR="4E655057">
        <w:rPr/>
        <w:t>tal</w:t>
      </w:r>
      <w:r w:rsidR="4E655057">
        <w:rPr/>
        <w:t xml:space="preserve"> van </w:t>
      </w:r>
      <w:r w:rsidR="4E655057">
        <w:rPr/>
        <w:t>professionele</w:t>
      </w:r>
      <w:r w:rsidR="4E655057">
        <w:rPr/>
        <w:t xml:space="preserve"> </w:t>
      </w:r>
      <w:r w:rsidR="4E655057">
        <w:rPr/>
        <w:t>paardenhouderijen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veehouderijen</w:t>
      </w:r>
      <w:r w:rsidR="4E655057">
        <w:rPr/>
        <w:t xml:space="preserve">. Het </w:t>
      </w:r>
      <w:r w:rsidR="4E655057">
        <w:rPr/>
        <w:t>nalaten</w:t>
      </w:r>
      <w:r w:rsidR="4E655057">
        <w:rPr/>
        <w:t xml:space="preserve"> om de </w:t>
      </w:r>
      <w:r w:rsidR="4E655057">
        <w:rPr/>
        <w:t>effecten</w:t>
      </w:r>
      <w:r w:rsidR="4E655057">
        <w:rPr/>
        <w:t xml:space="preserve"> op </w:t>
      </w:r>
      <w:r w:rsidR="4E655057">
        <w:rPr/>
        <w:t>paarden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andere</w:t>
      </w:r>
      <w:r w:rsidR="4E655057">
        <w:rPr/>
        <w:t xml:space="preserve"> </w:t>
      </w:r>
      <w:r w:rsidR="4E655057">
        <w:rPr/>
        <w:t>landbouwdieren</w:t>
      </w:r>
      <w:r w:rsidR="4E655057">
        <w:rPr/>
        <w:t xml:space="preserve"> </w:t>
      </w:r>
      <w:r w:rsidR="4E655057">
        <w:rPr/>
        <w:t>te</w:t>
      </w:r>
      <w:r w:rsidR="4E655057">
        <w:rPr/>
        <w:t xml:space="preserve"> </w:t>
      </w:r>
      <w:r w:rsidR="4E655057">
        <w:rPr/>
        <w:t>beoordelen</w:t>
      </w:r>
      <w:r w:rsidR="4E655057">
        <w:rPr/>
        <w:t xml:space="preserve"> </w:t>
      </w:r>
      <w:r w:rsidR="4E655057">
        <w:rPr/>
        <w:t>terwijl</w:t>
      </w:r>
      <w:r w:rsidR="4E655057">
        <w:rPr/>
        <w:t xml:space="preserve"> het MER de </w:t>
      </w:r>
      <w:r w:rsidR="4E655057">
        <w:rPr/>
        <w:t>kennislacune</w:t>
      </w:r>
      <w:r w:rsidR="4E655057">
        <w:rPr/>
        <w:t xml:space="preserve"> </w:t>
      </w:r>
      <w:r w:rsidR="4E655057">
        <w:rPr/>
        <w:t>zelf</w:t>
      </w:r>
      <w:r w:rsidR="4E655057">
        <w:rPr/>
        <w:t xml:space="preserve"> </w:t>
      </w:r>
      <w:r w:rsidR="4E655057">
        <w:rPr/>
        <w:t>erkent</w:t>
      </w:r>
      <w:r w:rsidR="4E655057">
        <w:rPr/>
        <w:t xml:space="preserve">, is </w:t>
      </w:r>
      <w:r w:rsidR="4E655057">
        <w:rPr/>
        <w:t>strijdig</w:t>
      </w:r>
      <w:r w:rsidR="4E655057">
        <w:rPr/>
        <w:t xml:space="preserve"> met het </w:t>
      </w:r>
      <w:r w:rsidR="4E655057">
        <w:rPr/>
        <w:t>voorzorgsbeginsel</w:t>
      </w:r>
      <w:r w:rsidR="4E655057">
        <w:rPr/>
        <w:t xml:space="preserve"> (art. 191 lid 2 VWEU; art. 14 </w:t>
      </w:r>
      <w:r w:rsidR="4E655057">
        <w:rPr/>
        <w:t>Vlaamse</w:t>
      </w:r>
      <w:r w:rsidR="4E655057">
        <w:rPr/>
        <w:t xml:space="preserve"> </w:t>
      </w:r>
      <w:r w:rsidR="4E655057">
        <w:rPr/>
        <w:t>Natuurdecreet</w:t>
      </w:r>
      <w:r w:rsidR="4E655057">
        <w:rPr/>
        <w:t xml:space="preserve">) </w:t>
      </w:r>
      <w:r w:rsidR="4E655057">
        <w:rPr/>
        <w:t>en</w:t>
      </w:r>
      <w:r w:rsidR="4E655057">
        <w:rPr/>
        <w:t xml:space="preserve"> met de </w:t>
      </w:r>
      <w:r w:rsidR="4E655057">
        <w:rPr/>
        <w:t>verplichting</w:t>
      </w:r>
      <w:r w:rsidR="4E655057">
        <w:rPr/>
        <w:t xml:space="preserve"> tot </w:t>
      </w:r>
      <w:r w:rsidR="4E655057">
        <w:rPr/>
        <w:t>goede</w:t>
      </w:r>
      <w:r w:rsidR="4E655057">
        <w:rPr/>
        <w:t xml:space="preserve"> </w:t>
      </w:r>
      <w:r w:rsidR="4E655057">
        <w:rPr/>
        <w:t>ruimtelijke</w:t>
      </w:r>
      <w:r w:rsidR="4E655057">
        <w:rPr/>
        <w:t xml:space="preserve"> </w:t>
      </w:r>
      <w:r w:rsidR="4E655057">
        <w:rPr/>
        <w:t>ordening</w:t>
      </w:r>
      <w:r w:rsidR="4E655057">
        <w:rPr/>
        <w:t xml:space="preserve"> (art. 4.3.1 VCRO).</w:t>
      </w:r>
    </w:p>
    <w:p xmlns:wp14="http://schemas.microsoft.com/office/word/2010/wordml" w14:paraId="5AA3B115" wp14:textId="77777777">
      <w:pPr>
        <w:pStyle w:val="Heading3"/>
      </w:pPr>
      <w:r w:rsidR="4E655057">
        <w:rPr/>
        <w:t xml:space="preserve">5B.5 </w:t>
      </w:r>
      <w:r w:rsidR="4E655057">
        <w:rPr/>
        <w:t>Erkenning</w:t>
      </w:r>
      <w:r w:rsidR="4E655057">
        <w:rPr/>
        <w:t xml:space="preserve"> van de </w:t>
      </w:r>
      <w:r w:rsidR="4E655057">
        <w:rPr/>
        <w:t>kennislacune</w:t>
      </w:r>
      <w:r w:rsidR="4E655057">
        <w:rPr/>
        <w:t xml:space="preserve"> door de </w:t>
      </w:r>
      <w:r w:rsidR="4E655057">
        <w:rPr/>
        <w:t>Vlaamse</w:t>
      </w:r>
      <w:r w:rsidR="4E655057">
        <w:rPr/>
        <w:t xml:space="preserve"> </w:t>
      </w:r>
      <w:r w:rsidR="4E655057">
        <w:rPr/>
        <w:t>overheid</w:t>
      </w:r>
    </w:p>
    <w:p xmlns:wp14="http://schemas.microsoft.com/office/word/2010/wordml" w14:paraId="7BCB41E5" wp14:textId="77777777">
      <w:r w:rsidR="4E655057">
        <w:rPr/>
        <w:t>Toenmalig</w:t>
      </w:r>
      <w:r w:rsidR="4E655057">
        <w:rPr/>
        <w:t xml:space="preserve"> </w:t>
      </w:r>
      <w:r w:rsidR="4E655057">
        <w:rPr/>
        <w:t>Vlaams</w:t>
      </w:r>
      <w:r w:rsidR="4E655057">
        <w:rPr/>
        <w:t xml:space="preserve"> minister van </w:t>
      </w:r>
      <w:r w:rsidR="4E655057">
        <w:rPr/>
        <w:t>Omgeving</w:t>
      </w:r>
      <w:r w:rsidR="4E655057">
        <w:rPr/>
        <w:t xml:space="preserve"> Zuhal Demir </w:t>
      </w:r>
      <w:r w:rsidR="4E655057">
        <w:rPr/>
        <w:t>erkende</w:t>
      </w:r>
      <w:r w:rsidR="4E655057">
        <w:rPr/>
        <w:t xml:space="preserve"> in </w:t>
      </w:r>
      <w:r w:rsidR="4E655057">
        <w:rPr/>
        <w:t>haar</w:t>
      </w:r>
      <w:r w:rsidR="4E655057">
        <w:rPr/>
        <w:t xml:space="preserve"> </w:t>
      </w:r>
      <w:r w:rsidR="4E655057">
        <w:rPr/>
        <w:t>antwoord</w:t>
      </w:r>
      <w:r w:rsidR="4E655057">
        <w:rPr/>
        <w:t xml:space="preserve"> op </w:t>
      </w:r>
      <w:r w:rsidR="4E655057">
        <w:rPr/>
        <w:t>schriftelijke</w:t>
      </w:r>
      <w:r w:rsidR="4E655057">
        <w:rPr/>
        <w:t xml:space="preserve"> </w:t>
      </w:r>
      <w:r w:rsidR="4E655057">
        <w:rPr/>
        <w:t>vraag</w:t>
      </w:r>
      <w:r w:rsidR="4E655057">
        <w:rPr/>
        <w:t xml:space="preserve"> SV 643 van 25 </w:t>
      </w:r>
      <w:r w:rsidR="4E655057">
        <w:rPr/>
        <w:t>maart</w:t>
      </w:r>
      <w:r w:rsidR="4E655057">
        <w:rPr/>
        <w:t xml:space="preserve"> 2022 </w:t>
      </w:r>
      <w:r w:rsidR="4E655057">
        <w:rPr/>
        <w:t>dat</w:t>
      </w:r>
      <w:r w:rsidR="4E655057">
        <w:rPr/>
        <w:t xml:space="preserve"> er </w:t>
      </w:r>
      <w:r w:rsidRPr="4E655057" w:rsidR="4E655057">
        <w:rPr>
          <w:i w:val="1"/>
          <w:iCs w:val="1"/>
        </w:rPr>
        <w:t>"</w:t>
      </w:r>
      <w:r w:rsidRPr="4E655057" w:rsidR="4E655057">
        <w:rPr>
          <w:i w:val="1"/>
          <w:iCs w:val="1"/>
        </w:rPr>
        <w:t>weinig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onderzoek</w:t>
      </w:r>
      <w:r w:rsidRPr="4E655057" w:rsidR="4E655057">
        <w:rPr>
          <w:i w:val="1"/>
          <w:iCs w:val="1"/>
        </w:rPr>
        <w:t xml:space="preserve"> is </w:t>
      </w:r>
      <w:r w:rsidRPr="4E655057" w:rsidR="4E655057">
        <w:rPr>
          <w:i w:val="1"/>
          <w:iCs w:val="1"/>
        </w:rPr>
        <w:t>naar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langetermijneffecten</w:t>
      </w:r>
      <w:r w:rsidRPr="4E655057" w:rsidR="4E655057">
        <w:rPr>
          <w:i w:val="1"/>
          <w:iCs w:val="1"/>
        </w:rPr>
        <w:t xml:space="preserve"> op </w:t>
      </w:r>
      <w:r w:rsidRPr="4E655057" w:rsidR="4E655057">
        <w:rPr>
          <w:i w:val="1"/>
          <w:iCs w:val="1"/>
        </w:rPr>
        <w:t>landbouwdieren</w:t>
      </w:r>
      <w:r w:rsidRPr="4E655057" w:rsidR="4E655057">
        <w:rPr>
          <w:i w:val="1"/>
          <w:iCs w:val="1"/>
        </w:rPr>
        <w:t>"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er </w:t>
      </w:r>
      <w:r w:rsidRPr="4E655057" w:rsidR="4E655057">
        <w:rPr>
          <w:i w:val="1"/>
          <w:iCs w:val="1"/>
        </w:rPr>
        <w:t>"</w:t>
      </w:r>
      <w:r w:rsidRPr="4E655057" w:rsidR="4E655057">
        <w:rPr>
          <w:i w:val="1"/>
          <w:iCs w:val="1"/>
        </w:rPr>
        <w:t>geen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eenduidige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conclusies</w:t>
      </w:r>
      <w:r w:rsidRPr="4E655057" w:rsidR="4E655057">
        <w:rPr>
          <w:i w:val="1"/>
          <w:iCs w:val="1"/>
        </w:rPr>
        <w:t>"</w:t>
      </w:r>
      <w:r w:rsidR="4E655057">
        <w:rPr/>
        <w:t xml:space="preserve"> </w:t>
      </w:r>
      <w:r w:rsidR="4E655057">
        <w:rPr/>
        <w:t>kunnen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getrokken</w:t>
      </w:r>
      <w:r w:rsidR="4E655057">
        <w:rPr/>
        <w:t>.</w:t>
      </w:r>
    </w:p>
    <w:p xmlns:wp14="http://schemas.microsoft.com/office/word/2010/wordml" w14:paraId="5765EC67" wp14:textId="77777777">
      <w:r w:rsidR="4E655057">
        <w:rPr/>
        <w:t>Deze</w:t>
      </w:r>
      <w:r w:rsidR="4E655057">
        <w:rPr/>
        <w:t xml:space="preserve"> </w:t>
      </w:r>
      <w:r w:rsidR="4E655057">
        <w:rPr/>
        <w:t>ministeriele</w:t>
      </w:r>
      <w:r w:rsidR="4E655057">
        <w:rPr/>
        <w:t xml:space="preserve"> </w:t>
      </w:r>
      <w:r w:rsidR="4E655057">
        <w:rPr/>
        <w:t>erkenning</w:t>
      </w:r>
      <w:r w:rsidR="4E655057">
        <w:rPr/>
        <w:t xml:space="preserve"> van de </w:t>
      </w:r>
      <w:r w:rsidR="4E655057">
        <w:rPr/>
        <w:t>kennislacune</w:t>
      </w:r>
      <w:r w:rsidR="4E655057">
        <w:rPr/>
        <w:t xml:space="preserve"> </w:t>
      </w:r>
      <w:r w:rsidR="4E655057">
        <w:rPr/>
        <w:t>vormt</w:t>
      </w:r>
      <w:r w:rsidR="4E655057">
        <w:rPr/>
        <w:t xml:space="preserve"> op </w:t>
      </w:r>
      <w:r w:rsidR="4E655057">
        <w:rPr/>
        <w:t>zichzelf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argument </w:t>
      </w:r>
      <w:r w:rsidR="4E655057">
        <w:rPr/>
        <w:t>voor</w:t>
      </w:r>
      <w:r w:rsidR="4E655057">
        <w:rPr/>
        <w:t xml:space="preserve"> </w:t>
      </w:r>
      <w:r w:rsidR="4E655057">
        <w:rPr/>
        <w:t>toepassing</w:t>
      </w:r>
      <w:r w:rsidR="4E655057">
        <w:rPr/>
        <w:t xml:space="preserve"> van het </w:t>
      </w:r>
      <w:r w:rsidR="4E655057">
        <w:rPr/>
        <w:t>voorzorgsbeginsel</w:t>
      </w:r>
      <w:r w:rsidR="4E655057">
        <w:rPr/>
        <w:t xml:space="preserve">: </w:t>
      </w:r>
      <w:r w:rsidR="4E655057">
        <w:rPr/>
        <w:t>wanneer</w:t>
      </w:r>
      <w:r w:rsidR="4E655057">
        <w:rPr/>
        <w:t xml:space="preserve"> de </w:t>
      </w:r>
      <w:r w:rsidR="4E655057">
        <w:rPr/>
        <w:t>bevoegde</w:t>
      </w:r>
      <w:r w:rsidR="4E655057">
        <w:rPr/>
        <w:t xml:space="preserve"> </w:t>
      </w:r>
      <w:r w:rsidR="4E655057">
        <w:rPr/>
        <w:t>overheid</w:t>
      </w:r>
      <w:r w:rsidR="4E655057">
        <w:rPr/>
        <w:t xml:space="preserve"> </w:t>
      </w:r>
      <w:r w:rsidR="4E655057">
        <w:rPr/>
        <w:t>zelf</w:t>
      </w:r>
      <w:r w:rsidR="4E655057">
        <w:rPr/>
        <w:t xml:space="preserve"> </w:t>
      </w:r>
      <w:r w:rsidR="4E655057">
        <w:rPr/>
        <w:t>erkent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de </w:t>
      </w:r>
      <w:r w:rsidR="4E655057">
        <w:rPr/>
        <w:t>wetenschappelijke</w:t>
      </w:r>
      <w:r w:rsidR="4E655057">
        <w:rPr/>
        <w:t xml:space="preserve"> </w:t>
      </w:r>
      <w:r w:rsidR="4E655057">
        <w:rPr/>
        <w:t>kennis</w:t>
      </w:r>
      <w:r w:rsidR="4E655057">
        <w:rPr/>
        <w:t xml:space="preserve"> </w:t>
      </w:r>
      <w:r w:rsidR="4E655057">
        <w:rPr/>
        <w:t>ontoereikend</w:t>
      </w:r>
      <w:r w:rsidR="4E655057">
        <w:rPr/>
        <w:t xml:space="preserve"> is om de </w:t>
      </w:r>
      <w:r w:rsidR="4E655057">
        <w:rPr/>
        <w:t>effecten</w:t>
      </w:r>
      <w:r w:rsidR="4E655057">
        <w:rPr/>
        <w:t xml:space="preserve"> </w:t>
      </w:r>
      <w:r w:rsidR="4E655057">
        <w:rPr/>
        <w:t>te</w:t>
      </w:r>
      <w:r w:rsidR="4E655057">
        <w:rPr/>
        <w:t xml:space="preserve"> </w:t>
      </w:r>
      <w:r w:rsidR="4E655057">
        <w:rPr/>
        <w:t>beoordelen</w:t>
      </w:r>
      <w:r w:rsidR="4E655057">
        <w:rPr/>
        <w:t xml:space="preserve">, </w:t>
      </w:r>
      <w:r w:rsidR="4E655057">
        <w:rPr/>
        <w:t>kan</w:t>
      </w:r>
      <w:r w:rsidR="4E655057">
        <w:rPr/>
        <w:t xml:space="preserve"> het </w:t>
      </w:r>
      <w:r w:rsidR="4E655057">
        <w:rPr/>
        <w:t>ontbreken</w:t>
      </w:r>
      <w:r w:rsidR="4E655057">
        <w:rPr/>
        <w:t xml:space="preserve"> van consensus </w:t>
      </w:r>
      <w:r w:rsidR="4E655057">
        <w:rPr/>
        <w:t>niet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ingeroepen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</w:t>
      </w:r>
      <w:r w:rsidR="4E655057">
        <w:rPr/>
        <w:t>reden</w:t>
      </w:r>
      <w:r w:rsidR="4E655057">
        <w:rPr/>
        <w:t xml:space="preserve"> om </w:t>
      </w:r>
      <w:r w:rsidR="4E655057">
        <w:rPr/>
        <w:t>geen</w:t>
      </w:r>
      <w:r w:rsidR="4E655057">
        <w:rPr/>
        <w:t xml:space="preserve"> </w:t>
      </w:r>
      <w:r w:rsidR="4E655057">
        <w:rPr/>
        <w:t>voorzorgsmaatregelen</w:t>
      </w:r>
      <w:r w:rsidR="4E655057">
        <w:rPr/>
        <w:t xml:space="preserve"> </w:t>
      </w:r>
      <w:r w:rsidR="4E655057">
        <w:rPr/>
        <w:t>te</w:t>
      </w:r>
      <w:r w:rsidR="4E655057">
        <w:rPr/>
        <w:t xml:space="preserve"> </w:t>
      </w:r>
      <w:r w:rsidR="4E655057">
        <w:rPr/>
        <w:t>treffen</w:t>
      </w:r>
      <w:r w:rsidR="4E655057">
        <w:rPr/>
        <w:t xml:space="preserve">. Het </w:t>
      </w:r>
      <w:r w:rsidR="4E655057">
        <w:rPr/>
        <w:t>voorzorgsbeginsel</w:t>
      </w:r>
      <w:r w:rsidR="4E655057">
        <w:rPr/>
        <w:t xml:space="preserve"> is immers </w:t>
      </w:r>
      <w:r w:rsidR="4E655057">
        <w:rPr/>
        <w:t>precies</w:t>
      </w:r>
      <w:r w:rsidR="4E655057">
        <w:rPr/>
        <w:t xml:space="preserve"> </w:t>
      </w:r>
      <w:r w:rsidR="4E655057">
        <w:rPr/>
        <w:t>bedoeld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situaties</w:t>
      </w:r>
      <w:r w:rsidR="4E655057">
        <w:rPr/>
        <w:t xml:space="preserve"> </w:t>
      </w:r>
      <w:r w:rsidR="4E655057">
        <w:rPr/>
        <w:t>waarin</w:t>
      </w:r>
      <w:r w:rsidR="4E655057">
        <w:rPr/>
        <w:t xml:space="preserve"> </w:t>
      </w:r>
      <w:r w:rsidR="4E655057">
        <w:rPr/>
        <w:t>wetenschappelijke</w:t>
      </w:r>
      <w:r w:rsidR="4E655057">
        <w:rPr/>
        <w:t xml:space="preserve"> </w:t>
      </w:r>
      <w:r w:rsidR="4E655057">
        <w:rPr/>
        <w:t>zekerheid</w:t>
      </w:r>
      <w:r w:rsidR="4E655057">
        <w:rPr/>
        <w:t xml:space="preserve"> </w:t>
      </w:r>
      <w:r w:rsidR="4E655057">
        <w:rPr/>
        <w:t>ontbreekt</w:t>
      </w:r>
      <w:r w:rsidR="4E655057">
        <w:rPr/>
        <w:t xml:space="preserve"> maar er </w:t>
      </w:r>
      <w:r w:rsidR="4E655057">
        <w:rPr/>
        <w:t>aanwijzingen</w:t>
      </w:r>
      <w:r w:rsidR="4E655057">
        <w:rPr/>
        <w:t xml:space="preserve"> </w:t>
      </w:r>
      <w:r w:rsidR="4E655057">
        <w:rPr/>
        <w:t>zijn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potentieel</w:t>
      </w:r>
      <w:r w:rsidR="4E655057">
        <w:rPr/>
        <w:t xml:space="preserve"> </w:t>
      </w:r>
      <w:r w:rsidR="4E655057">
        <w:rPr/>
        <w:t>significante</w:t>
      </w:r>
      <w:r w:rsidR="4E655057">
        <w:rPr/>
        <w:t xml:space="preserve"> </w:t>
      </w:r>
      <w:r w:rsidR="4E655057">
        <w:rPr/>
        <w:t>schade</w:t>
      </w:r>
      <w:r w:rsidR="4E655057">
        <w:rPr/>
        <w:t>.</w:t>
      </w:r>
    </w:p>
    <w:p xmlns:wp14="http://schemas.microsoft.com/office/word/2010/wordml" w14:paraId="184C8659" wp14:textId="77777777">
      <w:pPr>
        <w:pStyle w:val="Heading3"/>
      </w:pPr>
      <w:r w:rsidR="4E655057">
        <w:rPr/>
        <w:t xml:space="preserve">5B.6 </w:t>
      </w:r>
      <w:r w:rsidR="4E655057">
        <w:rPr/>
        <w:t>Juridische</w:t>
      </w:r>
      <w:r w:rsidR="4E655057">
        <w:rPr/>
        <w:t xml:space="preserve"> </w:t>
      </w:r>
      <w:r w:rsidR="4E655057">
        <w:rPr/>
        <w:t>conclusie</w:t>
      </w:r>
    </w:p>
    <w:p xmlns:wp14="http://schemas.microsoft.com/office/word/2010/wordml" w14:paraId="5B9DB07D" wp14:textId="77777777">
      <w:r w:rsidR="4E655057">
        <w:rPr/>
        <w:t xml:space="preserve">De in </w:t>
      </w:r>
      <w:r w:rsidR="4E655057">
        <w:rPr/>
        <w:t>deze</w:t>
      </w:r>
      <w:r w:rsidR="4E655057">
        <w:rPr/>
        <w:t xml:space="preserve"> </w:t>
      </w:r>
      <w:r w:rsidR="4E655057">
        <w:rPr/>
        <w:t>sectie</w:t>
      </w:r>
      <w:r w:rsidR="4E655057">
        <w:rPr/>
        <w:t xml:space="preserve"> </w:t>
      </w:r>
      <w:r w:rsidR="4E655057">
        <w:rPr/>
        <w:t>aangehaalde</w:t>
      </w:r>
      <w:r w:rsidR="4E655057">
        <w:rPr/>
        <w:t xml:space="preserve"> studies — </w:t>
      </w:r>
      <w:r w:rsidR="4E655057">
        <w:rPr/>
        <w:t>waaronder</w:t>
      </w:r>
      <w:r w:rsidR="4E655057">
        <w:rPr/>
        <w:t xml:space="preserve"> </w:t>
      </w:r>
      <w:r w:rsidR="4E655057">
        <w:rPr/>
        <w:t>publicaties</w:t>
      </w:r>
      <w:r w:rsidR="4E655057">
        <w:rPr/>
        <w:t xml:space="preserve"> in Science Advances, PNAS, Scientific Reports </w:t>
      </w:r>
      <w:r w:rsidR="4E655057">
        <w:rPr/>
        <w:t>en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systematische</w:t>
      </w:r>
      <w:r w:rsidR="4E655057">
        <w:rPr/>
        <w:t xml:space="preserve"> review van 185 studies — </w:t>
      </w:r>
      <w:r w:rsidR="4E655057">
        <w:rPr/>
        <w:t>tonen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de door het MER </w:t>
      </w:r>
      <w:r w:rsidR="4E655057">
        <w:rPr/>
        <w:t>erkende</w:t>
      </w:r>
      <w:r w:rsidR="4E655057">
        <w:rPr/>
        <w:t xml:space="preserve"> </w:t>
      </w:r>
      <w:r w:rsidR="4E655057">
        <w:rPr/>
        <w:t>kennislacune</w:t>
      </w:r>
      <w:r w:rsidR="4E655057">
        <w:rPr/>
        <w:t xml:space="preserve"> </w:t>
      </w:r>
      <w:r w:rsidR="4E655057">
        <w:rPr/>
        <w:t>betreffende</w:t>
      </w:r>
      <w:r w:rsidR="4E655057">
        <w:rPr/>
        <w:t xml:space="preserve"> EMF-</w:t>
      </w:r>
      <w:r w:rsidR="4E655057">
        <w:rPr/>
        <w:t>effecten</w:t>
      </w:r>
      <w:r w:rsidR="4E655057">
        <w:rPr/>
        <w:t xml:space="preserve"> op fauna </w:t>
      </w:r>
      <w:r w:rsidR="4E655057">
        <w:rPr/>
        <w:t>geen</w:t>
      </w:r>
      <w:r w:rsidR="4E655057">
        <w:rPr/>
        <w:t xml:space="preserve"> </w:t>
      </w:r>
      <w:r w:rsidR="4E655057">
        <w:rPr/>
        <w:t>reden</w:t>
      </w:r>
      <w:r w:rsidR="4E655057">
        <w:rPr/>
        <w:t xml:space="preserve"> is tot </w:t>
      </w:r>
      <w:r w:rsidR="4E655057">
        <w:rPr/>
        <w:t>passiviteit</w:t>
      </w:r>
      <w:r w:rsidR="4E655057">
        <w:rPr/>
        <w:t xml:space="preserve">, maar </w:t>
      </w:r>
      <w:r w:rsidR="4E655057">
        <w:rPr/>
        <w:t>juist</w:t>
      </w:r>
      <w:r w:rsidR="4E655057">
        <w:rPr/>
        <w:t xml:space="preserve"> tot </w:t>
      </w:r>
      <w:r w:rsidR="4E655057">
        <w:rPr/>
        <w:t>toepassing</w:t>
      </w:r>
      <w:r w:rsidR="4E655057">
        <w:rPr/>
        <w:t xml:space="preserve"> van het </w:t>
      </w:r>
      <w:r w:rsidR="4E655057">
        <w:rPr/>
        <w:t>voorzorgsbeginsel</w:t>
      </w:r>
      <w:r w:rsidR="4E655057">
        <w:rPr/>
        <w:t xml:space="preserve"> (art. 191 lid 2 VWEU; art. 14 </w:t>
      </w:r>
      <w:r w:rsidR="4E655057">
        <w:rPr/>
        <w:t>Vlaamse</w:t>
      </w:r>
      <w:r w:rsidR="4E655057">
        <w:rPr/>
        <w:t xml:space="preserve"> </w:t>
      </w:r>
      <w:r w:rsidR="4E655057">
        <w:rPr/>
        <w:t>Natuurdecreet</w:t>
      </w:r>
      <w:r w:rsidR="4E655057">
        <w:rPr/>
        <w:t>).</w:t>
      </w:r>
    </w:p>
    <w:p xmlns:wp14="http://schemas.microsoft.com/office/word/2010/wordml" w14:paraId="4DB1F8B8" wp14:textId="77777777">
      <w:r w:rsidR="4E655057">
        <w:rPr/>
        <w:t xml:space="preserve">De </w:t>
      </w:r>
      <w:r w:rsidR="4E655057">
        <w:rPr/>
        <w:t>effecten</w:t>
      </w:r>
      <w:r w:rsidR="4E655057">
        <w:rPr/>
        <w:t xml:space="preserve"> op </w:t>
      </w:r>
      <w:r w:rsidR="4E655057">
        <w:rPr/>
        <w:t>bijen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bestuivers</w:t>
      </w:r>
      <w:r w:rsidR="4E655057">
        <w:rPr/>
        <w:t xml:space="preserve"> </w:t>
      </w:r>
      <w:r w:rsidR="4E655057">
        <w:rPr/>
        <w:t>hebben</w:t>
      </w:r>
      <w:r w:rsidR="4E655057">
        <w:rPr/>
        <w:t xml:space="preserve"> </w:t>
      </w:r>
      <w:r w:rsidR="4E655057">
        <w:rPr/>
        <w:t>bovendien</w:t>
      </w:r>
      <w:r w:rsidR="4E655057">
        <w:rPr/>
        <w:t xml:space="preserve"> </w:t>
      </w:r>
      <w:r w:rsidR="4E655057">
        <w:rPr/>
        <w:t>directe</w:t>
      </w:r>
      <w:r w:rsidR="4E655057">
        <w:rPr/>
        <w:t xml:space="preserve"> </w:t>
      </w:r>
      <w:r w:rsidR="4E655057">
        <w:rPr/>
        <w:t>consequenties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de </w:t>
      </w:r>
      <w:r w:rsidR="4E655057">
        <w:rPr/>
        <w:t>ecosysteemdienst</w:t>
      </w:r>
      <w:r w:rsidR="4E655057">
        <w:rPr/>
        <w:t xml:space="preserve"> </w:t>
      </w:r>
      <w:r w:rsidR="4E655057">
        <w:rPr/>
        <w:t>bestuiving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daarmee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de </w:t>
      </w:r>
      <w:r w:rsidR="4E655057">
        <w:rPr/>
        <w:t>landbouwproductie</w:t>
      </w:r>
      <w:r w:rsidR="4E655057">
        <w:rPr/>
        <w:t xml:space="preserve"> in het </w:t>
      </w:r>
      <w:r w:rsidR="4E655057">
        <w:rPr/>
        <w:t>projectgebied</w:t>
      </w:r>
      <w:r w:rsidR="4E655057">
        <w:rPr/>
        <w:t xml:space="preserve"> — </w:t>
      </w:r>
      <w:r w:rsidR="4E655057">
        <w:rPr/>
        <w:t>een</w:t>
      </w:r>
      <w:r w:rsidR="4E655057">
        <w:rPr/>
        <w:t xml:space="preserve"> aspect </w:t>
      </w:r>
      <w:r w:rsidR="4E655057">
        <w:rPr/>
        <w:t>dat</w:t>
      </w:r>
      <w:r w:rsidR="4E655057">
        <w:rPr/>
        <w:t xml:space="preserve"> in het MER </w:t>
      </w:r>
      <w:r w:rsidR="4E655057">
        <w:rPr/>
        <w:t>niet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beoordeeld</w:t>
      </w:r>
      <w:r w:rsidR="4E655057">
        <w:rPr/>
        <w:t>.</w:t>
      </w:r>
    </w:p>
    <w:p xmlns:wp14="http://schemas.microsoft.com/office/word/2010/wordml" w14:paraId="3D8C6879" wp14:textId="77777777">
      <w:r w:rsidR="4E655057">
        <w:rPr/>
        <w:t xml:space="preserve">Een </w:t>
      </w:r>
      <w:r w:rsidR="4E655057">
        <w:rPr/>
        <w:t>ondergrondse</w:t>
      </w:r>
      <w:r w:rsidR="4E655057">
        <w:rPr/>
        <w:t xml:space="preserve"> </w:t>
      </w:r>
      <w:r w:rsidR="4E655057">
        <w:rPr/>
        <w:t>kabelverbinding</w:t>
      </w:r>
      <w:r w:rsidR="4E655057">
        <w:rPr/>
        <w:t xml:space="preserve"> </w:t>
      </w:r>
      <w:r w:rsidR="4E655057">
        <w:rPr/>
        <w:t>elimineert</w:t>
      </w:r>
      <w:r w:rsidR="4E655057">
        <w:rPr/>
        <w:t xml:space="preserve"> de EMF-</w:t>
      </w:r>
      <w:r w:rsidR="4E655057">
        <w:rPr/>
        <w:t>blootstelling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het </w:t>
      </w:r>
      <w:r w:rsidR="4E655057">
        <w:rPr/>
        <w:t>aardoppervlak</w:t>
      </w:r>
      <w:r w:rsidR="4E655057">
        <w:rPr/>
        <w:t xml:space="preserve"> </w:t>
      </w:r>
      <w:r w:rsidR="4E655057">
        <w:rPr/>
        <w:t>volledig</w:t>
      </w:r>
      <w:r w:rsidR="4E655057">
        <w:rPr/>
        <w:t xml:space="preserve">. Het </w:t>
      </w:r>
      <w:r w:rsidR="4E655057">
        <w:rPr/>
        <w:t>bestaan</w:t>
      </w:r>
      <w:r w:rsidR="4E655057">
        <w:rPr/>
        <w:t xml:space="preserve"> van </w:t>
      </w:r>
      <w:r w:rsidR="4E655057">
        <w:rPr/>
        <w:t>dit</w:t>
      </w:r>
      <w:r w:rsidR="4E655057">
        <w:rPr/>
        <w:t xml:space="preserve"> </w:t>
      </w:r>
      <w:r w:rsidR="4E655057">
        <w:rPr/>
        <w:t>alternatief</w:t>
      </w:r>
      <w:r w:rsidR="4E655057">
        <w:rPr/>
        <w:t xml:space="preserve"> </w:t>
      </w:r>
      <w:r w:rsidR="4E655057">
        <w:rPr/>
        <w:t>versterkt</w:t>
      </w:r>
      <w:r w:rsidR="4E655057">
        <w:rPr/>
        <w:t xml:space="preserve"> de </w:t>
      </w:r>
      <w:r w:rsidR="4E655057">
        <w:rPr/>
        <w:t>conclusie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het </w:t>
      </w:r>
      <w:r w:rsidR="4E655057">
        <w:rPr/>
        <w:t>voorzorgsbeginsel</w:t>
      </w:r>
      <w:r w:rsidR="4E655057">
        <w:rPr/>
        <w:t xml:space="preserve"> </w:t>
      </w:r>
      <w:r w:rsidR="4E655057">
        <w:rPr/>
        <w:t>vereist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het </w:t>
      </w:r>
      <w:r w:rsidR="4E655057">
        <w:rPr/>
        <w:t>bovengrondse</w:t>
      </w:r>
      <w:r w:rsidR="4E655057">
        <w:rPr/>
        <w:t xml:space="preserve"> </w:t>
      </w:r>
      <w:r w:rsidR="4E655057">
        <w:rPr/>
        <w:t>alternatief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vergund</w:t>
      </w:r>
      <w:r w:rsidR="4E655057">
        <w:rPr/>
        <w:t xml:space="preserve"> </w:t>
      </w:r>
      <w:r w:rsidR="4E655057">
        <w:rPr/>
        <w:t>zonder</w:t>
      </w:r>
      <w:r w:rsidR="4E655057">
        <w:rPr/>
        <w:t xml:space="preserve"> adequate </w:t>
      </w:r>
      <w:r w:rsidR="4E655057">
        <w:rPr/>
        <w:t>beoordeling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mitigatie</w:t>
      </w:r>
      <w:r w:rsidR="4E655057">
        <w:rPr/>
        <w:t xml:space="preserve"> van de EMF-</w:t>
      </w:r>
      <w:r w:rsidR="4E655057">
        <w:rPr/>
        <w:t>effecten</w:t>
      </w:r>
      <w:r w:rsidR="4E655057">
        <w:rPr/>
        <w:t xml:space="preserve"> op fauna, </w:t>
      </w:r>
      <w:r w:rsidR="4E655057">
        <w:rPr/>
        <w:t>bestuivers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landbouwdieren</w:t>
      </w:r>
      <w:r w:rsidR="4E655057">
        <w:rPr/>
        <w:t>.</w:t>
      </w:r>
    </w:p>
    <w:p xmlns:wp14="http://schemas.microsoft.com/office/word/2010/wordml" w:rsidP="4E655057" w14:paraId="3DEEC669" wp14:textId="77777777">
      <w:pPr>
        <w:pBdr>
          <w:bottom w:val="single" w:color="CCCCCC" w:sz="6" w:space="1"/>
        </w:pBdr>
        <w:spacing w:before="240" w:after="240"/>
        <w:pBdr>
          <w:bottom w:val="single" w:color="CCCCCC" w:sz="6" w:space="1"/>
        </w:pBdr>
      </w:pPr>
    </w:p>
    <w:p xmlns:wp14="http://schemas.microsoft.com/office/word/2010/wordml" w14:paraId="5E220A8C" wp14:textId="77777777">
      <w:pPr>
        <w:pStyle w:val="Heading2"/>
      </w:pPr>
      <w:r>
        <w:t>6. CORONA-GELUID EN BODEMOPWARMING: ERKENDE LEEMTEN ZONDER BEOORDELING</w:t>
      </w:r>
    </w:p>
    <w:p xmlns:wp14="http://schemas.microsoft.com/office/word/2010/wordml" w14:paraId="183C2AD1" wp14:textId="77777777">
      <w:pPr>
        <w:pStyle w:val="Heading3"/>
      </w:pPr>
      <w:r w:rsidR="4E655057">
        <w:rPr/>
        <w:t>6.1 Corona-</w:t>
      </w:r>
      <w:r w:rsidR="4E655057">
        <w:rPr/>
        <w:t>geluid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fauna</w:t>
      </w:r>
    </w:p>
    <w:p xmlns:wp14="http://schemas.microsoft.com/office/word/2010/wordml" w14:paraId="348546BA" wp14:textId="77777777">
      <w:r w:rsidR="4E655057">
        <w:rPr/>
        <w:t xml:space="preserve">Het MER </w:t>
      </w:r>
      <w:r w:rsidR="4E655057">
        <w:rPr/>
        <w:t>erkent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het effect van corona-</w:t>
      </w:r>
      <w:r w:rsidR="4E655057">
        <w:rPr/>
        <w:t>geluid</w:t>
      </w:r>
      <w:r w:rsidR="4E655057">
        <w:rPr/>
        <w:t xml:space="preserve"> op fauna </w:t>
      </w:r>
      <w:r w:rsidR="4E655057">
        <w:rPr/>
        <w:t>onbekend</w:t>
      </w:r>
      <w:r w:rsidR="4E655057">
        <w:rPr/>
        <w:t xml:space="preserve"> is:</w:t>
      </w:r>
    </w:p>
    <w:p xmlns:wp14="http://schemas.microsoft.com/office/word/2010/wordml" w:rsidP="4E655057" w14:paraId="30D15366" wp14:textId="77777777">
      <w:pPr>
        <w:pBdr>
          <w:left w:val="single" w:color="999999" w:sz="12" w:space="8"/>
        </w:pBdr>
        <w:spacing w:before="120" w:after="120"/>
        <w:ind w:left="850"/>
        <w:pBdr>
          <w:left w:val="single" w:color="999999" w:sz="12" w:space="8"/>
        </w:pBdr>
      </w:pPr>
      <w:r w:rsidRPr="4E655057" w:rsidR="4E655057">
        <w:rPr>
          <w:i w:val="1"/>
          <w:iCs w:val="1"/>
          <w:color w:val="444444"/>
        </w:rPr>
        <w:t xml:space="preserve">"Of de fauna </w:t>
      </w:r>
      <w:r w:rsidRPr="4E655057" w:rsidR="4E655057">
        <w:rPr>
          <w:i w:val="1"/>
          <w:iCs w:val="1"/>
          <w:color w:val="444444"/>
        </w:rPr>
        <w:t>een</w:t>
      </w:r>
      <w:r w:rsidRPr="4E655057" w:rsidR="4E655057">
        <w:rPr>
          <w:i w:val="1"/>
          <w:iCs w:val="1"/>
          <w:color w:val="444444"/>
        </w:rPr>
        <w:t xml:space="preserve"> (</w:t>
      </w:r>
      <w:r w:rsidRPr="4E655057" w:rsidR="4E655057">
        <w:rPr>
          <w:i w:val="1"/>
          <w:iCs w:val="1"/>
          <w:color w:val="444444"/>
        </w:rPr>
        <w:t>significante</w:t>
      </w:r>
      <w:r w:rsidRPr="4E655057" w:rsidR="4E655057">
        <w:rPr>
          <w:i w:val="1"/>
          <w:iCs w:val="1"/>
          <w:color w:val="444444"/>
        </w:rPr>
        <w:t xml:space="preserve">) </w:t>
      </w:r>
      <w:r w:rsidRPr="4E655057" w:rsidR="4E655057">
        <w:rPr>
          <w:i w:val="1"/>
          <w:iCs w:val="1"/>
          <w:color w:val="444444"/>
        </w:rPr>
        <w:t>verstoring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kent</w:t>
      </w:r>
      <w:r w:rsidRPr="4E655057" w:rsidR="4E655057">
        <w:rPr>
          <w:i w:val="1"/>
          <w:iCs w:val="1"/>
          <w:color w:val="444444"/>
        </w:rPr>
        <w:t xml:space="preserve"> ten </w:t>
      </w:r>
      <w:r w:rsidRPr="4E655057" w:rsidR="4E655057">
        <w:rPr>
          <w:i w:val="1"/>
          <w:iCs w:val="1"/>
          <w:color w:val="444444"/>
        </w:rPr>
        <w:t>gevolge</w:t>
      </w:r>
      <w:r w:rsidRPr="4E655057" w:rsidR="4E655057">
        <w:rPr>
          <w:i w:val="1"/>
          <w:iCs w:val="1"/>
          <w:color w:val="444444"/>
        </w:rPr>
        <w:t xml:space="preserve"> van het corona-</w:t>
      </w:r>
      <w:r w:rsidRPr="4E655057" w:rsidR="4E655057">
        <w:rPr>
          <w:i w:val="1"/>
          <w:iCs w:val="1"/>
          <w:color w:val="444444"/>
        </w:rPr>
        <w:t>geluid</w:t>
      </w:r>
      <w:r w:rsidRPr="4E655057" w:rsidR="4E655057">
        <w:rPr>
          <w:i w:val="1"/>
          <w:iCs w:val="1"/>
          <w:color w:val="444444"/>
        </w:rPr>
        <w:t xml:space="preserve"> is </w:t>
      </w:r>
      <w:r w:rsidRPr="4E655057" w:rsidR="4E655057">
        <w:rPr>
          <w:i w:val="1"/>
          <w:iCs w:val="1"/>
          <w:color w:val="444444"/>
        </w:rPr>
        <w:t>niet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gekend</w:t>
      </w:r>
      <w:r w:rsidRPr="4E655057" w:rsidR="4E655057">
        <w:rPr>
          <w:i w:val="1"/>
          <w:iCs w:val="1"/>
          <w:color w:val="444444"/>
        </w:rPr>
        <w:t>."</w:t>
      </w:r>
      <w:r w:rsidRPr="4E655057" w:rsidR="4E655057">
        <w:rPr>
          <w:i w:val="1"/>
          <w:iCs w:val="1"/>
          <w:color w:val="444444"/>
        </w:rPr>
        <w:t xml:space="preserve"> (</w:t>
      </w:r>
      <w:r w:rsidRPr="4E655057" w:rsidR="4E655057">
        <w:rPr>
          <w:i w:val="1"/>
          <w:iCs w:val="1"/>
          <w:color w:val="444444"/>
        </w:rPr>
        <w:t>Hfst</w:t>
      </w:r>
      <w:r w:rsidRPr="4E655057" w:rsidR="4E655057">
        <w:rPr>
          <w:i w:val="1"/>
          <w:iCs w:val="1"/>
          <w:color w:val="444444"/>
        </w:rPr>
        <w:t xml:space="preserve"> 10, p. 10-111)</w:t>
      </w:r>
    </w:p>
    <w:p xmlns:wp14="http://schemas.microsoft.com/office/word/2010/wordml" w14:paraId="0497CB9F" wp14:textId="77777777">
      <w:r w:rsidR="4E655057">
        <w:rPr/>
        <w:t>Corona-</w:t>
      </w:r>
      <w:r w:rsidR="4E655057">
        <w:rPr/>
        <w:t>geluid</w:t>
      </w:r>
      <w:r w:rsidR="4E655057">
        <w:rPr/>
        <w:t xml:space="preserve"> is het </w:t>
      </w:r>
      <w:r w:rsidR="4E655057">
        <w:rPr/>
        <w:t>zoemende</w:t>
      </w:r>
      <w:r w:rsidR="4E655057">
        <w:rPr/>
        <w:t xml:space="preserve"> </w:t>
      </w:r>
      <w:r w:rsidR="4E655057">
        <w:rPr/>
        <w:t>geluid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veroorzaakt</w:t>
      </w:r>
      <w:r w:rsidR="4E655057">
        <w:rPr/>
        <w:t xml:space="preserve"> door </w:t>
      </w:r>
      <w:r w:rsidR="4E655057">
        <w:rPr/>
        <w:t>ionisatie</w:t>
      </w:r>
      <w:r w:rsidR="4E655057">
        <w:rPr/>
        <w:t xml:space="preserve"> van de </w:t>
      </w:r>
      <w:r w:rsidR="4E655057">
        <w:rPr/>
        <w:t>lucht</w:t>
      </w:r>
      <w:r w:rsidR="4E655057">
        <w:rPr/>
        <w:t xml:space="preserve"> </w:t>
      </w:r>
      <w:r w:rsidR="4E655057">
        <w:rPr/>
        <w:t>rond</w:t>
      </w:r>
      <w:r w:rsidR="4E655057">
        <w:rPr/>
        <w:t xml:space="preserve"> </w:t>
      </w:r>
      <w:r w:rsidR="4E655057">
        <w:rPr/>
        <w:t>hoogspanningsgeleiders</w:t>
      </w:r>
      <w:r w:rsidR="4E655057">
        <w:rPr/>
        <w:t xml:space="preserve">. Het is </w:t>
      </w:r>
      <w:r w:rsidR="4E655057">
        <w:rPr/>
        <w:t>een</w:t>
      </w:r>
      <w:r w:rsidR="4E655057">
        <w:rPr/>
        <w:t xml:space="preserve"> </w:t>
      </w:r>
      <w:r w:rsidRPr="4E655057" w:rsidR="4E655057">
        <w:rPr>
          <w:b w:val="1"/>
          <w:bCs w:val="1"/>
        </w:rPr>
        <w:t>permanent effect</w:t>
      </w:r>
      <w:r w:rsidR="4E655057">
        <w:rPr/>
        <w:t xml:space="preserve"> </w:t>
      </w:r>
      <w:r w:rsidR="4E655057">
        <w:rPr/>
        <w:t>gedurende</w:t>
      </w:r>
      <w:r w:rsidR="4E655057">
        <w:rPr/>
        <w:t xml:space="preserve"> de </w:t>
      </w:r>
      <w:r w:rsidR="4E655057">
        <w:rPr/>
        <w:t>volledige</w:t>
      </w:r>
      <w:r w:rsidR="4E655057">
        <w:rPr/>
        <w:t xml:space="preserve"> </w:t>
      </w:r>
      <w:r w:rsidR="4E655057">
        <w:rPr/>
        <w:t>exploitatiefase</w:t>
      </w:r>
      <w:r w:rsidR="4E655057">
        <w:rPr/>
        <w:t xml:space="preserve">, 24 </w:t>
      </w:r>
      <w:r w:rsidR="4E655057">
        <w:rPr/>
        <w:t>uur</w:t>
      </w:r>
      <w:r w:rsidR="4E655057">
        <w:rPr/>
        <w:t xml:space="preserve"> per </w:t>
      </w:r>
      <w:r w:rsidR="4E655057">
        <w:rPr/>
        <w:t>dag</w:t>
      </w:r>
      <w:r w:rsidR="4E655057">
        <w:rPr/>
        <w:t xml:space="preserve">, 7 </w:t>
      </w:r>
      <w:r w:rsidR="4E655057">
        <w:rPr/>
        <w:t>dagen</w:t>
      </w:r>
      <w:r w:rsidR="4E655057">
        <w:rPr/>
        <w:t xml:space="preserve"> per week. Bij </w:t>
      </w:r>
      <w:r w:rsidR="4E655057">
        <w:rPr/>
        <w:t>vochtig</w:t>
      </w:r>
      <w:r w:rsidR="4E655057">
        <w:rPr/>
        <w:t xml:space="preserve"> </w:t>
      </w:r>
      <w:r w:rsidR="4E655057">
        <w:rPr/>
        <w:t>weer</w:t>
      </w:r>
      <w:r w:rsidR="4E655057">
        <w:rPr/>
        <w:t xml:space="preserve"> </w:t>
      </w:r>
      <w:r w:rsidR="4E655057">
        <w:rPr/>
        <w:t>neemt</w:t>
      </w:r>
      <w:r w:rsidR="4E655057">
        <w:rPr/>
        <w:t xml:space="preserve"> het </w:t>
      </w:r>
      <w:r w:rsidR="4E655057">
        <w:rPr/>
        <w:t>geluidsniveau</w:t>
      </w:r>
      <w:r w:rsidR="4E655057">
        <w:rPr/>
        <w:t xml:space="preserve"> met tot 10 dB(A) toe (</w:t>
      </w:r>
      <w:r w:rsidR="4E655057">
        <w:rPr/>
        <w:t>Hfst</w:t>
      </w:r>
      <w:r w:rsidR="4E655057">
        <w:rPr/>
        <w:t xml:space="preserve"> 12 </w:t>
      </w:r>
      <w:r w:rsidR="4E655057">
        <w:rPr/>
        <w:t>Geluid</w:t>
      </w:r>
      <w:r w:rsidR="4E655057">
        <w:rPr/>
        <w:t xml:space="preserve">, p. 12-72). Het </w:t>
      </w:r>
      <w:r w:rsidR="4E655057">
        <w:rPr/>
        <w:t>traject</w:t>
      </w:r>
      <w:r w:rsidR="4E655057">
        <w:rPr/>
        <w:t xml:space="preserve"> </w:t>
      </w:r>
      <w:r w:rsidR="4E655057">
        <w:rPr/>
        <w:t>loopt</w:t>
      </w:r>
      <w:r w:rsidR="4E655057">
        <w:rPr/>
        <w:t xml:space="preserve"> door </w:t>
      </w:r>
      <w:r w:rsidR="4E655057">
        <w:rPr/>
        <w:t>en</w:t>
      </w:r>
      <w:r w:rsidR="4E655057">
        <w:rPr/>
        <w:t xml:space="preserve"> </w:t>
      </w:r>
      <w:r w:rsidR="4E655057">
        <w:rPr/>
        <w:t>langs</w:t>
      </w:r>
      <w:r w:rsidR="4E655057">
        <w:rPr/>
        <w:t xml:space="preserve"> </w:t>
      </w:r>
      <w:r w:rsidR="4E655057">
        <w:rPr/>
        <w:t>gebieden</w:t>
      </w:r>
      <w:r w:rsidR="4E655057">
        <w:rPr/>
        <w:t xml:space="preserve"> </w:t>
      </w:r>
      <w:r w:rsidR="4E655057">
        <w:rPr/>
        <w:t>waar</w:t>
      </w:r>
      <w:r w:rsidR="4E655057">
        <w:rPr/>
        <w:t xml:space="preserve"> </w:t>
      </w:r>
      <w:r w:rsidR="4E655057">
        <w:rPr/>
        <w:t>verstoringsgevoelige</w:t>
      </w:r>
      <w:r w:rsidR="4E655057">
        <w:rPr/>
        <w:t xml:space="preserve"> </w:t>
      </w:r>
      <w:r w:rsidR="4E655057">
        <w:rPr/>
        <w:t>vogelsoorten</w:t>
      </w:r>
      <w:r w:rsidR="4E655057">
        <w:rPr/>
        <w:t xml:space="preserve"> (</w:t>
      </w:r>
      <w:r w:rsidR="4E655057">
        <w:rPr/>
        <w:t>o.a.</w:t>
      </w:r>
      <w:r w:rsidR="4E655057">
        <w:rPr/>
        <w:t xml:space="preserve"> </w:t>
      </w:r>
      <w:r w:rsidR="4E655057">
        <w:rPr/>
        <w:t>weidevogels</w:t>
      </w:r>
      <w:r w:rsidR="4E655057">
        <w:rPr/>
        <w:t xml:space="preserve"> in het SBZ-V "</w:t>
      </w:r>
      <w:r w:rsidR="4E655057">
        <w:rPr/>
        <w:t>Poldercomplex</w:t>
      </w:r>
      <w:r w:rsidR="4E655057">
        <w:rPr/>
        <w:t xml:space="preserve">") </w:t>
      </w:r>
      <w:r w:rsidR="4E655057">
        <w:rPr/>
        <w:t>broeden</w:t>
      </w:r>
      <w:r w:rsidR="4E655057">
        <w:rPr/>
        <w:t>.</w:t>
      </w:r>
    </w:p>
    <w:p xmlns:wp14="http://schemas.microsoft.com/office/word/2010/wordml" w14:paraId="5D29544A" wp14:textId="77777777">
      <w:r w:rsidR="4E655057">
        <w:rPr/>
        <w:t>Desondanks</w:t>
      </w:r>
      <w:r w:rsidR="4E655057">
        <w:rPr/>
        <w:t xml:space="preserve"> </w:t>
      </w:r>
      <w:r w:rsidR="4E655057">
        <w:rPr/>
        <w:t>wordt</w:t>
      </w:r>
      <w:r w:rsidR="4E655057">
        <w:rPr/>
        <w:t>:</w:t>
      </w:r>
    </w:p>
    <w:p xmlns:wp14="http://schemas.microsoft.com/office/word/2010/wordml" w14:paraId="55A643DC" wp14:textId="77777777">
      <w:pPr>
        <w:pStyle w:val="ListBullet"/>
        <w:spacing w:after="60"/>
        <w:ind w:left="720"/>
        <w:rPr/>
      </w:pPr>
      <w:r w:rsidR="4E655057">
        <w:rPr/>
        <w:t>geen</w:t>
      </w:r>
      <w:r w:rsidR="4E655057">
        <w:rPr/>
        <w:t xml:space="preserve"> </w:t>
      </w:r>
      <w:r w:rsidR="4E655057">
        <w:rPr/>
        <w:t>effectscore</w:t>
      </w:r>
      <w:r w:rsidR="4E655057">
        <w:rPr/>
        <w:t xml:space="preserve"> </w:t>
      </w:r>
      <w:r w:rsidR="4E655057">
        <w:rPr/>
        <w:t>toegekend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corona-</w:t>
      </w:r>
      <w:r w:rsidR="4E655057">
        <w:rPr/>
        <w:t>geluid</w:t>
      </w:r>
      <w:r w:rsidR="4E655057">
        <w:rPr/>
        <w:t xml:space="preserve"> op </w:t>
      </w:r>
      <w:r w:rsidR="4E655057">
        <w:rPr/>
        <w:t>fauna;</w:t>
      </w:r>
    </w:p>
    <w:p xmlns:wp14="http://schemas.microsoft.com/office/word/2010/wordml" w14:paraId="06F6184A" wp14:textId="77777777">
      <w:pPr>
        <w:pStyle w:val="ListBullet"/>
        <w:spacing w:after="60"/>
        <w:ind w:left="720"/>
        <w:rPr/>
      </w:pPr>
      <w:r w:rsidR="4E655057">
        <w:rPr/>
        <w:t>geen</w:t>
      </w:r>
      <w:r w:rsidR="4E655057">
        <w:rPr/>
        <w:t xml:space="preserve"> </w:t>
      </w:r>
      <w:r w:rsidR="4E655057">
        <w:rPr/>
        <w:t>monitoringsprogramma</w:t>
      </w:r>
      <w:r w:rsidR="4E655057">
        <w:rPr/>
        <w:t xml:space="preserve"> </w:t>
      </w:r>
      <w:r w:rsidR="4E655057">
        <w:rPr/>
        <w:t>voorgesteld</w:t>
      </w:r>
      <w:r w:rsidR="4E655057">
        <w:rPr/>
        <w:t>;</w:t>
      </w:r>
    </w:p>
    <w:p xmlns:wp14="http://schemas.microsoft.com/office/word/2010/wordml" w14:paraId="4252B13F" wp14:textId="77777777">
      <w:pPr>
        <w:pStyle w:val="ListBullet"/>
        <w:spacing w:after="60"/>
        <w:ind w:left="720"/>
        <w:rPr/>
      </w:pPr>
      <w:r w:rsidR="4E655057">
        <w:rPr/>
        <w:t xml:space="preserve">de </w:t>
      </w:r>
      <w:r w:rsidR="4E655057">
        <w:rPr/>
        <w:t>leemte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doorvertaald</w:t>
      </w:r>
      <w:r w:rsidR="4E655057">
        <w:rPr/>
        <w:t xml:space="preserve"> </w:t>
      </w:r>
      <w:r w:rsidR="4E655057">
        <w:rPr/>
        <w:t>naar</w:t>
      </w:r>
      <w:r w:rsidR="4E655057">
        <w:rPr/>
        <w:t xml:space="preserve"> de </w:t>
      </w:r>
      <w:r w:rsidR="4E655057">
        <w:rPr/>
        <w:t>passende</w:t>
      </w:r>
      <w:r w:rsidR="4E655057">
        <w:rPr/>
        <w:t xml:space="preserve"> </w:t>
      </w:r>
      <w:r w:rsidR="4E655057">
        <w:rPr/>
        <w:t>beoordeling</w:t>
      </w:r>
      <w:r w:rsidR="4E655057">
        <w:rPr/>
        <w:t>.</w:t>
      </w:r>
    </w:p>
    <w:p xmlns:wp14="http://schemas.microsoft.com/office/word/2010/wordml" w14:paraId="32A68A1B" wp14:textId="77777777">
      <w:pPr>
        <w:pStyle w:val="Heading3"/>
      </w:pPr>
      <w:r w:rsidR="4E655057">
        <w:rPr/>
        <w:t xml:space="preserve">6.2 </w:t>
      </w:r>
      <w:r w:rsidR="4E655057">
        <w:rPr/>
        <w:t>Bodemopwarming</w:t>
      </w:r>
      <w:r w:rsidR="4E655057">
        <w:rPr/>
        <w:t xml:space="preserve"> door </w:t>
      </w:r>
      <w:r w:rsidR="4E655057">
        <w:rPr/>
        <w:t>ondergrondse</w:t>
      </w:r>
      <w:r w:rsidR="4E655057">
        <w:rPr/>
        <w:t xml:space="preserve"> </w:t>
      </w:r>
      <w:r w:rsidR="4E655057">
        <w:rPr/>
        <w:t>kabels</w:t>
      </w:r>
    </w:p>
    <w:p xmlns:wp14="http://schemas.microsoft.com/office/word/2010/wordml" w14:paraId="16B38392" wp14:textId="77777777">
      <w:r w:rsidR="4E655057">
        <w:rPr/>
        <w:t xml:space="preserve">Het MER </w:t>
      </w:r>
      <w:r w:rsidR="4E655057">
        <w:rPr/>
        <w:t>erkent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="4E655057">
        <w:rPr/>
        <w:t>ondergrondse</w:t>
      </w:r>
      <w:r w:rsidR="4E655057">
        <w:rPr/>
        <w:t xml:space="preserve"> </w:t>
      </w:r>
      <w:r w:rsidR="4E655057">
        <w:rPr/>
        <w:t>kabels</w:t>
      </w:r>
      <w:r w:rsidR="4E655057">
        <w:rPr/>
        <w:t xml:space="preserve"> de </w:t>
      </w:r>
      <w:r w:rsidR="4E655057">
        <w:rPr/>
        <w:t>bodem</w:t>
      </w:r>
      <w:r w:rsidR="4E655057">
        <w:rPr/>
        <w:t xml:space="preserve"> </w:t>
      </w:r>
      <w:r w:rsidR="4E655057">
        <w:rPr/>
        <w:t>opwarmen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het effect op de flora </w:t>
      </w:r>
      <w:r w:rsidR="4E655057">
        <w:rPr/>
        <w:t>onbekend</w:t>
      </w:r>
      <w:r w:rsidR="4E655057">
        <w:rPr/>
        <w:t xml:space="preserve"> is:</w:t>
      </w:r>
    </w:p>
    <w:p xmlns:wp14="http://schemas.microsoft.com/office/word/2010/wordml" w:rsidP="4E655057" w14:paraId="5B315C7C" wp14:textId="77777777">
      <w:pPr>
        <w:pBdr>
          <w:left w:val="single" w:color="999999" w:sz="12" w:space="8"/>
        </w:pBdr>
        <w:spacing w:before="120" w:after="120"/>
        <w:ind w:left="850"/>
        <w:pBdr>
          <w:left w:val="single" w:color="999999" w:sz="12" w:space="8"/>
        </w:pBdr>
      </w:pPr>
      <w:r w:rsidRPr="4E655057" w:rsidR="4E655057">
        <w:rPr>
          <w:i w:val="1"/>
          <w:iCs w:val="1"/>
          <w:color w:val="444444"/>
        </w:rPr>
        <w:t xml:space="preserve">"In </w:t>
      </w:r>
      <w:r w:rsidRPr="4E655057" w:rsidR="4E655057">
        <w:rPr>
          <w:i w:val="1"/>
          <w:iCs w:val="1"/>
          <w:color w:val="444444"/>
        </w:rPr>
        <w:t>hoeverre</w:t>
      </w:r>
      <w:r w:rsidRPr="4E655057" w:rsidR="4E655057">
        <w:rPr>
          <w:i w:val="1"/>
          <w:iCs w:val="1"/>
          <w:color w:val="444444"/>
        </w:rPr>
        <w:t xml:space="preserve"> er </w:t>
      </w:r>
      <w:r w:rsidRPr="4E655057" w:rsidR="4E655057">
        <w:rPr>
          <w:i w:val="1"/>
          <w:iCs w:val="1"/>
          <w:color w:val="444444"/>
        </w:rPr>
        <w:t>een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vroegere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opstart</w:t>
      </w:r>
      <w:r w:rsidRPr="4E655057" w:rsidR="4E655057">
        <w:rPr>
          <w:i w:val="1"/>
          <w:iCs w:val="1"/>
          <w:color w:val="444444"/>
        </w:rPr>
        <w:t xml:space="preserve"> van de </w:t>
      </w:r>
      <w:r w:rsidRPr="4E655057" w:rsidR="4E655057">
        <w:rPr>
          <w:i w:val="1"/>
          <w:iCs w:val="1"/>
          <w:color w:val="444444"/>
        </w:rPr>
        <w:t>bloeiperiode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zal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optreden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als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gevolg</w:t>
      </w:r>
      <w:r w:rsidRPr="4E655057" w:rsidR="4E655057">
        <w:rPr>
          <w:i w:val="1"/>
          <w:iCs w:val="1"/>
          <w:color w:val="444444"/>
        </w:rPr>
        <w:t xml:space="preserve"> van </w:t>
      </w:r>
      <w:r w:rsidRPr="4E655057" w:rsidR="4E655057">
        <w:rPr>
          <w:i w:val="1"/>
          <w:iCs w:val="1"/>
          <w:color w:val="444444"/>
        </w:rPr>
        <w:t>deze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opwarming</w:t>
      </w:r>
      <w:r w:rsidRPr="4E655057" w:rsidR="4E655057">
        <w:rPr>
          <w:i w:val="1"/>
          <w:iCs w:val="1"/>
          <w:color w:val="444444"/>
        </w:rPr>
        <w:t xml:space="preserve"> is </w:t>
      </w:r>
      <w:r w:rsidRPr="4E655057" w:rsidR="4E655057">
        <w:rPr>
          <w:i w:val="1"/>
          <w:iCs w:val="1"/>
          <w:color w:val="444444"/>
        </w:rPr>
        <w:t>niet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gekend</w:t>
      </w:r>
      <w:r w:rsidRPr="4E655057" w:rsidR="4E655057">
        <w:rPr>
          <w:i w:val="1"/>
          <w:iCs w:val="1"/>
          <w:color w:val="444444"/>
        </w:rPr>
        <w:t xml:space="preserve">. Dit </w:t>
      </w:r>
      <w:r w:rsidRPr="4E655057" w:rsidR="4E655057">
        <w:rPr>
          <w:i w:val="1"/>
          <w:iCs w:val="1"/>
          <w:color w:val="444444"/>
        </w:rPr>
        <w:t>vormt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een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leemte</w:t>
      </w:r>
      <w:r w:rsidRPr="4E655057" w:rsidR="4E655057">
        <w:rPr>
          <w:i w:val="1"/>
          <w:iCs w:val="1"/>
          <w:color w:val="444444"/>
        </w:rPr>
        <w:t xml:space="preserve"> in de </w:t>
      </w:r>
      <w:r w:rsidRPr="4E655057" w:rsidR="4E655057">
        <w:rPr>
          <w:i w:val="1"/>
          <w:iCs w:val="1"/>
          <w:color w:val="444444"/>
        </w:rPr>
        <w:t>kennis</w:t>
      </w:r>
      <w:r w:rsidRPr="4E655057" w:rsidR="4E655057">
        <w:rPr>
          <w:i w:val="1"/>
          <w:iCs w:val="1"/>
          <w:color w:val="444444"/>
        </w:rPr>
        <w:t xml:space="preserve">. Significant </w:t>
      </w:r>
      <w:r w:rsidRPr="4E655057" w:rsidR="4E655057">
        <w:rPr>
          <w:i w:val="1"/>
          <w:iCs w:val="1"/>
          <w:color w:val="444444"/>
        </w:rPr>
        <w:t>negatieve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effecten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worden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echter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niet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verwacht</w:t>
      </w:r>
      <w:r w:rsidRPr="4E655057" w:rsidR="4E655057">
        <w:rPr>
          <w:i w:val="1"/>
          <w:iCs w:val="1"/>
          <w:color w:val="444444"/>
        </w:rPr>
        <w:t>."</w:t>
      </w:r>
      <w:r w:rsidRPr="4E655057" w:rsidR="4E655057">
        <w:rPr>
          <w:i w:val="1"/>
          <w:iCs w:val="1"/>
          <w:color w:val="444444"/>
        </w:rPr>
        <w:t xml:space="preserve"> (</w:t>
      </w:r>
      <w:r w:rsidRPr="4E655057" w:rsidR="4E655057">
        <w:rPr>
          <w:i w:val="1"/>
          <w:iCs w:val="1"/>
          <w:color w:val="444444"/>
        </w:rPr>
        <w:t>Hfst</w:t>
      </w:r>
      <w:r w:rsidRPr="4E655057" w:rsidR="4E655057">
        <w:rPr>
          <w:i w:val="1"/>
          <w:iCs w:val="1"/>
          <w:color w:val="444444"/>
        </w:rPr>
        <w:t xml:space="preserve"> 10, p. 10-154/155)</w:t>
      </w:r>
    </w:p>
    <w:p xmlns:wp14="http://schemas.microsoft.com/office/word/2010/wordml" w14:paraId="18D1CCF4" wp14:textId="77777777">
      <w:r w:rsidR="4E655057">
        <w:rPr/>
        <w:t xml:space="preserve">De </w:t>
      </w:r>
      <w:r w:rsidR="4E655057">
        <w:rPr/>
        <w:t>conclusie</w:t>
      </w:r>
      <w:r w:rsidR="4E655057">
        <w:rPr/>
        <w:t xml:space="preserve"> "significant </w:t>
      </w:r>
      <w:r w:rsidR="4E655057">
        <w:rPr/>
        <w:t>negatieve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verwacht</w:t>
      </w:r>
      <w:r w:rsidR="4E655057">
        <w:rPr/>
        <w:t xml:space="preserve">" </w:t>
      </w:r>
      <w:r w:rsidR="4E655057">
        <w:rPr/>
        <w:t>volgt</w:t>
      </w:r>
      <w:r w:rsidR="4E655057">
        <w:rPr/>
        <w:t xml:space="preserve"> </w:t>
      </w:r>
      <w:r w:rsidR="4E655057">
        <w:rPr/>
        <w:t>logisch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uit</w:t>
      </w:r>
      <w:r w:rsidR="4E655057">
        <w:rPr/>
        <w:t xml:space="preserve"> de </w:t>
      </w:r>
      <w:r w:rsidR="4E655057">
        <w:rPr/>
        <w:t>erkenning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het effect "</w:t>
      </w:r>
      <w:r w:rsidR="4E655057">
        <w:rPr/>
        <w:t>niet</w:t>
      </w:r>
      <w:r w:rsidR="4E655057">
        <w:rPr/>
        <w:t xml:space="preserve"> </w:t>
      </w:r>
      <w:r w:rsidR="4E655057">
        <w:rPr/>
        <w:t>gekend</w:t>
      </w:r>
      <w:r w:rsidR="4E655057">
        <w:rPr/>
        <w:t xml:space="preserve">" is. Dit is </w:t>
      </w:r>
      <w:r w:rsidR="4E655057">
        <w:rPr/>
        <w:t>een</w:t>
      </w:r>
      <w:r w:rsidR="4E655057">
        <w:rPr/>
        <w:t xml:space="preserve"> </w:t>
      </w:r>
      <w:r w:rsidR="4E655057">
        <w:rPr/>
        <w:t>cirkelredenering</w:t>
      </w:r>
      <w:r w:rsidR="4E655057">
        <w:rPr/>
        <w:t xml:space="preserve">: men </w:t>
      </w:r>
      <w:r w:rsidR="4E655057">
        <w:rPr/>
        <w:t>erkent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men het effect </w:t>
      </w:r>
      <w:r w:rsidR="4E655057">
        <w:rPr/>
        <w:t>niet</w:t>
      </w:r>
      <w:r w:rsidR="4E655057">
        <w:rPr/>
        <w:t xml:space="preserve"> </w:t>
      </w:r>
      <w:r w:rsidR="4E655057">
        <w:rPr/>
        <w:t>kent</w:t>
      </w:r>
      <w:r w:rsidR="4E655057">
        <w:rPr/>
        <w:t xml:space="preserve">, maar </w:t>
      </w:r>
      <w:r w:rsidR="4E655057">
        <w:rPr/>
        <w:t>concludeert</w:t>
      </w:r>
      <w:r w:rsidR="4E655057">
        <w:rPr/>
        <w:t xml:space="preserve"> </w:t>
      </w:r>
      <w:r w:rsidR="4E655057">
        <w:rPr/>
        <w:t>desondanks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het effect </w:t>
      </w:r>
      <w:r w:rsidR="4E655057">
        <w:rPr/>
        <w:t>niet</w:t>
      </w:r>
      <w:r w:rsidR="4E655057">
        <w:rPr/>
        <w:t xml:space="preserve"> significant is -- </w:t>
      </w:r>
      <w:r w:rsidR="4E655057">
        <w:rPr/>
        <w:t>zonder</w:t>
      </w:r>
      <w:r w:rsidR="4E655057">
        <w:rPr/>
        <w:t xml:space="preserve"> </w:t>
      </w:r>
      <w:r w:rsidR="4E655057">
        <w:rPr/>
        <w:t>enige</w:t>
      </w:r>
      <w:r w:rsidR="4E655057">
        <w:rPr/>
        <w:t xml:space="preserve"> </w:t>
      </w:r>
      <w:r w:rsidR="4E655057">
        <w:rPr/>
        <w:t>wetenschappelijke</w:t>
      </w:r>
      <w:r w:rsidR="4E655057">
        <w:rPr/>
        <w:t xml:space="preserve"> </w:t>
      </w:r>
      <w:r w:rsidR="4E655057">
        <w:rPr/>
        <w:t>onderbouwing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die </w:t>
      </w:r>
      <w:r w:rsidR="4E655057">
        <w:rPr/>
        <w:t>conclusie</w:t>
      </w:r>
      <w:r w:rsidR="4E655057">
        <w:rPr/>
        <w:t>.</w:t>
      </w:r>
    </w:p>
    <w:p xmlns:wp14="http://schemas.microsoft.com/office/word/2010/wordml" w14:paraId="7C848C2B" wp14:textId="77777777">
      <w:r w:rsidR="4E655057">
        <w:rPr/>
        <w:t xml:space="preserve">De </w:t>
      </w:r>
      <w:r w:rsidR="4E655057">
        <w:rPr/>
        <w:t>bodemopwarming</w:t>
      </w:r>
      <w:r w:rsidR="4E655057">
        <w:rPr/>
        <w:t xml:space="preserve"> </w:t>
      </w:r>
      <w:r w:rsidR="4E655057">
        <w:rPr/>
        <w:t>treft</w:t>
      </w:r>
      <w:r w:rsidR="4E655057">
        <w:rPr/>
        <w:t xml:space="preserve"> het </w:t>
      </w:r>
      <w:r w:rsidR="4E655057">
        <w:rPr/>
        <w:t>volledige</w:t>
      </w:r>
      <w:r w:rsidR="4E655057">
        <w:rPr/>
        <w:t xml:space="preserve"> </w:t>
      </w:r>
      <w:r w:rsidR="4E655057">
        <w:rPr/>
        <w:t>ondergrondse</w:t>
      </w:r>
      <w:r w:rsidR="4E655057">
        <w:rPr/>
        <w:t xml:space="preserve"> </w:t>
      </w:r>
      <w:r w:rsidR="4E655057">
        <w:rPr/>
        <w:t>tracé</w:t>
      </w:r>
      <w:r w:rsidR="4E655057">
        <w:rPr/>
        <w:t xml:space="preserve">, </w:t>
      </w:r>
      <w:r w:rsidR="4E655057">
        <w:rPr/>
        <w:t>dat</w:t>
      </w:r>
      <w:r w:rsidR="4E655057">
        <w:rPr/>
        <w:t xml:space="preserve"> door of </w:t>
      </w:r>
      <w:r w:rsidR="4E655057">
        <w:rPr/>
        <w:t>nabij</w:t>
      </w:r>
      <w:r w:rsidR="4E655057">
        <w:rPr/>
        <w:t xml:space="preserve"> VEN-</w:t>
      </w:r>
      <w:r w:rsidR="4E655057">
        <w:rPr/>
        <w:t>gebieden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natuurreservaten</w:t>
      </w:r>
      <w:r w:rsidR="4E655057">
        <w:rPr/>
        <w:t xml:space="preserve"> </w:t>
      </w:r>
      <w:r w:rsidR="4E655057">
        <w:rPr/>
        <w:t>loopt</w:t>
      </w:r>
      <w:r w:rsidR="4E655057">
        <w:rPr/>
        <w:t xml:space="preserve">. </w:t>
      </w:r>
      <w:r w:rsidR="4E655057">
        <w:rPr/>
        <w:t>Het</w:t>
      </w:r>
      <w:r w:rsidR="4E655057">
        <w:rPr/>
        <w:t xml:space="preserve"> effect is </w:t>
      </w:r>
      <w:r w:rsidR="4E655057">
        <w:rPr/>
        <w:t>permanent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cumulatief</w:t>
      </w:r>
      <w:r w:rsidR="4E655057">
        <w:rPr/>
        <w:t>.</w:t>
      </w:r>
    </w:p>
    <w:p xmlns:wp14="http://schemas.microsoft.com/office/word/2010/wordml" w:rsidP="4E655057" w14:paraId="3656B9AB" wp14:textId="77777777">
      <w:pPr>
        <w:pBdr>
          <w:bottom w:val="single" w:color="CCCCCC" w:sz="6" w:space="1"/>
        </w:pBdr>
        <w:spacing w:before="240" w:after="240"/>
        <w:pBdr>
          <w:bottom w:val="single" w:color="CCCCCC" w:sz="6" w:space="1"/>
        </w:pBdr>
      </w:pPr>
    </w:p>
    <w:p xmlns:wp14="http://schemas.microsoft.com/office/word/2010/wordml" w14:paraId="1F96C691" wp14:textId="77777777">
      <w:pPr>
        <w:pStyle w:val="Heading2"/>
      </w:pPr>
      <w:r>
        <w:t>7. COMPENSATIE IS DISPROPORTIONEEL</w:t>
      </w:r>
    </w:p>
    <w:p xmlns:wp14="http://schemas.microsoft.com/office/word/2010/wordml" w14:paraId="3ED2F522" wp14:textId="77777777">
      <w:pPr>
        <w:pStyle w:val="Heading3"/>
      </w:pPr>
      <w:r w:rsidR="4E655057">
        <w:rPr/>
        <w:t xml:space="preserve">7.1 </w:t>
      </w:r>
      <w:r w:rsidR="4E655057">
        <w:rPr/>
        <w:t>Verlies</w:t>
      </w:r>
      <w:r w:rsidR="4E655057">
        <w:rPr/>
        <w:t xml:space="preserve"> van 10+ hectare </w:t>
      </w:r>
      <w:r w:rsidR="4E655057">
        <w:rPr/>
        <w:t>waardevolle</w:t>
      </w:r>
      <w:r w:rsidR="4E655057">
        <w:rPr/>
        <w:t xml:space="preserve"> </w:t>
      </w:r>
      <w:r w:rsidR="4E655057">
        <w:rPr/>
        <w:t>vegetatie</w:t>
      </w:r>
    </w:p>
    <w:p xmlns:wp14="http://schemas.microsoft.com/office/word/2010/wordml" w14:paraId="2EA6DFF9" wp14:textId="77777777">
      <w:r w:rsidR="4E655057">
        <w:rPr/>
        <w:t xml:space="preserve">Het MER </w:t>
      </w:r>
      <w:r w:rsidR="4E655057">
        <w:rPr/>
        <w:t>documenteert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de </w:t>
      </w:r>
      <w:r w:rsidR="4E655057">
        <w:rPr/>
        <w:t>uitbreiding</w:t>
      </w:r>
      <w:r w:rsidR="4E655057">
        <w:rPr/>
        <w:t xml:space="preserve"> van het </w:t>
      </w:r>
      <w:r w:rsidR="4E655057">
        <w:rPr/>
        <w:t>hoogspanningsstation</w:t>
      </w:r>
      <w:r w:rsidR="4E655057">
        <w:rPr/>
        <w:t xml:space="preserve"> Gezelle (HS Gezelle) </w:t>
      </w:r>
      <w:r w:rsidRPr="4E655057" w:rsidR="4E655057">
        <w:rPr>
          <w:i w:val="1"/>
          <w:iCs w:val="1"/>
        </w:rPr>
        <w:t>"</w:t>
      </w:r>
      <w:r w:rsidRPr="4E655057" w:rsidR="4E655057">
        <w:rPr>
          <w:i w:val="1"/>
          <w:iCs w:val="1"/>
        </w:rPr>
        <w:t>ruim</w:t>
      </w:r>
      <w:r w:rsidRPr="4E655057" w:rsidR="4E655057">
        <w:rPr>
          <w:i w:val="1"/>
          <w:iCs w:val="1"/>
        </w:rPr>
        <w:t xml:space="preserve"> 10 ha </w:t>
      </w:r>
      <w:r w:rsidRPr="4E655057" w:rsidR="4E655057">
        <w:rPr>
          <w:i w:val="1"/>
          <w:iCs w:val="1"/>
        </w:rPr>
        <w:t>waardevol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grasland</w:t>
      </w:r>
      <w:r w:rsidRPr="4E655057" w:rsidR="4E655057">
        <w:rPr>
          <w:i w:val="1"/>
          <w:iCs w:val="1"/>
        </w:rPr>
        <w:t xml:space="preserve"> (met </w:t>
      </w:r>
      <w:r w:rsidRPr="4E655057" w:rsidR="4E655057">
        <w:rPr>
          <w:i w:val="1"/>
          <w:iCs w:val="1"/>
        </w:rPr>
        <w:t>inbegrip</w:t>
      </w:r>
      <w:r w:rsidRPr="4E655057" w:rsidR="4E655057">
        <w:rPr>
          <w:i w:val="1"/>
          <w:iCs w:val="1"/>
        </w:rPr>
        <w:t xml:space="preserve"> van </w:t>
      </w:r>
      <w:r w:rsidRPr="4E655057" w:rsidR="4E655057">
        <w:rPr>
          <w:i w:val="1"/>
          <w:iCs w:val="1"/>
        </w:rPr>
        <w:t>riet</w:t>
      </w:r>
      <w:r w:rsidRPr="4E655057" w:rsidR="4E655057">
        <w:rPr>
          <w:i w:val="1"/>
          <w:iCs w:val="1"/>
        </w:rPr>
        <w:t xml:space="preserve">- </w:t>
      </w:r>
      <w:r w:rsidRPr="4E655057" w:rsidR="4E655057">
        <w:rPr>
          <w:i w:val="1"/>
          <w:iCs w:val="1"/>
        </w:rPr>
        <w:t>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zeggevegetaties</w:t>
      </w:r>
      <w:r w:rsidRPr="4E655057" w:rsidR="4E655057">
        <w:rPr>
          <w:i w:val="1"/>
          <w:iCs w:val="1"/>
        </w:rPr>
        <w:t xml:space="preserve">) </w:t>
      </w:r>
      <w:r w:rsidRPr="4E655057" w:rsidR="4E655057">
        <w:rPr>
          <w:i w:val="1"/>
          <w:iCs w:val="1"/>
        </w:rPr>
        <w:t>verloren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zal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gaan</w:t>
      </w:r>
      <w:r w:rsidRPr="4E655057" w:rsidR="4E655057">
        <w:rPr>
          <w:i w:val="1"/>
          <w:iCs w:val="1"/>
        </w:rPr>
        <w:t>"</w:t>
      </w:r>
      <w:r w:rsidR="4E655057">
        <w:rPr/>
        <w:t xml:space="preserve"> (p. 10-203, p. 10-244). Het </w:t>
      </w:r>
      <w:r w:rsidR="4E655057">
        <w:rPr/>
        <w:t>betreft</w:t>
      </w:r>
      <w:r w:rsidR="4E655057">
        <w:rPr/>
        <w:t>:</w:t>
      </w:r>
    </w:p>
    <w:p xmlns:wp14="http://schemas.microsoft.com/office/word/2010/wordml" w14:paraId="0F9A2313" wp14:textId="77777777">
      <w:pPr>
        <w:pStyle w:val="ListBullet"/>
        <w:spacing w:after="60"/>
        <w:ind w:left="720"/>
        <w:rPr/>
      </w:pPr>
      <w:r w:rsidR="4E655057">
        <w:rPr/>
        <w:t>biologisch</w:t>
      </w:r>
      <w:r w:rsidR="4E655057">
        <w:rPr/>
        <w:t xml:space="preserve"> </w:t>
      </w:r>
      <w:r w:rsidR="4E655057">
        <w:rPr/>
        <w:t>waardevolle</w:t>
      </w:r>
      <w:r w:rsidR="4E655057">
        <w:rPr/>
        <w:t xml:space="preserve"> </w:t>
      </w:r>
      <w:r w:rsidR="4E655057">
        <w:rPr/>
        <w:t>graslanden</w:t>
      </w:r>
      <w:r w:rsidR="4E655057">
        <w:rPr/>
        <w:t>;</w:t>
      </w:r>
    </w:p>
    <w:p xmlns:wp14="http://schemas.microsoft.com/office/word/2010/wordml" w14:paraId="4E58A449" wp14:textId="77777777">
      <w:pPr>
        <w:pStyle w:val="ListBullet"/>
        <w:spacing w:after="60"/>
        <w:ind w:left="720"/>
        <w:rPr/>
      </w:pPr>
      <w:r w:rsidR="4E655057">
        <w:rPr/>
        <w:t>rietvegetaties</w:t>
      </w:r>
      <w:r w:rsidR="4E655057">
        <w:rPr/>
        <w:t>;</w:t>
      </w:r>
    </w:p>
    <w:p xmlns:wp14="http://schemas.microsoft.com/office/word/2010/wordml" w14:paraId="578D9634" wp14:textId="77777777">
      <w:pPr>
        <w:pStyle w:val="ListBullet"/>
        <w:spacing w:after="60"/>
        <w:ind w:left="720"/>
        <w:rPr/>
      </w:pPr>
      <w:r w:rsidR="4E655057">
        <w:rPr/>
        <w:t>zeggevegetaties</w:t>
      </w:r>
      <w:r w:rsidR="4E655057">
        <w:rPr/>
        <w:t>;</w:t>
      </w:r>
    </w:p>
    <w:p xmlns:wp14="http://schemas.microsoft.com/office/word/2010/wordml" w14:paraId="72518850" wp14:textId="77777777">
      <w:pPr>
        <w:pStyle w:val="ListBullet"/>
        <w:spacing w:after="60"/>
        <w:ind w:left="720"/>
        <w:rPr/>
      </w:pPr>
      <w:r w:rsidR="4E655057">
        <w:rPr/>
        <w:t>leefgebied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amfibieen</w:t>
      </w:r>
      <w:r w:rsidR="4E655057">
        <w:rPr/>
        <w:t xml:space="preserve">, </w:t>
      </w:r>
      <w:r w:rsidR="4E655057">
        <w:rPr/>
        <w:t>broedvogels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vleermuizen</w:t>
      </w:r>
      <w:r w:rsidR="4E655057">
        <w:rPr/>
        <w:t>.</w:t>
      </w:r>
    </w:p>
    <w:p xmlns:wp14="http://schemas.microsoft.com/office/word/2010/wordml" w14:paraId="2DD432C9" wp14:textId="77777777">
      <w:pPr>
        <w:pStyle w:val="Heading3"/>
      </w:pPr>
      <w:r w:rsidR="4E655057">
        <w:rPr/>
        <w:t xml:space="preserve">7.2 </w:t>
      </w:r>
      <w:r w:rsidR="4E655057">
        <w:rPr/>
        <w:t>Compensatie</w:t>
      </w:r>
      <w:r w:rsidR="4E655057">
        <w:rPr/>
        <w:t xml:space="preserve">: </w:t>
      </w:r>
      <w:r w:rsidR="4E655057">
        <w:rPr/>
        <w:t>slechts</w:t>
      </w:r>
      <w:r w:rsidR="4E655057">
        <w:rPr/>
        <w:t xml:space="preserve"> 1,6 hectare</w:t>
      </w:r>
    </w:p>
    <w:p xmlns:wp14="http://schemas.microsoft.com/office/word/2010/wordml" w14:paraId="31A91A09" wp14:textId="77777777">
      <w:r w:rsidR="4E655057">
        <w:rPr/>
        <w:t xml:space="preserve">De </w:t>
      </w:r>
      <w:r w:rsidR="4E655057">
        <w:rPr/>
        <w:t>voorziene</w:t>
      </w:r>
      <w:r w:rsidR="4E655057">
        <w:rPr/>
        <w:t xml:space="preserve"> </w:t>
      </w:r>
      <w:r w:rsidR="4E655057">
        <w:rPr/>
        <w:t>compensatie</w:t>
      </w:r>
      <w:r w:rsidR="4E655057">
        <w:rPr/>
        <w:t xml:space="preserve"> </w:t>
      </w:r>
      <w:r w:rsidR="4E655057">
        <w:rPr/>
        <w:t>beperkt</w:t>
      </w:r>
      <w:r w:rsidR="4E655057">
        <w:rPr/>
        <w:t xml:space="preserve"> </w:t>
      </w:r>
      <w:r w:rsidR="4E655057">
        <w:rPr/>
        <w:t>zich</w:t>
      </w:r>
      <w:r w:rsidR="4E655057">
        <w:rPr/>
        <w:t xml:space="preserve"> tot de </w:t>
      </w:r>
      <w:r w:rsidR="4E655057">
        <w:rPr/>
        <w:t>aanleg</w:t>
      </w:r>
      <w:r w:rsidR="4E655057">
        <w:rPr/>
        <w:t xml:space="preserve"> van </w:t>
      </w:r>
      <w:r w:rsidR="4E655057">
        <w:rPr/>
        <w:t>een</w:t>
      </w:r>
      <w:r w:rsidR="4E655057">
        <w:rPr/>
        <w:t xml:space="preserve"> </w:t>
      </w:r>
      <w:r w:rsidRPr="4E655057" w:rsidR="4E655057">
        <w:rPr>
          <w:b w:val="1"/>
          <w:bCs w:val="1"/>
        </w:rPr>
        <w:t>waterbekken</w:t>
      </w:r>
      <w:r w:rsidRPr="4E655057" w:rsidR="4E655057">
        <w:rPr>
          <w:b w:val="1"/>
          <w:bCs w:val="1"/>
        </w:rPr>
        <w:t xml:space="preserve"> van 1,6 hectare</w:t>
      </w:r>
      <w:r w:rsidR="4E655057">
        <w:rPr/>
        <w:t xml:space="preserve"> ten </w:t>
      </w:r>
      <w:r w:rsidR="4E655057">
        <w:rPr/>
        <w:t>westen</w:t>
      </w:r>
      <w:r w:rsidR="4E655057">
        <w:rPr/>
        <w:t xml:space="preserve"> van het </w:t>
      </w:r>
      <w:r w:rsidR="4E655057">
        <w:rPr/>
        <w:t>Lisseweegs</w:t>
      </w:r>
      <w:r w:rsidR="4E655057">
        <w:rPr/>
        <w:t xml:space="preserve"> </w:t>
      </w:r>
      <w:r w:rsidR="4E655057">
        <w:rPr/>
        <w:t>Vaartje</w:t>
      </w:r>
      <w:r w:rsidR="4E655057">
        <w:rPr/>
        <w:t xml:space="preserve">. De </w:t>
      </w:r>
      <w:r w:rsidR="4E655057">
        <w:rPr/>
        <w:t>verhouding</w:t>
      </w:r>
      <w:r w:rsidR="4E655057">
        <w:rPr/>
        <w:t xml:space="preserve"> is flagrant:</w:t>
      </w:r>
    </w:p>
    <w:tbl>
      <w:tblPr>
        <w:tblStyle w:val="TableGrid"/>
        <w:tblW w:w="0" w:type="auto"/>
        <w:jc w:val="left"/>
        <w:tblLook w:val="04A0" w:firstRow="1" w:lastRow="0" w:firstColumn="1" w:lastColumn="0" w:noHBand="0" w:noVBand="1"/>
      </w:tblPr>
      <w:tblGrid>
        <w:gridCol w:w="2351"/>
        <w:gridCol w:w="2351"/>
        <w:gridCol w:w="2351"/>
        <w:gridCol w:w="2351"/>
      </w:tblGrid>
      <w:tr xmlns:wp14="http://schemas.microsoft.com/office/word/2010/wordml" w:rsidTr="4E655057" w14:paraId="607E5A1A" wp14:textId="77777777">
        <w:tc>
          <w:tcPr>
            <w:tcW w:w="2351" w:type="dxa"/>
            <w:shd w:val="clear" w:color="auto" w:fill="244061" w:themeFill="accent1" w:themeFillShade="80"/>
            <w:tcMar/>
          </w:tcPr>
          <w:p w14:paraId="45FB0818" wp14:textId="77777777">
            <w:pPr>
              <w:spacing w:before="40" w:after="40"/>
            </w:pPr>
          </w:p>
        </w:tc>
        <w:tc>
          <w:tcPr>
            <w:tcW w:w="2351" w:type="dxa"/>
            <w:shd w:val="clear" w:color="auto" w:fill="244061" w:themeFill="accent1" w:themeFillShade="80"/>
            <w:tcMar/>
          </w:tcPr>
          <w:p w:rsidP="4E655057" w14:paraId="59B57985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Verlies</w:t>
            </w:r>
          </w:p>
        </w:tc>
        <w:tc>
          <w:tcPr>
            <w:tcW w:w="2351" w:type="dxa"/>
            <w:shd w:val="clear" w:color="auto" w:fill="244061" w:themeFill="accent1" w:themeFillShade="80"/>
            <w:tcMar/>
          </w:tcPr>
          <w:p w:rsidP="4E655057" w14:paraId="3FE6FBEE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Compensatie</w:t>
            </w:r>
          </w:p>
        </w:tc>
        <w:tc>
          <w:tcPr>
            <w:tcW w:w="2351" w:type="dxa"/>
            <w:shd w:val="clear" w:color="auto" w:fill="244061" w:themeFill="accent1" w:themeFillShade="80"/>
            <w:tcMar/>
          </w:tcPr>
          <w:p w14:paraId="7667647F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Ratio</w:t>
            </w:r>
          </w:p>
        </w:tc>
      </w:tr>
      <w:tr xmlns:wp14="http://schemas.microsoft.com/office/word/2010/wordml" w:rsidTr="4E655057" w14:paraId="72A0FAB6" wp14:textId="77777777">
        <w:tc>
          <w:tcPr>
            <w:tcW w:w="2351" w:type="dxa"/>
            <w:shd w:val="clear" w:color="auto" w:fill="F2F6FC"/>
            <w:tcMar/>
          </w:tcPr>
          <w:p w:rsidP="4E655057" w14:paraId="39E978EF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Oppervlakte</w:t>
            </w:r>
          </w:p>
        </w:tc>
        <w:tc>
          <w:tcPr>
            <w:tcW w:w="2351" w:type="dxa"/>
            <w:shd w:val="clear" w:color="auto" w:fill="F2F6FC"/>
            <w:tcMar/>
          </w:tcPr>
          <w:p w14:paraId="7CC478A9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&gt;10 ha</w:t>
            </w:r>
          </w:p>
        </w:tc>
        <w:tc>
          <w:tcPr>
            <w:tcW w:w="2351" w:type="dxa"/>
            <w:shd w:val="clear" w:color="auto" w:fill="F2F6FC"/>
            <w:tcMar/>
          </w:tcPr>
          <w:p w14:paraId="76EF5105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1,6 ha</w:t>
            </w:r>
          </w:p>
        </w:tc>
        <w:tc>
          <w:tcPr>
            <w:tcW w:w="2351" w:type="dxa"/>
            <w:shd w:val="clear" w:color="auto" w:fill="F2F6FC"/>
            <w:tcMar/>
          </w:tcPr>
          <w:p w14:paraId="255C9649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6:1 (</w:t>
            </w:r>
            <w:r w:rsidRPr="4E655057" w:rsidR="4E655057">
              <w:rPr>
                <w:sz w:val="19"/>
                <w:szCs w:val="19"/>
              </w:rPr>
              <w:t>tekort</w:t>
            </w:r>
            <w:r w:rsidRPr="4E655057" w:rsidR="4E655057">
              <w:rPr>
                <w:sz w:val="19"/>
                <w:szCs w:val="19"/>
              </w:rPr>
              <w:t>)</w:t>
            </w:r>
          </w:p>
        </w:tc>
      </w:tr>
      <w:tr xmlns:wp14="http://schemas.microsoft.com/office/word/2010/wordml" w:rsidTr="4E655057" w14:paraId="29D5EABC" wp14:textId="77777777">
        <w:tc>
          <w:tcPr>
            <w:tcW w:w="2351" w:type="dxa"/>
            <w:tcMar/>
          </w:tcPr>
          <w:p w:rsidP="4E655057" w14:paraId="54CFAC60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Biotooptype</w:t>
            </w:r>
          </w:p>
        </w:tc>
        <w:tc>
          <w:tcPr>
            <w:tcW w:w="2351" w:type="dxa"/>
            <w:tcMar/>
          </w:tcPr>
          <w:p w:rsidP="4E655057" w14:paraId="684022CE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Grasland</w:t>
            </w:r>
            <w:r w:rsidRPr="4E655057" w:rsidR="4E655057">
              <w:rPr>
                <w:sz w:val="19"/>
                <w:szCs w:val="19"/>
              </w:rPr>
              <w:t xml:space="preserve">, </w:t>
            </w:r>
            <w:r w:rsidRPr="4E655057" w:rsidR="4E655057">
              <w:rPr>
                <w:sz w:val="19"/>
                <w:szCs w:val="19"/>
              </w:rPr>
              <w:t>riet</w:t>
            </w:r>
            <w:r w:rsidRPr="4E655057" w:rsidR="4E655057">
              <w:rPr>
                <w:sz w:val="19"/>
                <w:szCs w:val="19"/>
              </w:rPr>
              <w:t xml:space="preserve">, </w:t>
            </w:r>
            <w:r w:rsidRPr="4E655057" w:rsidR="4E655057">
              <w:rPr>
                <w:sz w:val="19"/>
                <w:szCs w:val="19"/>
              </w:rPr>
              <w:t>zegge</w:t>
            </w:r>
          </w:p>
        </w:tc>
        <w:tc>
          <w:tcPr>
            <w:tcW w:w="2351" w:type="dxa"/>
            <w:tcMar/>
          </w:tcPr>
          <w:p w:rsidP="4E655057" w14:paraId="2C45FDE9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Waterbekken</w:t>
            </w:r>
          </w:p>
        </w:tc>
        <w:tc>
          <w:tcPr>
            <w:tcW w:w="2351" w:type="dxa"/>
            <w:tcMar/>
          </w:tcPr>
          <w:p w14:paraId="4D5340EB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Ander type</w:t>
            </w:r>
          </w:p>
        </w:tc>
      </w:tr>
      <w:tr xmlns:wp14="http://schemas.microsoft.com/office/word/2010/wordml" w:rsidTr="4E655057" w14:paraId="20078859" wp14:textId="77777777">
        <w:tc>
          <w:tcPr>
            <w:tcW w:w="2351" w:type="dxa"/>
            <w:shd w:val="clear" w:color="auto" w:fill="F2F6FC"/>
            <w:tcMar/>
          </w:tcPr>
          <w:p w14:paraId="1B9FBFDD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Status</w:t>
            </w:r>
          </w:p>
        </w:tc>
        <w:tc>
          <w:tcPr>
            <w:tcW w:w="2351" w:type="dxa"/>
            <w:shd w:val="clear" w:color="auto" w:fill="F2F6FC"/>
            <w:tcMar/>
          </w:tcPr>
          <w:p w:rsidP="4E655057" w14:paraId="43BEBCEC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Gerealiseerd</w:t>
            </w:r>
          </w:p>
        </w:tc>
        <w:tc>
          <w:tcPr>
            <w:tcW w:w="2351" w:type="dxa"/>
            <w:shd w:val="clear" w:color="auto" w:fill="F2F6FC"/>
            <w:tcMar/>
          </w:tcPr>
          <w:p w:rsidP="4E655057" w14:paraId="75E77020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Nog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niet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aangelegd</w:t>
            </w:r>
          </w:p>
        </w:tc>
        <w:tc>
          <w:tcPr>
            <w:tcW w:w="2351" w:type="dxa"/>
            <w:shd w:val="clear" w:color="auto" w:fill="F2F6FC"/>
            <w:tcMar/>
          </w:tcPr>
          <w:p w:rsidP="4E655057" w14:paraId="2216F9EB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Onzeker</w:t>
            </w:r>
          </w:p>
        </w:tc>
      </w:tr>
    </w:tbl>
    <w:p xmlns:wp14="http://schemas.microsoft.com/office/word/2010/wordml" w14:paraId="049F31CB" wp14:textId="77777777"/>
    <w:p xmlns:wp14="http://schemas.microsoft.com/office/word/2010/wordml" w14:paraId="692A86AD" wp14:textId="77777777">
      <w:r w:rsidR="4E655057">
        <w:rPr/>
        <w:t xml:space="preserve">De </w:t>
      </w:r>
      <w:r w:rsidR="4E655057">
        <w:rPr/>
        <w:t>compensatie</w:t>
      </w:r>
      <w:r w:rsidR="4E655057">
        <w:rPr/>
        <w:t xml:space="preserve"> </w:t>
      </w:r>
      <w:r w:rsidR="4E655057">
        <w:rPr/>
        <w:t>vervangt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complex </w:t>
      </w:r>
      <w:r w:rsidR="4E655057">
        <w:rPr/>
        <w:t>mozaiek</w:t>
      </w:r>
      <w:r w:rsidR="4E655057">
        <w:rPr/>
        <w:t xml:space="preserve"> van </w:t>
      </w:r>
      <w:r w:rsidR="4E655057">
        <w:rPr/>
        <w:t>grasland</w:t>
      </w:r>
      <w:r w:rsidR="4E655057">
        <w:rPr/>
        <w:t xml:space="preserve">-, </w:t>
      </w:r>
      <w:r w:rsidR="4E655057">
        <w:rPr/>
        <w:t>riet</w:t>
      </w:r>
      <w:r w:rsidR="4E655057">
        <w:rPr/>
        <w:t xml:space="preserve">- </w:t>
      </w:r>
      <w:r w:rsidR="4E655057">
        <w:rPr/>
        <w:t>en</w:t>
      </w:r>
      <w:r w:rsidR="4E655057">
        <w:rPr/>
        <w:t xml:space="preserve"> </w:t>
      </w:r>
      <w:r w:rsidR="4E655057">
        <w:rPr/>
        <w:t>zeggevegetaties</w:t>
      </w:r>
      <w:r w:rsidR="4E655057">
        <w:rPr/>
        <w:t xml:space="preserve"> door </w:t>
      </w:r>
      <w:r w:rsidR="4E655057">
        <w:rPr/>
        <w:t>een</w:t>
      </w:r>
      <w:r w:rsidR="4E655057">
        <w:rPr/>
        <w:t xml:space="preserve"> </w:t>
      </w:r>
      <w:r w:rsidR="4E655057">
        <w:rPr/>
        <w:t>eenvoudig</w:t>
      </w:r>
      <w:r w:rsidR="4E655057">
        <w:rPr/>
        <w:t xml:space="preserve"> </w:t>
      </w:r>
      <w:r w:rsidR="4E655057">
        <w:rPr/>
        <w:t>waterbekken</w:t>
      </w:r>
      <w:r w:rsidR="4E655057">
        <w:rPr/>
        <w:t xml:space="preserve"> -- </w:t>
      </w:r>
      <w:r w:rsidR="4E655057">
        <w:rPr/>
        <w:t>dit</w:t>
      </w:r>
      <w:r w:rsidR="4E655057">
        <w:rPr/>
        <w:t xml:space="preserve"> is </w:t>
      </w:r>
      <w:r w:rsidR="4E655057">
        <w:rPr/>
        <w:t>geen</w:t>
      </w:r>
      <w:r w:rsidR="4E655057">
        <w:rPr/>
        <w:t xml:space="preserve"> </w:t>
      </w:r>
      <w:r w:rsidR="4E655057">
        <w:rPr/>
        <w:t>functioneel</w:t>
      </w:r>
      <w:r w:rsidR="4E655057">
        <w:rPr/>
        <w:t xml:space="preserve"> </w:t>
      </w:r>
      <w:r w:rsidR="4E655057">
        <w:rPr/>
        <w:t>equivalente</w:t>
      </w:r>
      <w:r w:rsidR="4E655057">
        <w:rPr/>
        <w:t xml:space="preserve"> </w:t>
      </w:r>
      <w:r w:rsidR="4E655057">
        <w:rPr/>
        <w:t>compensatie</w:t>
      </w:r>
      <w:r w:rsidR="4E655057">
        <w:rPr/>
        <w:t>.</w:t>
      </w:r>
    </w:p>
    <w:p xmlns:wp14="http://schemas.microsoft.com/office/word/2010/wordml" w14:paraId="57D300E6" wp14:textId="77777777">
      <w:pPr>
        <w:pStyle w:val="Heading3"/>
      </w:pPr>
      <w:r w:rsidR="4E655057">
        <w:rPr/>
        <w:t xml:space="preserve">7.3 Permanente </w:t>
      </w:r>
      <w:r w:rsidR="4E655057">
        <w:rPr/>
        <w:t>bomenkap</w:t>
      </w:r>
      <w:r w:rsidR="4E655057">
        <w:rPr/>
        <w:t xml:space="preserve"> </w:t>
      </w:r>
      <w:r w:rsidR="4E655057">
        <w:rPr/>
        <w:t>Lendelede</w:t>
      </w:r>
    </w:p>
    <w:p xmlns:wp14="http://schemas.microsoft.com/office/word/2010/wordml" w14:paraId="5BDA513E" wp14:textId="77777777">
      <w:r w:rsidR="4E655057">
        <w:rPr/>
        <w:t xml:space="preserve">De </w:t>
      </w:r>
      <w:r w:rsidR="4E655057">
        <w:rPr/>
        <w:t>gemeente</w:t>
      </w:r>
      <w:r w:rsidR="4E655057">
        <w:rPr/>
        <w:t xml:space="preserve"> </w:t>
      </w:r>
      <w:r w:rsidR="4E655057">
        <w:rPr/>
        <w:t>Lendelede</w:t>
      </w:r>
      <w:r w:rsidR="4E655057">
        <w:rPr/>
        <w:t xml:space="preserve"> </w:t>
      </w:r>
      <w:r w:rsidR="4E655057">
        <w:rPr/>
        <w:t>wijst</w:t>
      </w:r>
      <w:r w:rsidR="4E655057">
        <w:rPr/>
        <w:t xml:space="preserve"> in </w:t>
      </w:r>
      <w:r w:rsidR="4E655057">
        <w:rPr/>
        <w:t>haar</w:t>
      </w:r>
      <w:r w:rsidR="4E655057">
        <w:rPr/>
        <w:t xml:space="preserve"> </w:t>
      </w:r>
      <w:r w:rsidR="4E655057">
        <w:rPr/>
        <w:t>ongunstig</w:t>
      </w:r>
      <w:r w:rsidR="4E655057">
        <w:rPr/>
        <w:t xml:space="preserve"> </w:t>
      </w:r>
      <w:r w:rsidR="4E655057">
        <w:rPr/>
        <w:t>advies</w:t>
      </w:r>
      <w:r w:rsidR="4E655057">
        <w:rPr/>
        <w:t xml:space="preserve"> op de </w:t>
      </w:r>
      <w:r w:rsidRPr="4E655057" w:rsidR="4E655057">
        <w:rPr>
          <w:b w:val="1"/>
          <w:bCs w:val="1"/>
        </w:rPr>
        <w:t>permanente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kap</w:t>
      </w:r>
      <w:r w:rsidRPr="4E655057" w:rsidR="4E655057">
        <w:rPr>
          <w:b w:val="1"/>
          <w:bCs w:val="1"/>
        </w:rPr>
        <w:t xml:space="preserve"> van 80 </w:t>
      </w:r>
      <w:r w:rsidRPr="4E655057" w:rsidR="4E655057">
        <w:rPr>
          <w:b w:val="1"/>
          <w:bCs w:val="1"/>
        </w:rPr>
        <w:t>bomen</w:t>
      </w:r>
      <w:r w:rsidRPr="4E655057" w:rsidR="4E655057">
        <w:rPr>
          <w:b w:val="1"/>
          <w:bCs w:val="1"/>
        </w:rPr>
        <w:t xml:space="preserve"> in </w:t>
      </w:r>
      <w:r w:rsidRPr="4E655057" w:rsidR="4E655057">
        <w:rPr>
          <w:b w:val="1"/>
          <w:bCs w:val="1"/>
        </w:rPr>
        <w:t>biologisch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zeer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waardevol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gebied</w:t>
      </w:r>
      <w:r w:rsidR="4E655057">
        <w:rPr/>
        <w:t xml:space="preserve">. </w:t>
      </w:r>
      <w:r w:rsidR="4E655057">
        <w:rPr/>
        <w:t>Deze</w:t>
      </w:r>
      <w:r w:rsidR="4E655057">
        <w:rPr/>
        <w:t xml:space="preserve"> </w:t>
      </w:r>
      <w:r w:rsidR="4E655057">
        <w:rPr/>
        <w:t>bomen</w:t>
      </w:r>
      <w:r w:rsidR="4E655057">
        <w:rPr/>
        <w:t xml:space="preserve"> </w:t>
      </w:r>
      <w:r w:rsidR="4E655057">
        <w:rPr/>
        <w:t>bevinden</w:t>
      </w:r>
      <w:r w:rsidR="4E655057">
        <w:rPr/>
        <w:t xml:space="preserve"> </w:t>
      </w:r>
      <w:r w:rsidR="4E655057">
        <w:rPr/>
        <w:t>zich</w:t>
      </w:r>
      <w:r w:rsidR="4E655057">
        <w:rPr/>
        <w:t xml:space="preserve"> in </w:t>
      </w:r>
      <w:r w:rsidR="4E655057">
        <w:rPr/>
        <w:t>een</w:t>
      </w:r>
      <w:r w:rsidR="4E655057">
        <w:rPr/>
        <w:t xml:space="preserve"> zone die door het MER </w:t>
      </w:r>
      <w:r w:rsidR="4E655057">
        <w:rPr/>
        <w:t>zelf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</w:t>
      </w:r>
      <w:r w:rsidR="4E655057">
        <w:rPr/>
        <w:t>ecologisch</w:t>
      </w:r>
      <w:r w:rsidR="4E655057">
        <w:rPr/>
        <w:t xml:space="preserve"> </w:t>
      </w:r>
      <w:r w:rsidR="4E655057">
        <w:rPr/>
        <w:t>waardevol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beschouwd</w:t>
      </w:r>
      <w:r w:rsidR="4E655057">
        <w:rPr/>
        <w:t xml:space="preserve">. De </w:t>
      </w:r>
      <w:r w:rsidR="4E655057">
        <w:rPr/>
        <w:t>generieke</w:t>
      </w:r>
      <w:r w:rsidR="4E655057">
        <w:rPr/>
        <w:t xml:space="preserve"> </w:t>
      </w:r>
      <w:r w:rsidR="4E655057">
        <w:rPr/>
        <w:t>kapmachtiging</w:t>
      </w:r>
      <w:r w:rsidR="4E655057">
        <w:rPr/>
        <w:t xml:space="preserve"> </w:t>
      </w:r>
      <w:r w:rsidR="4E655057">
        <w:rPr/>
        <w:t>binnen</w:t>
      </w:r>
      <w:r w:rsidR="4E655057">
        <w:rPr/>
        <w:t xml:space="preserve"> de </w:t>
      </w:r>
      <w:r w:rsidR="4E655057">
        <w:rPr/>
        <w:t>veiligheidszone</w:t>
      </w:r>
      <w:r w:rsidR="4E655057">
        <w:rPr/>
        <w:t xml:space="preserve"> sluit </w:t>
      </w:r>
      <w:r w:rsidR="4E655057">
        <w:rPr/>
        <w:t>heraanplant</w:t>
      </w:r>
      <w:r w:rsidR="4E655057">
        <w:rPr/>
        <w:t xml:space="preserve"> op </w:t>
      </w:r>
      <w:r w:rsidR="4E655057">
        <w:rPr/>
        <w:t>dezelfde</w:t>
      </w:r>
      <w:r w:rsidR="4E655057">
        <w:rPr/>
        <w:t xml:space="preserve"> </w:t>
      </w:r>
      <w:r w:rsidR="4E655057">
        <w:rPr/>
        <w:t>locatie</w:t>
      </w:r>
      <w:r w:rsidR="4E655057">
        <w:rPr/>
        <w:t xml:space="preserve"> </w:t>
      </w:r>
      <w:r w:rsidR="4E655057">
        <w:rPr/>
        <w:t>uit</w:t>
      </w:r>
      <w:r w:rsidR="4E655057">
        <w:rPr/>
        <w:t>.</w:t>
      </w:r>
    </w:p>
    <w:p xmlns:wp14="http://schemas.microsoft.com/office/word/2010/wordml" w14:paraId="03AC9913" wp14:textId="77777777">
      <w:pPr>
        <w:pStyle w:val="Heading3"/>
      </w:pPr>
      <w:r w:rsidR="4E655057">
        <w:rPr/>
        <w:t xml:space="preserve">7.4 </w:t>
      </w:r>
      <w:r w:rsidR="4E655057">
        <w:rPr/>
        <w:t>Juridische</w:t>
      </w:r>
      <w:r w:rsidR="4E655057">
        <w:rPr/>
        <w:t xml:space="preserve"> </w:t>
      </w:r>
      <w:r w:rsidR="4E655057">
        <w:rPr/>
        <w:t>vereisten</w:t>
      </w:r>
      <w:r w:rsidR="4E655057">
        <w:rPr/>
        <w:t xml:space="preserve"> </w:t>
      </w:r>
      <w:r w:rsidR="4E655057">
        <w:rPr/>
        <w:t>compensatie</w:t>
      </w:r>
    </w:p>
    <w:p xmlns:wp14="http://schemas.microsoft.com/office/word/2010/wordml" w14:paraId="1B99062E" wp14:textId="77777777">
      <w:r w:rsidR="4E655057">
        <w:rPr/>
        <w:t xml:space="preserve">Artikel 6 lid 4 van de </w:t>
      </w:r>
      <w:r w:rsidR="4E655057">
        <w:rPr/>
        <w:t>Habitatrichtlijn</w:t>
      </w:r>
      <w:r w:rsidR="4E655057">
        <w:rPr/>
        <w:t xml:space="preserve"> </w:t>
      </w:r>
      <w:r w:rsidR="4E655057">
        <w:rPr/>
        <w:t>vereist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, </w:t>
      </w:r>
      <w:r w:rsidR="4E655057">
        <w:rPr/>
        <w:t>indien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project </w:t>
      </w:r>
      <w:r w:rsidR="4E655057">
        <w:rPr/>
        <w:t>ondanks</w:t>
      </w:r>
      <w:r w:rsidR="4E655057">
        <w:rPr/>
        <w:t xml:space="preserve"> </w:t>
      </w:r>
      <w:r w:rsidR="4E655057">
        <w:rPr/>
        <w:t>negatieve</w:t>
      </w:r>
      <w:r w:rsidR="4E655057">
        <w:rPr/>
        <w:t xml:space="preserve"> </w:t>
      </w:r>
      <w:r w:rsidR="4E655057">
        <w:rPr/>
        <w:t>conclusies</w:t>
      </w:r>
      <w:r w:rsidR="4E655057">
        <w:rPr/>
        <w:t xml:space="preserve"> van de </w:t>
      </w:r>
      <w:r w:rsidR="4E655057">
        <w:rPr/>
        <w:t>passende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 om </w:t>
      </w:r>
      <w:r w:rsidR="4E655057">
        <w:rPr/>
        <w:t>dwingende</w:t>
      </w:r>
      <w:r w:rsidR="4E655057">
        <w:rPr/>
        <w:t xml:space="preserve"> </w:t>
      </w:r>
      <w:r w:rsidR="4E655057">
        <w:rPr/>
        <w:t>redenen</w:t>
      </w:r>
      <w:r w:rsidR="4E655057">
        <w:rPr/>
        <w:t xml:space="preserve"> van </w:t>
      </w:r>
      <w:r w:rsidR="4E655057">
        <w:rPr/>
        <w:t>groot</w:t>
      </w:r>
      <w:r w:rsidR="4E655057">
        <w:rPr/>
        <w:t xml:space="preserve"> </w:t>
      </w:r>
      <w:r w:rsidR="4E655057">
        <w:rPr/>
        <w:t>openbaar</w:t>
      </w:r>
      <w:r w:rsidR="4E655057">
        <w:rPr/>
        <w:t xml:space="preserve"> </w:t>
      </w:r>
      <w:r w:rsidR="4E655057">
        <w:rPr/>
        <w:t>belang</w:t>
      </w:r>
      <w:r w:rsidR="4E655057">
        <w:rPr/>
        <w:t xml:space="preserve"> </w:t>
      </w:r>
      <w:r w:rsidR="4E655057">
        <w:rPr/>
        <w:t>toch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toegelaten</w:t>
      </w:r>
      <w:r w:rsidR="4E655057">
        <w:rPr/>
        <w:t xml:space="preserve">, de </w:t>
      </w:r>
      <w:r w:rsidR="4E655057">
        <w:rPr/>
        <w:t>lidstaat</w:t>
      </w:r>
      <w:r w:rsidR="4E655057">
        <w:rPr/>
        <w:t xml:space="preserve"> </w:t>
      </w:r>
      <w:r w:rsidRPr="4E655057" w:rsidR="4E655057">
        <w:rPr>
          <w:b w:val="1"/>
          <w:bCs w:val="1"/>
        </w:rPr>
        <w:t xml:space="preserve">alle </w:t>
      </w:r>
      <w:r w:rsidRPr="4E655057" w:rsidR="4E655057">
        <w:rPr>
          <w:b w:val="1"/>
          <w:bCs w:val="1"/>
        </w:rPr>
        <w:t>nodige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compenserende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maatregelen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neemt</w:t>
      </w:r>
      <w:r w:rsidRPr="4E655057" w:rsidR="4E655057">
        <w:rPr>
          <w:b w:val="1"/>
          <w:bCs w:val="1"/>
        </w:rPr>
        <w:t xml:space="preserve"> om </w:t>
      </w:r>
      <w:r w:rsidRPr="4E655057" w:rsidR="4E655057">
        <w:rPr>
          <w:b w:val="1"/>
          <w:bCs w:val="1"/>
        </w:rPr>
        <w:t>te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waarborgen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dat</w:t>
      </w:r>
      <w:r w:rsidRPr="4E655057" w:rsidR="4E655057">
        <w:rPr>
          <w:b w:val="1"/>
          <w:bCs w:val="1"/>
        </w:rPr>
        <w:t xml:space="preserve"> de </w:t>
      </w:r>
      <w:r w:rsidRPr="4E655057" w:rsidR="4E655057">
        <w:rPr>
          <w:b w:val="1"/>
          <w:bCs w:val="1"/>
        </w:rPr>
        <w:t>algehele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samenhang</w:t>
      </w:r>
      <w:r w:rsidRPr="4E655057" w:rsidR="4E655057">
        <w:rPr>
          <w:b w:val="1"/>
          <w:bCs w:val="1"/>
        </w:rPr>
        <w:t xml:space="preserve"> van Natura 2000 </w:t>
      </w:r>
      <w:r w:rsidRPr="4E655057" w:rsidR="4E655057">
        <w:rPr>
          <w:b w:val="1"/>
          <w:bCs w:val="1"/>
        </w:rPr>
        <w:t>bewaard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blijft</w:t>
      </w:r>
      <w:r w:rsidR="4E655057">
        <w:rPr/>
        <w:t>.</w:t>
      </w:r>
    </w:p>
    <w:p xmlns:wp14="http://schemas.microsoft.com/office/word/2010/wordml" w14:paraId="372221FC" wp14:textId="77777777">
      <w:r w:rsidR="4E655057">
        <w:rPr/>
        <w:t xml:space="preserve">Het </w:t>
      </w:r>
      <w:r w:rsidR="4E655057">
        <w:rPr/>
        <w:t>HvJ</w:t>
      </w:r>
      <w:r w:rsidR="4E655057">
        <w:rPr/>
        <w:t xml:space="preserve">-EU </w:t>
      </w:r>
      <w:r w:rsidR="4E655057">
        <w:rPr/>
        <w:t>heeft</w:t>
      </w:r>
      <w:r w:rsidR="4E655057">
        <w:rPr/>
        <w:t xml:space="preserve"> in </w:t>
      </w:r>
      <w:r w:rsidR="4E655057">
        <w:rPr/>
        <w:t>het</w:t>
      </w:r>
      <w:r w:rsidR="4E655057">
        <w:rPr/>
        <w:t xml:space="preserve"> arrest </w:t>
      </w:r>
      <w:r w:rsidRPr="4E655057" w:rsidR="4E655057">
        <w:rPr>
          <w:b w:val="1"/>
          <w:bCs w:val="1"/>
        </w:rPr>
        <w:t>Briels</w:t>
      </w:r>
      <w:r w:rsidR="4E655057">
        <w:rPr/>
        <w:t xml:space="preserve"> (C-521/12, </w:t>
      </w:r>
      <w:r w:rsidR="4E655057">
        <w:rPr/>
        <w:t>r.o</w:t>
      </w:r>
      <w:r w:rsidR="4E655057">
        <w:rPr/>
        <w:t xml:space="preserve">. 29) </w:t>
      </w:r>
      <w:r w:rsidR="4E655057">
        <w:rPr/>
        <w:t>geoordeeld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="4E655057">
        <w:rPr/>
        <w:t>compenserende</w:t>
      </w:r>
      <w:r w:rsidR="4E655057">
        <w:rPr/>
        <w:t xml:space="preserve"> </w:t>
      </w:r>
      <w:r w:rsidR="4E655057">
        <w:rPr/>
        <w:t>maatregelen</w:t>
      </w:r>
      <w:r w:rsidR="4E655057">
        <w:rPr/>
        <w:t xml:space="preserve"> </w:t>
      </w:r>
      <w:r w:rsidRPr="4E655057" w:rsidR="4E655057">
        <w:rPr>
          <w:i w:val="1"/>
          <w:iCs w:val="1"/>
        </w:rPr>
        <w:t>"</w:t>
      </w:r>
      <w:r w:rsidRPr="4E655057" w:rsidR="4E655057">
        <w:rPr>
          <w:i w:val="1"/>
          <w:iCs w:val="1"/>
        </w:rPr>
        <w:t>niet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als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maatregelen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kunnen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worden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aangemerkt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waarmee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wordt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beoogd</w:t>
      </w:r>
      <w:r w:rsidRPr="4E655057" w:rsidR="4E655057">
        <w:rPr>
          <w:i w:val="1"/>
          <w:iCs w:val="1"/>
        </w:rPr>
        <w:t xml:space="preserve"> de </w:t>
      </w:r>
      <w:r w:rsidRPr="4E655057" w:rsidR="4E655057">
        <w:rPr>
          <w:i w:val="1"/>
          <w:iCs w:val="1"/>
        </w:rPr>
        <w:t>schadelijke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gevolgen</w:t>
      </w:r>
      <w:r w:rsidRPr="4E655057" w:rsidR="4E655057">
        <w:rPr>
          <w:i w:val="1"/>
          <w:iCs w:val="1"/>
        </w:rPr>
        <w:t xml:space="preserve"> die </w:t>
      </w:r>
      <w:r w:rsidRPr="4E655057" w:rsidR="4E655057">
        <w:rPr>
          <w:i w:val="1"/>
          <w:iCs w:val="1"/>
        </w:rPr>
        <w:t>dat</w:t>
      </w:r>
      <w:r w:rsidRPr="4E655057" w:rsidR="4E655057">
        <w:rPr>
          <w:i w:val="1"/>
          <w:iCs w:val="1"/>
        </w:rPr>
        <w:t xml:space="preserve"> plan of project </w:t>
      </w:r>
      <w:r w:rsidRPr="4E655057" w:rsidR="4E655057">
        <w:rPr>
          <w:i w:val="1"/>
          <w:iCs w:val="1"/>
        </w:rPr>
        <w:t>rechtstreeks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voor</w:t>
      </w:r>
      <w:r w:rsidRPr="4E655057" w:rsidR="4E655057">
        <w:rPr>
          <w:i w:val="1"/>
          <w:iCs w:val="1"/>
        </w:rPr>
        <w:t xml:space="preserve"> [het] </w:t>
      </w:r>
      <w:r w:rsidRPr="4E655057" w:rsidR="4E655057">
        <w:rPr>
          <w:i w:val="1"/>
          <w:iCs w:val="1"/>
        </w:rPr>
        <w:t>gebied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meebrengt</w:t>
      </w:r>
      <w:r w:rsidRPr="4E655057" w:rsidR="4E655057">
        <w:rPr>
          <w:i w:val="1"/>
          <w:iCs w:val="1"/>
        </w:rPr>
        <w:t xml:space="preserve">, </w:t>
      </w:r>
      <w:r w:rsidRPr="4E655057" w:rsidR="4E655057">
        <w:rPr>
          <w:i w:val="1"/>
          <w:iCs w:val="1"/>
        </w:rPr>
        <w:t>te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voorkomen</w:t>
      </w:r>
      <w:r w:rsidRPr="4E655057" w:rsidR="4E655057">
        <w:rPr>
          <w:i w:val="1"/>
          <w:iCs w:val="1"/>
        </w:rPr>
        <w:t xml:space="preserve"> of </w:t>
      </w:r>
      <w:r w:rsidRPr="4E655057" w:rsidR="4E655057">
        <w:rPr>
          <w:i w:val="1"/>
          <w:iCs w:val="1"/>
        </w:rPr>
        <w:t>te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verminderen</w:t>
      </w:r>
      <w:r w:rsidRPr="4E655057" w:rsidR="4E655057">
        <w:rPr>
          <w:i w:val="1"/>
          <w:iCs w:val="1"/>
        </w:rPr>
        <w:t>"</w:t>
      </w:r>
      <w:r w:rsidR="4E655057">
        <w:rPr/>
        <w:t xml:space="preserve">, maar </w:t>
      </w:r>
      <w:r w:rsidR="4E655057">
        <w:rPr/>
        <w:t>dat</w:t>
      </w:r>
      <w:r w:rsidR="4E655057">
        <w:rPr/>
        <w:t xml:space="preserve"> </w:t>
      </w:r>
      <w:r w:rsidR="4E655057">
        <w:rPr/>
        <w:t>zij</w:t>
      </w:r>
      <w:r w:rsidR="4E655057">
        <w:rPr/>
        <w:t xml:space="preserve"> </w:t>
      </w:r>
      <w:r w:rsidRPr="4E655057" w:rsidR="4E655057">
        <w:rPr>
          <w:i w:val="1"/>
          <w:iCs w:val="1"/>
        </w:rPr>
        <w:t xml:space="preserve">"de </w:t>
      </w:r>
      <w:r w:rsidRPr="4E655057" w:rsidR="4E655057">
        <w:rPr>
          <w:i w:val="1"/>
          <w:iCs w:val="1"/>
        </w:rPr>
        <w:t>algehele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samenhang</w:t>
      </w:r>
      <w:r w:rsidRPr="4E655057" w:rsidR="4E655057">
        <w:rPr>
          <w:i w:val="1"/>
          <w:iCs w:val="1"/>
        </w:rPr>
        <w:t xml:space="preserve"> van Natura 2000 </w:t>
      </w:r>
      <w:r w:rsidRPr="4E655057" w:rsidR="4E655057">
        <w:rPr>
          <w:i w:val="1"/>
          <w:iCs w:val="1"/>
        </w:rPr>
        <w:t>moeten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waarborgen</w:t>
      </w:r>
      <w:r w:rsidRPr="4E655057" w:rsidR="4E655057">
        <w:rPr>
          <w:i w:val="1"/>
          <w:iCs w:val="1"/>
        </w:rPr>
        <w:t>"</w:t>
      </w:r>
      <w:r w:rsidR="4E655057">
        <w:rPr/>
        <w:t xml:space="preserve">. Een ratio van 6:1 </w:t>
      </w:r>
      <w:r w:rsidR="4E655057">
        <w:rPr/>
        <w:t>verlies</w:t>
      </w:r>
      <w:r w:rsidR="4E655057">
        <w:rPr/>
        <w:t xml:space="preserve"> ten </w:t>
      </w:r>
      <w:r w:rsidR="4E655057">
        <w:rPr/>
        <w:t>opzichte</w:t>
      </w:r>
      <w:r w:rsidR="4E655057">
        <w:rPr/>
        <w:t xml:space="preserve"> van </w:t>
      </w:r>
      <w:r w:rsidR="4E655057">
        <w:rPr/>
        <w:t>compensatie</w:t>
      </w:r>
      <w:r w:rsidR="4E655057">
        <w:rPr/>
        <w:t xml:space="preserve">, met </w:t>
      </w:r>
      <w:r w:rsidR="4E655057">
        <w:rPr/>
        <w:t>een</w:t>
      </w:r>
      <w:r w:rsidR="4E655057">
        <w:rPr/>
        <w:t xml:space="preserve"> </w:t>
      </w:r>
      <w:r w:rsidR="4E655057">
        <w:rPr/>
        <w:t>ander</w:t>
      </w:r>
      <w:r w:rsidR="4E655057">
        <w:rPr/>
        <w:t xml:space="preserve"> </w:t>
      </w:r>
      <w:r w:rsidR="4E655057">
        <w:rPr/>
        <w:t>biotooptype</w:t>
      </w:r>
      <w:r w:rsidR="4E655057">
        <w:rPr/>
        <w:t xml:space="preserve">, </w:t>
      </w:r>
      <w:r w:rsidR="4E655057">
        <w:rPr/>
        <w:t>voldoet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</w:t>
      </w:r>
      <w:r w:rsidR="4E655057">
        <w:rPr/>
        <w:t>deze</w:t>
      </w:r>
      <w:r w:rsidR="4E655057">
        <w:rPr/>
        <w:t xml:space="preserve"> </w:t>
      </w:r>
      <w:r w:rsidR="4E655057">
        <w:rPr/>
        <w:t>vereiste</w:t>
      </w:r>
      <w:r w:rsidR="4E655057">
        <w:rPr/>
        <w:t>.</w:t>
      </w:r>
    </w:p>
    <w:p xmlns:wp14="http://schemas.microsoft.com/office/word/2010/wordml" w14:paraId="42E9D100" wp14:textId="77777777">
      <w:pPr>
        <w:pStyle w:val="Heading3"/>
      </w:pPr>
      <w:r w:rsidR="4E655057">
        <w:rPr/>
        <w:t xml:space="preserve">7.5 </w:t>
      </w:r>
      <w:r w:rsidR="4E655057">
        <w:rPr/>
        <w:t>Poelen</w:t>
      </w:r>
      <w:r w:rsidR="4E655057">
        <w:rPr/>
        <w:t xml:space="preserve"> </w:t>
      </w:r>
      <w:r w:rsidR="4E655057">
        <w:rPr/>
        <w:t>kwetsbaar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verdroging</w:t>
      </w:r>
    </w:p>
    <w:p xmlns:wp14="http://schemas.microsoft.com/office/word/2010/wordml" w14:paraId="0BF90727" wp14:textId="77777777">
      <w:r w:rsidR="4E655057">
        <w:rPr/>
        <w:t xml:space="preserve">De </w:t>
      </w:r>
      <w:r w:rsidR="4E655057">
        <w:rPr/>
        <w:t>gemeente</w:t>
      </w:r>
      <w:r w:rsidR="4E655057">
        <w:rPr/>
        <w:t xml:space="preserve"> </w:t>
      </w:r>
      <w:r w:rsidR="4E655057">
        <w:rPr/>
        <w:t>Lendelede</w:t>
      </w:r>
      <w:r w:rsidR="4E655057">
        <w:rPr/>
        <w:t xml:space="preserve"> </w:t>
      </w:r>
      <w:r w:rsidR="4E655057">
        <w:rPr/>
        <w:t>wijst</w:t>
      </w:r>
      <w:r w:rsidR="4E655057">
        <w:rPr/>
        <w:t xml:space="preserve"> er in </w:t>
      </w:r>
      <w:r w:rsidR="4E655057">
        <w:rPr/>
        <w:t>haar</w:t>
      </w:r>
      <w:r w:rsidR="4E655057">
        <w:rPr/>
        <w:t xml:space="preserve"> </w:t>
      </w:r>
      <w:r w:rsidR="4E655057">
        <w:rPr/>
        <w:t>advies</w:t>
      </w:r>
      <w:r w:rsidR="4E655057">
        <w:rPr/>
        <w:t xml:space="preserve"> op </w:t>
      </w:r>
      <w:r w:rsidR="4E655057">
        <w:rPr/>
        <w:t>dat</w:t>
      </w:r>
      <w:r w:rsidR="4E655057">
        <w:rPr/>
        <w:t xml:space="preserve"> </w:t>
      </w:r>
      <w:r w:rsidRPr="4E655057" w:rsidR="4E655057">
        <w:rPr>
          <w:b w:val="1"/>
          <w:bCs w:val="1"/>
        </w:rPr>
        <w:t>poelen</w:t>
      </w:r>
      <w:r w:rsidRPr="4E655057" w:rsidR="4E655057">
        <w:rPr>
          <w:b w:val="1"/>
          <w:bCs w:val="1"/>
        </w:rPr>
        <w:t xml:space="preserve"> op 25 </w:t>
      </w:r>
      <w:r w:rsidRPr="4E655057" w:rsidR="4E655057">
        <w:rPr>
          <w:b w:val="1"/>
          <w:bCs w:val="1"/>
        </w:rPr>
        <w:t>tot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80 meter</w:t>
      </w:r>
      <w:r w:rsidRPr="4E655057" w:rsidR="4E655057">
        <w:rPr>
          <w:b w:val="1"/>
          <w:bCs w:val="1"/>
        </w:rPr>
        <w:t xml:space="preserve"> van </w:t>
      </w:r>
      <w:r w:rsidRPr="4E655057" w:rsidR="4E655057">
        <w:rPr>
          <w:b w:val="1"/>
          <w:bCs w:val="1"/>
        </w:rPr>
        <w:t>pylonen</w:t>
      </w:r>
      <w:r w:rsidR="4E655057">
        <w:rPr/>
        <w:t xml:space="preserve"> </w:t>
      </w:r>
      <w:r w:rsidR="4E655057">
        <w:rPr/>
        <w:t>kwetsbaar</w:t>
      </w:r>
      <w:r w:rsidR="4E655057">
        <w:rPr/>
        <w:t xml:space="preserve"> </w:t>
      </w:r>
      <w:r w:rsidR="4E655057">
        <w:rPr/>
        <w:t>zijn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verdroging</w:t>
      </w:r>
      <w:r w:rsidR="4E655057">
        <w:rPr/>
        <w:t xml:space="preserve"> door </w:t>
      </w:r>
      <w:r w:rsidR="4E655057">
        <w:rPr/>
        <w:t>bemaling</w:t>
      </w:r>
      <w:r w:rsidR="4E655057">
        <w:rPr/>
        <w:t xml:space="preserve">. </w:t>
      </w:r>
      <w:r w:rsidR="4E655057">
        <w:rPr/>
        <w:t>Deze</w:t>
      </w:r>
      <w:r w:rsidR="4E655057">
        <w:rPr/>
        <w:t xml:space="preserve"> </w:t>
      </w:r>
      <w:r w:rsidR="4E655057">
        <w:rPr/>
        <w:t>poelen</w:t>
      </w:r>
      <w:r w:rsidR="4E655057">
        <w:rPr/>
        <w:t xml:space="preserve"> </w:t>
      </w:r>
      <w:r w:rsidR="4E655057">
        <w:rPr/>
        <w:t>vormen</w:t>
      </w:r>
      <w:r w:rsidR="4E655057">
        <w:rPr/>
        <w:t xml:space="preserve"> het </w:t>
      </w:r>
      <w:r w:rsidR="4E655057">
        <w:rPr/>
        <w:t>voortplantingshabitat</w:t>
      </w:r>
      <w:r w:rsidR="4E655057">
        <w:rPr/>
        <w:t xml:space="preserve"> van </w:t>
      </w:r>
      <w:r w:rsidR="4E655057">
        <w:rPr/>
        <w:t>amfibieen</w:t>
      </w:r>
      <w:r w:rsidR="4E655057">
        <w:rPr/>
        <w:t xml:space="preserve"> (</w:t>
      </w:r>
      <w:r w:rsidR="4E655057">
        <w:rPr/>
        <w:t>o.a.</w:t>
      </w:r>
      <w:r w:rsidR="4E655057">
        <w:rPr/>
        <w:t xml:space="preserve"> </w:t>
      </w:r>
      <w:r w:rsidR="4E655057">
        <w:rPr/>
        <w:t>groene</w:t>
      </w:r>
      <w:r w:rsidR="4E655057">
        <w:rPr/>
        <w:t xml:space="preserve"> </w:t>
      </w:r>
      <w:r w:rsidR="4E655057">
        <w:rPr/>
        <w:t>kikker</w:t>
      </w:r>
      <w:r w:rsidR="4E655057">
        <w:rPr/>
        <w:t xml:space="preserve">, </w:t>
      </w:r>
      <w:r w:rsidR="4E655057">
        <w:rPr/>
        <w:t>waarvan</w:t>
      </w:r>
      <w:r w:rsidR="4E655057">
        <w:rPr/>
        <w:t xml:space="preserve"> </w:t>
      </w:r>
      <w:r w:rsidR="4E655057">
        <w:rPr/>
        <w:t>larven</w:t>
      </w:r>
      <w:r w:rsidR="4E655057">
        <w:rPr/>
        <w:t xml:space="preserve"> </w:t>
      </w:r>
      <w:r w:rsidR="4E655057">
        <w:rPr/>
        <w:t>zijn</w:t>
      </w:r>
      <w:r w:rsidR="4E655057">
        <w:rPr/>
        <w:t xml:space="preserve"> </w:t>
      </w:r>
      <w:r w:rsidR="4E655057">
        <w:rPr/>
        <w:t>aangetroffen</w:t>
      </w:r>
      <w:r w:rsidR="4E655057">
        <w:rPr/>
        <w:t xml:space="preserve"> -- MER, p. 10-203). Het </w:t>
      </w:r>
      <w:r w:rsidR="4E655057">
        <w:rPr/>
        <w:t>droogvallen</w:t>
      </w:r>
      <w:r w:rsidR="4E655057">
        <w:rPr/>
        <w:t xml:space="preserve"> van </w:t>
      </w:r>
      <w:r w:rsidR="4E655057">
        <w:rPr/>
        <w:t>deze</w:t>
      </w:r>
      <w:r w:rsidR="4E655057">
        <w:rPr/>
        <w:t xml:space="preserve"> </w:t>
      </w:r>
      <w:r w:rsidR="4E655057">
        <w:rPr/>
        <w:t>poelen</w:t>
      </w:r>
      <w:r w:rsidR="4E655057">
        <w:rPr/>
        <w:t xml:space="preserve"> in het </w:t>
      </w:r>
      <w:r w:rsidR="4E655057">
        <w:rPr/>
        <w:t>voortplantingsseizoen</w:t>
      </w:r>
      <w:r w:rsidR="4E655057">
        <w:rPr/>
        <w:t xml:space="preserve"> </w:t>
      </w:r>
      <w:r w:rsidR="4E655057">
        <w:rPr/>
        <w:t>heeft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direct effect </w:t>
      </w:r>
      <w:r w:rsidR="4E655057">
        <w:rPr/>
        <w:t>op</w:t>
      </w:r>
      <w:r w:rsidR="4E655057">
        <w:rPr/>
        <w:t xml:space="preserve"> de </w:t>
      </w:r>
      <w:r w:rsidR="4E655057">
        <w:rPr/>
        <w:t>populatie</w:t>
      </w:r>
      <w:r w:rsidR="4E655057">
        <w:rPr/>
        <w:t xml:space="preserve"> van </w:t>
      </w:r>
      <w:r w:rsidR="4E655057">
        <w:rPr/>
        <w:t>beschermde</w:t>
      </w:r>
      <w:r w:rsidR="4E655057">
        <w:rPr/>
        <w:t xml:space="preserve"> </w:t>
      </w:r>
      <w:r w:rsidR="4E655057">
        <w:rPr/>
        <w:t>soorten</w:t>
      </w:r>
      <w:r w:rsidR="4E655057">
        <w:rPr/>
        <w:t>.</w:t>
      </w:r>
    </w:p>
    <w:p xmlns:wp14="http://schemas.microsoft.com/office/word/2010/wordml" w:rsidP="4E655057" w14:paraId="53128261" wp14:textId="77777777">
      <w:pPr>
        <w:pBdr>
          <w:bottom w:val="single" w:color="CCCCCC" w:sz="6" w:space="1"/>
        </w:pBdr>
        <w:spacing w:before="240" w:after="240"/>
        <w:pBdr>
          <w:bottom w:val="single" w:color="CCCCCC" w:sz="6" w:space="1"/>
        </w:pBdr>
      </w:pPr>
    </w:p>
    <w:p xmlns:wp14="http://schemas.microsoft.com/office/word/2010/wordml" w14:paraId="1E4CE0C2" wp14:textId="77777777">
      <w:pPr>
        <w:pStyle w:val="Heading2"/>
      </w:pPr>
      <w:r>
        <w:t>8. MILDERENDE MAATREGELEN ZIJN NIET BINDEND</w:t>
      </w:r>
    </w:p>
    <w:p xmlns:wp14="http://schemas.microsoft.com/office/word/2010/wordml" w14:paraId="50BF715B" wp14:textId="77777777">
      <w:pPr>
        <w:pStyle w:val="Heading3"/>
      </w:pPr>
      <w:r w:rsidR="4E655057">
        <w:rPr/>
        <w:t xml:space="preserve">8.1 </w:t>
      </w:r>
      <w:r w:rsidR="4E655057">
        <w:rPr/>
        <w:t>Systematisch</w:t>
      </w:r>
      <w:r w:rsidR="4E655057">
        <w:rPr/>
        <w:t xml:space="preserve"> </w:t>
      </w:r>
      <w:r w:rsidR="4E655057">
        <w:rPr/>
        <w:t>gebrek</w:t>
      </w:r>
      <w:r w:rsidR="4E655057">
        <w:rPr/>
        <w:t xml:space="preserve">: </w:t>
      </w:r>
      <w:r w:rsidR="4E655057">
        <w:rPr/>
        <w:t>geen</w:t>
      </w:r>
      <w:r w:rsidR="4E655057">
        <w:rPr/>
        <w:t xml:space="preserve"> </w:t>
      </w:r>
      <w:r w:rsidR="4E655057">
        <w:rPr/>
        <w:t>enkele</w:t>
      </w:r>
      <w:r w:rsidR="4E655057">
        <w:rPr/>
        <w:t xml:space="preserve"> </w:t>
      </w:r>
      <w:r w:rsidR="4E655057">
        <w:rPr/>
        <w:t>maatregel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</w:t>
      </w:r>
      <w:r w:rsidR="4E655057">
        <w:rPr/>
        <w:t>vergunningsvoorwaarde</w:t>
      </w:r>
    </w:p>
    <w:p xmlns:wp14="http://schemas.microsoft.com/office/word/2010/wordml" w14:paraId="4C270C16" wp14:textId="77777777">
      <w:r w:rsidR="4E655057">
        <w:rPr/>
        <w:t xml:space="preserve">Het MER </w:t>
      </w:r>
      <w:r w:rsidR="4E655057">
        <w:rPr/>
        <w:t>formuleert</w:t>
      </w:r>
      <w:r w:rsidR="4E655057">
        <w:rPr/>
        <w:t xml:space="preserve"> </w:t>
      </w:r>
      <w:r w:rsidR="4E655057">
        <w:rPr/>
        <w:t>milderende</w:t>
      </w:r>
      <w:r w:rsidR="4E655057">
        <w:rPr/>
        <w:t xml:space="preserve"> </w:t>
      </w:r>
      <w:r w:rsidR="4E655057">
        <w:rPr/>
        <w:t>maatregelen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biodiversiteit</w:t>
      </w:r>
      <w:r w:rsidR="4E655057">
        <w:rPr/>
        <w:t xml:space="preserve"> (p. 10-238 t/m 10-243), maar </w:t>
      </w:r>
      <w:r w:rsidRPr="4E655057" w:rsidR="4E655057">
        <w:rPr>
          <w:b w:val="1"/>
          <w:bCs w:val="1"/>
        </w:rPr>
        <w:t>geen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enkele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maatregel</w:t>
      </w:r>
      <w:r w:rsidRPr="4E655057" w:rsidR="4E655057">
        <w:rPr>
          <w:b w:val="1"/>
          <w:bCs w:val="1"/>
        </w:rPr>
        <w:t xml:space="preserve"> is </w:t>
      </w:r>
      <w:r w:rsidRPr="4E655057" w:rsidR="4E655057">
        <w:rPr>
          <w:b w:val="1"/>
          <w:bCs w:val="1"/>
        </w:rPr>
        <w:t>als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vergunningsvoorwaarde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opgelegd</w:t>
      </w:r>
      <w:r w:rsidR="4E655057">
        <w:rPr/>
        <w:t xml:space="preserve">. De </w:t>
      </w:r>
      <w:r w:rsidR="4E655057">
        <w:rPr/>
        <w:t>formulering</w:t>
      </w:r>
      <w:r w:rsidR="4E655057">
        <w:rPr/>
        <w:t xml:space="preserve"> is steeds: </w:t>
      </w:r>
      <w:r w:rsidRPr="4E655057" w:rsidR="4E655057">
        <w:rPr>
          <w:i w:val="1"/>
          <w:iCs w:val="1"/>
        </w:rPr>
        <w:t>"</w:t>
      </w:r>
      <w:r w:rsidRPr="4E655057" w:rsidR="4E655057">
        <w:rPr>
          <w:i w:val="1"/>
          <w:iCs w:val="1"/>
        </w:rPr>
        <w:t>wordt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voorgesteld</w:t>
      </w:r>
      <w:r w:rsidRPr="4E655057" w:rsidR="4E655057">
        <w:rPr>
          <w:i w:val="1"/>
          <w:iCs w:val="1"/>
        </w:rPr>
        <w:t>"</w:t>
      </w:r>
      <w:r w:rsidR="4E655057">
        <w:rPr/>
        <w:t xml:space="preserve">, </w:t>
      </w:r>
      <w:r w:rsidRPr="4E655057" w:rsidR="4E655057">
        <w:rPr>
          <w:i w:val="1"/>
          <w:iCs w:val="1"/>
        </w:rPr>
        <w:t>"</w:t>
      </w:r>
      <w:r w:rsidRPr="4E655057" w:rsidR="4E655057">
        <w:rPr>
          <w:i w:val="1"/>
          <w:iCs w:val="1"/>
        </w:rPr>
        <w:t>wordt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aanbevolen</w:t>
      </w:r>
      <w:r w:rsidRPr="4E655057" w:rsidR="4E655057">
        <w:rPr>
          <w:i w:val="1"/>
          <w:iCs w:val="1"/>
        </w:rPr>
        <w:t>"</w:t>
      </w:r>
      <w:r w:rsidR="4E655057">
        <w:rPr/>
        <w:t xml:space="preserve">, </w:t>
      </w:r>
      <w:r w:rsidRPr="4E655057" w:rsidR="4E655057">
        <w:rPr>
          <w:i w:val="1"/>
          <w:iCs w:val="1"/>
        </w:rPr>
        <w:t>"</w:t>
      </w:r>
      <w:r w:rsidRPr="4E655057" w:rsidR="4E655057">
        <w:rPr>
          <w:i w:val="1"/>
          <w:iCs w:val="1"/>
        </w:rPr>
        <w:t>dient</w:t>
      </w:r>
      <w:r w:rsidRPr="4E655057" w:rsidR="4E655057">
        <w:rPr>
          <w:i w:val="1"/>
          <w:iCs w:val="1"/>
        </w:rPr>
        <w:t>"</w:t>
      </w:r>
      <w:r w:rsidR="4E655057">
        <w:rPr/>
        <w:t xml:space="preserve"> -- </w:t>
      </w:r>
      <w:r w:rsidR="4E655057">
        <w:rPr/>
        <w:t>zonder</w:t>
      </w:r>
      <w:r w:rsidR="4E655057">
        <w:rPr/>
        <w:t xml:space="preserve"> </w:t>
      </w:r>
      <w:r w:rsidR="4E655057">
        <w:rPr/>
        <w:t>juridische</w:t>
      </w:r>
      <w:r w:rsidR="4E655057">
        <w:rPr/>
        <w:t xml:space="preserve"> </w:t>
      </w:r>
      <w:r w:rsidR="4E655057">
        <w:rPr/>
        <w:t>afdwingbaarheid</w:t>
      </w:r>
      <w:r w:rsidR="4E655057">
        <w:rPr/>
        <w:t>.</w:t>
      </w:r>
    </w:p>
    <w:p xmlns:wp14="http://schemas.microsoft.com/office/word/2010/wordml" w14:paraId="32F6BB47" wp14:textId="77777777">
      <w:pPr>
        <w:pStyle w:val="Heading3"/>
      </w:pPr>
      <w:r w:rsidR="4E655057">
        <w:rPr/>
        <w:t xml:space="preserve">8.2 </w:t>
      </w:r>
      <w:r w:rsidR="4E655057">
        <w:rPr/>
        <w:t>Onderscheid</w:t>
      </w:r>
      <w:r w:rsidR="4E655057">
        <w:rPr/>
        <w:t xml:space="preserve"> "</w:t>
      </w:r>
      <w:r w:rsidR="4E655057">
        <w:rPr/>
        <w:t>milderende</w:t>
      </w:r>
      <w:r w:rsidR="4E655057">
        <w:rPr/>
        <w:t xml:space="preserve"> </w:t>
      </w:r>
      <w:r w:rsidR="4E655057">
        <w:rPr/>
        <w:t>maatregel</w:t>
      </w:r>
      <w:r w:rsidR="4E655057">
        <w:rPr/>
        <w:t>" versus "</w:t>
      </w:r>
      <w:r w:rsidR="4E655057">
        <w:rPr/>
        <w:t>aanbeveling</w:t>
      </w:r>
      <w:r w:rsidR="4E655057">
        <w:rPr/>
        <w:t>"</w:t>
      </w:r>
    </w:p>
    <w:p xmlns:wp14="http://schemas.microsoft.com/office/word/2010/wordml" w14:paraId="1DC1CB47" wp14:textId="77777777">
      <w:r w:rsidR="4E655057">
        <w:rPr/>
        <w:t xml:space="preserve">Het MER </w:t>
      </w:r>
      <w:r w:rsidR="4E655057">
        <w:rPr/>
        <w:t>maakt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expliciet</w:t>
      </w:r>
      <w:r w:rsidR="4E655057">
        <w:rPr/>
        <w:t xml:space="preserve"> </w:t>
      </w:r>
      <w:r w:rsidR="4E655057">
        <w:rPr/>
        <w:t>onderscheid</w:t>
      </w:r>
      <w:r w:rsidR="4E655057">
        <w:rPr/>
        <w:t xml:space="preserve"> </w:t>
      </w:r>
      <w:r w:rsidR="4E655057">
        <w:rPr/>
        <w:t>tussen</w:t>
      </w:r>
      <w:r w:rsidR="4E655057">
        <w:rPr/>
        <w:t xml:space="preserve"> "</w:t>
      </w:r>
      <w:r w:rsidR="4E655057">
        <w:rPr/>
        <w:t>milderende</w:t>
      </w:r>
      <w:r w:rsidR="4E655057">
        <w:rPr/>
        <w:t xml:space="preserve"> </w:t>
      </w:r>
      <w:r w:rsidR="4E655057">
        <w:rPr/>
        <w:t>maatregelen</w:t>
      </w:r>
      <w:r w:rsidR="4E655057">
        <w:rPr/>
        <w:t xml:space="preserve">" </w:t>
      </w:r>
      <w:r w:rsidR="4E655057">
        <w:rPr/>
        <w:t>en</w:t>
      </w:r>
      <w:r w:rsidR="4E655057">
        <w:rPr/>
        <w:t xml:space="preserve"> "</w:t>
      </w:r>
      <w:r w:rsidR="4E655057">
        <w:rPr/>
        <w:t>aanbevelingen</w:t>
      </w:r>
      <w:r w:rsidR="4E655057">
        <w:rPr/>
        <w:t xml:space="preserve">" (p. 239-243). </w:t>
      </w:r>
      <w:r w:rsidR="4E655057">
        <w:rPr/>
        <w:t>Cruciale</w:t>
      </w:r>
      <w:r w:rsidR="4E655057">
        <w:rPr/>
        <w:t xml:space="preserve"> </w:t>
      </w:r>
      <w:r w:rsidR="4E655057">
        <w:rPr/>
        <w:t>beschermende</w:t>
      </w:r>
      <w:r w:rsidR="4E655057">
        <w:rPr/>
        <w:t xml:space="preserve"> </w:t>
      </w:r>
      <w:r w:rsidR="4E655057">
        <w:rPr/>
        <w:t>acties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daarbij</w:t>
      </w:r>
      <w:r w:rsidR="4E655057">
        <w:rPr/>
        <w:t xml:space="preserve"> </w:t>
      </w:r>
      <w:r w:rsidR="4E655057">
        <w:rPr/>
        <w:t>gecategoriseerd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</w:t>
      </w:r>
      <w:r w:rsidR="4E655057">
        <w:rPr/>
        <w:t>slechts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"</w:t>
      </w:r>
      <w:r w:rsidR="4E655057">
        <w:rPr/>
        <w:t>aanbeveling</w:t>
      </w:r>
      <w:r w:rsidR="4E655057">
        <w:rPr/>
        <w:t>":</w:t>
      </w:r>
    </w:p>
    <w:tbl>
      <w:tblPr>
        <w:tblStyle w:val="TableGrid"/>
        <w:tblW w:w="0" w:type="auto"/>
        <w:jc w:val="left"/>
        <w:tblLook w:val="04A0" w:firstRow="1" w:lastRow="0" w:firstColumn="1" w:lastColumn="0" w:noHBand="0" w:noVBand="1"/>
      </w:tblPr>
      <w:tblGrid>
        <w:gridCol w:w="3135"/>
        <w:gridCol w:w="3135"/>
        <w:gridCol w:w="3135"/>
      </w:tblGrid>
      <w:tr xmlns:wp14="http://schemas.microsoft.com/office/word/2010/wordml" w:rsidTr="4E655057" w14:paraId="2092BD6C" wp14:textId="77777777">
        <w:tc>
          <w:tcPr>
            <w:tcW w:w="3135" w:type="dxa"/>
            <w:shd w:val="clear" w:color="auto" w:fill="244061" w:themeFill="accent1" w:themeFillShade="80"/>
            <w:tcMar/>
          </w:tcPr>
          <w:p w14:paraId="152AF0F6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Actie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14:paraId="2A6F0DE3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Categorie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in MER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:rsidP="4E655057" w14:paraId="4C87DD23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Consequentie</w:t>
            </w:r>
          </w:p>
        </w:tc>
      </w:tr>
      <w:tr xmlns:wp14="http://schemas.microsoft.com/office/word/2010/wordml" w:rsidTr="4E655057" w14:paraId="0345669C" wp14:textId="77777777">
        <w:tc>
          <w:tcPr>
            <w:tcW w:w="3135" w:type="dxa"/>
            <w:shd w:val="clear" w:color="auto" w:fill="F2F6FC"/>
            <w:tcMar/>
          </w:tcPr>
          <w:p w14:paraId="2CEA3745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Werfzonereductie</w:t>
            </w:r>
            <w:r w:rsidRPr="4E655057" w:rsidR="4E655057">
              <w:rPr>
                <w:sz w:val="19"/>
                <w:szCs w:val="19"/>
              </w:rPr>
              <w:t xml:space="preserve"> mast P37</w:t>
            </w:r>
          </w:p>
        </w:tc>
        <w:tc>
          <w:tcPr>
            <w:tcW w:w="3135" w:type="dxa"/>
            <w:shd w:val="clear" w:color="auto" w:fill="F2F6FC"/>
            <w:tcMar/>
          </w:tcPr>
          <w:p w:rsidP="4E655057" w14:paraId="39260A3E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Aanbeveling</w:t>
            </w:r>
          </w:p>
        </w:tc>
        <w:tc>
          <w:tcPr>
            <w:tcW w:w="3135" w:type="dxa"/>
            <w:shd w:val="clear" w:color="auto" w:fill="F2F6FC"/>
            <w:tcMar/>
          </w:tcPr>
          <w:p w:rsidP="4E655057" w14:paraId="49D8123C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Niet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afdwingbaar</w:t>
            </w:r>
          </w:p>
        </w:tc>
      </w:tr>
      <w:tr xmlns:wp14="http://schemas.microsoft.com/office/word/2010/wordml" w:rsidTr="4E655057" w14:paraId="0A3E774F" wp14:textId="77777777">
        <w:tc>
          <w:tcPr>
            <w:tcW w:w="3135" w:type="dxa"/>
            <w:tcMar/>
          </w:tcPr>
          <w:p w14:paraId="40667FCD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Vermijding</w:t>
            </w:r>
            <w:r w:rsidRPr="4E655057" w:rsidR="4E655057">
              <w:rPr>
                <w:sz w:val="19"/>
                <w:szCs w:val="19"/>
              </w:rPr>
              <w:t xml:space="preserve"> overlap </w:t>
            </w:r>
            <w:r w:rsidRPr="4E655057" w:rsidR="4E655057">
              <w:rPr>
                <w:sz w:val="19"/>
                <w:szCs w:val="19"/>
              </w:rPr>
              <w:t>vijver</w:t>
            </w:r>
            <w:r w:rsidRPr="4E655057" w:rsidR="4E655057">
              <w:rPr>
                <w:sz w:val="19"/>
                <w:szCs w:val="19"/>
              </w:rPr>
              <w:t xml:space="preserve"> P25</w:t>
            </w:r>
          </w:p>
        </w:tc>
        <w:tc>
          <w:tcPr>
            <w:tcW w:w="3135" w:type="dxa"/>
            <w:tcMar/>
          </w:tcPr>
          <w:p w:rsidP="4E655057" w14:paraId="1E86877B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Aanbeveling</w:t>
            </w:r>
          </w:p>
        </w:tc>
        <w:tc>
          <w:tcPr>
            <w:tcW w:w="3135" w:type="dxa"/>
            <w:tcMar/>
          </w:tcPr>
          <w:p w:rsidP="4E655057" w14:paraId="0C4B019D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Niet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afdwingbaar</w:t>
            </w:r>
          </w:p>
        </w:tc>
      </w:tr>
      <w:tr xmlns:wp14="http://schemas.microsoft.com/office/word/2010/wordml" w:rsidTr="4E655057" w14:paraId="31DD22E4" wp14:textId="77777777">
        <w:tc>
          <w:tcPr>
            <w:tcW w:w="3135" w:type="dxa"/>
            <w:shd w:val="clear" w:color="auto" w:fill="F2F6FC"/>
            <w:tcMar/>
          </w:tcPr>
          <w:p w14:paraId="514EDBE6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Neerwaarts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gerichte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verlichting</w:t>
            </w:r>
            <w:r w:rsidRPr="4E655057" w:rsidR="4E655057">
              <w:rPr>
                <w:sz w:val="19"/>
                <w:szCs w:val="19"/>
              </w:rPr>
              <w:t xml:space="preserve"> (heel </w:t>
            </w:r>
            <w:r w:rsidRPr="4E655057" w:rsidR="4E655057">
              <w:rPr>
                <w:sz w:val="19"/>
                <w:szCs w:val="19"/>
              </w:rPr>
              <w:t>tracé</w:t>
            </w:r>
            <w:r w:rsidRPr="4E655057" w:rsidR="4E655057">
              <w:rPr>
                <w:sz w:val="19"/>
                <w:szCs w:val="19"/>
              </w:rPr>
              <w:t>)</w:t>
            </w:r>
          </w:p>
        </w:tc>
        <w:tc>
          <w:tcPr>
            <w:tcW w:w="3135" w:type="dxa"/>
            <w:shd w:val="clear" w:color="auto" w:fill="F2F6FC"/>
            <w:tcMar/>
          </w:tcPr>
          <w:p w:rsidP="4E655057" w14:paraId="3D687BE9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Aanbeveling</w:t>
            </w:r>
          </w:p>
        </w:tc>
        <w:tc>
          <w:tcPr>
            <w:tcW w:w="3135" w:type="dxa"/>
            <w:shd w:val="clear" w:color="auto" w:fill="F2F6FC"/>
            <w:tcMar/>
          </w:tcPr>
          <w:p w:rsidP="4E655057" w14:paraId="01983614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Niet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afdwingbaar</w:t>
            </w:r>
          </w:p>
        </w:tc>
      </w:tr>
      <w:tr xmlns:wp14="http://schemas.microsoft.com/office/word/2010/wordml" w:rsidTr="4E655057" w14:paraId="297C5399" wp14:textId="77777777">
        <w:tc>
          <w:tcPr>
            <w:tcW w:w="3135" w:type="dxa"/>
            <w:tcMar/>
          </w:tcPr>
          <w:p w14:paraId="47BE7C95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Broedseizoen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vermijden</w:t>
            </w:r>
            <w:r w:rsidRPr="4E655057" w:rsidR="4E655057">
              <w:rPr>
                <w:sz w:val="19"/>
                <w:szCs w:val="19"/>
              </w:rPr>
              <w:t xml:space="preserve"> (11 zones)</w:t>
            </w:r>
          </w:p>
        </w:tc>
        <w:tc>
          <w:tcPr>
            <w:tcW w:w="3135" w:type="dxa"/>
            <w:tcMar/>
          </w:tcPr>
          <w:p w:rsidP="4E655057" w14:paraId="6C40C197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Milderende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maatregel</w:t>
            </w:r>
          </w:p>
        </w:tc>
        <w:tc>
          <w:tcPr>
            <w:tcW w:w="3135" w:type="dxa"/>
            <w:tcMar/>
          </w:tcPr>
          <w:p w:rsidP="4E655057" w14:paraId="60F08C02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Niet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als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vergunningsvoorwaarde</w:t>
            </w:r>
          </w:p>
        </w:tc>
      </w:tr>
    </w:tbl>
    <w:p xmlns:wp14="http://schemas.microsoft.com/office/word/2010/wordml" w14:paraId="62486C05" wp14:textId="77777777"/>
    <w:p xmlns:wp14="http://schemas.microsoft.com/office/word/2010/wordml" w14:paraId="00B423A3" wp14:textId="77777777">
      <w:r w:rsidR="4E655057">
        <w:rPr/>
        <w:t xml:space="preserve">De </w:t>
      </w:r>
      <w:r w:rsidR="4E655057">
        <w:rPr/>
        <w:t>juridische</w:t>
      </w:r>
      <w:r w:rsidR="4E655057">
        <w:rPr/>
        <w:t xml:space="preserve"> status van </w:t>
      </w:r>
      <w:r w:rsidR="4E655057">
        <w:rPr/>
        <w:t>een</w:t>
      </w:r>
      <w:r w:rsidR="4E655057">
        <w:rPr/>
        <w:t xml:space="preserve"> "</w:t>
      </w:r>
      <w:r w:rsidR="4E655057">
        <w:rPr/>
        <w:t>aanbeveling</w:t>
      </w:r>
      <w:r w:rsidR="4E655057">
        <w:rPr/>
        <w:t xml:space="preserve">" in </w:t>
      </w:r>
      <w:r w:rsidR="4E655057">
        <w:rPr/>
        <w:t>een</w:t>
      </w:r>
      <w:r w:rsidR="4E655057">
        <w:rPr/>
        <w:t xml:space="preserve"> MER is nihil. Een </w:t>
      </w:r>
      <w:r w:rsidR="4E655057">
        <w:rPr/>
        <w:t>effectbeoordeling</w:t>
      </w:r>
      <w:r w:rsidR="4E655057">
        <w:rPr/>
        <w:t xml:space="preserve"> die </w:t>
      </w:r>
      <w:r w:rsidR="4E655057">
        <w:rPr/>
        <w:t>uitgaat</w:t>
      </w:r>
      <w:r w:rsidR="4E655057">
        <w:rPr/>
        <w:t xml:space="preserve"> van </w:t>
      </w:r>
      <w:r w:rsidR="4E655057">
        <w:rPr/>
        <w:t>naleving</w:t>
      </w:r>
      <w:r w:rsidR="4E655057">
        <w:rPr/>
        <w:t xml:space="preserve"> van </w:t>
      </w:r>
      <w:r w:rsidR="4E655057">
        <w:rPr/>
        <w:t>niet-bindende</w:t>
      </w:r>
      <w:r w:rsidR="4E655057">
        <w:rPr/>
        <w:t xml:space="preserve"> </w:t>
      </w:r>
      <w:r w:rsidR="4E655057">
        <w:rPr/>
        <w:t>maatregelen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niet-bindende</w:t>
      </w:r>
      <w:r w:rsidR="4E655057">
        <w:rPr/>
        <w:t xml:space="preserve"> </w:t>
      </w:r>
      <w:r w:rsidR="4E655057">
        <w:rPr/>
        <w:t>aanbevelingen</w:t>
      </w:r>
      <w:r w:rsidR="4E655057">
        <w:rPr/>
        <w:t xml:space="preserve"> is op </w:t>
      </w:r>
      <w:r w:rsidR="4E655057">
        <w:rPr/>
        <w:t>drijfzand</w:t>
      </w:r>
      <w:r w:rsidR="4E655057">
        <w:rPr/>
        <w:t xml:space="preserve"> </w:t>
      </w:r>
      <w:r w:rsidR="4E655057">
        <w:rPr/>
        <w:t>gebaseerd</w:t>
      </w:r>
      <w:r w:rsidR="4E655057">
        <w:rPr/>
        <w:t>.</w:t>
      </w:r>
    </w:p>
    <w:p xmlns:wp14="http://schemas.microsoft.com/office/word/2010/wordml" w14:paraId="3C0A05C8" wp14:textId="77777777">
      <w:pPr>
        <w:pStyle w:val="Heading3"/>
      </w:pPr>
      <w:r w:rsidR="4E655057">
        <w:rPr/>
        <w:t xml:space="preserve">8.3 </w:t>
      </w:r>
      <w:r w:rsidR="4E655057">
        <w:rPr/>
        <w:t>Broedseizoen</w:t>
      </w:r>
      <w:r w:rsidR="4E655057">
        <w:rPr/>
        <w:t xml:space="preserve"> </w:t>
      </w:r>
      <w:r w:rsidR="4E655057">
        <w:rPr/>
        <w:t>vermijden</w:t>
      </w:r>
      <w:r w:rsidR="4E655057">
        <w:rPr/>
        <w:t xml:space="preserve">: </w:t>
      </w:r>
      <w:r w:rsidR="4E655057">
        <w:rPr/>
        <w:t>voorgesteld</w:t>
      </w:r>
      <w:r w:rsidR="4E655057">
        <w:rPr/>
        <w:t xml:space="preserve"> maar </w:t>
      </w:r>
      <w:r w:rsidR="4E655057">
        <w:rPr/>
        <w:t>niet</w:t>
      </w:r>
      <w:r w:rsidR="4E655057">
        <w:rPr/>
        <w:t xml:space="preserve"> </w:t>
      </w:r>
      <w:r w:rsidR="4E655057">
        <w:rPr/>
        <w:t>afdwingbaar</w:t>
      </w:r>
    </w:p>
    <w:p xmlns:wp14="http://schemas.microsoft.com/office/word/2010/wordml" w14:paraId="598EEA38" wp14:textId="77777777">
      <w:r w:rsidR="4E655057">
        <w:rPr/>
        <w:t xml:space="preserve">De </w:t>
      </w:r>
      <w:r w:rsidR="4E655057">
        <w:rPr/>
        <w:t>maatregel</w:t>
      </w:r>
      <w:r w:rsidR="4E655057">
        <w:rPr/>
        <w:t xml:space="preserve"> "</w:t>
      </w:r>
      <w:r w:rsidR="4E655057">
        <w:rPr/>
        <w:t>niet</w:t>
      </w:r>
      <w:r w:rsidR="4E655057">
        <w:rPr/>
        <w:t xml:space="preserve"> </w:t>
      </w:r>
      <w:r w:rsidR="4E655057">
        <w:rPr/>
        <w:t>opstarten</w:t>
      </w:r>
      <w:r w:rsidR="4E655057">
        <w:rPr/>
        <w:t xml:space="preserve"> van de </w:t>
      </w:r>
      <w:r w:rsidR="4E655057">
        <w:rPr/>
        <w:t>meest</w:t>
      </w:r>
      <w:r w:rsidR="4E655057">
        <w:rPr/>
        <w:t xml:space="preserve"> </w:t>
      </w:r>
      <w:r w:rsidR="4E655057">
        <w:rPr/>
        <w:t>geluidsintensieve</w:t>
      </w:r>
      <w:r w:rsidR="4E655057">
        <w:rPr/>
        <w:t xml:space="preserve"> </w:t>
      </w:r>
      <w:r w:rsidR="4E655057">
        <w:rPr/>
        <w:t>werken</w:t>
      </w:r>
      <w:r w:rsidR="4E655057">
        <w:rPr/>
        <w:t xml:space="preserve"> in het </w:t>
      </w:r>
      <w:r w:rsidR="4E655057">
        <w:rPr/>
        <w:t>broedseizoen</w:t>
      </w:r>
      <w:r w:rsidR="4E655057">
        <w:rPr/>
        <w:t xml:space="preserve"> (15 </w:t>
      </w:r>
      <w:r w:rsidR="4E655057">
        <w:rPr/>
        <w:t>maart</w:t>
      </w:r>
      <w:r w:rsidR="4E655057">
        <w:rPr/>
        <w:t xml:space="preserve"> - 15 </w:t>
      </w:r>
      <w:r w:rsidR="4E655057">
        <w:rPr/>
        <w:t>juli</w:t>
      </w:r>
      <w:r w:rsidR="4E655057">
        <w:rPr/>
        <w:t xml:space="preserve">)" is </w:t>
      </w:r>
      <w:r w:rsidR="4E655057">
        <w:rPr/>
        <w:t>voorgesteld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11 </w:t>
      </w:r>
      <w:r w:rsidR="4E655057">
        <w:rPr/>
        <w:t>specifieke</w:t>
      </w:r>
      <w:r w:rsidR="4E655057">
        <w:rPr/>
        <w:t xml:space="preserve"> zones </w:t>
      </w:r>
      <w:r w:rsidR="4E655057">
        <w:rPr/>
        <w:t>langs</w:t>
      </w:r>
      <w:r w:rsidR="4E655057">
        <w:rPr/>
        <w:t xml:space="preserve"> het </w:t>
      </w:r>
      <w:r w:rsidR="4E655057">
        <w:rPr/>
        <w:t>tracé</w:t>
      </w:r>
      <w:r w:rsidR="4E655057">
        <w:rPr/>
        <w:t xml:space="preserve">. Bij </w:t>
      </w:r>
      <w:r w:rsidR="4E655057">
        <w:rPr/>
        <w:t>een</w:t>
      </w:r>
      <w:r w:rsidR="4E655057">
        <w:rPr/>
        <w:t xml:space="preserve"> </w:t>
      </w:r>
      <w:r w:rsidR="4E655057">
        <w:rPr/>
        <w:t>bouwperiode</w:t>
      </w:r>
      <w:r w:rsidR="4E655057">
        <w:rPr/>
        <w:t xml:space="preserve"> van </w:t>
      </w:r>
      <w:r w:rsidR="4E655057">
        <w:rPr/>
        <w:t>meerdere</w:t>
      </w:r>
      <w:r w:rsidR="4E655057">
        <w:rPr/>
        <w:t xml:space="preserve"> </w:t>
      </w:r>
      <w:r w:rsidR="4E655057">
        <w:rPr/>
        <w:t>jaren</w:t>
      </w:r>
      <w:r w:rsidR="4E655057">
        <w:rPr/>
        <w:t xml:space="preserve"> over </w:t>
      </w:r>
      <w:r w:rsidR="4E655057">
        <w:rPr/>
        <w:t>een</w:t>
      </w:r>
      <w:r w:rsidR="4E655057">
        <w:rPr/>
        <w:t xml:space="preserve"> </w:t>
      </w:r>
      <w:r w:rsidR="4E655057">
        <w:rPr/>
        <w:t>tracé</w:t>
      </w:r>
      <w:r w:rsidR="4E655057">
        <w:rPr/>
        <w:t xml:space="preserve"> van 50 </w:t>
      </w:r>
      <w:r w:rsidR="4E655057">
        <w:rPr/>
        <w:t>kilometer</w:t>
      </w:r>
      <w:r w:rsidR="4E655057">
        <w:rPr/>
        <w:t xml:space="preserve"> is het </w:t>
      </w:r>
      <w:r w:rsidR="4E655057">
        <w:rPr/>
        <w:t>vermijden</w:t>
      </w:r>
      <w:r w:rsidR="4E655057">
        <w:rPr/>
        <w:t xml:space="preserve"> van alle </w:t>
      </w:r>
      <w:r w:rsidR="4E655057">
        <w:rPr/>
        <w:t>werken</w:t>
      </w:r>
      <w:r w:rsidR="4E655057">
        <w:rPr/>
        <w:t xml:space="preserve"> in 11 zones </w:t>
      </w:r>
      <w:r w:rsidR="4E655057">
        <w:rPr/>
        <w:t>tijdens</w:t>
      </w:r>
      <w:r w:rsidR="4E655057">
        <w:rPr/>
        <w:t xml:space="preserve"> het </w:t>
      </w:r>
      <w:r w:rsidR="4E655057">
        <w:rPr/>
        <w:t>broedseizoen</w:t>
      </w:r>
      <w:r w:rsidR="4E655057">
        <w:rPr/>
        <w:t xml:space="preserve"> </w:t>
      </w:r>
      <w:r w:rsidR="4E655057">
        <w:rPr/>
        <w:t>logistiek</w:t>
      </w:r>
      <w:r w:rsidR="4E655057">
        <w:rPr/>
        <w:t xml:space="preserve"> reeds </w:t>
      </w:r>
      <w:r w:rsidR="4E655057">
        <w:rPr/>
        <w:t>uiterst</w:t>
      </w:r>
      <w:r w:rsidR="4E655057">
        <w:rPr/>
        <w:t xml:space="preserve"> </w:t>
      </w:r>
      <w:r w:rsidR="4E655057">
        <w:rPr/>
        <w:t>moeilijk</w:t>
      </w:r>
      <w:r w:rsidR="4E655057">
        <w:rPr/>
        <w:t xml:space="preserve">. Het </w:t>
      </w:r>
      <w:r w:rsidR="4E655057">
        <w:rPr/>
        <w:t>feit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="4E655057">
        <w:rPr/>
        <w:t>deze</w:t>
      </w:r>
      <w:r w:rsidR="4E655057">
        <w:rPr/>
        <w:t xml:space="preserve"> </w:t>
      </w:r>
      <w:r w:rsidR="4E655057">
        <w:rPr/>
        <w:t>maatregel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</w:t>
      </w:r>
      <w:r w:rsidR="4E655057">
        <w:rPr/>
        <w:t>vergunningsvoorwaarde</w:t>
      </w:r>
      <w:r w:rsidR="4E655057">
        <w:rPr/>
        <w:t xml:space="preserve"> is </w:t>
      </w:r>
      <w:r w:rsidR="4E655057">
        <w:rPr/>
        <w:t>opgelegd</w:t>
      </w:r>
      <w:r w:rsidR="4E655057">
        <w:rPr/>
        <w:t xml:space="preserve">, </w:t>
      </w:r>
      <w:r w:rsidR="4E655057">
        <w:rPr/>
        <w:t>maakt</w:t>
      </w:r>
      <w:r w:rsidR="4E655057">
        <w:rPr/>
        <w:t xml:space="preserve"> de </w:t>
      </w:r>
      <w:r w:rsidR="4E655057">
        <w:rPr/>
        <w:t>effectbeoordeling</w:t>
      </w:r>
      <w:r w:rsidR="4E655057">
        <w:rPr/>
        <w:t xml:space="preserve"> -- die </w:t>
      </w:r>
      <w:r w:rsidR="4E655057">
        <w:rPr/>
        <w:t>uitgaat</w:t>
      </w:r>
      <w:r w:rsidR="4E655057">
        <w:rPr/>
        <w:t xml:space="preserve"> van </w:t>
      </w:r>
      <w:r w:rsidR="4E655057">
        <w:rPr/>
        <w:t>naleving</w:t>
      </w:r>
      <w:r w:rsidR="4E655057">
        <w:rPr/>
        <w:t xml:space="preserve"> -- </w:t>
      </w:r>
      <w:r w:rsidR="4E655057">
        <w:rPr/>
        <w:t>onbetrouwbaar</w:t>
      </w:r>
      <w:r w:rsidR="4E655057">
        <w:rPr/>
        <w:t>.</w:t>
      </w:r>
    </w:p>
    <w:p xmlns:wp14="http://schemas.microsoft.com/office/word/2010/wordml" w14:paraId="30B26C31" wp14:textId="77777777">
      <w:pPr>
        <w:pStyle w:val="Heading3"/>
      </w:pPr>
      <w:r w:rsidR="4E655057">
        <w:rPr/>
        <w:t xml:space="preserve">8.4 Monitoring </w:t>
      </w:r>
      <w:r w:rsidR="4E655057">
        <w:rPr/>
        <w:t>zonder</w:t>
      </w:r>
      <w:r w:rsidR="4E655057">
        <w:rPr/>
        <w:t xml:space="preserve"> </w:t>
      </w:r>
      <w:r w:rsidR="4E655057">
        <w:rPr/>
        <w:t>actieplicht</w:t>
      </w:r>
    </w:p>
    <w:p xmlns:wp14="http://schemas.microsoft.com/office/word/2010/wordml" w14:paraId="03E88BAC" wp14:textId="77777777">
      <w:r w:rsidR="4E655057">
        <w:rPr/>
        <w:t xml:space="preserve">De monitoring </w:t>
      </w:r>
      <w:r w:rsidR="4E655057">
        <w:rPr/>
        <w:t>bij</w:t>
      </w:r>
      <w:r w:rsidR="4E655057">
        <w:rPr/>
        <w:t xml:space="preserve"> Ter Doest </w:t>
      </w:r>
      <w:r w:rsidR="4E655057">
        <w:rPr/>
        <w:t>en</w:t>
      </w:r>
      <w:r w:rsidR="4E655057">
        <w:rPr/>
        <w:t xml:space="preserve"> </w:t>
      </w:r>
      <w:r w:rsidR="4E655057">
        <w:rPr/>
        <w:t>Blauwe</w:t>
      </w:r>
      <w:r w:rsidR="4E655057">
        <w:rPr/>
        <w:t xml:space="preserve"> </w:t>
      </w:r>
      <w:r w:rsidR="4E655057">
        <w:rPr/>
        <w:t>Torenbosje</w:t>
      </w:r>
      <w:r w:rsidR="4E655057">
        <w:rPr/>
        <w:t xml:space="preserve"> </w:t>
      </w:r>
      <w:r w:rsidR="4E655057">
        <w:rPr/>
        <w:t>voorziet</w:t>
      </w:r>
      <w:r w:rsidR="4E655057">
        <w:rPr/>
        <w:t xml:space="preserve"> </w:t>
      </w:r>
      <w:r w:rsidR="4E655057">
        <w:rPr/>
        <w:t>weliswaar</w:t>
      </w:r>
      <w:r w:rsidR="4E655057">
        <w:rPr/>
        <w:t xml:space="preserve"> in </w:t>
      </w:r>
      <w:r w:rsidR="4E655057">
        <w:rPr/>
        <w:t>ingrijpdrempels</w:t>
      </w:r>
      <w:r w:rsidR="4E655057">
        <w:rPr/>
        <w:t xml:space="preserve"> (</w:t>
      </w:r>
      <w:r w:rsidR="4E655057">
        <w:rPr/>
        <w:t>grondwaterstand</w:t>
      </w:r>
      <w:r w:rsidR="4E655057">
        <w:rPr/>
        <w:t xml:space="preserve"> </w:t>
      </w:r>
      <w:r w:rsidR="4E655057">
        <w:rPr/>
        <w:t>respectievelijk</w:t>
      </w:r>
      <w:r w:rsidR="4E655057">
        <w:rPr/>
        <w:t xml:space="preserve"> &lt;40 cm </w:t>
      </w:r>
      <w:r w:rsidR="4E655057">
        <w:rPr/>
        <w:t>en</w:t>
      </w:r>
      <w:r w:rsidR="4E655057">
        <w:rPr/>
        <w:t xml:space="preserve"> &lt;35 cm </w:t>
      </w:r>
      <w:r w:rsidR="4E655057">
        <w:rPr/>
        <w:t>onder</w:t>
      </w:r>
      <w:r w:rsidR="4E655057">
        <w:rPr/>
        <w:t xml:space="preserve"> </w:t>
      </w:r>
      <w:r w:rsidR="4E655057">
        <w:rPr/>
        <w:t>maaiveld</w:t>
      </w:r>
      <w:r w:rsidR="4E655057">
        <w:rPr/>
        <w:t xml:space="preserve">), maar de </w:t>
      </w:r>
      <w:r w:rsidR="4E655057">
        <w:rPr/>
        <w:t>actie</w:t>
      </w:r>
      <w:r w:rsidR="4E655057">
        <w:rPr/>
        <w:t xml:space="preserve"> (</w:t>
      </w:r>
      <w:r w:rsidR="4E655057">
        <w:rPr/>
        <w:t>bevloeiing</w:t>
      </w:r>
      <w:r w:rsidR="4E655057">
        <w:rPr/>
        <w:t xml:space="preserve">) is </w:t>
      </w:r>
      <w:r w:rsidR="4E655057">
        <w:rPr/>
        <w:t>geformuleerd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</w:t>
      </w:r>
      <w:r w:rsidRPr="4E655057" w:rsidR="4E655057">
        <w:rPr>
          <w:i w:val="1"/>
          <w:iCs w:val="1"/>
        </w:rPr>
        <w:t>"</w:t>
      </w:r>
      <w:r w:rsidRPr="4E655057" w:rsidR="4E655057">
        <w:rPr>
          <w:i w:val="1"/>
          <w:iCs w:val="1"/>
        </w:rPr>
        <w:t>dient</w:t>
      </w:r>
      <w:r w:rsidRPr="4E655057" w:rsidR="4E655057">
        <w:rPr>
          <w:i w:val="1"/>
          <w:iCs w:val="1"/>
        </w:rPr>
        <w:t>"</w:t>
      </w:r>
      <w:r w:rsidR="4E655057">
        <w:rPr/>
        <w:t xml:space="preserve"> </w:t>
      </w:r>
      <w:r w:rsidR="4E655057">
        <w:rPr/>
        <w:t>zonder</w:t>
      </w:r>
      <w:r w:rsidR="4E655057">
        <w:rPr/>
        <w:t xml:space="preserve"> </w:t>
      </w:r>
      <w:r w:rsidR="4E655057">
        <w:rPr/>
        <w:t>handhavingsmechanisme</w:t>
      </w:r>
      <w:r w:rsidR="4E655057">
        <w:rPr/>
        <w:t xml:space="preserve">. Bij </w:t>
      </w:r>
      <w:r w:rsidR="4E655057">
        <w:rPr/>
        <w:t>niet-naleving</w:t>
      </w:r>
      <w:r w:rsidR="4E655057">
        <w:rPr/>
        <w:t xml:space="preserve"> </w:t>
      </w:r>
      <w:r w:rsidR="4E655057">
        <w:rPr/>
        <w:t>bestaan</w:t>
      </w:r>
      <w:r w:rsidR="4E655057">
        <w:rPr/>
        <w:t xml:space="preserve"> </w:t>
      </w:r>
      <w:r w:rsidR="4E655057">
        <w:rPr/>
        <w:t>geen</w:t>
      </w:r>
      <w:r w:rsidR="4E655057">
        <w:rPr/>
        <w:t xml:space="preserve"> </w:t>
      </w:r>
      <w:r w:rsidR="4E655057">
        <w:rPr/>
        <w:t>sancties</w:t>
      </w:r>
      <w:r w:rsidR="4E655057">
        <w:rPr/>
        <w:t>.</w:t>
      </w:r>
    </w:p>
    <w:p xmlns:wp14="http://schemas.microsoft.com/office/word/2010/wordml" w14:paraId="757579CB" wp14:textId="77777777">
      <w:pPr>
        <w:pStyle w:val="Heading3"/>
      </w:pPr>
      <w:r w:rsidR="4E655057">
        <w:rPr/>
        <w:t xml:space="preserve">8.5 </w:t>
      </w:r>
      <w:r w:rsidR="4E655057">
        <w:rPr/>
        <w:t>Jurisprudentie</w:t>
      </w:r>
      <w:r w:rsidR="4E655057">
        <w:rPr/>
        <w:t>: People Over Wind</w:t>
      </w:r>
    </w:p>
    <w:p xmlns:wp14="http://schemas.microsoft.com/office/word/2010/wordml" w14:paraId="34CED593" wp14:textId="77777777">
      <w:r w:rsidR="4E655057">
        <w:rPr/>
        <w:t xml:space="preserve">Het </w:t>
      </w:r>
      <w:r w:rsidR="4E655057">
        <w:rPr/>
        <w:t>HvJ</w:t>
      </w:r>
      <w:r w:rsidR="4E655057">
        <w:rPr/>
        <w:t xml:space="preserve">-EU </w:t>
      </w:r>
      <w:r w:rsidR="4E655057">
        <w:rPr/>
        <w:t>heeft</w:t>
      </w:r>
      <w:r w:rsidR="4E655057">
        <w:rPr/>
        <w:t xml:space="preserve"> in </w:t>
      </w:r>
      <w:r w:rsidR="4E655057">
        <w:rPr/>
        <w:t>het</w:t>
      </w:r>
      <w:r w:rsidR="4E655057">
        <w:rPr/>
        <w:t xml:space="preserve"> arrest </w:t>
      </w:r>
      <w:r w:rsidRPr="4E655057" w:rsidR="4E655057">
        <w:rPr>
          <w:b w:val="1"/>
          <w:bCs w:val="1"/>
        </w:rPr>
        <w:t>People Over Wind</w:t>
      </w:r>
      <w:r w:rsidR="4E655057">
        <w:rPr/>
        <w:t xml:space="preserve"> (C-323/17, </w:t>
      </w:r>
      <w:r w:rsidR="4E655057">
        <w:rPr/>
        <w:t>r.o</w:t>
      </w:r>
      <w:r w:rsidR="4E655057">
        <w:rPr/>
        <w:t xml:space="preserve">. 37) </w:t>
      </w:r>
      <w:r w:rsidR="4E655057">
        <w:rPr/>
        <w:t>geoordeeld</w:t>
      </w:r>
      <w:r w:rsidR="4E655057">
        <w:rPr/>
        <w:t>:</w:t>
      </w:r>
    </w:p>
    <w:p xmlns:wp14="http://schemas.microsoft.com/office/word/2010/wordml" w:rsidP="4E655057" w14:paraId="377DC5DF" wp14:textId="77777777">
      <w:pPr>
        <w:pBdr>
          <w:left w:val="single" w:color="999999" w:sz="12" w:space="8"/>
        </w:pBdr>
        <w:spacing w:before="120" w:after="120"/>
        <w:ind w:left="850"/>
        <w:pBdr>
          <w:left w:val="single" w:color="999999" w:sz="12" w:space="8"/>
        </w:pBdr>
      </w:pPr>
      <w:r w:rsidRPr="4E655057" w:rsidR="4E655057">
        <w:rPr>
          <w:i w:val="1"/>
          <w:iCs w:val="1"/>
          <w:color w:val="444444"/>
        </w:rPr>
        <w:t xml:space="preserve">"Artikel 6, lid 3, van </w:t>
      </w:r>
      <w:r w:rsidRPr="4E655057" w:rsidR="4E655057">
        <w:rPr>
          <w:i w:val="1"/>
          <w:iCs w:val="1"/>
          <w:color w:val="444444"/>
        </w:rPr>
        <w:t>richtlijn</w:t>
      </w:r>
      <w:r w:rsidRPr="4E655057" w:rsidR="4E655057">
        <w:rPr>
          <w:i w:val="1"/>
          <w:iCs w:val="1"/>
          <w:color w:val="444444"/>
        </w:rPr>
        <w:t xml:space="preserve"> 92/43 </w:t>
      </w:r>
      <w:r w:rsidRPr="4E655057" w:rsidR="4E655057">
        <w:rPr>
          <w:i w:val="1"/>
          <w:iCs w:val="1"/>
          <w:color w:val="444444"/>
        </w:rPr>
        <w:t>moet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aldus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worden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uitgelegd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dat</w:t>
      </w:r>
      <w:r w:rsidRPr="4E655057" w:rsidR="4E655057">
        <w:rPr>
          <w:i w:val="1"/>
          <w:iCs w:val="1"/>
          <w:color w:val="444444"/>
        </w:rPr>
        <w:t xml:space="preserve"> [...] het </w:t>
      </w:r>
      <w:r w:rsidRPr="4E655057" w:rsidR="4E655057">
        <w:rPr>
          <w:i w:val="1"/>
          <w:iCs w:val="1"/>
          <w:color w:val="444444"/>
        </w:rPr>
        <w:t>niet</w:t>
      </w:r>
      <w:r w:rsidRPr="4E655057" w:rsidR="4E655057">
        <w:rPr>
          <w:i w:val="1"/>
          <w:iCs w:val="1"/>
          <w:color w:val="444444"/>
        </w:rPr>
        <w:t xml:space="preserve"> is </w:t>
      </w:r>
      <w:r w:rsidRPr="4E655057" w:rsidR="4E655057">
        <w:rPr>
          <w:i w:val="1"/>
          <w:iCs w:val="1"/>
          <w:color w:val="444444"/>
        </w:rPr>
        <w:t>toegestaan</w:t>
      </w:r>
      <w:r w:rsidRPr="4E655057" w:rsidR="4E655057">
        <w:rPr>
          <w:i w:val="1"/>
          <w:iCs w:val="1"/>
          <w:color w:val="444444"/>
        </w:rPr>
        <w:t xml:space="preserve"> om </w:t>
      </w:r>
      <w:r w:rsidRPr="4E655057" w:rsidR="4E655057">
        <w:rPr>
          <w:i w:val="1"/>
          <w:iCs w:val="1"/>
          <w:color w:val="444444"/>
        </w:rPr>
        <w:t>bij</w:t>
      </w:r>
      <w:r w:rsidRPr="4E655057" w:rsidR="4E655057">
        <w:rPr>
          <w:i w:val="1"/>
          <w:iCs w:val="1"/>
          <w:color w:val="444444"/>
        </w:rPr>
        <w:t xml:space="preserve"> de </w:t>
      </w:r>
      <w:r w:rsidRPr="4E655057" w:rsidR="4E655057">
        <w:rPr>
          <w:i w:val="1"/>
          <w:iCs w:val="1"/>
          <w:color w:val="444444"/>
        </w:rPr>
        <w:t>vraag</w:t>
      </w:r>
      <w:r w:rsidRPr="4E655057" w:rsidR="4E655057">
        <w:rPr>
          <w:i w:val="1"/>
          <w:iCs w:val="1"/>
          <w:color w:val="444444"/>
        </w:rPr>
        <w:t xml:space="preserve"> of het </w:t>
      </w:r>
      <w:r w:rsidRPr="4E655057" w:rsidR="4E655057">
        <w:rPr>
          <w:i w:val="1"/>
          <w:iCs w:val="1"/>
          <w:color w:val="444444"/>
        </w:rPr>
        <w:t>noodzakelijk</w:t>
      </w:r>
      <w:r w:rsidRPr="4E655057" w:rsidR="4E655057">
        <w:rPr>
          <w:i w:val="1"/>
          <w:iCs w:val="1"/>
          <w:color w:val="444444"/>
        </w:rPr>
        <w:t xml:space="preserve"> is </w:t>
      </w:r>
      <w:r w:rsidRPr="4E655057" w:rsidR="4E655057">
        <w:rPr>
          <w:i w:val="1"/>
          <w:iCs w:val="1"/>
          <w:color w:val="444444"/>
        </w:rPr>
        <w:t>een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passende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beoordeling</w:t>
      </w:r>
      <w:r w:rsidRPr="4E655057" w:rsidR="4E655057">
        <w:rPr>
          <w:i w:val="1"/>
          <w:iCs w:val="1"/>
          <w:color w:val="444444"/>
        </w:rPr>
        <w:t xml:space="preserve"> van de </w:t>
      </w:r>
      <w:r w:rsidRPr="4E655057" w:rsidR="4E655057">
        <w:rPr>
          <w:i w:val="1"/>
          <w:iCs w:val="1"/>
          <w:color w:val="444444"/>
        </w:rPr>
        <w:t>gevolgen</w:t>
      </w:r>
      <w:r w:rsidRPr="4E655057" w:rsidR="4E655057">
        <w:rPr>
          <w:i w:val="1"/>
          <w:iCs w:val="1"/>
          <w:color w:val="444444"/>
        </w:rPr>
        <w:t xml:space="preserve"> van </w:t>
      </w:r>
      <w:r w:rsidRPr="4E655057" w:rsidR="4E655057">
        <w:rPr>
          <w:i w:val="1"/>
          <w:iCs w:val="1"/>
          <w:color w:val="444444"/>
        </w:rPr>
        <w:t>een</w:t>
      </w:r>
      <w:r w:rsidRPr="4E655057" w:rsidR="4E655057">
        <w:rPr>
          <w:i w:val="1"/>
          <w:iCs w:val="1"/>
          <w:color w:val="444444"/>
        </w:rPr>
        <w:t xml:space="preserve"> plan of project </w:t>
      </w:r>
      <w:r w:rsidRPr="4E655057" w:rsidR="4E655057">
        <w:rPr>
          <w:i w:val="1"/>
          <w:iCs w:val="1"/>
          <w:color w:val="444444"/>
        </w:rPr>
        <w:t>voor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een</w:t>
      </w:r>
      <w:r w:rsidRPr="4E655057" w:rsidR="4E655057">
        <w:rPr>
          <w:i w:val="1"/>
          <w:iCs w:val="1"/>
          <w:color w:val="444444"/>
        </w:rPr>
        <w:t xml:space="preserve"> Natura 2000-gebied </w:t>
      </w:r>
      <w:r w:rsidRPr="4E655057" w:rsidR="4E655057">
        <w:rPr>
          <w:i w:val="1"/>
          <w:iCs w:val="1"/>
          <w:color w:val="444444"/>
        </w:rPr>
        <w:t>te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verrichten</w:t>
      </w:r>
      <w:r w:rsidRPr="4E655057" w:rsidR="4E655057">
        <w:rPr>
          <w:i w:val="1"/>
          <w:iCs w:val="1"/>
          <w:color w:val="444444"/>
        </w:rPr>
        <w:t xml:space="preserve">, </w:t>
      </w:r>
      <w:r w:rsidRPr="4E655057" w:rsidR="4E655057">
        <w:rPr>
          <w:i w:val="1"/>
          <w:iCs w:val="1"/>
          <w:color w:val="444444"/>
        </w:rPr>
        <w:t>rekening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te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houden</w:t>
      </w:r>
      <w:r w:rsidRPr="4E655057" w:rsidR="4E655057">
        <w:rPr>
          <w:i w:val="1"/>
          <w:iCs w:val="1"/>
          <w:color w:val="444444"/>
        </w:rPr>
        <w:t xml:space="preserve"> met </w:t>
      </w:r>
      <w:r w:rsidRPr="4E655057" w:rsidR="4E655057">
        <w:rPr>
          <w:i w:val="1"/>
          <w:iCs w:val="1"/>
          <w:color w:val="444444"/>
        </w:rPr>
        <w:t>maatregelen</w:t>
      </w:r>
      <w:r w:rsidRPr="4E655057" w:rsidR="4E655057">
        <w:rPr>
          <w:i w:val="1"/>
          <w:iCs w:val="1"/>
          <w:color w:val="444444"/>
        </w:rPr>
        <w:t xml:space="preserve"> die </w:t>
      </w:r>
      <w:r w:rsidRPr="4E655057" w:rsidR="4E655057">
        <w:rPr>
          <w:i w:val="1"/>
          <w:iCs w:val="1"/>
          <w:color w:val="444444"/>
        </w:rPr>
        <w:t>ertoe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strekken</w:t>
      </w:r>
      <w:r w:rsidRPr="4E655057" w:rsidR="4E655057">
        <w:rPr>
          <w:i w:val="1"/>
          <w:iCs w:val="1"/>
          <w:color w:val="444444"/>
        </w:rPr>
        <w:t xml:space="preserve"> de </w:t>
      </w:r>
      <w:r w:rsidRPr="4E655057" w:rsidR="4E655057">
        <w:rPr>
          <w:i w:val="1"/>
          <w:iCs w:val="1"/>
          <w:color w:val="444444"/>
        </w:rPr>
        <w:t>schadelijke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gevolgen</w:t>
      </w:r>
      <w:r w:rsidRPr="4E655057" w:rsidR="4E655057">
        <w:rPr>
          <w:i w:val="1"/>
          <w:iCs w:val="1"/>
          <w:color w:val="444444"/>
        </w:rPr>
        <w:t xml:space="preserve"> van het plan of project </w:t>
      </w:r>
      <w:r w:rsidRPr="4E655057" w:rsidR="4E655057">
        <w:rPr>
          <w:i w:val="1"/>
          <w:iCs w:val="1"/>
          <w:color w:val="444444"/>
        </w:rPr>
        <w:t>voor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dat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gebied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te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voorkomen</w:t>
      </w:r>
      <w:r w:rsidRPr="4E655057" w:rsidR="4E655057">
        <w:rPr>
          <w:i w:val="1"/>
          <w:iCs w:val="1"/>
          <w:color w:val="444444"/>
        </w:rPr>
        <w:t xml:space="preserve"> of </w:t>
      </w:r>
      <w:r w:rsidRPr="4E655057" w:rsidR="4E655057">
        <w:rPr>
          <w:i w:val="1"/>
          <w:iCs w:val="1"/>
          <w:color w:val="444444"/>
        </w:rPr>
        <w:t>te</w:t>
      </w:r>
      <w:r w:rsidRPr="4E655057" w:rsidR="4E655057">
        <w:rPr>
          <w:i w:val="1"/>
          <w:iCs w:val="1"/>
          <w:color w:val="444444"/>
        </w:rPr>
        <w:t xml:space="preserve"> </w:t>
      </w:r>
      <w:r w:rsidRPr="4E655057" w:rsidR="4E655057">
        <w:rPr>
          <w:i w:val="1"/>
          <w:iCs w:val="1"/>
          <w:color w:val="444444"/>
        </w:rPr>
        <w:t>verminderen</w:t>
      </w:r>
      <w:r w:rsidRPr="4E655057" w:rsidR="4E655057">
        <w:rPr>
          <w:i w:val="1"/>
          <w:iCs w:val="1"/>
          <w:color w:val="444444"/>
        </w:rPr>
        <w:t>."</w:t>
      </w:r>
    </w:p>
    <w:p xmlns:wp14="http://schemas.microsoft.com/office/word/2010/wordml" w14:paraId="0F7FF32F" wp14:textId="77777777">
      <w:r w:rsidR="4E655057">
        <w:rPr/>
        <w:t xml:space="preserve">Dit </w:t>
      </w:r>
      <w:r w:rsidR="4E655057">
        <w:rPr/>
        <w:t>betekent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="4E655057">
        <w:rPr/>
        <w:t>milderende</w:t>
      </w:r>
      <w:r w:rsidR="4E655057">
        <w:rPr/>
        <w:t xml:space="preserve"> </w:t>
      </w:r>
      <w:r w:rsidR="4E655057">
        <w:rPr/>
        <w:t>maatregelen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mogen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meegenomen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de </w:t>
      </w:r>
      <w:r w:rsidR="4E655057">
        <w:rPr/>
        <w:t>beoordeling</w:t>
      </w:r>
      <w:r w:rsidR="4E655057">
        <w:rPr/>
        <w:t xml:space="preserve"> of </w:t>
      </w:r>
      <w:r w:rsidR="4E655057">
        <w:rPr/>
        <w:t>een</w:t>
      </w:r>
      <w:r w:rsidR="4E655057">
        <w:rPr/>
        <w:t xml:space="preserve"> plan of project </w:t>
      </w:r>
      <w:r w:rsidR="4E655057">
        <w:rPr/>
        <w:t>significante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 </w:t>
      </w:r>
      <w:r w:rsidR="4E655057">
        <w:rPr/>
        <w:t>kan</w:t>
      </w:r>
      <w:r w:rsidR="4E655057">
        <w:rPr/>
        <w:t xml:space="preserve"> </w:t>
      </w:r>
      <w:r w:rsidR="4E655057">
        <w:rPr/>
        <w:t>hebben</w:t>
      </w:r>
      <w:r w:rsidR="4E655057">
        <w:rPr/>
        <w:t xml:space="preserve">. De </w:t>
      </w:r>
      <w:r w:rsidR="4E655057">
        <w:rPr/>
        <w:t>conclusie</w:t>
      </w:r>
      <w:r w:rsidR="4E655057">
        <w:rPr/>
        <w:t xml:space="preserve"> van het MER </w:t>
      </w:r>
      <w:r w:rsidR="4E655057">
        <w:rPr/>
        <w:t>dat</w:t>
      </w:r>
      <w:r w:rsidR="4E655057">
        <w:rPr/>
        <w:t xml:space="preserve"> er "</w:t>
      </w:r>
      <w:r w:rsidR="4E655057">
        <w:rPr/>
        <w:t>geen</w:t>
      </w:r>
      <w:r w:rsidR="4E655057">
        <w:rPr/>
        <w:t xml:space="preserve"> </w:t>
      </w:r>
      <w:r w:rsidR="4E655057">
        <w:rPr/>
        <w:t>betekenisvol</w:t>
      </w:r>
      <w:r w:rsidR="4E655057">
        <w:rPr/>
        <w:t xml:space="preserve"> </w:t>
      </w:r>
      <w:r w:rsidR="4E655057">
        <w:rPr/>
        <w:t>negatieve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" </w:t>
      </w:r>
      <w:r w:rsidR="4E655057">
        <w:rPr/>
        <w:t>zijn</w:t>
      </w:r>
      <w:r w:rsidR="4E655057">
        <w:rPr/>
        <w:t xml:space="preserve">, is </w:t>
      </w:r>
      <w:r w:rsidR="4E655057">
        <w:rPr/>
        <w:t>mede</w:t>
      </w:r>
      <w:r w:rsidR="4E655057">
        <w:rPr/>
        <w:t xml:space="preserve"> </w:t>
      </w:r>
      <w:r w:rsidR="4E655057">
        <w:rPr/>
        <w:t>gebaseerd</w:t>
      </w:r>
      <w:r w:rsidR="4E655057">
        <w:rPr/>
        <w:t xml:space="preserve"> op </w:t>
      </w:r>
      <w:r w:rsidR="4E655057">
        <w:rPr/>
        <w:t>milderende</w:t>
      </w:r>
      <w:r w:rsidR="4E655057">
        <w:rPr/>
        <w:t xml:space="preserve"> </w:t>
      </w:r>
      <w:r w:rsidR="4E655057">
        <w:rPr/>
        <w:t>maatregelen</w:t>
      </w:r>
      <w:r w:rsidR="4E655057">
        <w:rPr/>
        <w:t xml:space="preserve"> die -- </w:t>
      </w:r>
      <w:r w:rsidR="4E655057">
        <w:rPr/>
        <w:t>zelfs</w:t>
      </w:r>
      <w:r w:rsidR="4E655057">
        <w:rPr/>
        <w:t xml:space="preserve"> </w:t>
      </w:r>
      <w:r w:rsidR="4E655057">
        <w:rPr/>
        <w:t>indien</w:t>
      </w:r>
      <w:r w:rsidR="4E655057">
        <w:rPr/>
        <w:t xml:space="preserve"> </w:t>
      </w:r>
      <w:r w:rsidR="4E655057">
        <w:rPr/>
        <w:t>zij</w:t>
      </w:r>
      <w:r w:rsidR="4E655057">
        <w:rPr/>
        <w:t xml:space="preserve"> </w:t>
      </w:r>
      <w:r w:rsidR="4E655057">
        <w:rPr/>
        <w:t>wél</w:t>
      </w:r>
      <w:r w:rsidR="4E655057">
        <w:rPr/>
        <w:t xml:space="preserve"> </w:t>
      </w:r>
      <w:r w:rsidR="4E655057">
        <w:rPr/>
        <w:t>bindend</w:t>
      </w:r>
      <w:r w:rsidR="4E655057">
        <w:rPr/>
        <w:t xml:space="preserve"> </w:t>
      </w:r>
      <w:r w:rsidR="4E655057">
        <w:rPr/>
        <w:t>zouden</w:t>
      </w:r>
      <w:r w:rsidR="4E655057">
        <w:rPr/>
        <w:t xml:space="preserve"> </w:t>
      </w:r>
      <w:r w:rsidR="4E655057">
        <w:rPr/>
        <w:t>zijn</w:t>
      </w:r>
      <w:r w:rsidR="4E655057">
        <w:rPr/>
        <w:t xml:space="preserve"> -- conform People Over Wind </w:t>
      </w:r>
      <w:r w:rsidR="4E655057">
        <w:rPr/>
        <w:t>niet</w:t>
      </w:r>
      <w:r w:rsidR="4E655057">
        <w:rPr/>
        <w:t xml:space="preserve"> in de </w:t>
      </w:r>
      <w:r w:rsidR="4E655057">
        <w:rPr/>
        <w:t>beoordeling</w:t>
      </w:r>
      <w:r w:rsidR="4E655057">
        <w:rPr/>
        <w:t xml:space="preserve"> </w:t>
      </w:r>
      <w:r w:rsidR="4E655057">
        <w:rPr/>
        <w:t>hadden</w:t>
      </w:r>
      <w:r w:rsidR="4E655057">
        <w:rPr/>
        <w:t xml:space="preserve"> </w:t>
      </w:r>
      <w:r w:rsidR="4E655057">
        <w:rPr/>
        <w:t>mogen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meegenomen</w:t>
      </w:r>
      <w:r w:rsidR="4E655057">
        <w:rPr/>
        <w:t>.</w:t>
      </w:r>
    </w:p>
    <w:p xmlns:wp14="http://schemas.microsoft.com/office/word/2010/wordml" w:rsidP="4E655057" w14:paraId="4101652C" wp14:textId="77777777">
      <w:pPr>
        <w:pBdr>
          <w:bottom w:val="single" w:color="CCCCCC" w:sz="6" w:space="1"/>
        </w:pBdr>
        <w:spacing w:before="240" w:after="240"/>
        <w:pBdr>
          <w:bottom w:val="single" w:color="CCCCCC" w:sz="6" w:space="1"/>
        </w:pBdr>
      </w:pPr>
    </w:p>
    <w:p xmlns:wp14="http://schemas.microsoft.com/office/word/2010/wordml" w14:paraId="402C3118" wp14:textId="77777777">
      <w:pPr>
        <w:pStyle w:val="Heading2"/>
      </w:pPr>
      <w:r>
        <w:t>9. SOORTENTOETS ONTBREEKT INHOUDELIJK</w:t>
      </w:r>
    </w:p>
    <w:p xmlns:wp14="http://schemas.microsoft.com/office/word/2010/wordml" w14:paraId="39C2DB09" wp14:textId="77777777">
      <w:pPr>
        <w:pStyle w:val="Heading3"/>
      </w:pPr>
      <w:r w:rsidR="4E655057">
        <w:rPr/>
        <w:t xml:space="preserve">9.1 </w:t>
      </w:r>
      <w:r w:rsidR="4E655057">
        <w:rPr/>
        <w:t>Verwijzing</w:t>
      </w:r>
      <w:r w:rsidR="4E655057">
        <w:rPr/>
        <w:t xml:space="preserve"> </w:t>
      </w:r>
      <w:r w:rsidR="4E655057">
        <w:rPr/>
        <w:t>zonder</w:t>
      </w:r>
      <w:r w:rsidR="4E655057">
        <w:rPr/>
        <w:t xml:space="preserve"> </w:t>
      </w:r>
      <w:r w:rsidR="4E655057">
        <w:rPr/>
        <w:t>inhoud</w:t>
      </w:r>
    </w:p>
    <w:p xmlns:wp14="http://schemas.microsoft.com/office/word/2010/wordml" w14:paraId="6E2DC34D" wp14:textId="77777777">
      <w:r w:rsidR="4E655057">
        <w:rPr/>
        <w:t xml:space="preserve">De </w:t>
      </w:r>
      <w:r w:rsidR="4E655057">
        <w:rPr/>
        <w:t>soortentoets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, net </w:t>
      </w:r>
      <w:r w:rsidR="4E655057">
        <w:rPr/>
        <w:t>als</w:t>
      </w:r>
      <w:r w:rsidR="4E655057">
        <w:rPr/>
        <w:t xml:space="preserve"> de </w:t>
      </w:r>
      <w:r w:rsidR="4E655057">
        <w:rPr/>
        <w:t>passende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, </w:t>
      </w:r>
      <w:r w:rsidR="4E655057">
        <w:rPr/>
        <w:t>integraal</w:t>
      </w:r>
      <w:r w:rsidR="4E655057">
        <w:rPr/>
        <w:t xml:space="preserve"> </w:t>
      </w:r>
      <w:r w:rsidR="4E655057">
        <w:rPr/>
        <w:t>verwezen</w:t>
      </w:r>
      <w:r w:rsidR="4E655057">
        <w:rPr/>
        <w:t xml:space="preserve"> </w:t>
      </w:r>
      <w:r w:rsidR="4E655057">
        <w:rPr/>
        <w:t>naar</w:t>
      </w:r>
      <w:r w:rsidR="4E655057">
        <w:rPr/>
        <w:t xml:space="preserve"> "</w:t>
      </w:r>
      <w:r w:rsidR="4E655057">
        <w:rPr/>
        <w:t>Bijlage</w:t>
      </w:r>
      <w:r w:rsidR="4E655057">
        <w:rPr/>
        <w:t xml:space="preserve"> 10.1" (p. 10-230). Het MER-</w:t>
      </w:r>
      <w:r w:rsidR="4E655057">
        <w:rPr/>
        <w:t>hoofdstuk</w:t>
      </w:r>
      <w:r w:rsidR="4E655057">
        <w:rPr/>
        <w:t xml:space="preserve"> </w:t>
      </w:r>
      <w:r w:rsidR="4E655057">
        <w:rPr/>
        <w:t>bevat</w:t>
      </w:r>
      <w:r w:rsidR="4E655057">
        <w:rPr/>
        <w:t xml:space="preserve"> </w:t>
      </w:r>
      <w:r w:rsidR="4E655057">
        <w:rPr/>
        <w:t>geen</w:t>
      </w:r>
      <w:r w:rsidR="4E655057">
        <w:rPr/>
        <w:t xml:space="preserve"> </w:t>
      </w:r>
      <w:r w:rsidR="4E655057">
        <w:rPr/>
        <w:t>inhoudelijke</w:t>
      </w:r>
      <w:r w:rsidR="4E655057">
        <w:rPr/>
        <w:t xml:space="preserve"> </w:t>
      </w:r>
      <w:r w:rsidR="4E655057">
        <w:rPr/>
        <w:t>soortentoets</w:t>
      </w:r>
      <w:r w:rsidR="4E655057">
        <w:rPr/>
        <w:t>.</w:t>
      </w:r>
    </w:p>
    <w:p xmlns:wp14="http://schemas.microsoft.com/office/word/2010/wordml" w14:paraId="1DCAA7A4" wp14:textId="77777777">
      <w:pPr>
        <w:pStyle w:val="Heading3"/>
      </w:pPr>
      <w:r w:rsidR="4E655057">
        <w:rPr/>
        <w:t xml:space="preserve">9.2 </w:t>
      </w:r>
      <w:r w:rsidR="4E655057">
        <w:rPr/>
        <w:t>Beschermde</w:t>
      </w:r>
      <w:r w:rsidR="4E655057">
        <w:rPr/>
        <w:t xml:space="preserve"> </w:t>
      </w:r>
      <w:r w:rsidR="4E655057">
        <w:rPr/>
        <w:t>soorten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voorzienbaar</w:t>
      </w:r>
      <w:r w:rsidR="4E655057">
        <w:rPr/>
        <w:t xml:space="preserve"> </w:t>
      </w:r>
      <w:r w:rsidR="4E655057">
        <w:rPr/>
        <w:t>verstoord</w:t>
      </w:r>
    </w:p>
    <w:p xmlns:wp14="http://schemas.microsoft.com/office/word/2010/wordml" w14:paraId="12053FE5" wp14:textId="77777777">
      <w:r w:rsidR="4E655057">
        <w:rPr/>
        <w:t xml:space="preserve">Het MER </w:t>
      </w:r>
      <w:r w:rsidR="4E655057">
        <w:rPr/>
        <w:t>documenteert</w:t>
      </w:r>
      <w:r w:rsidR="4E655057">
        <w:rPr/>
        <w:t xml:space="preserve"> </w:t>
      </w:r>
      <w:r w:rsidR="4E655057">
        <w:rPr/>
        <w:t>zelf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het project </w:t>
      </w:r>
      <w:r w:rsidR="4E655057">
        <w:rPr/>
        <w:t>voorzienbaar</w:t>
      </w:r>
      <w:r w:rsidR="4E655057">
        <w:rPr/>
        <w:t xml:space="preserve"> </w:t>
      </w:r>
      <w:r w:rsidR="4E655057">
        <w:rPr/>
        <w:t>leidt</w:t>
      </w:r>
      <w:r w:rsidR="4E655057">
        <w:rPr/>
        <w:t xml:space="preserve"> tot </w:t>
      </w:r>
      <w:r w:rsidR="4E655057">
        <w:rPr/>
        <w:t>verstoring</w:t>
      </w:r>
      <w:r w:rsidR="4E655057">
        <w:rPr/>
        <w:t xml:space="preserve"> van </w:t>
      </w:r>
      <w:r w:rsidR="4E655057">
        <w:rPr/>
        <w:t>beschermde</w:t>
      </w:r>
      <w:r w:rsidR="4E655057">
        <w:rPr/>
        <w:t xml:space="preserve"> </w:t>
      </w:r>
      <w:r w:rsidR="4E655057">
        <w:rPr/>
        <w:t>soorten</w:t>
      </w:r>
      <w:r w:rsidR="4E655057">
        <w:rPr/>
        <w:t>:</w:t>
      </w:r>
    </w:p>
    <w:p xmlns:wp14="http://schemas.microsoft.com/office/word/2010/wordml" w14:paraId="0BAFE648" wp14:textId="77777777">
      <w:r w:rsidRPr="4E655057" w:rsidR="4E655057">
        <w:rPr>
          <w:b w:val="1"/>
          <w:bCs w:val="1"/>
        </w:rPr>
        <w:t>Vleermuizen</w:t>
      </w:r>
      <w:r w:rsidRPr="4E655057" w:rsidR="4E655057">
        <w:rPr>
          <w:b w:val="1"/>
          <w:bCs w:val="1"/>
        </w:rPr>
        <w:t>:</w:t>
      </w:r>
    </w:p>
    <w:p xmlns:wp14="http://schemas.microsoft.com/office/word/2010/wordml" w14:paraId="0A2B7311" wp14:textId="77777777">
      <w:pPr>
        <w:pStyle w:val="ListBullet"/>
        <w:spacing w:after="60"/>
        <w:ind w:left="720"/>
        <w:rPr/>
      </w:pPr>
      <w:r w:rsidR="4E655057">
        <w:rPr/>
        <w:t>Meerdere</w:t>
      </w:r>
      <w:r w:rsidR="4E655057">
        <w:rPr/>
        <w:t xml:space="preserve"> </w:t>
      </w:r>
      <w:r w:rsidR="4E655057">
        <w:rPr/>
        <w:t>soorten</w:t>
      </w:r>
      <w:r w:rsidR="4E655057">
        <w:rPr/>
        <w:t xml:space="preserve"> </w:t>
      </w:r>
      <w:r w:rsidR="4E655057">
        <w:rPr/>
        <w:t>aangetroffen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inventarisaties</w:t>
      </w:r>
      <w:r w:rsidR="4E655057">
        <w:rPr/>
        <w:t xml:space="preserve"> </w:t>
      </w:r>
      <w:r w:rsidR="4E655057">
        <w:rPr/>
        <w:t>rond</w:t>
      </w:r>
      <w:r w:rsidR="4E655057">
        <w:rPr/>
        <w:t xml:space="preserve"> HS Gezelle (p. 10-50</w:t>
      </w:r>
      <w:r w:rsidR="4E655057">
        <w:rPr/>
        <w:t>);</w:t>
      </w:r>
    </w:p>
    <w:p xmlns:wp14="http://schemas.microsoft.com/office/word/2010/wordml" w14:paraId="2D01B3A2" wp14:textId="77777777">
      <w:pPr>
        <w:pStyle w:val="ListBullet"/>
        <w:spacing w:after="60"/>
        <w:ind w:left="720"/>
        <w:rPr/>
      </w:pPr>
      <w:r w:rsidR="4E655057">
        <w:rPr/>
        <w:t>Basisbescherming</w:t>
      </w:r>
      <w:r w:rsidR="4E655057">
        <w:rPr/>
        <w:t xml:space="preserve"> </w:t>
      </w:r>
      <w:r w:rsidR="4E655057">
        <w:rPr/>
        <w:t>onder</w:t>
      </w:r>
      <w:r w:rsidR="4E655057">
        <w:rPr/>
        <w:t xml:space="preserve"> </w:t>
      </w:r>
      <w:r w:rsidR="4E655057">
        <w:rPr/>
        <w:t>Bijlage</w:t>
      </w:r>
      <w:r w:rsidR="4E655057">
        <w:rPr/>
        <w:t xml:space="preserve"> 1 </w:t>
      </w:r>
      <w:r w:rsidR="4E655057">
        <w:rPr/>
        <w:t>Soortenbesluit</w:t>
      </w:r>
      <w:r w:rsidR="4E655057">
        <w:rPr/>
        <w:t>;</w:t>
      </w:r>
    </w:p>
    <w:p xmlns:wp14="http://schemas.microsoft.com/office/word/2010/wordml" w14:paraId="385895BC" wp14:textId="77777777">
      <w:pPr>
        <w:pStyle w:val="ListBullet"/>
        <w:spacing w:after="60"/>
        <w:ind w:left="720"/>
        <w:rPr/>
      </w:pPr>
      <w:r w:rsidR="4E655057">
        <w:rPr/>
        <w:t xml:space="preserve">Kap van </w:t>
      </w:r>
      <w:r w:rsidR="4E655057">
        <w:rPr/>
        <w:t>bomen</w:t>
      </w:r>
      <w:r w:rsidR="4E655057">
        <w:rPr/>
        <w:t xml:space="preserve"> met </w:t>
      </w:r>
      <w:r w:rsidR="4E655057">
        <w:rPr/>
        <w:t>holtes</w:t>
      </w:r>
      <w:r w:rsidR="4E655057">
        <w:rPr/>
        <w:t xml:space="preserve"> (</w:t>
      </w:r>
      <w:r w:rsidR="4E655057">
        <w:rPr/>
        <w:t>voortplantings</w:t>
      </w:r>
      <w:r w:rsidR="4E655057">
        <w:rPr/>
        <w:t xml:space="preserve">- </w:t>
      </w:r>
      <w:r w:rsidR="4E655057">
        <w:rPr/>
        <w:t>en</w:t>
      </w:r>
      <w:r w:rsidR="4E655057">
        <w:rPr/>
        <w:t xml:space="preserve"> </w:t>
      </w:r>
      <w:r w:rsidR="4E655057">
        <w:rPr/>
        <w:t>rustplaatsen</w:t>
      </w:r>
      <w:r w:rsidR="4E655057">
        <w:rPr/>
        <w:t xml:space="preserve">): </w:t>
      </w:r>
      <w:r w:rsidR="4E655057">
        <w:rPr/>
        <w:t>lokaal</w:t>
      </w:r>
      <w:r w:rsidR="4E655057">
        <w:rPr/>
        <w:t xml:space="preserve"> effect </w:t>
      </w:r>
      <w:r w:rsidR="4E655057">
        <w:rPr/>
        <w:t>-2;</w:t>
      </w:r>
    </w:p>
    <w:p xmlns:wp14="http://schemas.microsoft.com/office/word/2010/wordml" w14:paraId="5AB3DED0" wp14:textId="77777777">
      <w:pPr>
        <w:pStyle w:val="ListBullet"/>
        <w:spacing w:after="60"/>
        <w:ind w:left="720"/>
        <w:rPr/>
      </w:pPr>
      <w:r w:rsidR="4E655057">
        <w:rPr/>
        <w:t>Milderende</w:t>
      </w:r>
      <w:r w:rsidR="4E655057">
        <w:rPr/>
        <w:t xml:space="preserve"> </w:t>
      </w:r>
      <w:r w:rsidR="4E655057">
        <w:rPr/>
        <w:t>maatregel</w:t>
      </w:r>
      <w:r w:rsidR="4E655057">
        <w:rPr/>
        <w:t xml:space="preserve"> (</w:t>
      </w:r>
      <w:r w:rsidR="4E655057">
        <w:rPr/>
        <w:t>gecontroleerd</w:t>
      </w:r>
      <w:r w:rsidR="4E655057">
        <w:rPr/>
        <w:t xml:space="preserve"> </w:t>
      </w:r>
      <w:r w:rsidR="4E655057">
        <w:rPr/>
        <w:t>kappen</w:t>
      </w:r>
      <w:r w:rsidR="4E655057">
        <w:rPr/>
        <w:t xml:space="preserve">) is </w:t>
      </w:r>
      <w:r w:rsidR="4E655057">
        <w:rPr/>
        <w:t>slechts</w:t>
      </w:r>
      <w:r w:rsidR="4E655057">
        <w:rPr/>
        <w:t xml:space="preserve"> "</w:t>
      </w:r>
      <w:r w:rsidR="4E655057">
        <w:rPr/>
        <w:t>aanbevolen</w:t>
      </w:r>
      <w:r w:rsidR="4E655057">
        <w:rPr/>
        <w:t>" (p. 10-240).</w:t>
      </w:r>
    </w:p>
    <w:p xmlns:wp14="http://schemas.microsoft.com/office/word/2010/wordml" w14:paraId="7A2A6804" wp14:textId="77777777">
      <w:r>
        <w:rPr>
          <w:b/>
        </w:rPr>
        <w:t>Das:</w:t>
      </w:r>
    </w:p>
    <w:p xmlns:wp14="http://schemas.microsoft.com/office/word/2010/wordml" w14:paraId="1590AC38" wp14:textId="77777777">
      <w:pPr>
        <w:pStyle w:val="ListBullet"/>
        <w:spacing w:after="60"/>
        <w:ind w:left="720"/>
        <w:rPr/>
      </w:pPr>
      <w:r w:rsidR="4E655057">
        <w:rPr/>
        <w:t>Historisch</w:t>
      </w:r>
      <w:r w:rsidR="4E655057">
        <w:rPr/>
        <w:t xml:space="preserve"> </w:t>
      </w:r>
      <w:r w:rsidR="4E655057">
        <w:rPr/>
        <w:t>voorkomen</w:t>
      </w:r>
      <w:r w:rsidR="4E655057">
        <w:rPr/>
        <w:t xml:space="preserve"> </w:t>
      </w:r>
      <w:r w:rsidR="4E655057">
        <w:rPr/>
        <w:t>langs</w:t>
      </w:r>
      <w:r w:rsidR="4E655057">
        <w:rPr/>
        <w:t xml:space="preserve"> E40 </w:t>
      </w:r>
      <w:r w:rsidR="4E655057">
        <w:rPr/>
        <w:t>bij</w:t>
      </w:r>
      <w:r w:rsidR="4E655057">
        <w:rPr/>
        <w:t xml:space="preserve"> mast EV209 P27 (p. 10-52</w:t>
      </w:r>
      <w:r w:rsidR="4E655057">
        <w:rPr/>
        <w:t>);</w:t>
      </w:r>
    </w:p>
    <w:p xmlns:wp14="http://schemas.microsoft.com/office/word/2010/wordml" w14:paraId="50943D20" wp14:textId="77777777">
      <w:pPr>
        <w:pStyle w:val="ListBullet"/>
        <w:spacing w:after="60"/>
        <w:ind w:left="720"/>
        <w:rPr/>
      </w:pPr>
      <w:r w:rsidR="4E655057">
        <w:rPr/>
        <w:t>Potentiele</w:t>
      </w:r>
      <w:r w:rsidR="4E655057">
        <w:rPr/>
        <w:t xml:space="preserve"> </w:t>
      </w:r>
      <w:r w:rsidR="4E655057">
        <w:rPr/>
        <w:t>dassenbuurt</w:t>
      </w:r>
      <w:r w:rsidR="4E655057">
        <w:rPr/>
        <w:t xml:space="preserve"> </w:t>
      </w:r>
      <w:r w:rsidR="4E655057">
        <w:rPr/>
        <w:t>aanwezig</w:t>
      </w:r>
      <w:r w:rsidR="4E655057">
        <w:rPr/>
        <w:t xml:space="preserve"> (p. 10-244</w:t>
      </w:r>
      <w:r w:rsidR="4E655057">
        <w:rPr/>
        <w:t>);</w:t>
      </w:r>
    </w:p>
    <w:p xmlns:wp14="http://schemas.microsoft.com/office/word/2010/wordml" w14:paraId="514F5705" wp14:textId="77777777">
      <w:pPr>
        <w:pStyle w:val="ListBullet"/>
        <w:spacing w:after="60"/>
        <w:ind w:left="720"/>
        <w:rPr/>
      </w:pPr>
      <w:r w:rsidR="4E655057">
        <w:rPr/>
        <w:t xml:space="preserve">Effect -2 </w:t>
      </w:r>
      <w:r w:rsidR="4E655057">
        <w:rPr/>
        <w:t>bij</w:t>
      </w:r>
      <w:r w:rsidR="4E655057">
        <w:rPr/>
        <w:t xml:space="preserve"> </w:t>
      </w:r>
      <w:r w:rsidR="4E655057">
        <w:rPr/>
        <w:t>werken</w:t>
      </w:r>
      <w:r w:rsidR="4E655057">
        <w:rPr/>
        <w:t xml:space="preserve"> van </w:t>
      </w:r>
      <w:r w:rsidR="4E655057">
        <w:rPr/>
        <w:t>zonsondergang</w:t>
      </w:r>
      <w:r w:rsidR="4E655057">
        <w:rPr/>
        <w:t xml:space="preserve"> tot </w:t>
      </w:r>
      <w:r w:rsidR="4E655057">
        <w:rPr/>
        <w:t>zonsopgang</w:t>
      </w:r>
      <w:r w:rsidR="4E655057">
        <w:rPr/>
        <w:t xml:space="preserve"> (</w:t>
      </w:r>
      <w:r w:rsidR="4E655057">
        <w:rPr/>
        <w:t>januari-augustus</w:t>
      </w:r>
      <w:r w:rsidR="4E655057">
        <w:rPr/>
        <w:t>);</w:t>
      </w:r>
    </w:p>
    <w:p xmlns:wp14="http://schemas.microsoft.com/office/word/2010/wordml" w14:paraId="13FD3978" wp14:textId="77777777">
      <w:pPr>
        <w:pStyle w:val="ListBullet"/>
        <w:spacing w:after="60"/>
        <w:ind w:left="720"/>
        <w:rPr/>
      </w:pPr>
      <w:r w:rsidR="4E655057">
        <w:rPr/>
        <w:t>Maatregel</w:t>
      </w:r>
      <w:r w:rsidR="4E655057">
        <w:rPr/>
        <w:t xml:space="preserve"> (</w:t>
      </w:r>
      <w:r w:rsidR="4E655057">
        <w:rPr/>
        <w:t>omheining</w:t>
      </w:r>
      <w:r w:rsidR="4E655057">
        <w:rPr/>
        <w:t xml:space="preserve"> </w:t>
      </w:r>
      <w:r w:rsidR="4E655057">
        <w:rPr/>
        <w:t>bouwput</w:t>
      </w:r>
      <w:r w:rsidR="4E655057">
        <w:rPr/>
        <w:t xml:space="preserve">, </w:t>
      </w:r>
      <w:r w:rsidR="4E655057">
        <w:rPr/>
        <w:t>werkbeperking</w:t>
      </w:r>
      <w:r w:rsidR="4E655057">
        <w:rPr/>
        <w:t xml:space="preserve">) </w:t>
      </w:r>
      <w:r w:rsidRPr="4E655057" w:rsidR="4E655057">
        <w:rPr>
          <w:i w:val="1"/>
          <w:iCs w:val="1"/>
        </w:rPr>
        <w:t>"</w:t>
      </w:r>
      <w:r w:rsidRPr="4E655057" w:rsidR="4E655057">
        <w:rPr>
          <w:i w:val="1"/>
          <w:iCs w:val="1"/>
        </w:rPr>
        <w:t>wordt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voorgesteld</w:t>
      </w:r>
      <w:r w:rsidRPr="4E655057" w:rsidR="4E655057">
        <w:rPr>
          <w:i w:val="1"/>
          <w:iCs w:val="1"/>
        </w:rPr>
        <w:t>"</w:t>
      </w:r>
      <w:r w:rsidR="4E655057">
        <w:rPr/>
        <w:t>.</w:t>
      </w:r>
    </w:p>
    <w:p xmlns:wp14="http://schemas.microsoft.com/office/word/2010/wordml" w14:paraId="46E55536" wp14:textId="77777777">
      <w:r w:rsidRPr="4E655057" w:rsidR="4E655057">
        <w:rPr>
          <w:b w:val="1"/>
          <w:bCs w:val="1"/>
        </w:rPr>
        <w:t>Amfibieen</w:t>
      </w:r>
      <w:r w:rsidRPr="4E655057" w:rsidR="4E655057">
        <w:rPr>
          <w:b w:val="1"/>
          <w:bCs w:val="1"/>
        </w:rPr>
        <w:t>:</w:t>
      </w:r>
    </w:p>
    <w:p xmlns:wp14="http://schemas.microsoft.com/office/word/2010/wordml" w14:paraId="069D7F98" wp14:textId="77777777">
      <w:pPr>
        <w:pStyle w:val="ListBullet"/>
        <w:spacing w:after="60"/>
        <w:ind w:left="720"/>
        <w:rPr/>
      </w:pPr>
      <w:r w:rsidR="4E655057">
        <w:rPr/>
        <w:t>Larven</w:t>
      </w:r>
      <w:r w:rsidR="4E655057">
        <w:rPr/>
        <w:t xml:space="preserve"> </w:t>
      </w:r>
      <w:r w:rsidR="4E655057">
        <w:rPr/>
        <w:t>groene</w:t>
      </w:r>
      <w:r w:rsidR="4E655057">
        <w:rPr/>
        <w:t xml:space="preserve"> </w:t>
      </w:r>
      <w:r w:rsidR="4E655057">
        <w:rPr/>
        <w:t>kikker</w:t>
      </w:r>
      <w:r w:rsidR="4E655057">
        <w:rPr/>
        <w:t xml:space="preserve"> </w:t>
      </w:r>
      <w:r w:rsidR="4E655057">
        <w:rPr/>
        <w:t>aangetroffen</w:t>
      </w:r>
      <w:r w:rsidR="4E655057">
        <w:rPr/>
        <w:t xml:space="preserve"> in </w:t>
      </w:r>
      <w:r w:rsidR="4E655057">
        <w:rPr/>
        <w:t>poel</w:t>
      </w:r>
      <w:r w:rsidR="4E655057">
        <w:rPr/>
        <w:t xml:space="preserve"> D </w:t>
      </w:r>
      <w:r w:rsidR="4E655057">
        <w:rPr/>
        <w:t>bij</w:t>
      </w:r>
      <w:r w:rsidR="4E655057">
        <w:rPr/>
        <w:t xml:space="preserve"> HS Gezelle (p. 10-203</w:t>
      </w:r>
      <w:r w:rsidR="4E655057">
        <w:rPr/>
        <w:t>);</w:t>
      </w:r>
    </w:p>
    <w:p xmlns:wp14="http://schemas.microsoft.com/office/word/2010/wordml" w14:paraId="16FE6F88" wp14:textId="77777777">
      <w:pPr>
        <w:pStyle w:val="ListBullet"/>
        <w:spacing w:after="60"/>
        <w:ind w:left="720"/>
        <w:rPr/>
      </w:pPr>
      <w:r w:rsidR="4E655057">
        <w:rPr/>
        <w:t xml:space="preserve">Poel </w:t>
      </w:r>
      <w:r w:rsidR="4E655057">
        <w:rPr/>
        <w:t>wordt</w:t>
      </w:r>
      <w:r w:rsidR="4E655057">
        <w:rPr/>
        <w:t xml:space="preserve"> </w:t>
      </w:r>
      <w:r w:rsidR="4E655057">
        <w:rPr/>
        <w:t>ingenomen</w:t>
      </w:r>
      <w:r w:rsidR="4E655057">
        <w:rPr/>
        <w:t xml:space="preserve"> door </w:t>
      </w:r>
      <w:r w:rsidR="4E655057">
        <w:rPr/>
        <w:t>uitbreiding</w:t>
      </w:r>
      <w:r w:rsidR="4E655057">
        <w:rPr/>
        <w:t xml:space="preserve"> </w:t>
      </w:r>
      <w:r w:rsidR="4E655057">
        <w:rPr/>
        <w:t>HS;</w:t>
      </w:r>
    </w:p>
    <w:p xmlns:wp14="http://schemas.microsoft.com/office/word/2010/wordml" w14:paraId="04190783" wp14:textId="77777777">
      <w:pPr>
        <w:pStyle w:val="ListBullet"/>
        <w:spacing w:after="60"/>
        <w:ind w:left="720"/>
        <w:rPr/>
      </w:pPr>
      <w:r w:rsidR="4E655057">
        <w:rPr/>
        <w:t>Poelen</w:t>
      </w:r>
      <w:r w:rsidR="4E655057">
        <w:rPr/>
        <w:t xml:space="preserve"> in </w:t>
      </w:r>
      <w:r w:rsidR="4E655057">
        <w:rPr/>
        <w:t>invloedssfeer</w:t>
      </w:r>
      <w:r w:rsidR="4E655057">
        <w:rPr/>
        <w:t xml:space="preserve"> </w:t>
      </w:r>
      <w:r w:rsidR="4E655057">
        <w:rPr/>
        <w:t>bemaling</w:t>
      </w:r>
      <w:r w:rsidR="4E655057">
        <w:rPr/>
        <w:t xml:space="preserve"> </w:t>
      </w:r>
      <w:r w:rsidR="4E655057">
        <w:rPr/>
        <w:t>kunnen</w:t>
      </w:r>
      <w:r w:rsidR="4E655057">
        <w:rPr/>
        <w:t xml:space="preserve"> </w:t>
      </w:r>
      <w:r w:rsidR="4E655057">
        <w:rPr/>
        <w:t>droogvallen</w:t>
      </w:r>
      <w:r w:rsidR="4E655057">
        <w:rPr/>
        <w:t xml:space="preserve"> (effect -2</w:t>
      </w:r>
      <w:r w:rsidR="4E655057">
        <w:rPr/>
        <w:t>);</w:t>
      </w:r>
    </w:p>
    <w:p xmlns:wp14="http://schemas.microsoft.com/office/word/2010/wordml" w14:paraId="7C5DD22D" wp14:textId="77777777">
      <w:pPr>
        <w:pStyle w:val="ListBullet"/>
        <w:spacing w:after="60"/>
        <w:ind w:left="720"/>
        <w:rPr/>
      </w:pPr>
      <w:r w:rsidR="4E655057">
        <w:rPr/>
        <w:t>Maatregel</w:t>
      </w:r>
      <w:r w:rsidR="4E655057">
        <w:rPr/>
        <w:t xml:space="preserve"> (monitoring </w:t>
      </w:r>
      <w:r w:rsidR="4E655057">
        <w:rPr/>
        <w:t>waterpeil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bevloeiing</w:t>
      </w:r>
      <w:r w:rsidR="4E655057">
        <w:rPr/>
        <w:t xml:space="preserve">) is </w:t>
      </w:r>
      <w:r w:rsidR="4E655057">
        <w:rPr/>
        <w:t>slechts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Pr="4E655057" w:rsidR="4E655057">
        <w:rPr>
          <w:i w:val="1"/>
          <w:iCs w:val="1"/>
        </w:rPr>
        <w:t>"</w:t>
      </w:r>
      <w:r w:rsidRPr="4E655057" w:rsidR="4E655057">
        <w:rPr>
          <w:i w:val="1"/>
          <w:iCs w:val="1"/>
        </w:rPr>
        <w:t>aanbeveling</w:t>
      </w:r>
      <w:r w:rsidRPr="4E655057" w:rsidR="4E655057">
        <w:rPr>
          <w:i w:val="1"/>
          <w:iCs w:val="1"/>
        </w:rPr>
        <w:t>"</w:t>
      </w:r>
      <w:r w:rsidR="4E655057">
        <w:rPr/>
        <w:t>.</w:t>
      </w:r>
    </w:p>
    <w:p xmlns:wp14="http://schemas.microsoft.com/office/word/2010/wordml" w14:paraId="171F0F18" wp14:textId="77777777">
      <w:r w:rsidRPr="4E655057" w:rsidR="4E655057">
        <w:rPr>
          <w:b w:val="1"/>
          <w:bCs w:val="1"/>
        </w:rPr>
        <w:t>Broedvogels</w:t>
      </w:r>
      <w:r w:rsidRPr="4E655057" w:rsidR="4E655057">
        <w:rPr>
          <w:b w:val="1"/>
          <w:bCs w:val="1"/>
        </w:rPr>
        <w:t>:</w:t>
      </w:r>
    </w:p>
    <w:p xmlns:wp14="http://schemas.microsoft.com/office/word/2010/wordml" w14:paraId="479297AB" wp14:textId="77777777">
      <w:pPr>
        <w:pStyle w:val="ListBullet"/>
        <w:spacing w:after="60"/>
        <w:ind w:left="720"/>
        <w:rPr/>
      </w:pPr>
      <w:r w:rsidR="4E655057">
        <w:rPr/>
        <w:t>Weidevogelgebieden</w:t>
      </w:r>
      <w:r w:rsidR="4E655057">
        <w:rPr/>
        <w:t xml:space="preserve"> </w:t>
      </w:r>
      <w:r w:rsidR="4E655057">
        <w:rPr/>
        <w:t>doorsneden</w:t>
      </w:r>
      <w:r w:rsidR="4E655057">
        <w:rPr/>
        <w:t xml:space="preserve"> door het </w:t>
      </w:r>
      <w:r w:rsidR="4E655057">
        <w:rPr/>
        <w:t>tracé</w:t>
      </w:r>
      <w:r w:rsidR="4E655057">
        <w:rPr/>
        <w:t xml:space="preserve"> (p. 10-18</w:t>
      </w:r>
      <w:r w:rsidR="4E655057">
        <w:rPr/>
        <w:t>);</w:t>
      </w:r>
    </w:p>
    <w:p xmlns:wp14="http://schemas.microsoft.com/office/word/2010/wordml" w14:paraId="7190EB0B" wp14:textId="77777777">
      <w:pPr>
        <w:pStyle w:val="ListBullet"/>
        <w:spacing w:after="60"/>
        <w:ind w:left="720"/>
        <w:rPr/>
      </w:pPr>
      <w:r w:rsidR="4E655057">
        <w:rPr/>
        <w:t>Verstoringsgevoelige</w:t>
      </w:r>
      <w:r w:rsidR="4E655057">
        <w:rPr/>
        <w:t xml:space="preserve"> </w:t>
      </w:r>
      <w:r w:rsidR="4E655057">
        <w:rPr/>
        <w:t>soorten</w:t>
      </w:r>
      <w:r w:rsidR="4E655057">
        <w:rPr/>
        <w:t xml:space="preserve"> in SBZ-V </w:t>
      </w:r>
      <w:r w:rsidR="4E655057">
        <w:rPr/>
        <w:t>Poldercomplex</w:t>
      </w:r>
      <w:r w:rsidR="4E655057">
        <w:rPr/>
        <w:t>;</w:t>
      </w:r>
    </w:p>
    <w:p xmlns:wp14="http://schemas.microsoft.com/office/word/2010/wordml" w14:paraId="568EA241" wp14:textId="77777777">
      <w:pPr>
        <w:pStyle w:val="ListBullet"/>
        <w:spacing w:after="60"/>
        <w:ind w:left="720"/>
        <w:rPr/>
      </w:pPr>
      <w:r w:rsidR="4E655057">
        <w:rPr/>
        <w:t xml:space="preserve">Effect -2 </w:t>
      </w:r>
      <w:r w:rsidR="4E655057">
        <w:rPr/>
        <w:t>bij</w:t>
      </w:r>
      <w:r w:rsidR="4E655057">
        <w:rPr/>
        <w:t xml:space="preserve"> </w:t>
      </w:r>
      <w:r w:rsidR="4E655057">
        <w:rPr/>
        <w:t>opstart</w:t>
      </w:r>
      <w:r w:rsidR="4E655057">
        <w:rPr/>
        <w:t xml:space="preserve"> </w:t>
      </w:r>
      <w:r w:rsidR="4E655057">
        <w:rPr/>
        <w:t>werken</w:t>
      </w:r>
      <w:r w:rsidR="4E655057">
        <w:rPr/>
        <w:t xml:space="preserve"> in </w:t>
      </w:r>
      <w:r w:rsidR="4E655057">
        <w:rPr/>
        <w:t>broedseizoen</w:t>
      </w:r>
      <w:r w:rsidR="4E655057">
        <w:rPr/>
        <w:t>;</w:t>
      </w:r>
    </w:p>
    <w:p xmlns:wp14="http://schemas.microsoft.com/office/word/2010/wordml" w14:paraId="427582B7" wp14:textId="77777777">
      <w:pPr>
        <w:pStyle w:val="ListBullet"/>
        <w:spacing w:after="60"/>
        <w:ind w:left="720"/>
        <w:rPr/>
      </w:pPr>
      <w:r w:rsidR="4E655057">
        <w:rPr/>
        <w:t xml:space="preserve">Timing </w:t>
      </w:r>
      <w:r w:rsidR="4E655057">
        <w:rPr/>
        <w:t>werkzaamheden</w:t>
      </w:r>
      <w:r w:rsidR="4E655057">
        <w:rPr/>
        <w:t xml:space="preserve"> is </w:t>
      </w:r>
      <w:r w:rsidRPr="4E655057" w:rsidR="4E655057">
        <w:rPr>
          <w:i w:val="1"/>
          <w:iCs w:val="1"/>
        </w:rPr>
        <w:t>"</w:t>
      </w:r>
      <w:r w:rsidRPr="4E655057" w:rsidR="4E655057">
        <w:rPr>
          <w:i w:val="1"/>
          <w:iCs w:val="1"/>
        </w:rPr>
        <w:t>milderende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maatregel</w:t>
      </w:r>
      <w:r w:rsidRPr="4E655057" w:rsidR="4E655057">
        <w:rPr>
          <w:i w:val="1"/>
          <w:iCs w:val="1"/>
        </w:rPr>
        <w:t>"</w:t>
      </w:r>
      <w:r w:rsidR="4E655057">
        <w:rPr/>
        <w:t xml:space="preserve"> maar </w:t>
      </w:r>
      <w:r w:rsidR="4E655057">
        <w:rPr/>
        <w:t>niet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</w:t>
      </w:r>
      <w:r w:rsidR="4E655057">
        <w:rPr/>
        <w:t>vergunningsvoorwaarde</w:t>
      </w:r>
      <w:r w:rsidR="4E655057">
        <w:rPr/>
        <w:t>.</w:t>
      </w:r>
    </w:p>
    <w:p xmlns:wp14="http://schemas.microsoft.com/office/word/2010/wordml" w14:paraId="1D62A87C" wp14:textId="77777777">
      <w:pPr>
        <w:pStyle w:val="Heading3"/>
      </w:pPr>
      <w:r w:rsidR="4E655057">
        <w:rPr/>
        <w:t xml:space="preserve">9.3 Geen </w:t>
      </w:r>
      <w:r w:rsidR="4E655057">
        <w:rPr/>
        <w:t>afwijkingen</w:t>
      </w:r>
      <w:r w:rsidR="4E655057">
        <w:rPr/>
        <w:t xml:space="preserve"> </w:t>
      </w:r>
      <w:r w:rsidR="4E655057">
        <w:rPr/>
        <w:t>aangevraagd</w:t>
      </w:r>
      <w:r w:rsidR="4E655057">
        <w:rPr/>
        <w:t xml:space="preserve"> </w:t>
      </w:r>
      <w:r w:rsidR="4E655057">
        <w:rPr/>
        <w:t>onder</w:t>
      </w:r>
      <w:r w:rsidR="4E655057">
        <w:rPr/>
        <w:t xml:space="preserve"> het </w:t>
      </w:r>
      <w:r w:rsidR="4E655057">
        <w:rPr/>
        <w:t>Soortenbesluit</w:t>
      </w:r>
    </w:p>
    <w:p xmlns:wp14="http://schemas.microsoft.com/office/word/2010/wordml" w14:paraId="7BD55B86" wp14:textId="77777777">
      <w:r w:rsidR="4E655057">
        <w:rPr/>
        <w:t xml:space="preserve">Het </w:t>
      </w:r>
      <w:r w:rsidR="4E655057">
        <w:rPr/>
        <w:t>Soortenbesluit</w:t>
      </w:r>
      <w:r w:rsidR="4E655057">
        <w:rPr/>
        <w:t xml:space="preserve"> (</w:t>
      </w:r>
      <w:r w:rsidR="4E655057">
        <w:rPr/>
        <w:t>Besluit</w:t>
      </w:r>
      <w:r w:rsidR="4E655057">
        <w:rPr/>
        <w:t xml:space="preserve"> van de </w:t>
      </w:r>
      <w:r w:rsidR="4E655057">
        <w:rPr/>
        <w:t>Vlaamse</w:t>
      </w:r>
      <w:r w:rsidR="4E655057">
        <w:rPr/>
        <w:t xml:space="preserve"> </w:t>
      </w:r>
      <w:r w:rsidR="4E655057">
        <w:rPr/>
        <w:t>Regering</w:t>
      </w:r>
      <w:r w:rsidR="4E655057">
        <w:rPr/>
        <w:t xml:space="preserve"> van 15 </w:t>
      </w:r>
      <w:r w:rsidR="4E655057">
        <w:rPr/>
        <w:t>mei</w:t>
      </w:r>
      <w:r w:rsidR="4E655057">
        <w:rPr/>
        <w:t xml:space="preserve"> 2009) </w:t>
      </w:r>
      <w:r w:rsidR="4E655057">
        <w:rPr/>
        <w:t>verbiedt</w:t>
      </w:r>
      <w:r w:rsidR="4E655057">
        <w:rPr/>
        <w:t xml:space="preserve"> </w:t>
      </w:r>
      <w:r w:rsidR="4E655057">
        <w:rPr/>
        <w:t>onder</w:t>
      </w:r>
      <w:r w:rsidR="4E655057">
        <w:rPr/>
        <w:t xml:space="preserve"> </w:t>
      </w:r>
      <w:r w:rsidR="4E655057">
        <w:rPr/>
        <w:t>meer</w:t>
      </w:r>
      <w:r w:rsidR="4E655057">
        <w:rPr/>
        <w:t>:</w:t>
      </w:r>
    </w:p>
    <w:p xmlns:wp14="http://schemas.microsoft.com/office/word/2010/wordml" w14:paraId="7AE14824" wp14:textId="77777777">
      <w:pPr>
        <w:pStyle w:val="ListBullet"/>
        <w:spacing w:after="60"/>
        <w:ind w:left="720"/>
        <w:rPr/>
      </w:pPr>
      <w:r w:rsidR="4E655057">
        <w:rPr/>
        <w:t xml:space="preserve">het </w:t>
      </w:r>
      <w:r w:rsidR="4E655057">
        <w:rPr/>
        <w:t>opzettelijk</w:t>
      </w:r>
      <w:r w:rsidR="4E655057">
        <w:rPr/>
        <w:t xml:space="preserve"> </w:t>
      </w:r>
      <w:r w:rsidR="4E655057">
        <w:rPr/>
        <w:t>verstoren</w:t>
      </w:r>
      <w:r w:rsidR="4E655057">
        <w:rPr/>
        <w:t xml:space="preserve"> van </w:t>
      </w:r>
      <w:r w:rsidR="4E655057">
        <w:rPr/>
        <w:t>beschermde</w:t>
      </w:r>
      <w:r w:rsidR="4E655057">
        <w:rPr/>
        <w:t xml:space="preserve"> </w:t>
      </w:r>
      <w:r w:rsidR="4E655057">
        <w:rPr/>
        <w:t>diersoorten</w:t>
      </w:r>
      <w:r w:rsidR="4E655057">
        <w:rPr/>
        <w:t xml:space="preserve">, in het </w:t>
      </w:r>
      <w:r w:rsidR="4E655057">
        <w:rPr/>
        <w:t>bijzonder</w:t>
      </w:r>
      <w:r w:rsidR="4E655057">
        <w:rPr/>
        <w:t xml:space="preserve"> </w:t>
      </w:r>
      <w:r w:rsidR="4E655057">
        <w:rPr/>
        <w:t>gedurende</w:t>
      </w:r>
      <w:r w:rsidR="4E655057">
        <w:rPr/>
        <w:t xml:space="preserve"> de </w:t>
      </w:r>
      <w:r w:rsidR="4E655057">
        <w:rPr/>
        <w:t>voortplantings</w:t>
      </w:r>
      <w:r w:rsidR="4E655057">
        <w:rPr/>
        <w:t xml:space="preserve">-, </w:t>
      </w:r>
      <w:r w:rsidR="4E655057">
        <w:rPr/>
        <w:t>opkweek</w:t>
      </w:r>
      <w:r w:rsidR="4E655057">
        <w:rPr/>
        <w:t xml:space="preserve">- </w:t>
      </w:r>
      <w:r w:rsidR="4E655057">
        <w:rPr/>
        <w:t>en</w:t>
      </w:r>
      <w:r w:rsidR="4E655057">
        <w:rPr/>
        <w:t xml:space="preserve"> </w:t>
      </w:r>
      <w:r w:rsidR="4E655057">
        <w:rPr/>
        <w:t>overwinteringsperiode</w:t>
      </w:r>
      <w:r w:rsidR="4E655057">
        <w:rPr/>
        <w:t xml:space="preserve"> (art. 16 lid 3</w:t>
      </w:r>
      <w:r w:rsidR="4E655057">
        <w:rPr/>
        <w:t>);</w:t>
      </w:r>
    </w:p>
    <w:p xmlns:wp14="http://schemas.microsoft.com/office/word/2010/wordml" w14:paraId="271CEC76" wp14:textId="77777777">
      <w:pPr>
        <w:pStyle w:val="ListBullet"/>
        <w:spacing w:after="60"/>
        <w:ind w:left="720"/>
        <w:rPr/>
      </w:pPr>
      <w:r w:rsidR="4E655057">
        <w:rPr/>
        <w:t xml:space="preserve">het </w:t>
      </w:r>
      <w:r w:rsidR="4E655057">
        <w:rPr/>
        <w:t>beschadigen</w:t>
      </w:r>
      <w:r w:rsidR="4E655057">
        <w:rPr/>
        <w:t xml:space="preserve"> of </w:t>
      </w:r>
      <w:r w:rsidR="4E655057">
        <w:rPr/>
        <w:t>vernielen</w:t>
      </w:r>
      <w:r w:rsidR="4E655057">
        <w:rPr/>
        <w:t xml:space="preserve"> van </w:t>
      </w:r>
      <w:r w:rsidR="4E655057">
        <w:rPr/>
        <w:t>voortplantings</w:t>
      </w:r>
      <w:r w:rsidR="4E655057">
        <w:rPr/>
        <w:t xml:space="preserve">- of </w:t>
      </w:r>
      <w:r w:rsidR="4E655057">
        <w:rPr/>
        <w:t>rustplaatsen</w:t>
      </w:r>
      <w:r w:rsidR="4E655057">
        <w:rPr/>
        <w:t xml:space="preserve"> (art. 16 lid 4).</w:t>
      </w:r>
    </w:p>
    <w:p xmlns:wp14="http://schemas.microsoft.com/office/word/2010/wordml" w14:paraId="1AD22DD0" wp14:textId="77777777">
      <w:r w:rsidR="74E91D53">
        <w:rPr/>
        <w:t xml:space="preserve">Het project </w:t>
      </w:r>
      <w:r w:rsidR="74E91D53">
        <w:rPr/>
        <w:t>voorziet</w:t>
      </w:r>
      <w:r w:rsidR="74E91D53">
        <w:rPr/>
        <w:t xml:space="preserve"> in </w:t>
      </w:r>
      <w:r w:rsidR="74E91D53">
        <w:rPr/>
        <w:t>activiteiten</w:t>
      </w:r>
      <w:r w:rsidR="74E91D53">
        <w:rPr/>
        <w:t xml:space="preserve"> die </w:t>
      </w:r>
      <w:r w:rsidR="74E91D53">
        <w:rPr/>
        <w:t>vallen</w:t>
      </w:r>
      <w:r w:rsidR="74E91D53">
        <w:rPr/>
        <w:t xml:space="preserve"> </w:t>
      </w:r>
      <w:r w:rsidR="74E91D53">
        <w:rPr/>
        <w:t>onder</w:t>
      </w:r>
      <w:r w:rsidR="74E91D53">
        <w:rPr/>
        <w:t xml:space="preserve"> </w:t>
      </w:r>
      <w:r w:rsidR="74E91D53">
        <w:rPr/>
        <w:t>deze</w:t>
      </w:r>
      <w:r w:rsidR="74E91D53">
        <w:rPr/>
        <w:t xml:space="preserve"> </w:t>
      </w:r>
      <w:r w:rsidR="74E91D53">
        <w:rPr/>
        <w:t>verbodsbepalingen</w:t>
      </w:r>
      <w:r w:rsidR="74E91D53">
        <w:rPr/>
        <w:t xml:space="preserve"> (</w:t>
      </w:r>
      <w:r w:rsidR="74E91D53">
        <w:rPr/>
        <w:t>kap</w:t>
      </w:r>
      <w:r w:rsidR="74E91D53">
        <w:rPr/>
        <w:t xml:space="preserve"> van </w:t>
      </w:r>
      <w:r w:rsidR="74E91D53">
        <w:rPr/>
        <w:t>bomen</w:t>
      </w:r>
      <w:r w:rsidR="74E91D53">
        <w:rPr/>
        <w:t xml:space="preserve"> met </w:t>
      </w:r>
      <w:r w:rsidR="74E91D53">
        <w:rPr/>
        <w:t>vleermuisholtes</w:t>
      </w:r>
      <w:r w:rsidR="74E91D53">
        <w:rPr/>
        <w:t xml:space="preserve">, </w:t>
      </w:r>
      <w:r w:rsidR="74E91D53">
        <w:rPr/>
        <w:t>verstoring</w:t>
      </w:r>
      <w:r w:rsidR="74E91D53">
        <w:rPr/>
        <w:t xml:space="preserve"> van </w:t>
      </w:r>
      <w:r w:rsidR="74E91D53">
        <w:rPr/>
        <w:t>dassenburcht</w:t>
      </w:r>
      <w:r w:rsidR="74E91D53">
        <w:rPr/>
        <w:t xml:space="preserve">, </w:t>
      </w:r>
      <w:r w:rsidR="74E91D53">
        <w:rPr/>
        <w:t>droogleggen</w:t>
      </w:r>
      <w:r w:rsidR="74E91D53">
        <w:rPr/>
        <w:t xml:space="preserve"> van </w:t>
      </w:r>
      <w:r w:rsidR="74E91D53">
        <w:rPr/>
        <w:t>amfibieenpoelen</w:t>
      </w:r>
      <w:r w:rsidR="74E91D53">
        <w:rPr/>
        <w:t xml:space="preserve">, </w:t>
      </w:r>
      <w:r w:rsidR="74E91D53">
        <w:rPr/>
        <w:t>verstoring</w:t>
      </w:r>
      <w:r w:rsidR="74E91D53">
        <w:rPr/>
        <w:t xml:space="preserve"> van </w:t>
      </w:r>
      <w:r w:rsidR="74E91D53">
        <w:rPr/>
        <w:t>broedplaatsen</w:t>
      </w:r>
      <w:r w:rsidR="74E91D53">
        <w:rPr/>
        <w:t xml:space="preserve">). </w:t>
      </w:r>
      <w:r w:rsidRPr="4E655057" w:rsidR="74E91D53">
        <w:rPr>
          <w:b w:val="1"/>
          <w:bCs w:val="1"/>
        </w:rPr>
        <w:t>Nergens</w:t>
      </w:r>
      <w:r w:rsidRPr="4E655057" w:rsidR="74E91D53">
        <w:rPr>
          <w:b w:val="1"/>
          <w:bCs w:val="1"/>
        </w:rPr>
        <w:t xml:space="preserve"> in het MER-</w:t>
      </w:r>
      <w:r w:rsidRPr="4E655057" w:rsidR="74E91D53">
        <w:rPr>
          <w:b w:val="1"/>
          <w:bCs w:val="1"/>
        </w:rPr>
        <w:t>hoofdstuk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wordt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een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afwijking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aangevraagd</w:t>
      </w:r>
      <w:r w:rsidRPr="4E655057" w:rsidR="74E91D53">
        <w:rPr>
          <w:b w:val="1"/>
          <w:bCs w:val="1"/>
        </w:rPr>
        <w:t xml:space="preserve"> of </w:t>
      </w:r>
      <w:r w:rsidRPr="4E655057" w:rsidR="74E91D53">
        <w:rPr>
          <w:b w:val="1"/>
          <w:bCs w:val="1"/>
        </w:rPr>
        <w:t>onderbouwd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onder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artikel</w:t>
      </w:r>
      <w:r w:rsidRPr="4E655057" w:rsidR="74E91D53">
        <w:rPr>
          <w:b w:val="1"/>
          <w:bCs w:val="1"/>
        </w:rPr>
        <w:t xml:space="preserve"> 20bis van het </w:t>
      </w:r>
      <w:r w:rsidRPr="4E655057" w:rsidR="74E91D53">
        <w:rPr>
          <w:b w:val="1"/>
          <w:bCs w:val="1"/>
        </w:rPr>
        <w:t>Soortenbesluit</w:t>
      </w:r>
      <w:r w:rsidRPr="4E655057" w:rsidR="74E91D53">
        <w:rPr>
          <w:b w:val="1"/>
          <w:bCs w:val="1"/>
        </w:rPr>
        <w:t>.</w:t>
      </w:r>
    </w:p>
    <w:p w:rsidR="554814B1" w:rsidP="50D060EB" w:rsidRDefault="554814B1" w14:paraId="74A11259" w14:textId="5625645F">
      <w:pPr>
        <w:rPr>
          <w:b w:val="1"/>
          <w:bCs w:val="1"/>
        </w:rPr>
      </w:pPr>
      <w:r w:rsidRPr="4E655057" w:rsidR="2B082C4B">
        <w:rPr>
          <w:b w:val="1"/>
          <w:bCs w:val="1"/>
        </w:rPr>
        <w:t xml:space="preserve">In </w:t>
      </w:r>
      <w:r w:rsidRPr="4E655057" w:rsidR="2B082C4B">
        <w:rPr>
          <w:b w:val="1"/>
          <w:bCs w:val="1"/>
        </w:rPr>
        <w:t>bijlage</w:t>
      </w:r>
      <w:r w:rsidRPr="4E655057" w:rsidR="2B082C4B">
        <w:rPr>
          <w:b w:val="1"/>
          <w:bCs w:val="1"/>
        </w:rPr>
        <w:t xml:space="preserve"> 10-1 </w:t>
      </w:r>
      <w:r w:rsidRPr="4E655057" w:rsidR="2B082C4B">
        <w:rPr>
          <w:b w:val="1"/>
          <w:bCs w:val="1"/>
        </w:rPr>
        <w:t>worden</w:t>
      </w:r>
      <w:r w:rsidRPr="4E655057" w:rsidR="2B082C4B">
        <w:rPr>
          <w:b w:val="1"/>
          <w:bCs w:val="1"/>
        </w:rPr>
        <w:t xml:space="preserve"> </w:t>
      </w:r>
      <w:r w:rsidRPr="4E655057" w:rsidR="2B082C4B">
        <w:rPr>
          <w:b w:val="1"/>
          <w:bCs w:val="1"/>
        </w:rPr>
        <w:t>herhaaldelijk</w:t>
      </w:r>
      <w:r w:rsidRPr="4E655057" w:rsidR="2B082C4B">
        <w:rPr>
          <w:b w:val="1"/>
          <w:bCs w:val="1"/>
        </w:rPr>
        <w:t xml:space="preserve"> </w:t>
      </w:r>
      <w:r w:rsidRPr="4E655057" w:rsidR="2B082C4B">
        <w:rPr>
          <w:b w:val="1"/>
          <w:bCs w:val="1"/>
        </w:rPr>
        <w:t>maatregelen</w:t>
      </w:r>
      <w:r w:rsidRPr="4E655057" w:rsidR="2B082C4B">
        <w:rPr>
          <w:b w:val="1"/>
          <w:bCs w:val="1"/>
        </w:rPr>
        <w:t xml:space="preserve"> </w:t>
      </w:r>
      <w:r w:rsidRPr="4E655057" w:rsidR="2B082C4B">
        <w:rPr>
          <w:b w:val="1"/>
          <w:bCs w:val="1"/>
        </w:rPr>
        <w:t>voorgesteld</w:t>
      </w:r>
      <w:r w:rsidRPr="4E655057" w:rsidR="2B082C4B">
        <w:rPr>
          <w:b w:val="1"/>
          <w:bCs w:val="1"/>
        </w:rPr>
        <w:t xml:space="preserve"> </w:t>
      </w:r>
      <w:r w:rsidRPr="4E655057" w:rsidR="2B082C4B">
        <w:rPr>
          <w:b w:val="1"/>
          <w:bCs w:val="1"/>
        </w:rPr>
        <w:t>en</w:t>
      </w:r>
      <w:r w:rsidRPr="4E655057" w:rsidR="2B082C4B">
        <w:rPr>
          <w:b w:val="1"/>
          <w:bCs w:val="1"/>
        </w:rPr>
        <w:t xml:space="preserve"> </w:t>
      </w:r>
      <w:r w:rsidRPr="4E655057" w:rsidR="2B082C4B">
        <w:rPr>
          <w:b w:val="1"/>
          <w:bCs w:val="1"/>
        </w:rPr>
        <w:t>wordt</w:t>
      </w:r>
      <w:r w:rsidRPr="4E655057" w:rsidR="2B082C4B">
        <w:rPr>
          <w:b w:val="1"/>
          <w:bCs w:val="1"/>
        </w:rPr>
        <w:t xml:space="preserve"> </w:t>
      </w:r>
      <w:r w:rsidRPr="4E655057" w:rsidR="2B082C4B">
        <w:rPr>
          <w:b w:val="1"/>
          <w:bCs w:val="1"/>
        </w:rPr>
        <w:t>geconcludeerd</w:t>
      </w:r>
      <w:r w:rsidRPr="4E655057" w:rsidR="2B082C4B">
        <w:rPr>
          <w:b w:val="1"/>
          <w:bCs w:val="1"/>
        </w:rPr>
        <w:t xml:space="preserve"> </w:t>
      </w:r>
      <w:r w:rsidRPr="4E655057" w:rsidR="2B082C4B">
        <w:rPr>
          <w:b w:val="1"/>
          <w:bCs w:val="1"/>
        </w:rPr>
        <w:t>dat</w:t>
      </w:r>
      <w:r w:rsidRPr="4E655057" w:rsidR="2B082C4B">
        <w:rPr>
          <w:b w:val="1"/>
          <w:bCs w:val="1"/>
        </w:rPr>
        <w:t xml:space="preserve"> :</w:t>
      </w:r>
    </w:p>
    <w:p w:rsidR="554814B1" w:rsidP="4E655057" w:rsidRDefault="554814B1" w14:paraId="7646E32E" w14:textId="3F5E861E">
      <w:pPr>
        <w:rPr>
          <w:b w:val="0"/>
          <w:bCs w:val="0"/>
          <w:i w:val="1"/>
          <w:iCs w:val="1"/>
          <w:u w:val="none"/>
        </w:rPr>
      </w:pPr>
      <w:r w:rsidRPr="4E655057" w:rsidR="2B082C4B">
        <w:rPr>
          <w:b w:val="0"/>
          <w:bCs w:val="0"/>
          <w:i w:val="1"/>
          <w:iCs w:val="1"/>
          <w:u w:val="none"/>
        </w:rPr>
        <w:t>‘</w:t>
      </w:r>
      <w:r w:rsidRPr="4E655057" w:rsidR="2B082C4B">
        <w:rPr>
          <w:b w:val="0"/>
          <w:bCs w:val="0"/>
          <w:i w:val="1"/>
          <w:iCs w:val="1"/>
          <w:u w:val="none"/>
        </w:rPr>
        <w:t>Indien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</w:t>
      </w:r>
      <w:r w:rsidRPr="4E655057" w:rsidR="2B082C4B">
        <w:rPr>
          <w:b w:val="0"/>
          <w:bCs w:val="0"/>
          <w:i w:val="1"/>
          <w:iCs w:val="1"/>
          <w:u w:val="none"/>
        </w:rPr>
        <w:t>bovenstaande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</w:t>
      </w:r>
      <w:r w:rsidRPr="4E655057" w:rsidR="2B082C4B">
        <w:rPr>
          <w:b w:val="0"/>
          <w:bCs w:val="0"/>
          <w:i w:val="1"/>
          <w:iCs w:val="1"/>
          <w:u w:val="none"/>
        </w:rPr>
        <w:t>maatregelen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</w:t>
      </w:r>
      <w:r w:rsidRPr="4E655057" w:rsidR="2B082C4B">
        <w:rPr>
          <w:b w:val="0"/>
          <w:bCs w:val="0"/>
          <w:i w:val="1"/>
          <w:iCs w:val="1"/>
          <w:u w:val="none"/>
        </w:rPr>
        <w:t>gevolgd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</w:t>
      </w:r>
      <w:r w:rsidRPr="4E655057" w:rsidR="2B082C4B">
        <w:rPr>
          <w:b w:val="0"/>
          <w:bCs w:val="0"/>
          <w:i w:val="1"/>
          <w:iCs w:val="1"/>
          <w:u w:val="none"/>
        </w:rPr>
        <w:t>worden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, dan </w:t>
      </w:r>
      <w:r w:rsidRPr="4E655057" w:rsidR="2B082C4B">
        <w:rPr>
          <w:b w:val="0"/>
          <w:bCs w:val="0"/>
          <w:i w:val="1"/>
          <w:iCs w:val="1"/>
          <w:u w:val="none"/>
        </w:rPr>
        <w:t>kan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</w:t>
      </w:r>
      <w:r w:rsidRPr="4E655057" w:rsidR="2B082C4B">
        <w:rPr>
          <w:b w:val="0"/>
          <w:bCs w:val="0"/>
          <w:i w:val="1"/>
          <w:iCs w:val="1"/>
          <w:u w:val="none"/>
        </w:rPr>
        <w:t>geoordeeld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</w:t>
      </w:r>
      <w:r w:rsidRPr="4E655057" w:rsidR="2B082C4B">
        <w:rPr>
          <w:b w:val="0"/>
          <w:bCs w:val="0"/>
          <w:i w:val="1"/>
          <w:iCs w:val="1"/>
          <w:u w:val="none"/>
        </w:rPr>
        <w:t>worden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</w:t>
      </w:r>
      <w:r w:rsidRPr="4E655057" w:rsidR="2B082C4B">
        <w:rPr>
          <w:b w:val="0"/>
          <w:bCs w:val="0"/>
          <w:i w:val="1"/>
          <w:iCs w:val="1"/>
          <w:u w:val="none"/>
        </w:rPr>
        <w:t>dat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er </w:t>
      </w:r>
      <w:r w:rsidRPr="4E655057" w:rsidR="2B082C4B">
        <w:rPr>
          <w:b w:val="0"/>
          <w:bCs w:val="0"/>
          <w:i w:val="1"/>
          <w:iCs w:val="1"/>
          <w:u w:val="none"/>
        </w:rPr>
        <w:t>geen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</w:t>
      </w:r>
      <w:r w:rsidRPr="4E655057" w:rsidR="2B082C4B">
        <w:rPr>
          <w:b w:val="0"/>
          <w:bCs w:val="0"/>
          <w:i w:val="1"/>
          <w:iCs w:val="1"/>
          <w:u w:val="none"/>
        </w:rPr>
        <w:t>sprake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is</w:t>
      </w:r>
    </w:p>
    <w:p w:rsidR="554814B1" w:rsidP="50D060EB" w:rsidRDefault="554814B1" w14:paraId="38A284DE" w14:textId="52B77657">
      <w:pPr>
        <w:pStyle w:val="Normal"/>
        <w:rPr>
          <w:b w:val="1"/>
          <w:bCs w:val="1"/>
        </w:rPr>
      </w:pPr>
      <w:r w:rsidRPr="4E655057" w:rsidR="2B082C4B">
        <w:rPr>
          <w:b w:val="0"/>
          <w:bCs w:val="0"/>
          <w:i w:val="1"/>
          <w:iCs w:val="1"/>
          <w:u w:val="none"/>
        </w:rPr>
        <w:t xml:space="preserve">van </w:t>
      </w:r>
      <w:r w:rsidRPr="4E655057" w:rsidR="2B082C4B">
        <w:rPr>
          <w:b w:val="0"/>
          <w:bCs w:val="0"/>
          <w:i w:val="1"/>
          <w:iCs w:val="1"/>
          <w:u w:val="none"/>
        </w:rPr>
        <w:t>opzettelijk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</w:t>
      </w:r>
      <w:r w:rsidRPr="4E655057" w:rsidR="2B082C4B">
        <w:rPr>
          <w:b w:val="0"/>
          <w:bCs w:val="0"/>
          <w:i w:val="1"/>
          <w:iCs w:val="1"/>
          <w:u w:val="none"/>
        </w:rPr>
        <w:t>doden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of </w:t>
      </w:r>
      <w:r w:rsidRPr="4E655057" w:rsidR="2B082C4B">
        <w:rPr>
          <w:b w:val="0"/>
          <w:bCs w:val="0"/>
          <w:i w:val="1"/>
          <w:iCs w:val="1"/>
          <w:u w:val="none"/>
        </w:rPr>
        <w:t>vangen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of </w:t>
      </w:r>
      <w:r w:rsidRPr="4E655057" w:rsidR="2B082C4B">
        <w:rPr>
          <w:b w:val="0"/>
          <w:bCs w:val="0"/>
          <w:i w:val="1"/>
          <w:iCs w:val="1"/>
          <w:u w:val="none"/>
        </w:rPr>
        <w:t>opzettelijk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</w:t>
      </w:r>
      <w:r w:rsidRPr="4E655057" w:rsidR="2B082C4B">
        <w:rPr>
          <w:b w:val="0"/>
          <w:bCs w:val="0"/>
          <w:i w:val="1"/>
          <w:iCs w:val="1"/>
          <w:u w:val="none"/>
        </w:rPr>
        <w:t>betekenisvol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</w:t>
      </w:r>
      <w:r w:rsidRPr="4E655057" w:rsidR="2B082C4B">
        <w:rPr>
          <w:b w:val="0"/>
          <w:bCs w:val="0"/>
          <w:i w:val="1"/>
          <w:iCs w:val="1"/>
          <w:u w:val="none"/>
        </w:rPr>
        <w:t>verstoren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, </w:t>
      </w:r>
      <w:r w:rsidRPr="4E655057" w:rsidR="2B082C4B">
        <w:rPr>
          <w:b w:val="0"/>
          <w:bCs w:val="0"/>
          <w:i w:val="1"/>
          <w:iCs w:val="1"/>
          <w:u w:val="none"/>
        </w:rPr>
        <w:t>waardoor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</w:t>
      </w:r>
      <w:r w:rsidRPr="4E655057" w:rsidR="2B082C4B">
        <w:rPr>
          <w:b w:val="0"/>
          <w:bCs w:val="0"/>
          <w:i w:val="1"/>
          <w:iCs w:val="1"/>
          <w:u w:val="none"/>
        </w:rPr>
        <w:t>geen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</w:t>
      </w:r>
      <w:r w:rsidRPr="4E655057" w:rsidR="2B082C4B">
        <w:rPr>
          <w:b w:val="0"/>
          <w:bCs w:val="0"/>
          <w:i w:val="1"/>
          <w:iCs w:val="1"/>
          <w:u w:val="none"/>
        </w:rPr>
        <w:t>afwijking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</w:t>
      </w:r>
      <w:r w:rsidRPr="4E655057" w:rsidR="2B082C4B">
        <w:rPr>
          <w:b w:val="0"/>
          <w:bCs w:val="0"/>
          <w:i w:val="1"/>
          <w:iCs w:val="1"/>
          <w:u w:val="none"/>
        </w:rPr>
        <w:t>moet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</w:t>
      </w:r>
      <w:r w:rsidRPr="4E655057" w:rsidR="2B082C4B">
        <w:rPr>
          <w:b w:val="0"/>
          <w:bCs w:val="0"/>
          <w:i w:val="1"/>
          <w:iCs w:val="1"/>
          <w:u w:val="none"/>
        </w:rPr>
        <w:t>aang</w:t>
      </w:r>
      <w:r w:rsidRPr="4E655057" w:rsidR="2B082C4B">
        <w:rPr>
          <w:b w:val="0"/>
          <w:bCs w:val="0"/>
          <w:i w:val="1"/>
          <w:iCs w:val="1"/>
          <w:u w:val="none"/>
        </w:rPr>
        <w:t>evraagd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</w:t>
      </w:r>
      <w:r w:rsidRPr="4E655057" w:rsidR="2B082C4B">
        <w:rPr>
          <w:b w:val="0"/>
          <w:bCs w:val="0"/>
          <w:i w:val="1"/>
          <w:iCs w:val="1"/>
          <w:u w:val="none"/>
        </w:rPr>
        <w:t>w</w:t>
      </w:r>
      <w:r w:rsidRPr="4E655057" w:rsidR="2B082C4B">
        <w:rPr>
          <w:b w:val="0"/>
          <w:bCs w:val="0"/>
          <w:i w:val="1"/>
          <w:iCs w:val="1"/>
          <w:u w:val="none"/>
        </w:rPr>
        <w:t>o</w:t>
      </w:r>
      <w:r w:rsidRPr="4E655057" w:rsidR="2B082C4B">
        <w:rPr>
          <w:b w:val="0"/>
          <w:bCs w:val="0"/>
          <w:i w:val="1"/>
          <w:iCs w:val="1"/>
          <w:u w:val="none"/>
        </w:rPr>
        <w:t>rden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in </w:t>
      </w:r>
      <w:r w:rsidRPr="4E655057" w:rsidR="2B082C4B">
        <w:rPr>
          <w:b w:val="0"/>
          <w:bCs w:val="0"/>
          <w:i w:val="1"/>
          <w:iCs w:val="1"/>
          <w:u w:val="none"/>
        </w:rPr>
        <w:t>relatie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</w:t>
      </w:r>
      <w:r w:rsidRPr="4E655057" w:rsidR="2B082C4B">
        <w:rPr>
          <w:b w:val="0"/>
          <w:bCs w:val="0"/>
          <w:i w:val="1"/>
          <w:iCs w:val="1"/>
          <w:u w:val="none"/>
        </w:rPr>
        <w:t>t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ot </w:t>
      </w:r>
      <w:r w:rsidRPr="4E655057" w:rsidR="2B082C4B">
        <w:rPr>
          <w:b w:val="0"/>
          <w:bCs w:val="0"/>
          <w:i w:val="1"/>
          <w:iCs w:val="1"/>
          <w:u w:val="none"/>
        </w:rPr>
        <w:t>art</w:t>
      </w:r>
      <w:r w:rsidRPr="4E655057" w:rsidR="2B082C4B">
        <w:rPr>
          <w:b w:val="0"/>
          <w:bCs w:val="0"/>
          <w:i w:val="1"/>
          <w:iCs w:val="1"/>
          <w:u w:val="none"/>
        </w:rPr>
        <w:t>ikel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10 van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 het </w:t>
      </w:r>
      <w:r w:rsidRPr="4E655057" w:rsidR="2B082C4B">
        <w:rPr>
          <w:b w:val="0"/>
          <w:bCs w:val="0"/>
          <w:i w:val="1"/>
          <w:iCs w:val="1"/>
          <w:u w:val="none"/>
        </w:rPr>
        <w:t>soorten</w:t>
      </w:r>
      <w:r w:rsidRPr="4E655057" w:rsidR="2B082C4B">
        <w:rPr>
          <w:b w:val="0"/>
          <w:bCs w:val="0"/>
          <w:i w:val="1"/>
          <w:iCs w:val="1"/>
          <w:u w:val="none"/>
        </w:rPr>
        <w:t>besluit</w:t>
      </w:r>
      <w:r w:rsidRPr="4E655057" w:rsidR="2B082C4B">
        <w:rPr>
          <w:b w:val="0"/>
          <w:bCs w:val="0"/>
          <w:i w:val="1"/>
          <w:iCs w:val="1"/>
          <w:u w:val="none"/>
        </w:rPr>
        <w:t xml:space="preserve">.  </w:t>
      </w:r>
    </w:p>
    <w:p w:rsidR="554814B1" w:rsidP="50D060EB" w:rsidRDefault="554814B1" w14:paraId="3E10A6EB" w14:textId="5E35F211">
      <w:pPr>
        <w:pStyle w:val="Normal"/>
        <w:rPr>
          <w:b w:val="1"/>
          <w:bCs w:val="1"/>
        </w:rPr>
      </w:pPr>
      <w:r w:rsidRPr="4E655057" w:rsidR="2B082C4B">
        <w:rPr>
          <w:b w:val="1"/>
          <w:bCs w:val="1"/>
        </w:rPr>
        <w:t xml:space="preserve">De </w:t>
      </w:r>
      <w:r w:rsidRPr="4E655057" w:rsidR="2B082C4B">
        <w:rPr>
          <w:b w:val="1"/>
          <w:bCs w:val="1"/>
        </w:rPr>
        <w:t>maatregelen</w:t>
      </w:r>
      <w:r w:rsidRPr="4E655057" w:rsidR="2B082C4B">
        <w:rPr>
          <w:b w:val="1"/>
          <w:bCs w:val="1"/>
        </w:rPr>
        <w:t xml:space="preserve"> </w:t>
      </w:r>
      <w:r w:rsidRPr="4E655057" w:rsidR="2B082C4B">
        <w:rPr>
          <w:b w:val="1"/>
          <w:bCs w:val="1"/>
        </w:rPr>
        <w:t>zijn</w:t>
      </w:r>
      <w:r w:rsidRPr="4E655057" w:rsidR="2B082C4B">
        <w:rPr>
          <w:b w:val="1"/>
          <w:bCs w:val="1"/>
        </w:rPr>
        <w:t xml:space="preserve"> </w:t>
      </w:r>
      <w:r w:rsidRPr="4E655057" w:rsidR="2B082C4B">
        <w:rPr>
          <w:b w:val="1"/>
          <w:bCs w:val="1"/>
        </w:rPr>
        <w:t>echter</w:t>
      </w:r>
      <w:r w:rsidRPr="4E655057" w:rsidR="2B082C4B">
        <w:rPr>
          <w:b w:val="1"/>
          <w:bCs w:val="1"/>
        </w:rPr>
        <w:t xml:space="preserve"> </w:t>
      </w:r>
      <w:r w:rsidRPr="4E655057" w:rsidR="2B082C4B">
        <w:rPr>
          <w:b w:val="1"/>
          <w:bCs w:val="1"/>
        </w:rPr>
        <w:t>nergens</w:t>
      </w:r>
      <w:r w:rsidRPr="4E655057" w:rsidR="2B082C4B">
        <w:rPr>
          <w:b w:val="1"/>
          <w:bCs w:val="1"/>
        </w:rPr>
        <w:t xml:space="preserve"> </w:t>
      </w:r>
      <w:r w:rsidRPr="4E655057" w:rsidR="2B082C4B">
        <w:rPr>
          <w:b w:val="1"/>
          <w:bCs w:val="1"/>
        </w:rPr>
        <w:t>bindend</w:t>
      </w:r>
      <w:r w:rsidRPr="4E655057" w:rsidR="2B082C4B">
        <w:rPr>
          <w:b w:val="1"/>
          <w:bCs w:val="1"/>
        </w:rPr>
        <w:t xml:space="preserve"> </w:t>
      </w:r>
      <w:r w:rsidRPr="4E655057" w:rsidR="2B082C4B">
        <w:rPr>
          <w:b w:val="1"/>
          <w:bCs w:val="1"/>
        </w:rPr>
        <w:t>opgenomen</w:t>
      </w:r>
      <w:r w:rsidRPr="4E655057" w:rsidR="2B082C4B">
        <w:rPr>
          <w:b w:val="1"/>
          <w:bCs w:val="1"/>
        </w:rPr>
        <w:t xml:space="preserve">, </w:t>
      </w:r>
      <w:r w:rsidRPr="4E655057" w:rsidR="2B082C4B">
        <w:rPr>
          <w:b w:val="1"/>
          <w:bCs w:val="1"/>
        </w:rPr>
        <w:t>waardoor</w:t>
      </w:r>
      <w:r w:rsidRPr="4E655057" w:rsidR="2B082C4B">
        <w:rPr>
          <w:b w:val="1"/>
          <w:bCs w:val="1"/>
        </w:rPr>
        <w:t xml:space="preserve"> de </w:t>
      </w:r>
      <w:r w:rsidRPr="4E655057" w:rsidR="2B082C4B">
        <w:rPr>
          <w:b w:val="1"/>
          <w:bCs w:val="1"/>
        </w:rPr>
        <w:t>conclusie</w:t>
      </w:r>
      <w:r w:rsidRPr="4E655057" w:rsidR="2B082C4B">
        <w:rPr>
          <w:b w:val="1"/>
          <w:bCs w:val="1"/>
        </w:rPr>
        <w:t xml:space="preserve"> </w:t>
      </w:r>
      <w:r w:rsidRPr="4E655057" w:rsidR="2B082C4B">
        <w:rPr>
          <w:b w:val="1"/>
          <w:bCs w:val="1"/>
        </w:rPr>
        <w:t>te</w:t>
      </w:r>
      <w:r w:rsidRPr="4E655057" w:rsidR="2B082C4B">
        <w:rPr>
          <w:b w:val="1"/>
          <w:bCs w:val="1"/>
        </w:rPr>
        <w:t xml:space="preserve"> </w:t>
      </w:r>
      <w:r w:rsidRPr="4E655057" w:rsidR="2B082C4B">
        <w:rPr>
          <w:b w:val="1"/>
          <w:bCs w:val="1"/>
        </w:rPr>
        <w:t>voorbarig</w:t>
      </w:r>
      <w:r w:rsidRPr="4E655057" w:rsidR="2B082C4B">
        <w:rPr>
          <w:b w:val="1"/>
          <w:bCs w:val="1"/>
        </w:rPr>
        <w:t xml:space="preserve"> is.</w:t>
      </w:r>
    </w:p>
    <w:p xmlns:wp14="http://schemas.microsoft.com/office/word/2010/wordml" w14:paraId="4F63ADE3" wp14:textId="7BDEE9EC">
      <w:r w:rsidR="74E91D53">
        <w:rPr/>
        <w:t xml:space="preserve">Het </w:t>
      </w:r>
      <w:r w:rsidR="74E91D53">
        <w:rPr/>
        <w:t>nalaten</w:t>
      </w:r>
      <w:r w:rsidR="74E91D53">
        <w:rPr/>
        <w:t xml:space="preserve"> om de </w:t>
      </w:r>
      <w:r w:rsidR="74E91D53">
        <w:rPr/>
        <w:t>vereiste</w:t>
      </w:r>
      <w:r w:rsidR="74E91D53">
        <w:rPr/>
        <w:t xml:space="preserve"> </w:t>
      </w:r>
      <w:r w:rsidR="74E91D53">
        <w:rPr/>
        <w:t>afwijkingen</w:t>
      </w:r>
      <w:r w:rsidR="74E91D53">
        <w:rPr/>
        <w:t xml:space="preserve"> </w:t>
      </w:r>
      <w:r w:rsidR="74E91D53">
        <w:rPr/>
        <w:t>aan</w:t>
      </w:r>
      <w:r w:rsidR="74E91D53">
        <w:rPr/>
        <w:t xml:space="preserve"> </w:t>
      </w:r>
      <w:r w:rsidR="74E91D53">
        <w:rPr/>
        <w:t>te</w:t>
      </w:r>
      <w:r w:rsidR="74E91D53">
        <w:rPr/>
        <w:t xml:space="preserve"> </w:t>
      </w:r>
      <w:r w:rsidR="74E91D53">
        <w:rPr/>
        <w:t>vragen</w:t>
      </w:r>
      <w:r w:rsidR="74E91D53">
        <w:rPr/>
        <w:t xml:space="preserve"> </w:t>
      </w:r>
      <w:r w:rsidR="74E91D53">
        <w:rPr/>
        <w:t>kan</w:t>
      </w:r>
      <w:r w:rsidR="74E91D53">
        <w:rPr/>
        <w:t xml:space="preserve"> </w:t>
      </w:r>
      <w:r w:rsidR="74E91D53">
        <w:rPr/>
        <w:t>leiden</w:t>
      </w:r>
      <w:r w:rsidR="74E91D53">
        <w:rPr/>
        <w:t xml:space="preserve"> tot </w:t>
      </w:r>
      <w:r w:rsidR="74E91D53">
        <w:rPr/>
        <w:t>overtreding</w:t>
      </w:r>
      <w:r w:rsidR="74E91D53">
        <w:rPr/>
        <w:t xml:space="preserve"> van het </w:t>
      </w:r>
      <w:r w:rsidR="74E91D53">
        <w:rPr/>
        <w:t>Soortenbesluit</w:t>
      </w:r>
      <w:r w:rsidR="74E91D53">
        <w:rPr/>
        <w:t xml:space="preserve"> </w:t>
      </w:r>
      <w:r w:rsidR="74E91D53">
        <w:rPr/>
        <w:t>bij</w:t>
      </w:r>
      <w:r w:rsidR="74E91D53">
        <w:rPr/>
        <w:t xml:space="preserve"> de </w:t>
      </w:r>
      <w:r w:rsidR="74E91D53">
        <w:rPr/>
        <w:t>uitvoering</w:t>
      </w:r>
      <w:r w:rsidR="74E91D53">
        <w:rPr/>
        <w:t xml:space="preserve"> van het project</w:t>
      </w:r>
      <w:r w:rsidR="74E91D53">
        <w:rPr/>
        <w:t>.</w:t>
      </w:r>
      <w:r w:rsidR="30D38DAF">
        <w:rPr/>
        <w:t xml:space="preserve">  </w:t>
      </w:r>
      <w:r w:rsidR="30D38DAF">
        <w:rPr/>
        <w:t xml:space="preserve">In de </w:t>
      </w:r>
      <w:r w:rsidR="30D38DAF">
        <w:rPr/>
        <w:t>aanvraag</w:t>
      </w:r>
      <w:r w:rsidR="30D38DAF">
        <w:rPr/>
        <w:t xml:space="preserve"> </w:t>
      </w:r>
      <w:r w:rsidR="30D38DAF">
        <w:rPr/>
        <w:t>worden</w:t>
      </w:r>
      <w:r w:rsidR="30D38DAF">
        <w:rPr/>
        <w:t xml:space="preserve"> dan maar </w:t>
      </w:r>
      <w:r w:rsidR="30D38DAF">
        <w:rPr/>
        <w:t>een</w:t>
      </w:r>
      <w:r w:rsidR="30D38DAF">
        <w:rPr/>
        <w:t xml:space="preserve"> </w:t>
      </w:r>
      <w:r w:rsidR="30D38DAF">
        <w:rPr/>
        <w:t>afwijking</w:t>
      </w:r>
      <w:r w:rsidR="30D38DAF">
        <w:rPr/>
        <w:t xml:space="preserve"> </w:t>
      </w:r>
      <w:r w:rsidR="30D38DAF">
        <w:rPr/>
        <w:t>gevraagd</w:t>
      </w:r>
      <w:r w:rsidR="30D38DAF">
        <w:rPr/>
        <w:t xml:space="preserve"> </w:t>
      </w:r>
      <w:r w:rsidR="30D38DAF">
        <w:rPr/>
        <w:t>zonder</w:t>
      </w:r>
      <w:r w:rsidR="30D38DAF">
        <w:rPr/>
        <w:t xml:space="preserve"> </w:t>
      </w:r>
      <w:r w:rsidR="30D38DAF">
        <w:rPr/>
        <w:t>duidelijk</w:t>
      </w:r>
      <w:r w:rsidR="30D38DAF">
        <w:rPr/>
        <w:t xml:space="preserve"> de </w:t>
      </w:r>
      <w:r w:rsidR="30D38DAF">
        <w:rPr/>
        <w:t>soorten</w:t>
      </w:r>
      <w:r w:rsidR="30D38DAF">
        <w:rPr/>
        <w:t xml:space="preserve"> </w:t>
      </w:r>
      <w:r w:rsidR="30D38DAF">
        <w:rPr/>
        <w:t>te</w:t>
      </w:r>
      <w:r w:rsidR="30D38DAF">
        <w:rPr/>
        <w:t xml:space="preserve"> </w:t>
      </w:r>
      <w:r w:rsidR="30D38DAF">
        <w:rPr/>
        <w:t>vermelden</w:t>
      </w:r>
      <w:r w:rsidR="30D38DAF">
        <w:rPr/>
        <w:t xml:space="preserve">...  </w:t>
      </w:r>
    </w:p>
    <w:p xmlns:wp14="http://schemas.microsoft.com/office/word/2010/wordml" w:rsidP="4E655057" w14:paraId="4B99056E" wp14:textId="77777777">
      <w:pPr>
        <w:pBdr>
          <w:bottom w:val="single" w:color="CCCCCC" w:sz="6" w:space="1"/>
        </w:pBdr>
        <w:spacing w:before="240" w:after="240"/>
        <w:pBdr>
          <w:bottom w:val="single" w:color="CCCCCC" w:sz="6" w:space="1"/>
        </w:pBdr>
      </w:pPr>
    </w:p>
    <w:p xmlns:wp14="http://schemas.microsoft.com/office/word/2010/wordml" w14:paraId="6A29C869" wp14:textId="77777777">
      <w:pPr>
        <w:pStyle w:val="Heading2"/>
      </w:pPr>
      <w:r>
        <w:t>10. CUMULATIEVE EFFECTEN ONVOLDOENDE BEOORDEELD</w:t>
      </w:r>
    </w:p>
    <w:p xmlns:wp14="http://schemas.microsoft.com/office/word/2010/wordml" w14:paraId="7571F659" wp14:textId="77777777">
      <w:pPr>
        <w:pStyle w:val="Heading3"/>
      </w:pPr>
      <w:r w:rsidR="4E655057">
        <w:rPr/>
        <w:t xml:space="preserve">10.1 </w:t>
      </w:r>
      <w:r w:rsidR="4E655057">
        <w:rPr/>
        <w:t>Minimale</w:t>
      </w:r>
      <w:r w:rsidR="4E655057">
        <w:rPr/>
        <w:t xml:space="preserve"> </w:t>
      </w:r>
      <w:r w:rsidR="4E655057">
        <w:rPr/>
        <w:t>bespreking</w:t>
      </w:r>
    </w:p>
    <w:p xmlns:wp14="http://schemas.microsoft.com/office/word/2010/wordml" w14:paraId="029E205F" wp14:textId="77777777">
      <w:r w:rsidR="4E655057">
        <w:rPr/>
        <w:t xml:space="preserve">De </w:t>
      </w:r>
      <w:r w:rsidR="4E655057">
        <w:rPr/>
        <w:t>bespreking</w:t>
      </w:r>
      <w:r w:rsidR="4E655057">
        <w:rPr/>
        <w:t xml:space="preserve"> van </w:t>
      </w:r>
      <w:r w:rsidR="4E655057">
        <w:rPr/>
        <w:t>cumulatieve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 op </w:t>
      </w:r>
      <w:r w:rsidR="4E655057">
        <w:rPr/>
        <w:t>biodiversiteit</w:t>
      </w:r>
      <w:r w:rsidR="4E655057">
        <w:rPr/>
        <w:t xml:space="preserve"> in het MER (p. 10-237/238) </w:t>
      </w:r>
      <w:r w:rsidR="4E655057">
        <w:rPr/>
        <w:t>beperkt</w:t>
      </w:r>
      <w:r w:rsidR="4E655057">
        <w:rPr/>
        <w:t xml:space="preserve"> </w:t>
      </w:r>
      <w:r w:rsidR="4E655057">
        <w:rPr/>
        <w:t>zich</w:t>
      </w:r>
      <w:r w:rsidR="4E655057">
        <w:rPr/>
        <w:t xml:space="preserve"> tot circa 2 </w:t>
      </w:r>
      <w:r w:rsidR="4E655057">
        <w:rPr/>
        <w:t>pagina's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project </w:t>
      </w:r>
      <w:r w:rsidR="4E655057">
        <w:rPr/>
        <w:t>dat</w:t>
      </w:r>
      <w:r w:rsidR="4E655057">
        <w:rPr/>
        <w:t xml:space="preserve"> </w:t>
      </w:r>
      <w:r w:rsidR="4E655057">
        <w:rPr/>
        <w:t>samenloopt</w:t>
      </w:r>
      <w:r w:rsidR="4E655057">
        <w:rPr/>
        <w:t xml:space="preserve"> met </w:t>
      </w:r>
      <w:r w:rsidR="4E655057">
        <w:rPr/>
        <w:t>minstens</w:t>
      </w:r>
      <w:r w:rsidR="4E655057">
        <w:rPr/>
        <w:t xml:space="preserve"> vier </w:t>
      </w:r>
      <w:r w:rsidR="4E655057">
        <w:rPr/>
        <w:t>andere</w:t>
      </w:r>
      <w:r w:rsidR="4E655057">
        <w:rPr/>
        <w:t xml:space="preserve"> </w:t>
      </w:r>
      <w:r w:rsidR="4E655057">
        <w:rPr/>
        <w:t>hoogspanningsprojecten</w:t>
      </w:r>
      <w:r w:rsidR="4E655057">
        <w:rPr/>
        <w:t>:</w:t>
      </w:r>
    </w:p>
    <w:p xmlns:wp14="http://schemas.microsoft.com/office/word/2010/wordml" w:rsidP="50D060EB" w14:paraId="0293F233" wp14:textId="77777777">
      <w:pPr>
        <w:pStyle w:val="ListNumber"/>
        <w:spacing w:after="60"/>
        <w:ind/>
        <w:rPr/>
      </w:pPr>
      <w:r w:rsidRPr="4E655057" w:rsidR="74E91D53">
        <w:rPr>
          <w:b w:val="1"/>
          <w:bCs w:val="1"/>
        </w:rPr>
        <w:t>Conversiestation</w:t>
      </w:r>
      <w:r w:rsidRPr="4E655057" w:rsidR="74E91D53">
        <w:rPr>
          <w:b w:val="1"/>
          <w:bCs w:val="1"/>
        </w:rPr>
        <w:t xml:space="preserve"> Neptunus</w:t>
      </w:r>
      <w:r w:rsidR="74E91D53">
        <w:rPr/>
        <w:t xml:space="preserve"> -- </w:t>
      </w:r>
      <w:r w:rsidR="74E91D53">
        <w:rPr/>
        <w:t>naast</w:t>
      </w:r>
      <w:r w:rsidR="74E91D53">
        <w:rPr/>
        <w:t xml:space="preserve"> HS Gezelle, </w:t>
      </w:r>
      <w:r w:rsidR="74E91D53">
        <w:rPr/>
        <w:t>gelijktijdige</w:t>
      </w:r>
      <w:r w:rsidR="74E91D53">
        <w:rPr/>
        <w:t xml:space="preserve"> </w:t>
      </w:r>
      <w:r w:rsidR="74E91D53">
        <w:rPr/>
        <w:t>aanlegfase</w:t>
      </w:r>
      <w:r w:rsidR="74E91D53">
        <w:rPr/>
        <w:t xml:space="preserve"> </w:t>
      </w:r>
      <w:r w:rsidR="74E91D53">
        <w:rPr/>
        <w:t>niet</w:t>
      </w:r>
      <w:r w:rsidR="74E91D53">
        <w:rPr/>
        <w:t xml:space="preserve"> </w:t>
      </w:r>
      <w:r w:rsidR="74E91D53">
        <w:rPr/>
        <w:t>uit</w:t>
      </w:r>
      <w:r w:rsidR="74E91D53">
        <w:rPr/>
        <w:t xml:space="preserve"> </w:t>
      </w:r>
      <w:r w:rsidR="74E91D53">
        <w:rPr/>
        <w:t>te</w:t>
      </w:r>
      <w:r w:rsidR="74E91D53">
        <w:rPr/>
        <w:t xml:space="preserve"> </w:t>
      </w:r>
      <w:r w:rsidR="74E91D53">
        <w:rPr/>
        <w:t>sluiten</w:t>
      </w:r>
      <w:r w:rsidR="74E91D53">
        <w:rPr/>
        <w:t>;</w:t>
      </w:r>
    </w:p>
    <w:p xmlns:wp14="http://schemas.microsoft.com/office/word/2010/wordml" w:rsidP="50D060EB" w14:paraId="27AAB369" wp14:textId="77777777">
      <w:pPr>
        <w:pStyle w:val="ListNumber"/>
        <w:spacing w:after="60"/>
        <w:ind/>
        <w:rPr/>
      </w:pPr>
      <w:r w:rsidRPr="4E655057" w:rsidR="74E91D53">
        <w:rPr>
          <w:b w:val="1"/>
          <w:bCs w:val="1"/>
        </w:rPr>
        <w:t xml:space="preserve">Lus van </w:t>
      </w:r>
      <w:r w:rsidRPr="4E655057" w:rsidR="74E91D53">
        <w:rPr>
          <w:b w:val="1"/>
          <w:bCs w:val="1"/>
        </w:rPr>
        <w:t>Henegouwen</w:t>
      </w:r>
      <w:r w:rsidR="74E91D53">
        <w:rPr/>
        <w:t xml:space="preserve"> -- 380 kV </w:t>
      </w:r>
      <w:r w:rsidR="74E91D53">
        <w:rPr/>
        <w:t>verbinding</w:t>
      </w:r>
      <w:r w:rsidR="74E91D53">
        <w:rPr/>
        <w:t>;</w:t>
      </w:r>
    </w:p>
    <w:p xmlns:wp14="http://schemas.microsoft.com/office/word/2010/wordml" w:rsidP="50D060EB" w14:paraId="3635B8D4" wp14:textId="77777777">
      <w:pPr>
        <w:pStyle w:val="ListNumber"/>
        <w:spacing w:after="60"/>
        <w:ind/>
        <w:rPr/>
      </w:pPr>
      <w:r w:rsidRPr="4E655057" w:rsidR="74E91D53">
        <w:rPr>
          <w:b w:val="1"/>
          <w:bCs w:val="1"/>
        </w:rPr>
        <w:t>150 kV Oostende-</w:t>
      </w:r>
      <w:r w:rsidRPr="4E655057" w:rsidR="74E91D53">
        <w:rPr>
          <w:b w:val="1"/>
          <w:bCs w:val="1"/>
        </w:rPr>
        <w:t>Brugge</w:t>
      </w:r>
      <w:r w:rsidR="74E91D53">
        <w:rPr/>
        <w:t>;</w:t>
      </w:r>
    </w:p>
    <w:p xmlns:wp14="http://schemas.microsoft.com/office/word/2010/wordml" w:rsidP="50D060EB" w14:paraId="197CFF27" wp14:textId="77777777">
      <w:pPr>
        <w:pStyle w:val="ListNumber"/>
        <w:spacing w:after="60"/>
        <w:ind/>
        <w:rPr/>
      </w:pPr>
      <w:r w:rsidRPr="4E655057" w:rsidR="74E91D53">
        <w:rPr>
          <w:b w:val="1"/>
          <w:bCs w:val="1"/>
        </w:rPr>
        <w:t xml:space="preserve">150 kV </w:t>
      </w:r>
      <w:r w:rsidRPr="4E655057" w:rsidR="74E91D53">
        <w:rPr>
          <w:b w:val="1"/>
          <w:bCs w:val="1"/>
        </w:rPr>
        <w:t>Blauwe</w:t>
      </w:r>
      <w:r w:rsidRPr="4E655057" w:rsidR="74E91D53">
        <w:rPr>
          <w:b w:val="1"/>
          <w:bCs w:val="1"/>
        </w:rPr>
        <w:t xml:space="preserve"> Toren-</w:t>
      </w:r>
      <w:r w:rsidRPr="4E655057" w:rsidR="74E91D53">
        <w:rPr>
          <w:b w:val="1"/>
          <w:bCs w:val="1"/>
        </w:rPr>
        <w:t>Waggelwater</w:t>
      </w:r>
      <w:r w:rsidR="74E91D53">
        <w:rPr/>
        <w:t>.</w:t>
      </w:r>
    </w:p>
    <w:p xmlns:wp14="http://schemas.microsoft.com/office/word/2010/wordml" w14:paraId="1E5D0627" wp14:textId="77777777">
      <w:pPr>
        <w:pStyle w:val="Heading3"/>
      </w:pPr>
      <w:r w:rsidR="4E655057">
        <w:rPr/>
        <w:t xml:space="preserve">10.2 </w:t>
      </w:r>
      <w:r w:rsidR="4E655057">
        <w:rPr/>
        <w:t>Circulaire</w:t>
      </w:r>
      <w:r w:rsidR="4E655057">
        <w:rPr/>
        <w:t xml:space="preserve"> </w:t>
      </w:r>
      <w:r w:rsidR="4E655057">
        <w:rPr/>
        <w:t>redenering</w:t>
      </w:r>
    </w:p>
    <w:p xmlns:wp14="http://schemas.microsoft.com/office/word/2010/wordml" w14:paraId="17BBEB61" wp14:textId="77777777">
      <w:r w:rsidR="4E655057">
        <w:rPr/>
        <w:t xml:space="preserve">De </w:t>
      </w:r>
      <w:r w:rsidR="4E655057">
        <w:rPr/>
        <w:t>redenering</w:t>
      </w:r>
      <w:r w:rsidR="4E655057">
        <w:rPr/>
        <w:t xml:space="preserve"> in het MER is </w:t>
      </w:r>
      <w:r w:rsidR="4E655057">
        <w:rPr/>
        <w:t>circulair</w:t>
      </w:r>
      <w:r w:rsidR="4E655057">
        <w:rPr/>
        <w:t>:</w:t>
      </w:r>
    </w:p>
    <w:p xmlns:wp14="http://schemas.microsoft.com/office/word/2010/wordml" w:rsidP="50D060EB" w14:paraId="7B3D5599" wp14:textId="77777777">
      <w:pPr>
        <w:pStyle w:val="ListNumber"/>
        <w:spacing w:after="60"/>
        <w:ind/>
        <w:rPr/>
      </w:pPr>
      <w:r w:rsidR="74E91D53">
        <w:rPr/>
        <w:t>Milderende</w:t>
      </w:r>
      <w:r w:rsidR="74E91D53">
        <w:rPr/>
        <w:t xml:space="preserve"> </w:t>
      </w:r>
      <w:r w:rsidR="74E91D53">
        <w:rPr/>
        <w:t>maatregelen</w:t>
      </w:r>
      <w:r w:rsidR="74E91D53">
        <w:rPr/>
        <w:t xml:space="preserve"> </w:t>
      </w:r>
      <w:r w:rsidR="74E91D53">
        <w:rPr/>
        <w:t>worden</w:t>
      </w:r>
      <w:r w:rsidR="74E91D53">
        <w:rPr/>
        <w:t xml:space="preserve"> </w:t>
      </w:r>
      <w:r w:rsidR="74E91D53">
        <w:rPr/>
        <w:t>voorgesteld</w:t>
      </w:r>
      <w:r w:rsidR="74E91D53">
        <w:rPr/>
        <w:t>;</w:t>
      </w:r>
    </w:p>
    <w:p xmlns:wp14="http://schemas.microsoft.com/office/word/2010/wordml" w:rsidP="50D060EB" w14:paraId="54C77DAA" wp14:textId="77777777">
      <w:pPr>
        <w:pStyle w:val="ListNumber"/>
        <w:spacing w:after="60"/>
        <w:ind/>
        <w:rPr/>
      </w:pPr>
      <w:r w:rsidR="74E91D53">
        <w:rPr/>
        <w:t>Daarom</w:t>
      </w:r>
      <w:r w:rsidR="74E91D53">
        <w:rPr/>
        <w:t xml:space="preserve"> </w:t>
      </w:r>
      <w:r w:rsidR="74E91D53">
        <w:rPr/>
        <w:t>zijn</w:t>
      </w:r>
      <w:r w:rsidR="74E91D53">
        <w:rPr/>
        <w:t xml:space="preserve"> de </w:t>
      </w:r>
      <w:r w:rsidR="74E91D53">
        <w:rPr/>
        <w:t>effecten</w:t>
      </w:r>
      <w:r w:rsidR="74E91D53">
        <w:rPr/>
        <w:t xml:space="preserve"> van het </w:t>
      </w:r>
      <w:r w:rsidR="74E91D53">
        <w:rPr/>
        <w:t>Ventilus</w:t>
      </w:r>
      <w:r w:rsidR="74E91D53">
        <w:rPr/>
        <w:t xml:space="preserve">-project </w:t>
      </w:r>
      <w:r w:rsidR="74E91D53">
        <w:rPr/>
        <w:t>beperkt</w:t>
      </w:r>
      <w:r w:rsidR="74E91D53">
        <w:rPr/>
        <w:t>;</w:t>
      </w:r>
    </w:p>
    <w:p xmlns:wp14="http://schemas.microsoft.com/office/word/2010/wordml" w:rsidP="50D060EB" w14:paraId="0531616D" wp14:textId="77777777">
      <w:pPr>
        <w:pStyle w:val="ListNumber"/>
        <w:spacing w:after="60"/>
        <w:ind/>
        <w:rPr/>
      </w:pPr>
      <w:r w:rsidR="74E91D53">
        <w:rPr/>
        <w:t>Daarom</w:t>
      </w:r>
      <w:r w:rsidR="74E91D53">
        <w:rPr/>
        <w:t xml:space="preserve"> </w:t>
      </w:r>
      <w:r w:rsidR="74E91D53">
        <w:rPr/>
        <w:t>zijn</w:t>
      </w:r>
      <w:r w:rsidR="74E91D53">
        <w:rPr/>
        <w:t xml:space="preserve"> de </w:t>
      </w:r>
      <w:r w:rsidR="74E91D53">
        <w:rPr/>
        <w:t>cumulatieve</w:t>
      </w:r>
      <w:r w:rsidR="74E91D53">
        <w:rPr/>
        <w:t xml:space="preserve"> </w:t>
      </w:r>
      <w:r w:rsidR="74E91D53">
        <w:rPr/>
        <w:t>effecten</w:t>
      </w:r>
      <w:r w:rsidR="74E91D53">
        <w:rPr/>
        <w:t xml:space="preserve"> met </w:t>
      </w:r>
      <w:r w:rsidR="74E91D53">
        <w:rPr/>
        <w:t>andere</w:t>
      </w:r>
      <w:r w:rsidR="74E91D53">
        <w:rPr/>
        <w:t xml:space="preserve"> </w:t>
      </w:r>
      <w:r w:rsidR="74E91D53">
        <w:rPr/>
        <w:t>projecten</w:t>
      </w:r>
      <w:r w:rsidR="74E91D53">
        <w:rPr/>
        <w:t xml:space="preserve"> </w:t>
      </w:r>
      <w:r w:rsidR="74E91D53">
        <w:rPr/>
        <w:t>ook</w:t>
      </w:r>
      <w:r w:rsidR="74E91D53">
        <w:rPr/>
        <w:t xml:space="preserve"> </w:t>
      </w:r>
      <w:r w:rsidR="74E91D53">
        <w:rPr/>
        <w:t>beperkt</w:t>
      </w:r>
      <w:r w:rsidR="74E91D53">
        <w:rPr/>
        <w:t>;</w:t>
      </w:r>
    </w:p>
    <w:p xmlns:wp14="http://schemas.microsoft.com/office/word/2010/wordml" w:rsidP="50D060EB" w14:paraId="712B9350" wp14:textId="77777777">
      <w:pPr>
        <w:pStyle w:val="ListNumber"/>
        <w:spacing w:after="60"/>
        <w:ind/>
        <w:rPr/>
      </w:pPr>
      <w:r w:rsidR="74E91D53">
        <w:rPr/>
        <w:t>Daarom</w:t>
      </w:r>
      <w:r w:rsidR="74E91D53">
        <w:rPr/>
        <w:t xml:space="preserve"> </w:t>
      </w:r>
      <w:r w:rsidR="74E91D53">
        <w:rPr/>
        <w:t>zijn</w:t>
      </w:r>
      <w:r w:rsidR="74E91D53">
        <w:rPr/>
        <w:t xml:space="preserve"> </w:t>
      </w:r>
      <w:r w:rsidR="74E91D53">
        <w:rPr/>
        <w:t>geen</w:t>
      </w:r>
      <w:r w:rsidR="74E91D53">
        <w:rPr/>
        <w:t xml:space="preserve"> </w:t>
      </w:r>
      <w:r w:rsidR="74E91D53">
        <w:rPr/>
        <w:t>aanvullende</w:t>
      </w:r>
      <w:r w:rsidR="74E91D53">
        <w:rPr/>
        <w:t xml:space="preserve"> </w:t>
      </w:r>
      <w:r w:rsidR="74E91D53">
        <w:rPr/>
        <w:t>maatregelen</w:t>
      </w:r>
      <w:r w:rsidR="74E91D53">
        <w:rPr/>
        <w:t xml:space="preserve"> </w:t>
      </w:r>
      <w:r w:rsidR="74E91D53">
        <w:rPr/>
        <w:t>nodig</w:t>
      </w:r>
      <w:r w:rsidR="74E91D53">
        <w:rPr/>
        <w:t>.</w:t>
      </w:r>
    </w:p>
    <w:p xmlns:wp14="http://schemas.microsoft.com/office/word/2010/wordml" w14:paraId="6E78845D" wp14:textId="77777777">
      <w:r w:rsidR="4E655057">
        <w:rPr/>
        <w:t>Deze</w:t>
      </w:r>
      <w:r w:rsidR="4E655057">
        <w:rPr/>
        <w:t xml:space="preserve"> </w:t>
      </w:r>
      <w:r w:rsidR="4E655057">
        <w:rPr/>
        <w:t>redenering</w:t>
      </w:r>
      <w:r w:rsidR="4E655057">
        <w:rPr/>
        <w:t xml:space="preserve"> </w:t>
      </w:r>
      <w:r w:rsidR="4E655057">
        <w:rPr/>
        <w:t>faalt</w:t>
      </w:r>
      <w:r w:rsidR="4E655057">
        <w:rPr/>
        <w:t xml:space="preserve"> op twee </w:t>
      </w:r>
      <w:r w:rsidR="4E655057">
        <w:rPr/>
        <w:t>punten</w:t>
      </w:r>
      <w:r w:rsidR="4E655057">
        <w:rPr/>
        <w:t>:</w:t>
      </w:r>
    </w:p>
    <w:p xmlns:wp14="http://schemas.microsoft.com/office/word/2010/wordml" w14:paraId="46C95C1B" wp14:textId="77777777">
      <w:pPr>
        <w:pStyle w:val="ListBullet"/>
        <w:spacing w:after="60"/>
        <w:ind w:left="720"/>
        <w:rPr/>
      </w:pPr>
      <w:r w:rsidR="4E655057">
        <w:rPr/>
        <w:t xml:space="preserve">De </w:t>
      </w:r>
      <w:r w:rsidR="4E655057">
        <w:rPr/>
        <w:t>milderende</w:t>
      </w:r>
      <w:r w:rsidR="4E655057">
        <w:rPr/>
        <w:t xml:space="preserve"> </w:t>
      </w:r>
      <w:r w:rsidR="4E655057">
        <w:rPr/>
        <w:t>maatregelen</w:t>
      </w:r>
      <w:r w:rsidR="4E655057">
        <w:rPr/>
        <w:t xml:space="preserve"> </w:t>
      </w:r>
      <w:r w:rsidR="4E655057">
        <w:rPr/>
        <w:t>zijn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bindend</w:t>
      </w:r>
      <w:r w:rsidR="4E655057">
        <w:rPr/>
        <w:t xml:space="preserve"> </w:t>
      </w:r>
      <w:r w:rsidR="4E655057">
        <w:rPr/>
        <w:t>opgelegd</w:t>
      </w:r>
      <w:r w:rsidR="4E655057">
        <w:rPr/>
        <w:t xml:space="preserve"> (</w:t>
      </w:r>
      <w:r w:rsidR="4E655057">
        <w:rPr/>
        <w:t>zie</w:t>
      </w:r>
      <w:r w:rsidR="4E655057">
        <w:rPr/>
        <w:t xml:space="preserve"> </w:t>
      </w:r>
      <w:r w:rsidR="4E655057">
        <w:rPr/>
        <w:t>sectie</w:t>
      </w:r>
      <w:r w:rsidR="4E655057">
        <w:rPr/>
        <w:t xml:space="preserve"> 8</w:t>
      </w:r>
      <w:r w:rsidR="4E655057">
        <w:rPr/>
        <w:t>);</w:t>
      </w:r>
    </w:p>
    <w:p xmlns:wp14="http://schemas.microsoft.com/office/word/2010/wordml" w14:paraId="1E0EE0D1" wp14:textId="77777777">
      <w:pPr>
        <w:pStyle w:val="ListBullet"/>
        <w:spacing w:after="60"/>
        <w:ind w:left="720"/>
        <w:rPr/>
      </w:pPr>
      <w:r w:rsidR="4E655057">
        <w:rPr/>
        <w:t xml:space="preserve">De </w:t>
      </w:r>
      <w:r w:rsidR="4E655057">
        <w:rPr/>
        <w:t>effecten</w:t>
      </w:r>
      <w:r w:rsidR="4E655057">
        <w:rPr/>
        <w:t xml:space="preserve"> van de </w:t>
      </w:r>
      <w:r w:rsidR="4E655057">
        <w:rPr/>
        <w:t>andere</w:t>
      </w:r>
      <w:r w:rsidR="4E655057">
        <w:rPr/>
        <w:t xml:space="preserve"> </w:t>
      </w:r>
      <w:r w:rsidR="4E655057">
        <w:rPr/>
        <w:t>projecten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zelfstandig</w:t>
      </w:r>
      <w:r w:rsidR="4E655057">
        <w:rPr/>
        <w:t xml:space="preserve"> </w:t>
      </w:r>
      <w:r w:rsidR="4E655057">
        <w:rPr/>
        <w:t>geanalyseerd</w:t>
      </w:r>
      <w:r w:rsidR="4E655057">
        <w:rPr/>
        <w:t xml:space="preserve"> maar </w:t>
      </w:r>
      <w:r w:rsidR="4E655057">
        <w:rPr/>
        <w:t>slechts</w:t>
      </w:r>
      <w:r w:rsidR="4E655057">
        <w:rPr/>
        <w:t xml:space="preserve"> </w:t>
      </w:r>
      <w:r w:rsidR="4E655057">
        <w:rPr/>
        <w:t>aangenomen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"</w:t>
      </w:r>
      <w:r w:rsidR="4E655057">
        <w:rPr/>
        <w:t>beperkt</w:t>
      </w:r>
      <w:r w:rsidR="4E655057">
        <w:rPr/>
        <w:t>".</w:t>
      </w:r>
    </w:p>
    <w:p xmlns:wp14="http://schemas.microsoft.com/office/word/2010/wordml" w14:paraId="075707E2" wp14:textId="77777777">
      <w:pPr>
        <w:pStyle w:val="Heading3"/>
      </w:pPr>
      <w:r w:rsidR="4E655057">
        <w:rPr/>
        <w:t xml:space="preserve">10.3 </w:t>
      </w:r>
      <w:r w:rsidR="4E655057">
        <w:rPr/>
        <w:t>Habitatrichtlijn</w:t>
      </w:r>
      <w:r w:rsidR="4E655057">
        <w:rPr/>
        <w:t xml:space="preserve"> </w:t>
      </w:r>
      <w:r w:rsidR="4E655057">
        <w:rPr/>
        <w:t>vereist</w:t>
      </w:r>
      <w:r w:rsidR="4E655057">
        <w:rPr/>
        <w:t xml:space="preserve"> </w:t>
      </w:r>
      <w:r w:rsidR="4E655057">
        <w:rPr/>
        <w:t>cumulatieve</w:t>
      </w:r>
      <w:r w:rsidR="4E655057">
        <w:rPr/>
        <w:t xml:space="preserve"> </w:t>
      </w:r>
      <w:r w:rsidR="4E655057">
        <w:rPr/>
        <w:t>beoordeling</w:t>
      </w:r>
    </w:p>
    <w:p xmlns:wp14="http://schemas.microsoft.com/office/word/2010/wordml" w14:paraId="32BE92A9" wp14:textId="77777777">
      <w:r w:rsidR="4E655057">
        <w:rPr/>
        <w:t xml:space="preserve">Artikel 6 lid 3 </w:t>
      </w:r>
      <w:r w:rsidR="4E655057">
        <w:rPr/>
        <w:t>Habitatrichtlijn</w:t>
      </w:r>
      <w:r w:rsidR="4E655057">
        <w:rPr/>
        <w:t xml:space="preserve"> </w:t>
      </w:r>
      <w:r w:rsidR="4E655057">
        <w:rPr/>
        <w:t>vereist</w:t>
      </w:r>
      <w:r w:rsidR="4E655057">
        <w:rPr/>
        <w:t xml:space="preserve"> </w:t>
      </w:r>
      <w:r w:rsidR="4E655057">
        <w:rPr/>
        <w:t>expliciet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de </w:t>
      </w:r>
      <w:r w:rsidR="4E655057">
        <w:rPr/>
        <w:t>passende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 </w:t>
      </w:r>
      <w:r w:rsidR="4E655057">
        <w:rPr/>
        <w:t>rekening</w:t>
      </w:r>
      <w:r w:rsidR="4E655057">
        <w:rPr/>
        <w:t xml:space="preserve"> </w:t>
      </w:r>
      <w:r w:rsidR="4E655057">
        <w:rPr/>
        <w:t>houdt</w:t>
      </w:r>
      <w:r w:rsidR="4E655057">
        <w:rPr/>
        <w:t xml:space="preserve"> met de </w:t>
      </w:r>
      <w:r w:rsidR="4E655057">
        <w:rPr/>
        <w:t>cumulatieve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 </w:t>
      </w:r>
      <w:r w:rsidRPr="4E655057" w:rsidR="4E655057">
        <w:rPr>
          <w:i w:val="1"/>
          <w:iCs w:val="1"/>
        </w:rPr>
        <w:t xml:space="preserve">"in </w:t>
      </w:r>
      <w:r w:rsidRPr="4E655057" w:rsidR="4E655057">
        <w:rPr>
          <w:i w:val="1"/>
          <w:iCs w:val="1"/>
        </w:rPr>
        <w:t>combinatie</w:t>
      </w:r>
      <w:r w:rsidRPr="4E655057" w:rsidR="4E655057">
        <w:rPr>
          <w:i w:val="1"/>
          <w:iCs w:val="1"/>
        </w:rPr>
        <w:t xml:space="preserve"> met </w:t>
      </w:r>
      <w:r w:rsidRPr="4E655057" w:rsidR="4E655057">
        <w:rPr>
          <w:i w:val="1"/>
          <w:iCs w:val="1"/>
        </w:rPr>
        <w:t>andere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plannen</w:t>
      </w:r>
      <w:r w:rsidRPr="4E655057" w:rsidR="4E655057">
        <w:rPr>
          <w:i w:val="1"/>
          <w:iCs w:val="1"/>
        </w:rPr>
        <w:t xml:space="preserve"> of </w:t>
      </w:r>
      <w:r w:rsidRPr="4E655057" w:rsidR="4E655057">
        <w:rPr>
          <w:i w:val="1"/>
          <w:iCs w:val="1"/>
        </w:rPr>
        <w:t>projecten</w:t>
      </w:r>
      <w:r w:rsidRPr="4E655057" w:rsidR="4E655057">
        <w:rPr>
          <w:i w:val="1"/>
          <w:iCs w:val="1"/>
        </w:rPr>
        <w:t>"</w:t>
      </w:r>
      <w:r w:rsidR="4E655057">
        <w:rPr/>
        <w:t xml:space="preserve">. De </w:t>
      </w:r>
      <w:r w:rsidR="4E655057">
        <w:rPr/>
        <w:t>oppervlakkige</w:t>
      </w:r>
      <w:r w:rsidR="4E655057">
        <w:rPr/>
        <w:t xml:space="preserve"> </w:t>
      </w:r>
      <w:r w:rsidR="4E655057">
        <w:rPr/>
        <w:t>kwalitatieve</w:t>
      </w:r>
      <w:r w:rsidR="4E655057">
        <w:rPr/>
        <w:t xml:space="preserve"> </w:t>
      </w:r>
      <w:r w:rsidR="4E655057">
        <w:rPr/>
        <w:t>bespreking</w:t>
      </w:r>
      <w:r w:rsidR="4E655057">
        <w:rPr/>
        <w:t xml:space="preserve"> in het MER </w:t>
      </w:r>
      <w:r w:rsidR="4E655057">
        <w:rPr/>
        <w:t>voldoet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</w:t>
      </w:r>
      <w:r w:rsidR="4E655057">
        <w:rPr/>
        <w:t>deze</w:t>
      </w:r>
      <w:r w:rsidR="4E655057">
        <w:rPr/>
        <w:t xml:space="preserve"> </w:t>
      </w:r>
      <w:r w:rsidR="4E655057">
        <w:rPr/>
        <w:t>vereiste</w:t>
      </w:r>
      <w:r w:rsidR="4E655057">
        <w:rPr/>
        <w:t>.</w:t>
      </w:r>
    </w:p>
    <w:p xmlns:wp14="http://schemas.microsoft.com/office/word/2010/wordml" w14:paraId="46ABE8A8" wp14:textId="77777777">
      <w:pPr>
        <w:pStyle w:val="Heading3"/>
      </w:pPr>
      <w:r w:rsidR="4E655057">
        <w:rPr/>
        <w:t xml:space="preserve">10.4 Cascade-effect: </w:t>
      </w:r>
      <w:r w:rsidR="4E655057">
        <w:rPr/>
        <w:t>windturbines</w:t>
      </w:r>
      <w:r w:rsidR="4E655057">
        <w:rPr/>
        <w:t xml:space="preserve"> </w:t>
      </w:r>
      <w:r w:rsidR="4E655057">
        <w:rPr/>
        <w:t>aangetrokken</w:t>
      </w:r>
      <w:r w:rsidR="4E655057">
        <w:rPr/>
        <w:t xml:space="preserve"> door </w:t>
      </w:r>
      <w:r w:rsidR="4E655057">
        <w:rPr/>
        <w:t>bundelingsprincipe</w:t>
      </w:r>
    </w:p>
    <w:p xmlns:wp14="http://schemas.microsoft.com/office/word/2010/wordml" w14:paraId="6868AC88" wp14:textId="77777777">
      <w:r w:rsidR="4E655057">
        <w:rPr/>
        <w:t xml:space="preserve">Een </w:t>
      </w:r>
      <w:r w:rsidR="4E655057">
        <w:rPr/>
        <w:t>bijkomend</w:t>
      </w:r>
      <w:r w:rsidR="4E655057">
        <w:rPr/>
        <w:t xml:space="preserve"> </w:t>
      </w:r>
      <w:r w:rsidR="4E655057">
        <w:rPr/>
        <w:t>cumulatief</w:t>
      </w:r>
      <w:r w:rsidR="4E655057">
        <w:rPr/>
        <w:t xml:space="preserve"> effect </w:t>
      </w:r>
      <w:r w:rsidR="4E655057">
        <w:rPr/>
        <w:t>dat</w:t>
      </w:r>
      <w:r w:rsidR="4E655057">
        <w:rPr/>
        <w:t xml:space="preserve"> in het MER </w:t>
      </w:r>
      <w:r w:rsidR="4E655057">
        <w:rPr/>
        <w:t>niet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beoordeeld</w:t>
      </w:r>
      <w:r w:rsidR="4E655057">
        <w:rPr/>
        <w:t xml:space="preserve">, </w:t>
      </w:r>
      <w:r w:rsidR="4E655057">
        <w:rPr/>
        <w:t>betreft</w:t>
      </w:r>
      <w:r w:rsidR="4E655057">
        <w:rPr/>
        <w:t xml:space="preserve"> het </w:t>
      </w:r>
      <w:r w:rsidRPr="4E655057" w:rsidR="4E655057">
        <w:rPr>
          <w:b w:val="1"/>
          <w:bCs w:val="1"/>
        </w:rPr>
        <w:t xml:space="preserve">precedent </w:t>
      </w:r>
      <w:r w:rsidRPr="4E655057" w:rsidR="4E655057">
        <w:rPr>
          <w:b w:val="1"/>
          <w:bCs w:val="1"/>
        </w:rPr>
        <w:t>dat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een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bovengrondse</w:t>
      </w:r>
      <w:r w:rsidRPr="4E655057" w:rsidR="4E655057">
        <w:rPr>
          <w:b w:val="1"/>
          <w:bCs w:val="1"/>
        </w:rPr>
        <w:t xml:space="preserve"> 380 kV-</w:t>
      </w:r>
      <w:r w:rsidRPr="4E655057" w:rsidR="4E655057">
        <w:rPr>
          <w:b w:val="1"/>
          <w:bCs w:val="1"/>
        </w:rPr>
        <w:t>hoogspanningslijn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creëert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voor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verdere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industrialisatie</w:t>
      </w:r>
      <w:r w:rsidRPr="4E655057" w:rsidR="4E655057">
        <w:rPr>
          <w:b w:val="1"/>
          <w:bCs w:val="1"/>
        </w:rPr>
        <w:t xml:space="preserve"> van de open </w:t>
      </w:r>
      <w:r w:rsidRPr="4E655057" w:rsidR="4E655057">
        <w:rPr>
          <w:b w:val="1"/>
          <w:bCs w:val="1"/>
        </w:rPr>
        <w:t>ruimte</w:t>
      </w:r>
      <w:r w:rsidR="4E655057">
        <w:rPr/>
        <w:t xml:space="preserve">, in het </w:t>
      </w:r>
      <w:r w:rsidR="4E655057">
        <w:rPr/>
        <w:t>bijzonder</w:t>
      </w:r>
      <w:r w:rsidR="4E655057">
        <w:rPr/>
        <w:t xml:space="preserve"> door </w:t>
      </w:r>
      <w:r w:rsidR="4E655057">
        <w:rPr/>
        <w:t>windturbineprojecten</w:t>
      </w:r>
      <w:r w:rsidR="4E655057">
        <w:rPr/>
        <w:t>.</w:t>
      </w:r>
    </w:p>
    <w:p xmlns:wp14="http://schemas.microsoft.com/office/word/2010/wordml" w14:paraId="1D86BA99" wp14:textId="25F98BDF">
      <w:r w:rsidR="74E91D53">
        <w:rPr/>
        <w:t xml:space="preserve">Het </w:t>
      </w:r>
      <w:r w:rsidR="74E91D53">
        <w:rPr/>
        <w:t>Vlaamse</w:t>
      </w:r>
      <w:r w:rsidR="74E91D53">
        <w:rPr/>
        <w:t xml:space="preserve"> </w:t>
      </w:r>
      <w:r w:rsidR="74E91D53">
        <w:rPr/>
        <w:t>ruimtelijk</w:t>
      </w:r>
      <w:r w:rsidR="74E91D53">
        <w:rPr/>
        <w:t xml:space="preserve"> </w:t>
      </w:r>
      <w:r w:rsidR="74E91D53">
        <w:rPr/>
        <w:t>beleid</w:t>
      </w:r>
      <w:r w:rsidR="74E91D53">
        <w:rPr/>
        <w:t xml:space="preserve"> </w:t>
      </w:r>
      <w:r w:rsidR="74E91D53">
        <w:rPr/>
        <w:t>hanteert</w:t>
      </w:r>
      <w:r w:rsidR="74E91D53">
        <w:rPr/>
        <w:t xml:space="preserve"> het </w:t>
      </w:r>
      <w:r w:rsidRPr="4E655057" w:rsidR="74E91D53">
        <w:rPr>
          <w:b w:val="1"/>
          <w:bCs w:val="1"/>
        </w:rPr>
        <w:t>bundelingsprincipe</w:t>
      </w:r>
      <w:r w:rsidR="74E91D53">
        <w:rPr/>
        <w:t xml:space="preserve">: </w:t>
      </w:r>
      <w:r w:rsidR="74E91D53">
        <w:rPr/>
        <w:t>nieuwe</w:t>
      </w:r>
      <w:r w:rsidR="74E91D53">
        <w:rPr/>
        <w:t xml:space="preserve"> </w:t>
      </w:r>
      <w:r w:rsidR="74E91D53">
        <w:rPr/>
        <w:t>infrastructuur</w:t>
      </w:r>
      <w:r w:rsidR="74E91D53">
        <w:rPr/>
        <w:t xml:space="preserve"> </w:t>
      </w:r>
      <w:r w:rsidR="74E91D53">
        <w:rPr/>
        <w:t>wordt</w:t>
      </w:r>
      <w:r w:rsidR="74E91D53">
        <w:rPr/>
        <w:t xml:space="preserve"> </w:t>
      </w:r>
      <w:r w:rsidR="74E91D53">
        <w:rPr/>
        <w:t>bij</w:t>
      </w:r>
      <w:r w:rsidR="74E91D53">
        <w:rPr/>
        <w:t xml:space="preserve"> </w:t>
      </w:r>
      <w:r w:rsidR="74E91D53">
        <w:rPr/>
        <w:t>voorkeur</w:t>
      </w:r>
      <w:r w:rsidR="74E91D53">
        <w:rPr/>
        <w:t xml:space="preserve"> </w:t>
      </w:r>
      <w:r w:rsidR="74E91D53">
        <w:rPr/>
        <w:t>gebundeld</w:t>
      </w:r>
      <w:r w:rsidR="74E91D53">
        <w:rPr/>
        <w:t xml:space="preserve"> </w:t>
      </w:r>
      <w:r w:rsidR="74E91D53">
        <w:rPr/>
        <w:t>langs</w:t>
      </w:r>
      <w:r w:rsidR="74E91D53">
        <w:rPr/>
        <w:t xml:space="preserve"> </w:t>
      </w:r>
      <w:r w:rsidR="74E91D53">
        <w:rPr/>
        <w:t>bestaande</w:t>
      </w:r>
      <w:r w:rsidR="74E91D53">
        <w:rPr/>
        <w:t xml:space="preserve"> </w:t>
      </w:r>
      <w:r w:rsidR="74E91D53">
        <w:rPr/>
        <w:t>infrastructuurcorridors</w:t>
      </w:r>
      <w:r w:rsidR="74E91D53">
        <w:rPr/>
        <w:t xml:space="preserve">. Een </w:t>
      </w:r>
      <w:r w:rsidR="74E91D53">
        <w:rPr/>
        <w:t>bovengrondse</w:t>
      </w:r>
      <w:r w:rsidR="74E91D53">
        <w:rPr/>
        <w:t xml:space="preserve"> 380 kV-</w:t>
      </w:r>
      <w:r w:rsidR="74E91D53">
        <w:rPr/>
        <w:t>lijn</w:t>
      </w:r>
      <w:r w:rsidR="74E91D53">
        <w:rPr/>
        <w:t xml:space="preserve"> </w:t>
      </w:r>
      <w:r w:rsidR="74E91D53">
        <w:rPr/>
        <w:t>door</w:t>
      </w:r>
      <w:r w:rsidR="74E91D53">
        <w:rPr/>
        <w:t xml:space="preserve"> open </w:t>
      </w:r>
      <w:r w:rsidR="74E91D53">
        <w:rPr/>
        <w:t>landbouwgebied</w:t>
      </w:r>
      <w:r w:rsidR="74E91D53">
        <w:rPr/>
        <w:t xml:space="preserve"> </w:t>
      </w:r>
      <w:r w:rsidR="74E91D53">
        <w:rPr/>
        <w:t>creëert</w:t>
      </w:r>
      <w:r w:rsidR="74E91D53">
        <w:rPr/>
        <w:t xml:space="preserve"> </w:t>
      </w:r>
      <w:r w:rsidR="74E91D53">
        <w:rPr/>
        <w:t>een</w:t>
      </w:r>
      <w:r w:rsidR="74E91D53">
        <w:rPr/>
        <w:t xml:space="preserve"> </w:t>
      </w:r>
      <w:r w:rsidR="74E91D53">
        <w:rPr/>
        <w:t>dergelijke</w:t>
      </w:r>
      <w:r w:rsidR="74E91D53">
        <w:rPr/>
        <w:t xml:space="preserve"> </w:t>
      </w:r>
      <w:r w:rsidR="74E91D53">
        <w:rPr/>
        <w:t>infrastructuurcorridor</w:t>
      </w:r>
      <w:r w:rsidR="74E91D53">
        <w:rPr/>
        <w:t xml:space="preserve"> </w:t>
      </w:r>
      <w:r w:rsidR="74E91D53">
        <w:rPr/>
        <w:t>en</w:t>
      </w:r>
      <w:r w:rsidR="74E91D53">
        <w:rPr/>
        <w:t xml:space="preserve"> </w:t>
      </w:r>
      <w:r w:rsidR="74E91D53">
        <w:rPr/>
        <w:t>trekt</w:t>
      </w:r>
      <w:r w:rsidR="74E91D53">
        <w:rPr/>
        <w:t xml:space="preserve"> </w:t>
      </w:r>
      <w:r w:rsidR="74E91D53">
        <w:rPr/>
        <w:t>daarmee</w:t>
      </w:r>
      <w:r w:rsidR="74E91D53">
        <w:rPr/>
        <w:t xml:space="preserve"> </w:t>
      </w:r>
      <w:r w:rsidR="74E91D53">
        <w:rPr/>
        <w:t>windturbineprojecten</w:t>
      </w:r>
      <w:r w:rsidR="74E91D53">
        <w:rPr/>
        <w:t xml:space="preserve"> </w:t>
      </w:r>
      <w:r w:rsidR="74E91D53">
        <w:rPr/>
        <w:t>aan</w:t>
      </w:r>
      <w:r w:rsidR="74E91D53">
        <w:rPr/>
        <w:t xml:space="preserve">. Dit is </w:t>
      </w:r>
      <w:r w:rsidR="74E91D53">
        <w:rPr/>
        <w:t>geen</w:t>
      </w:r>
      <w:r w:rsidR="74E91D53">
        <w:rPr/>
        <w:t xml:space="preserve"> </w:t>
      </w:r>
      <w:r w:rsidR="74E91D53">
        <w:rPr/>
        <w:t>hypothetisch</w:t>
      </w:r>
      <w:r w:rsidR="74E91D53">
        <w:rPr/>
        <w:t xml:space="preserve"> </w:t>
      </w:r>
      <w:r w:rsidR="74E91D53">
        <w:rPr/>
        <w:t>risico</w:t>
      </w:r>
      <w:r w:rsidR="74E91D53">
        <w:rPr/>
        <w:t xml:space="preserve">: de Raad </w:t>
      </w:r>
      <w:r w:rsidR="74E91D53">
        <w:rPr/>
        <w:t>voor</w:t>
      </w:r>
      <w:r w:rsidR="74E91D53">
        <w:rPr/>
        <w:t xml:space="preserve"> </w:t>
      </w:r>
      <w:r w:rsidR="74E91D53">
        <w:rPr/>
        <w:t>Vergunningsbetwistingen</w:t>
      </w:r>
      <w:r w:rsidR="74E91D53">
        <w:rPr/>
        <w:t xml:space="preserve"> (</w:t>
      </w:r>
      <w:r w:rsidR="74E91D53">
        <w:rPr/>
        <w:t>RvVb</w:t>
      </w:r>
      <w:r w:rsidR="74E91D53">
        <w:rPr/>
        <w:t xml:space="preserve">) </w:t>
      </w:r>
      <w:r w:rsidR="74E91D53">
        <w:rPr/>
        <w:t>heeft</w:t>
      </w:r>
      <w:r w:rsidR="74E91D53">
        <w:rPr/>
        <w:t xml:space="preserve"> in </w:t>
      </w:r>
      <w:r w:rsidR="74E91D53">
        <w:rPr/>
        <w:t>meerdere</w:t>
      </w:r>
      <w:r w:rsidR="74E91D53">
        <w:rPr/>
        <w:t xml:space="preserve"> </w:t>
      </w:r>
      <w:r w:rsidR="74E91D53">
        <w:rPr/>
        <w:t>arresten</w:t>
      </w:r>
      <w:r w:rsidR="74E91D53">
        <w:rPr/>
        <w:t xml:space="preserve"> </w:t>
      </w:r>
      <w:r w:rsidR="74E91D53">
        <w:rPr/>
        <w:t>bevestigd</w:t>
      </w:r>
      <w:r w:rsidR="74E91D53">
        <w:rPr/>
        <w:t xml:space="preserve"> </w:t>
      </w:r>
      <w:r w:rsidR="74E91D53">
        <w:rPr/>
        <w:t>dat</w:t>
      </w:r>
      <w:r w:rsidR="74E91D53">
        <w:rPr/>
        <w:t xml:space="preserve"> het </w:t>
      </w:r>
      <w:r w:rsidR="74E91D53">
        <w:rPr/>
        <w:t>bundelingsprincipe</w:t>
      </w:r>
      <w:r w:rsidR="74E91D53">
        <w:rPr/>
        <w:t xml:space="preserve"> </w:t>
      </w:r>
      <w:r w:rsidR="74E91D53">
        <w:rPr/>
        <w:t>effectief</w:t>
      </w:r>
      <w:r w:rsidR="74E91D53">
        <w:rPr/>
        <w:t xml:space="preserve"> </w:t>
      </w:r>
      <w:r w:rsidR="74E91D53">
        <w:rPr/>
        <w:t>leidt</w:t>
      </w:r>
      <w:r w:rsidR="74E91D53">
        <w:rPr/>
        <w:t xml:space="preserve"> tot clustering van </w:t>
      </w:r>
      <w:r w:rsidR="74E91D53">
        <w:rPr/>
        <w:t>windturbines</w:t>
      </w:r>
      <w:r w:rsidR="74E91D53">
        <w:rPr/>
        <w:t xml:space="preserve"> </w:t>
      </w:r>
      <w:r w:rsidR="74E91D53">
        <w:rPr/>
        <w:t>langs</w:t>
      </w:r>
      <w:r w:rsidR="74E91D53">
        <w:rPr/>
        <w:t xml:space="preserve"> </w:t>
      </w:r>
      <w:r w:rsidR="74E91D53">
        <w:rPr/>
        <w:t>bestaande</w:t>
      </w:r>
      <w:r w:rsidR="74E91D53">
        <w:rPr/>
        <w:t xml:space="preserve"> </w:t>
      </w:r>
      <w:r w:rsidR="74E91D53">
        <w:rPr/>
        <w:t>hoogspanningsinfrastructuur</w:t>
      </w:r>
      <w:r w:rsidR="74E91D53">
        <w:rPr/>
        <w:t>.</w:t>
      </w:r>
    </w:p>
    <w:p xmlns:wp14="http://schemas.microsoft.com/office/word/2010/wordml" w14:paraId="16264D73" wp14:textId="77777777">
      <w:r w:rsidR="4E655057">
        <w:rPr/>
        <w:t xml:space="preserve">Het </w:t>
      </w:r>
      <w:r w:rsidR="4E655057">
        <w:rPr/>
        <w:t>cumulatieve</w:t>
      </w:r>
      <w:r w:rsidR="4E655057">
        <w:rPr/>
        <w:t xml:space="preserve"> </w:t>
      </w:r>
      <w:r w:rsidR="4E655057">
        <w:rPr/>
        <w:t>biodiversiteitseffect</w:t>
      </w:r>
      <w:r w:rsidR="4E655057">
        <w:rPr/>
        <w:t xml:space="preserve"> van </w:t>
      </w:r>
      <w:r w:rsidR="4E655057">
        <w:rPr/>
        <w:t>dit</w:t>
      </w:r>
      <w:r w:rsidR="4E655057">
        <w:rPr/>
        <w:t xml:space="preserve"> cascade-</w:t>
      </w:r>
      <w:r w:rsidR="4E655057">
        <w:rPr/>
        <w:t>mechanisme</w:t>
      </w:r>
      <w:r w:rsidR="4E655057">
        <w:rPr/>
        <w:t xml:space="preserve"> is </w:t>
      </w:r>
      <w:r w:rsidR="4E655057">
        <w:rPr/>
        <w:t>substantieel</w:t>
      </w:r>
      <w:r w:rsidR="4E655057">
        <w:rPr/>
        <w:t>:</w:t>
      </w:r>
    </w:p>
    <w:p xmlns:wp14="http://schemas.microsoft.com/office/word/2010/wordml" w14:paraId="7418004A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 xml:space="preserve">Extra </w:t>
      </w:r>
      <w:r w:rsidRPr="4E655057" w:rsidR="4E655057">
        <w:rPr>
          <w:b w:val="1"/>
          <w:bCs w:val="1"/>
        </w:rPr>
        <w:t>vogelsterfte</w:t>
      </w:r>
      <w:r w:rsidRPr="4E655057" w:rsidR="4E655057">
        <w:rPr>
          <w:b w:val="1"/>
          <w:bCs w:val="1"/>
        </w:rPr>
        <w:t xml:space="preserve"> door </w:t>
      </w:r>
      <w:r w:rsidRPr="4E655057" w:rsidR="4E655057">
        <w:rPr>
          <w:b w:val="1"/>
          <w:bCs w:val="1"/>
        </w:rPr>
        <w:t>windturbines</w:t>
      </w:r>
      <w:r w:rsidRPr="4E655057" w:rsidR="4E655057">
        <w:rPr>
          <w:b w:val="1"/>
          <w:bCs w:val="1"/>
        </w:rPr>
        <w:t>:</w:t>
      </w:r>
      <w:r w:rsidR="4E655057">
        <w:rPr/>
        <w:t xml:space="preserve"> </w:t>
      </w:r>
      <w:r w:rsidR="4E655057">
        <w:rPr/>
        <w:t>windturbines</w:t>
      </w:r>
      <w:r w:rsidR="4E655057">
        <w:rPr/>
        <w:t xml:space="preserve"> </w:t>
      </w:r>
      <w:r w:rsidR="4E655057">
        <w:rPr/>
        <w:t>vormen</w:t>
      </w:r>
      <w:r w:rsidR="4E655057">
        <w:rPr/>
        <w:t xml:space="preserve">, </w:t>
      </w:r>
      <w:r w:rsidR="4E655057">
        <w:rPr/>
        <w:t>naast</w:t>
      </w:r>
      <w:r w:rsidR="4E655057">
        <w:rPr/>
        <w:t xml:space="preserve"> </w:t>
      </w:r>
      <w:r w:rsidR="4E655057">
        <w:rPr/>
        <w:t>hoogspanningslijnen</w:t>
      </w:r>
      <w:r w:rsidR="4E655057">
        <w:rPr/>
        <w:t xml:space="preserve">, </w:t>
      </w:r>
      <w:r w:rsidR="4E655057">
        <w:rPr/>
        <w:t>een</w:t>
      </w:r>
      <w:r w:rsidR="4E655057">
        <w:rPr/>
        <w:t xml:space="preserve"> van de </w:t>
      </w:r>
      <w:r w:rsidR="4E655057">
        <w:rPr/>
        <w:t>belangrijkste</w:t>
      </w:r>
      <w:r w:rsidR="4E655057">
        <w:rPr/>
        <w:t xml:space="preserve"> </w:t>
      </w:r>
      <w:r w:rsidR="4E655057">
        <w:rPr/>
        <w:t>bronnen</w:t>
      </w:r>
      <w:r w:rsidR="4E655057">
        <w:rPr/>
        <w:t xml:space="preserve"> van </w:t>
      </w:r>
      <w:r w:rsidR="4E655057">
        <w:rPr/>
        <w:t>vogelsterfte</w:t>
      </w:r>
      <w:r w:rsidR="4E655057">
        <w:rPr/>
        <w:t xml:space="preserve"> door </w:t>
      </w:r>
      <w:r w:rsidR="4E655057">
        <w:rPr/>
        <w:t>infrastructuur</w:t>
      </w:r>
      <w:r w:rsidR="4E655057">
        <w:rPr/>
        <w:t xml:space="preserve">. De </w:t>
      </w:r>
      <w:r w:rsidR="4E655057">
        <w:rPr/>
        <w:t>combinatie</w:t>
      </w:r>
      <w:r w:rsidR="4E655057">
        <w:rPr/>
        <w:t xml:space="preserve"> van </w:t>
      </w:r>
      <w:r w:rsidR="4E655057">
        <w:rPr/>
        <w:t>een</w:t>
      </w:r>
      <w:r w:rsidR="4E655057">
        <w:rPr/>
        <w:t xml:space="preserve"> </w:t>
      </w:r>
      <w:r w:rsidR="4E655057">
        <w:rPr/>
        <w:t>bovengrondse</w:t>
      </w:r>
      <w:r w:rsidR="4E655057">
        <w:rPr/>
        <w:t xml:space="preserve"> 380 kV-</w:t>
      </w:r>
      <w:r w:rsidR="4E655057">
        <w:rPr/>
        <w:t>lijn</w:t>
      </w:r>
      <w:r w:rsidR="4E655057">
        <w:rPr/>
        <w:t xml:space="preserve"> met </w:t>
      </w:r>
      <w:r w:rsidR="4E655057">
        <w:rPr/>
        <w:t>windturbines</w:t>
      </w:r>
      <w:r w:rsidR="4E655057">
        <w:rPr/>
        <w:t xml:space="preserve"> </w:t>
      </w:r>
      <w:r w:rsidR="4E655057">
        <w:rPr/>
        <w:t>langs</w:t>
      </w:r>
      <w:r w:rsidR="4E655057">
        <w:rPr/>
        <w:t xml:space="preserve"> </w:t>
      </w:r>
      <w:r w:rsidR="4E655057">
        <w:rPr/>
        <w:t>hetzelfde</w:t>
      </w:r>
      <w:r w:rsidR="4E655057">
        <w:rPr/>
        <w:t xml:space="preserve"> </w:t>
      </w:r>
      <w:r w:rsidR="4E655057">
        <w:rPr/>
        <w:t>tracé</w:t>
      </w:r>
      <w:r w:rsidR="4E655057">
        <w:rPr/>
        <w:t xml:space="preserve"> </w:t>
      </w:r>
      <w:r w:rsidR="4E655057">
        <w:rPr/>
        <w:t>verdubbelt</w:t>
      </w:r>
      <w:r w:rsidR="4E655057">
        <w:rPr/>
        <w:t xml:space="preserve"> of </w:t>
      </w:r>
      <w:r w:rsidR="4E655057">
        <w:rPr/>
        <w:t>verdrievoudigt</w:t>
      </w:r>
      <w:r w:rsidR="4E655057">
        <w:rPr/>
        <w:t xml:space="preserve"> het </w:t>
      </w:r>
      <w:r w:rsidR="4E655057">
        <w:rPr/>
        <w:t>aanvaringsrisico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vogels</w:t>
      </w:r>
      <w:r w:rsidR="4E655057">
        <w:rPr/>
        <w:t xml:space="preserve"> in de </w:t>
      </w:r>
      <w:r w:rsidR="4E655057">
        <w:rPr/>
        <w:t>betrokken</w:t>
      </w:r>
      <w:r w:rsidR="4E655057">
        <w:rPr/>
        <w:t xml:space="preserve"> corridor.</w:t>
      </w:r>
    </w:p>
    <w:p xmlns:wp14="http://schemas.microsoft.com/office/word/2010/wordml" w14:paraId="50D74951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Cumulatieve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verstoring</w:t>
      </w:r>
      <w:r w:rsidRPr="4E655057" w:rsidR="4E655057">
        <w:rPr>
          <w:b w:val="1"/>
          <w:bCs w:val="1"/>
        </w:rPr>
        <w:t>:</w:t>
      </w:r>
      <w:r w:rsidR="4E655057">
        <w:rPr/>
        <w:t xml:space="preserve"> de </w:t>
      </w:r>
      <w:r w:rsidR="4E655057">
        <w:rPr/>
        <w:t>combinatie</w:t>
      </w:r>
      <w:r w:rsidR="4E655057">
        <w:rPr/>
        <w:t xml:space="preserve"> van </w:t>
      </w:r>
      <w:r w:rsidR="4E655057">
        <w:rPr/>
        <w:t>hoogspanningsmasten</w:t>
      </w:r>
      <w:r w:rsidR="4E655057">
        <w:rPr/>
        <w:t xml:space="preserve">, </w:t>
      </w:r>
      <w:r w:rsidR="4E655057">
        <w:rPr/>
        <w:t>windturbines</w:t>
      </w:r>
      <w:r w:rsidR="4E655057">
        <w:rPr/>
        <w:t xml:space="preserve">, </w:t>
      </w:r>
      <w:r w:rsidR="4E655057">
        <w:rPr/>
        <w:t>bijbehorende</w:t>
      </w:r>
      <w:r w:rsidR="4E655057">
        <w:rPr/>
        <w:t xml:space="preserve"> </w:t>
      </w:r>
      <w:r w:rsidR="4E655057">
        <w:rPr/>
        <w:t>toegangswegen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onderhoudsinfrastructuur</w:t>
      </w:r>
      <w:r w:rsidR="4E655057">
        <w:rPr/>
        <w:t xml:space="preserve"> </w:t>
      </w:r>
      <w:r w:rsidR="4E655057">
        <w:rPr/>
        <w:t>leidt</w:t>
      </w:r>
      <w:r w:rsidR="4E655057">
        <w:rPr/>
        <w:t xml:space="preserve"> tot </w:t>
      </w:r>
      <w:r w:rsidR="4E655057">
        <w:rPr/>
        <w:t>een</w:t>
      </w:r>
      <w:r w:rsidR="4E655057">
        <w:rPr/>
        <w:t xml:space="preserve"> </w:t>
      </w:r>
      <w:r w:rsidR="4E655057">
        <w:rPr/>
        <w:t>cumulatieve</w:t>
      </w:r>
      <w:r w:rsidR="4E655057">
        <w:rPr/>
        <w:t xml:space="preserve"> </w:t>
      </w:r>
      <w:r w:rsidR="4E655057">
        <w:rPr/>
        <w:t>versnippering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verstoring</w:t>
      </w:r>
      <w:r w:rsidR="4E655057">
        <w:rPr/>
        <w:t xml:space="preserve"> van </w:t>
      </w:r>
      <w:r w:rsidR="4E655057">
        <w:rPr/>
        <w:t>leefgebieden</w:t>
      </w:r>
      <w:r w:rsidR="4E655057">
        <w:rPr/>
        <w:t xml:space="preserve"> die de </w:t>
      </w:r>
      <w:r w:rsidR="4E655057">
        <w:rPr/>
        <w:t>som</w:t>
      </w:r>
      <w:r w:rsidR="4E655057">
        <w:rPr/>
        <w:t xml:space="preserve"> der </w:t>
      </w:r>
      <w:r w:rsidR="4E655057">
        <w:rPr/>
        <w:t>delen</w:t>
      </w:r>
      <w:r w:rsidR="4E655057">
        <w:rPr/>
        <w:t xml:space="preserve"> </w:t>
      </w:r>
      <w:r w:rsidR="4E655057">
        <w:rPr/>
        <w:t>overstijgt</w:t>
      </w:r>
      <w:r w:rsidR="4E655057">
        <w:rPr/>
        <w:t>.</w:t>
      </w:r>
    </w:p>
    <w:p xmlns:wp14="http://schemas.microsoft.com/office/word/2010/wordml" w14:paraId="1E05393D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Barrière-effect: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corridor van </w:t>
      </w:r>
      <w:r w:rsidR="4E655057">
        <w:rPr/>
        <w:t>hoogspanningslijnen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windturbines</w:t>
      </w:r>
      <w:r w:rsidR="4E655057">
        <w:rPr/>
        <w:t xml:space="preserve"> </w:t>
      </w:r>
      <w:r w:rsidR="4E655057">
        <w:rPr/>
        <w:t>vormt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cumulatieve</w:t>
      </w:r>
      <w:r w:rsidR="4E655057">
        <w:rPr/>
        <w:t xml:space="preserve"> </w:t>
      </w:r>
      <w:r w:rsidR="4E655057">
        <w:rPr/>
        <w:t>barrière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vliegroutes</w:t>
      </w:r>
      <w:r w:rsidR="4E655057">
        <w:rPr/>
        <w:t xml:space="preserve"> van </w:t>
      </w:r>
      <w:r w:rsidR="4E655057">
        <w:rPr/>
        <w:t>vogels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vleermuizen</w:t>
      </w:r>
      <w:r w:rsidR="4E655057">
        <w:rPr/>
        <w:t xml:space="preserve">, met name in de open </w:t>
      </w:r>
      <w:r w:rsidR="4E655057">
        <w:rPr/>
        <w:t>polderlandschappen</w:t>
      </w:r>
      <w:r w:rsidR="4E655057">
        <w:rPr/>
        <w:t xml:space="preserve"> van West-Vlaanderen </w:t>
      </w:r>
      <w:r w:rsidR="4E655057">
        <w:rPr/>
        <w:t>waar</w:t>
      </w:r>
      <w:r w:rsidR="4E655057">
        <w:rPr/>
        <w:t xml:space="preserve"> het </w:t>
      </w:r>
      <w:r w:rsidR="4E655057">
        <w:rPr/>
        <w:t>Ventilus-tracé</w:t>
      </w:r>
      <w:r w:rsidR="4E655057">
        <w:rPr/>
        <w:t xml:space="preserve"> is </w:t>
      </w:r>
      <w:r w:rsidR="4E655057">
        <w:rPr/>
        <w:t>voorzien</w:t>
      </w:r>
      <w:r w:rsidR="4E655057">
        <w:rPr/>
        <w:t>.</w:t>
      </w:r>
    </w:p>
    <w:p xmlns:wp14="http://schemas.microsoft.com/office/word/2010/wordml" w14:paraId="22DF99AA" wp14:textId="77777777">
      <w:r w:rsidR="4E655057">
        <w:rPr/>
        <w:t xml:space="preserve">Dit cascade-effect is </w:t>
      </w:r>
      <w:r w:rsidR="4E655057">
        <w:rPr/>
        <w:t>een</w:t>
      </w:r>
      <w:r w:rsidR="4E655057">
        <w:rPr/>
        <w:t xml:space="preserve"> </w:t>
      </w:r>
      <w:r w:rsidRPr="4E655057" w:rsidR="4E655057">
        <w:rPr>
          <w:b w:val="1"/>
          <w:bCs w:val="1"/>
        </w:rPr>
        <w:t xml:space="preserve">plan- of </w:t>
      </w:r>
      <w:r w:rsidRPr="4E655057" w:rsidR="4E655057">
        <w:rPr>
          <w:b w:val="1"/>
          <w:bCs w:val="1"/>
        </w:rPr>
        <w:t>projecteffect</w:t>
      </w:r>
      <w:r w:rsidR="4E655057">
        <w:rPr/>
        <w:t xml:space="preserve"> in de zin van </w:t>
      </w:r>
      <w:r w:rsidR="4E655057">
        <w:rPr/>
        <w:t>artikel</w:t>
      </w:r>
      <w:r w:rsidR="4E655057">
        <w:rPr/>
        <w:t xml:space="preserve"> 6 lid 3 van de </w:t>
      </w:r>
      <w:r w:rsidR="4E655057">
        <w:rPr/>
        <w:t>Habitatrichtlijn</w:t>
      </w:r>
      <w:r w:rsidR="4E655057">
        <w:rPr/>
        <w:t xml:space="preserve">, </w:t>
      </w:r>
      <w:r w:rsidR="4E655057">
        <w:rPr/>
        <w:t>dat</w:t>
      </w:r>
      <w:r w:rsidR="4E655057">
        <w:rPr/>
        <w:t xml:space="preserve"> </w:t>
      </w:r>
      <w:r w:rsidR="4E655057">
        <w:rPr/>
        <w:t>vereist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de </w:t>
      </w:r>
      <w:r w:rsidR="4E655057">
        <w:rPr/>
        <w:t>passende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 </w:t>
      </w:r>
      <w:r w:rsidR="4E655057">
        <w:rPr/>
        <w:t>rekening</w:t>
      </w:r>
      <w:r w:rsidR="4E655057">
        <w:rPr/>
        <w:t xml:space="preserve"> </w:t>
      </w:r>
      <w:r w:rsidR="4E655057">
        <w:rPr/>
        <w:t>houdt</w:t>
      </w:r>
      <w:r w:rsidR="4E655057">
        <w:rPr/>
        <w:t xml:space="preserve"> met </w:t>
      </w:r>
      <w:r w:rsidR="4E655057">
        <w:rPr/>
        <w:t>effecten</w:t>
      </w:r>
      <w:r w:rsidR="4E655057">
        <w:rPr/>
        <w:t xml:space="preserve"> </w:t>
      </w:r>
      <w:r w:rsidRPr="4E655057" w:rsidR="4E655057">
        <w:rPr>
          <w:i w:val="1"/>
          <w:iCs w:val="1"/>
        </w:rPr>
        <w:t xml:space="preserve">"in </w:t>
      </w:r>
      <w:r w:rsidRPr="4E655057" w:rsidR="4E655057">
        <w:rPr>
          <w:i w:val="1"/>
          <w:iCs w:val="1"/>
        </w:rPr>
        <w:t>combinatie</w:t>
      </w:r>
      <w:r w:rsidRPr="4E655057" w:rsidR="4E655057">
        <w:rPr>
          <w:i w:val="1"/>
          <w:iCs w:val="1"/>
        </w:rPr>
        <w:t xml:space="preserve"> met </w:t>
      </w:r>
      <w:r w:rsidRPr="4E655057" w:rsidR="4E655057">
        <w:rPr>
          <w:i w:val="1"/>
          <w:iCs w:val="1"/>
        </w:rPr>
        <w:t>andere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plannen</w:t>
      </w:r>
      <w:r w:rsidRPr="4E655057" w:rsidR="4E655057">
        <w:rPr>
          <w:i w:val="1"/>
          <w:iCs w:val="1"/>
        </w:rPr>
        <w:t xml:space="preserve"> of </w:t>
      </w:r>
      <w:r w:rsidRPr="4E655057" w:rsidR="4E655057">
        <w:rPr>
          <w:i w:val="1"/>
          <w:iCs w:val="1"/>
        </w:rPr>
        <w:t>projecten</w:t>
      </w:r>
      <w:r w:rsidRPr="4E655057" w:rsidR="4E655057">
        <w:rPr>
          <w:i w:val="1"/>
          <w:iCs w:val="1"/>
        </w:rPr>
        <w:t>"</w:t>
      </w:r>
      <w:r w:rsidR="4E655057">
        <w:rPr/>
        <w:t xml:space="preserve">. </w:t>
      </w:r>
      <w:r w:rsidR="4E655057">
        <w:rPr/>
        <w:t>Windturbineprojecten</w:t>
      </w:r>
      <w:r w:rsidR="4E655057">
        <w:rPr/>
        <w:t xml:space="preserve"> die door het </w:t>
      </w:r>
      <w:r w:rsidR="4E655057">
        <w:rPr/>
        <w:t>bundelingsprincipe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aangetrokken</w:t>
      </w:r>
      <w:r w:rsidR="4E655057">
        <w:rPr/>
        <w:t xml:space="preserve">, </w:t>
      </w:r>
      <w:r w:rsidR="4E655057">
        <w:rPr/>
        <w:t>zijn</w:t>
      </w:r>
      <w:r w:rsidR="4E655057">
        <w:rPr/>
        <w:t xml:space="preserve"> </w:t>
      </w:r>
      <w:r w:rsidR="4E655057">
        <w:rPr/>
        <w:t>voorzienbare</w:t>
      </w:r>
      <w:r w:rsidR="4E655057">
        <w:rPr/>
        <w:t xml:space="preserve"> </w:t>
      </w:r>
      <w:r w:rsidR="4E655057">
        <w:rPr/>
        <w:t>toekomstige</w:t>
      </w:r>
      <w:r w:rsidR="4E655057">
        <w:rPr/>
        <w:t xml:space="preserve"> </w:t>
      </w:r>
      <w:r w:rsidR="4E655057">
        <w:rPr/>
        <w:t>projecten</w:t>
      </w:r>
      <w:r w:rsidR="4E655057">
        <w:rPr/>
        <w:t xml:space="preserve"> </w:t>
      </w:r>
      <w:r w:rsidR="4E655057">
        <w:rPr/>
        <w:t>waarmee</w:t>
      </w:r>
      <w:r w:rsidR="4E655057">
        <w:rPr/>
        <w:t xml:space="preserve"> de </w:t>
      </w:r>
      <w:r w:rsidR="4E655057">
        <w:rPr/>
        <w:t>cumulatieve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 </w:t>
      </w:r>
      <w:r w:rsidR="4E655057">
        <w:rPr/>
        <w:t>hadden</w:t>
      </w:r>
      <w:r w:rsidR="4E655057">
        <w:rPr/>
        <w:t xml:space="preserve"> </w:t>
      </w:r>
      <w:r w:rsidR="4E655057">
        <w:rPr/>
        <w:t>moeten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beoordeeld</w:t>
      </w:r>
      <w:r w:rsidR="4E655057">
        <w:rPr/>
        <w:t xml:space="preserve">. Het MER </w:t>
      </w:r>
      <w:r w:rsidR="4E655057">
        <w:rPr/>
        <w:t>laat</w:t>
      </w:r>
      <w:r w:rsidR="4E655057">
        <w:rPr/>
        <w:t xml:space="preserve"> </w:t>
      </w:r>
      <w:r w:rsidR="4E655057">
        <w:rPr/>
        <w:t>deze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 </w:t>
      </w:r>
      <w:r w:rsidR="4E655057">
        <w:rPr/>
        <w:t>volledig</w:t>
      </w:r>
      <w:r w:rsidR="4E655057">
        <w:rPr/>
        <w:t xml:space="preserve"> </w:t>
      </w:r>
      <w:r w:rsidR="4E655057">
        <w:rPr/>
        <w:t>achterwege</w:t>
      </w:r>
      <w:r w:rsidR="4E655057">
        <w:rPr/>
        <w:t>.</w:t>
      </w:r>
    </w:p>
    <w:p xmlns:wp14="http://schemas.microsoft.com/office/word/2010/wordml" w:rsidP="4E655057" w14:paraId="1299C43A" wp14:textId="77777777">
      <w:pPr>
        <w:pBdr>
          <w:bottom w:val="single" w:color="CCCCCC" w:sz="6" w:space="1"/>
        </w:pBdr>
        <w:spacing w:before="240" w:after="240"/>
        <w:pBdr>
          <w:bottom w:val="single" w:color="CCCCCC" w:sz="6" w:space="1"/>
        </w:pBdr>
      </w:pPr>
    </w:p>
    <w:p xmlns:wp14="http://schemas.microsoft.com/office/word/2010/wordml" w14:paraId="1362300A" wp14:textId="77777777">
      <w:pPr>
        <w:pStyle w:val="Heading2"/>
      </w:pPr>
      <w:r>
        <w:t>11. BEVESTIGING DOOR GEMEENTELIJKE EN ANDERE ADVIEZEN</w:t>
      </w:r>
    </w:p>
    <w:p xmlns:wp14="http://schemas.microsoft.com/office/word/2010/wordml" w14:paraId="2A8DD553" wp14:textId="77777777">
      <w:pPr>
        <w:pStyle w:val="Heading3"/>
      </w:pPr>
      <w:r w:rsidR="4E655057">
        <w:rPr/>
        <w:t xml:space="preserve">11.1 </w:t>
      </w:r>
      <w:r w:rsidR="4E655057">
        <w:rPr/>
        <w:t>Gemeente</w:t>
      </w:r>
      <w:r w:rsidR="4E655057">
        <w:rPr/>
        <w:t xml:space="preserve"> </w:t>
      </w:r>
      <w:r w:rsidR="4E655057">
        <w:rPr/>
        <w:t>Jabbeke</w:t>
      </w:r>
      <w:r w:rsidR="4E655057">
        <w:rPr/>
        <w:t xml:space="preserve"> (</w:t>
      </w:r>
      <w:r w:rsidR="4E655057">
        <w:rPr/>
        <w:t>ongunstig</w:t>
      </w:r>
      <w:r w:rsidR="4E655057">
        <w:rPr/>
        <w:t xml:space="preserve"> </w:t>
      </w:r>
      <w:r w:rsidR="4E655057">
        <w:rPr/>
        <w:t>advies</w:t>
      </w:r>
      <w:r w:rsidR="4E655057">
        <w:rPr/>
        <w:t>)</w:t>
      </w:r>
    </w:p>
    <w:p xmlns:wp14="http://schemas.microsoft.com/office/word/2010/wordml" w14:paraId="65311DF5" wp14:textId="77777777">
      <w:r w:rsidR="4E655057">
        <w:rPr/>
        <w:t xml:space="preserve">De </w:t>
      </w:r>
      <w:r w:rsidR="4E655057">
        <w:rPr/>
        <w:t>gemeente</w:t>
      </w:r>
      <w:r w:rsidR="4E655057">
        <w:rPr/>
        <w:t xml:space="preserve"> </w:t>
      </w:r>
      <w:r w:rsidR="4E655057">
        <w:rPr/>
        <w:t>Jabbeke</w:t>
      </w:r>
      <w:r w:rsidR="4E655057">
        <w:rPr/>
        <w:t xml:space="preserve"> </w:t>
      </w:r>
      <w:r w:rsidR="4E655057">
        <w:rPr/>
        <w:t>stelt</w:t>
      </w:r>
      <w:r w:rsidR="4E655057">
        <w:rPr/>
        <w:t xml:space="preserve"> in </w:t>
      </w:r>
      <w:r w:rsidR="4E655057">
        <w:rPr/>
        <w:t>haar</w:t>
      </w:r>
      <w:r w:rsidR="4E655057">
        <w:rPr/>
        <w:t xml:space="preserve"> </w:t>
      </w:r>
      <w:r w:rsidR="4E655057">
        <w:rPr/>
        <w:t>ongunstig</w:t>
      </w:r>
      <w:r w:rsidR="4E655057">
        <w:rPr/>
        <w:t xml:space="preserve"> </w:t>
      </w:r>
      <w:r w:rsidR="4E655057">
        <w:rPr/>
        <w:t>advies</w:t>
      </w:r>
      <w:r w:rsidR="4E655057">
        <w:rPr/>
        <w:t xml:space="preserve"> </w:t>
      </w:r>
      <w:r w:rsidR="4E655057">
        <w:rPr/>
        <w:t>dat</w:t>
      </w:r>
      <w:r w:rsidR="4E655057">
        <w:rPr/>
        <w:t>:</w:t>
      </w:r>
    </w:p>
    <w:p xmlns:wp14="http://schemas.microsoft.com/office/word/2010/wordml" w14:paraId="08127E6C" wp14:textId="77777777">
      <w:pPr>
        <w:pStyle w:val="ListBullet"/>
        <w:spacing w:after="60"/>
        <w:ind w:left="720"/>
        <w:rPr/>
      </w:pPr>
      <w:r w:rsidR="4E655057">
        <w:rPr/>
        <w:t xml:space="preserve">het </w:t>
      </w:r>
      <w:r w:rsidRPr="4E655057" w:rsidR="4E655057">
        <w:rPr>
          <w:b w:val="1"/>
          <w:bCs w:val="1"/>
        </w:rPr>
        <w:t>akkervogelgebied</w:t>
      </w:r>
      <w:r w:rsidRPr="4E655057" w:rsidR="4E655057">
        <w:rPr>
          <w:b w:val="1"/>
          <w:bCs w:val="1"/>
        </w:rPr>
        <w:t xml:space="preserve"> ter </w:t>
      </w:r>
      <w:r w:rsidRPr="4E655057" w:rsidR="4E655057">
        <w:rPr>
          <w:b w:val="1"/>
          <w:bCs w:val="1"/>
        </w:rPr>
        <w:t>hoogte</w:t>
      </w:r>
      <w:r w:rsidRPr="4E655057" w:rsidR="4E655057">
        <w:rPr>
          <w:b w:val="1"/>
          <w:bCs w:val="1"/>
        </w:rPr>
        <w:t xml:space="preserve"> van </w:t>
      </w:r>
      <w:r w:rsidRPr="4E655057" w:rsidR="4E655057">
        <w:rPr>
          <w:b w:val="1"/>
          <w:bCs w:val="1"/>
        </w:rPr>
        <w:t>masten</w:t>
      </w:r>
      <w:r w:rsidRPr="4E655057" w:rsidR="4E655057">
        <w:rPr>
          <w:b w:val="1"/>
          <w:bCs w:val="1"/>
        </w:rPr>
        <w:t xml:space="preserve"> P15-P17 </w:t>
      </w:r>
      <w:r w:rsidRPr="4E655057" w:rsidR="4E655057">
        <w:rPr>
          <w:b w:val="1"/>
          <w:bCs w:val="1"/>
        </w:rPr>
        <w:t>niet</w:t>
      </w:r>
      <w:r w:rsidRPr="4E655057" w:rsidR="4E655057">
        <w:rPr>
          <w:b w:val="1"/>
          <w:bCs w:val="1"/>
        </w:rPr>
        <w:t xml:space="preserve"> is </w:t>
      </w:r>
      <w:r w:rsidRPr="4E655057" w:rsidR="4E655057">
        <w:rPr>
          <w:b w:val="1"/>
          <w:bCs w:val="1"/>
        </w:rPr>
        <w:t>onderzocht</w:t>
      </w:r>
      <w:r w:rsidR="4E655057">
        <w:rPr/>
        <w:t xml:space="preserve"> in het </w:t>
      </w:r>
      <w:r w:rsidR="4E655057">
        <w:rPr/>
        <w:t>MER;</w:t>
      </w:r>
    </w:p>
    <w:p xmlns:wp14="http://schemas.microsoft.com/office/word/2010/wordml" w14:paraId="1EE8463F" wp14:textId="77777777">
      <w:pPr>
        <w:pStyle w:val="ListBullet"/>
        <w:spacing w:after="60"/>
        <w:ind w:left="720"/>
        <w:rPr/>
      </w:pPr>
      <w:r w:rsidR="4E655057">
        <w:rPr/>
        <w:t xml:space="preserve">mast P27N in de </w:t>
      </w:r>
      <w:r w:rsidR="4E655057">
        <w:rPr/>
        <w:t>nieuwe</w:t>
      </w:r>
      <w:r w:rsidR="4E655057">
        <w:rPr/>
        <w:t xml:space="preserve"> </w:t>
      </w:r>
      <w:r w:rsidR="4E655057">
        <w:rPr/>
        <w:t>configuratie</w:t>
      </w:r>
      <w:r w:rsidR="4E655057">
        <w:rPr/>
        <w:t xml:space="preserve"> </w:t>
      </w:r>
      <w:r w:rsidRPr="4E655057" w:rsidR="4E655057">
        <w:rPr>
          <w:b w:val="1"/>
          <w:bCs w:val="1"/>
        </w:rPr>
        <w:t>13 meter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hoger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130 meter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dichter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de </w:t>
      </w:r>
      <w:r w:rsidR="4E655057">
        <w:rPr/>
        <w:t>kasteeldomeinen</w:t>
      </w:r>
      <w:r w:rsidR="4E655057">
        <w:rPr/>
        <w:t xml:space="preserve"> </w:t>
      </w:r>
      <w:r w:rsidR="4E655057">
        <w:rPr/>
        <w:t>Beisbroek</w:t>
      </w:r>
      <w:r w:rsidR="4E655057">
        <w:rPr/>
        <w:t>/Tudor/</w:t>
      </w:r>
      <w:r w:rsidR="4E655057">
        <w:rPr/>
        <w:t>Tillegem</w:t>
      </w:r>
      <w:r w:rsidR="4E655057">
        <w:rPr/>
        <w:t xml:space="preserve"> (</w:t>
      </w:r>
      <w:r w:rsidR="4E655057">
        <w:rPr/>
        <w:t>aangrenzend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SBZ-H BE2500004</w:t>
      </w:r>
      <w:r w:rsidR="4E655057">
        <w:rPr/>
        <w:t>);</w:t>
      </w:r>
    </w:p>
    <w:p xmlns:wp14="http://schemas.microsoft.com/office/word/2010/wordml" w14:paraId="481968A1" wp14:textId="77777777">
      <w:pPr>
        <w:pStyle w:val="ListBullet"/>
        <w:spacing w:after="60"/>
        <w:ind w:left="720"/>
        <w:rPr/>
      </w:pPr>
      <w:r w:rsidR="4E655057">
        <w:rPr/>
        <w:t xml:space="preserve">de </w:t>
      </w:r>
      <w:r w:rsidRPr="4E655057" w:rsidR="4E655057">
        <w:rPr>
          <w:b w:val="1"/>
          <w:bCs w:val="1"/>
        </w:rPr>
        <w:t xml:space="preserve">Hoeve 't </w:t>
      </w:r>
      <w:r w:rsidRPr="4E655057" w:rsidR="4E655057">
        <w:rPr>
          <w:b w:val="1"/>
          <w:bCs w:val="1"/>
        </w:rPr>
        <w:t>Croonken</w:t>
      </w:r>
      <w:r w:rsidR="4E655057">
        <w:rPr/>
        <w:t xml:space="preserve"> nu </w:t>
      </w:r>
      <w:r w:rsidR="4E655057">
        <w:rPr/>
        <w:t>wordt</w:t>
      </w:r>
      <w:r w:rsidR="4E655057">
        <w:rPr/>
        <w:t xml:space="preserve"> </w:t>
      </w:r>
      <w:r w:rsidR="4E655057">
        <w:rPr/>
        <w:t>overspannen</w:t>
      </w:r>
      <w:r w:rsidR="4E655057">
        <w:rPr/>
        <w:t xml:space="preserve"> door de </w:t>
      </w:r>
      <w:r w:rsidR="4E655057">
        <w:rPr/>
        <w:t>nieuwe</w:t>
      </w:r>
      <w:r w:rsidR="4E655057">
        <w:rPr/>
        <w:t xml:space="preserve"> </w:t>
      </w:r>
      <w:r w:rsidR="4E655057">
        <w:rPr/>
        <w:t>lijn</w:t>
      </w:r>
      <w:r w:rsidR="4E655057">
        <w:rPr/>
        <w:t xml:space="preserve"> (</w:t>
      </w:r>
      <w:r w:rsidR="4E655057">
        <w:rPr/>
        <w:t>nieuw</w:t>
      </w:r>
      <w:r w:rsidR="4E655057">
        <w:rPr/>
        <w:t xml:space="preserve"> </w:t>
      </w:r>
      <w:r w:rsidR="4E655057">
        <w:rPr/>
        <w:t>feit</w:t>
      </w:r>
      <w:r w:rsidR="4E655057">
        <w:rPr/>
        <w:t xml:space="preserve"> ten </w:t>
      </w:r>
      <w:r w:rsidR="4E655057">
        <w:rPr/>
        <w:t>opzichte</w:t>
      </w:r>
      <w:r w:rsidR="4E655057">
        <w:rPr/>
        <w:t xml:space="preserve"> van </w:t>
      </w:r>
      <w:r w:rsidR="4E655057">
        <w:rPr/>
        <w:t>versie</w:t>
      </w:r>
      <w:r w:rsidR="4E655057">
        <w:rPr/>
        <w:t xml:space="preserve"> 2).</w:t>
      </w:r>
    </w:p>
    <w:p xmlns:wp14="http://schemas.microsoft.com/office/word/2010/wordml" w14:paraId="01BEAF71" wp14:textId="77777777">
      <w:pPr>
        <w:pStyle w:val="Heading3"/>
      </w:pPr>
      <w:r w:rsidR="4E655057">
        <w:rPr/>
        <w:t xml:space="preserve">11.2 </w:t>
      </w:r>
      <w:r w:rsidR="4E655057">
        <w:rPr/>
        <w:t>Gemeente</w:t>
      </w:r>
      <w:r w:rsidR="4E655057">
        <w:rPr/>
        <w:t xml:space="preserve"> </w:t>
      </w:r>
      <w:r w:rsidR="4E655057">
        <w:rPr/>
        <w:t>Lendelede</w:t>
      </w:r>
      <w:r w:rsidR="4E655057">
        <w:rPr/>
        <w:t xml:space="preserve"> (</w:t>
      </w:r>
      <w:r w:rsidR="4E655057">
        <w:rPr/>
        <w:t>ongunstig</w:t>
      </w:r>
      <w:r w:rsidR="4E655057">
        <w:rPr/>
        <w:t xml:space="preserve"> </w:t>
      </w:r>
      <w:r w:rsidR="4E655057">
        <w:rPr/>
        <w:t>advies</w:t>
      </w:r>
      <w:r w:rsidR="4E655057">
        <w:rPr/>
        <w:t>)</w:t>
      </w:r>
    </w:p>
    <w:p xmlns:wp14="http://schemas.microsoft.com/office/word/2010/wordml" w14:paraId="4CD0D6E6" wp14:textId="77777777">
      <w:r w:rsidR="4E655057">
        <w:rPr/>
        <w:t xml:space="preserve">De </w:t>
      </w:r>
      <w:r w:rsidR="4E655057">
        <w:rPr/>
        <w:t>gemeente</w:t>
      </w:r>
      <w:r w:rsidR="4E655057">
        <w:rPr/>
        <w:t xml:space="preserve"> </w:t>
      </w:r>
      <w:r w:rsidR="4E655057">
        <w:rPr/>
        <w:t>Lendelede</w:t>
      </w:r>
      <w:r w:rsidR="4E655057">
        <w:rPr/>
        <w:t xml:space="preserve"> </w:t>
      </w:r>
      <w:r w:rsidR="4E655057">
        <w:rPr/>
        <w:t>stelt</w:t>
      </w:r>
      <w:r w:rsidR="4E655057">
        <w:rPr/>
        <w:t xml:space="preserve"> in </w:t>
      </w:r>
      <w:r w:rsidR="4E655057">
        <w:rPr/>
        <w:t>haar</w:t>
      </w:r>
      <w:r w:rsidR="4E655057">
        <w:rPr/>
        <w:t xml:space="preserve"> </w:t>
      </w:r>
      <w:r w:rsidR="4E655057">
        <w:rPr/>
        <w:t>ongunstig</w:t>
      </w:r>
      <w:r w:rsidR="4E655057">
        <w:rPr/>
        <w:t xml:space="preserve"> </w:t>
      </w:r>
      <w:r w:rsidR="4E655057">
        <w:rPr/>
        <w:t>advies</w:t>
      </w:r>
      <w:r w:rsidR="4E655057">
        <w:rPr/>
        <w:t xml:space="preserve"> </w:t>
      </w:r>
      <w:r w:rsidR="4E655057">
        <w:rPr/>
        <w:t>dat</w:t>
      </w:r>
      <w:r w:rsidR="4E655057">
        <w:rPr/>
        <w:t>:</w:t>
      </w:r>
    </w:p>
    <w:p xmlns:wp14="http://schemas.microsoft.com/office/word/2010/wordml" w14:paraId="11119F39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 xml:space="preserve">80 </w:t>
      </w:r>
      <w:r w:rsidRPr="4E655057" w:rsidR="4E655057">
        <w:rPr>
          <w:b w:val="1"/>
          <w:bCs w:val="1"/>
        </w:rPr>
        <w:t>bomen</w:t>
      </w:r>
      <w:r w:rsidRPr="4E655057" w:rsidR="4E655057">
        <w:rPr>
          <w:b w:val="1"/>
          <w:bCs w:val="1"/>
        </w:rPr>
        <w:t xml:space="preserve"> permanent </w:t>
      </w:r>
      <w:r w:rsidRPr="4E655057" w:rsidR="4E655057">
        <w:rPr>
          <w:b w:val="1"/>
          <w:bCs w:val="1"/>
        </w:rPr>
        <w:t>worden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gerooid</w:t>
      </w:r>
      <w:r w:rsidR="4E655057">
        <w:rPr/>
        <w:t xml:space="preserve"> in </w:t>
      </w:r>
      <w:r w:rsidR="4E655057">
        <w:rPr/>
        <w:t>biologisch</w:t>
      </w:r>
      <w:r w:rsidR="4E655057">
        <w:rPr/>
        <w:t xml:space="preserve"> </w:t>
      </w:r>
      <w:r w:rsidR="4E655057">
        <w:rPr/>
        <w:t>zeer</w:t>
      </w:r>
      <w:r w:rsidR="4E655057">
        <w:rPr/>
        <w:t xml:space="preserve"> </w:t>
      </w:r>
      <w:r w:rsidR="4E655057">
        <w:rPr/>
        <w:t>waardevol</w:t>
      </w:r>
      <w:r w:rsidR="4E655057">
        <w:rPr/>
        <w:t xml:space="preserve"> </w:t>
      </w:r>
      <w:r w:rsidR="4E655057">
        <w:rPr/>
        <w:t>gebied</w:t>
      </w:r>
      <w:r w:rsidR="4E655057">
        <w:rPr/>
        <w:t>;</w:t>
      </w:r>
    </w:p>
    <w:p xmlns:wp14="http://schemas.microsoft.com/office/word/2010/wordml" w14:paraId="4128D1E9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poelen</w:t>
      </w:r>
      <w:r w:rsidRPr="4E655057" w:rsidR="4E655057">
        <w:rPr>
          <w:b w:val="1"/>
          <w:bCs w:val="1"/>
        </w:rPr>
        <w:t xml:space="preserve"> op 25 </w:t>
      </w:r>
      <w:r w:rsidRPr="4E655057" w:rsidR="4E655057">
        <w:rPr>
          <w:b w:val="1"/>
          <w:bCs w:val="1"/>
        </w:rPr>
        <w:t>tot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80 meter</w:t>
      </w:r>
      <w:r w:rsidRPr="4E655057" w:rsidR="4E655057">
        <w:rPr>
          <w:b w:val="1"/>
          <w:bCs w:val="1"/>
        </w:rPr>
        <w:t xml:space="preserve"> van </w:t>
      </w:r>
      <w:r w:rsidRPr="4E655057" w:rsidR="4E655057">
        <w:rPr>
          <w:b w:val="1"/>
          <w:bCs w:val="1"/>
        </w:rPr>
        <w:t>pylonen</w:t>
      </w:r>
      <w:r w:rsidR="4E655057">
        <w:rPr/>
        <w:t xml:space="preserve"> </w:t>
      </w:r>
      <w:r w:rsidR="4E655057">
        <w:rPr/>
        <w:t>kwetsbaar</w:t>
      </w:r>
      <w:r w:rsidR="4E655057">
        <w:rPr/>
        <w:t xml:space="preserve"> </w:t>
      </w:r>
      <w:r w:rsidR="4E655057">
        <w:rPr/>
        <w:t>zijn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verdroging</w:t>
      </w:r>
      <w:r w:rsidR="4E655057">
        <w:rPr/>
        <w:t>;</w:t>
      </w:r>
    </w:p>
    <w:p xmlns:wp14="http://schemas.microsoft.com/office/word/2010/wordml" w14:paraId="76F5BBB9" wp14:textId="77777777">
      <w:pPr>
        <w:pStyle w:val="ListBullet"/>
        <w:spacing w:after="60"/>
        <w:ind w:left="720"/>
        <w:rPr/>
      </w:pPr>
      <w:r w:rsidR="4E655057">
        <w:rPr/>
        <w:t xml:space="preserve">het MER de </w:t>
      </w:r>
      <w:r w:rsidR="4E655057">
        <w:rPr/>
        <w:t>biologische</w:t>
      </w:r>
      <w:r w:rsidR="4E655057">
        <w:rPr/>
        <w:t xml:space="preserve"> </w:t>
      </w:r>
      <w:r w:rsidR="4E655057">
        <w:rPr/>
        <w:t>waarde</w:t>
      </w:r>
      <w:r w:rsidR="4E655057">
        <w:rPr/>
        <w:t xml:space="preserve"> van het </w:t>
      </w:r>
      <w:r w:rsidR="4E655057">
        <w:rPr/>
        <w:t>getroffen</w:t>
      </w:r>
      <w:r w:rsidR="4E655057">
        <w:rPr/>
        <w:t xml:space="preserve"> </w:t>
      </w:r>
      <w:r w:rsidR="4E655057">
        <w:rPr/>
        <w:t>gebied</w:t>
      </w:r>
      <w:r w:rsidR="4E655057">
        <w:rPr/>
        <w:t xml:space="preserve"> </w:t>
      </w:r>
      <w:r w:rsidR="4E655057">
        <w:rPr/>
        <w:t>onderschat</w:t>
      </w:r>
      <w:r w:rsidR="4E655057">
        <w:rPr/>
        <w:t>.</w:t>
      </w:r>
    </w:p>
    <w:p xmlns:wp14="http://schemas.microsoft.com/office/word/2010/wordml" w14:paraId="63424FF8" wp14:textId="77777777">
      <w:pPr>
        <w:pStyle w:val="Heading3"/>
      </w:pPr>
      <w:r w:rsidR="4E655057">
        <w:rPr/>
        <w:t xml:space="preserve">11.3 </w:t>
      </w:r>
      <w:r w:rsidR="4E655057">
        <w:rPr/>
        <w:t>Agentschap</w:t>
      </w:r>
      <w:r w:rsidR="4E655057">
        <w:rPr/>
        <w:t xml:space="preserve"> </w:t>
      </w:r>
      <w:r w:rsidR="4E655057">
        <w:rPr/>
        <w:t>Onroerend</w:t>
      </w:r>
      <w:r w:rsidR="4E655057">
        <w:rPr/>
        <w:t xml:space="preserve"> </w:t>
      </w:r>
      <w:r w:rsidR="4E655057">
        <w:rPr/>
        <w:t>Erfgoed</w:t>
      </w:r>
    </w:p>
    <w:p xmlns:wp14="http://schemas.microsoft.com/office/word/2010/wordml" w14:paraId="66017C23" wp14:textId="77777777">
      <w:r w:rsidR="4E655057">
        <w:rPr/>
        <w:t xml:space="preserve">Het </w:t>
      </w:r>
      <w:r w:rsidR="4E655057">
        <w:rPr/>
        <w:t>Agentschap</w:t>
      </w:r>
      <w:r w:rsidR="4E655057">
        <w:rPr/>
        <w:t xml:space="preserve"> </w:t>
      </w:r>
      <w:r w:rsidR="4E655057">
        <w:rPr/>
        <w:t>Onroerend</w:t>
      </w:r>
      <w:r w:rsidR="4E655057">
        <w:rPr/>
        <w:t xml:space="preserve"> </w:t>
      </w:r>
      <w:r w:rsidR="4E655057">
        <w:rPr/>
        <w:t>Erfgoed</w:t>
      </w:r>
      <w:r w:rsidR="4E655057">
        <w:rPr/>
        <w:t xml:space="preserve"> </w:t>
      </w:r>
      <w:r w:rsidR="4E655057">
        <w:rPr/>
        <w:t>bevestigt</w:t>
      </w:r>
      <w:r w:rsidR="4E655057">
        <w:rPr/>
        <w:t xml:space="preserve"> </w:t>
      </w:r>
      <w:r w:rsidR="4E655057">
        <w:rPr/>
        <w:t>dat</w:t>
      </w:r>
      <w:r w:rsidR="4E655057">
        <w:rPr/>
        <w:t>:</w:t>
      </w:r>
    </w:p>
    <w:p xmlns:wp14="http://schemas.microsoft.com/office/word/2010/wordml" w14:paraId="1413B46F" wp14:textId="77777777">
      <w:pPr>
        <w:pStyle w:val="ListBullet"/>
        <w:spacing w:after="60"/>
        <w:ind w:left="720"/>
        <w:rPr/>
      </w:pPr>
      <w:r w:rsidR="4E655057">
        <w:rPr/>
        <w:t xml:space="preserve">het </w:t>
      </w:r>
      <w:r w:rsidRPr="4E655057" w:rsidR="4E655057">
        <w:rPr>
          <w:b w:val="1"/>
          <w:bCs w:val="1"/>
        </w:rPr>
        <w:t>beschermd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landschap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Vloetemveld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geraakt</w:t>
      </w:r>
      <w:r w:rsidR="4E655057">
        <w:rPr/>
        <w:t>;</w:t>
      </w:r>
    </w:p>
    <w:p xmlns:wp14="http://schemas.microsoft.com/office/word/2010/wordml" w14:paraId="28103947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historische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houtkanten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uit</w:t>
      </w:r>
      <w:r w:rsidRPr="4E655057" w:rsidR="4E655057">
        <w:rPr>
          <w:b w:val="1"/>
          <w:bCs w:val="1"/>
        </w:rPr>
        <w:t xml:space="preserve"> 1873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getroffen</w:t>
      </w:r>
      <w:r w:rsidR="4E655057">
        <w:rPr/>
        <w:t>;</w:t>
      </w:r>
    </w:p>
    <w:p xmlns:wp14="http://schemas.microsoft.com/office/word/2010/wordml" w14:paraId="5D076ADE" wp14:textId="77777777">
      <w:pPr>
        <w:pStyle w:val="ListBullet"/>
        <w:spacing w:after="60"/>
        <w:ind w:left="720"/>
        <w:rPr/>
      </w:pPr>
      <w:r w:rsidR="4E655057">
        <w:rPr/>
        <w:t>heraanplant</w:t>
      </w:r>
      <w:r w:rsidR="4E655057">
        <w:rPr/>
        <w:t xml:space="preserve"> de </w:t>
      </w:r>
      <w:r w:rsidR="4E655057">
        <w:rPr/>
        <w:t>effecten</w:t>
      </w:r>
      <w:r w:rsidR="4E655057">
        <w:rPr/>
        <w:t xml:space="preserve"> </w:t>
      </w:r>
      <w:r w:rsidRPr="4E655057" w:rsidR="4E655057">
        <w:rPr>
          <w:i w:val="1"/>
          <w:iCs w:val="1"/>
        </w:rPr>
        <w:t xml:space="preserve">"NIET </w:t>
      </w:r>
      <w:r w:rsidRPr="4E655057" w:rsidR="4E655057">
        <w:rPr>
          <w:i w:val="1"/>
          <w:iCs w:val="1"/>
        </w:rPr>
        <w:t>volledig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mildert</w:t>
      </w:r>
      <w:r w:rsidRPr="4E655057" w:rsidR="4E655057">
        <w:rPr>
          <w:i w:val="1"/>
          <w:iCs w:val="1"/>
        </w:rPr>
        <w:t>"</w:t>
      </w:r>
      <w:r w:rsidR="4E655057">
        <w:rPr/>
        <w:t>;</w:t>
      </w:r>
    </w:p>
    <w:p xmlns:wp14="http://schemas.microsoft.com/office/word/2010/wordml" w14:paraId="49635C0A" wp14:textId="77777777">
      <w:pPr>
        <w:pStyle w:val="ListBullet"/>
        <w:spacing w:after="60"/>
        <w:ind w:left="720"/>
        <w:rPr/>
      </w:pPr>
      <w:r w:rsidR="4E655057">
        <w:rPr/>
        <w:t xml:space="preserve">het MER </w:t>
      </w:r>
      <w:r w:rsidRPr="4E655057" w:rsidR="4E655057">
        <w:rPr>
          <w:i w:val="1"/>
          <w:iCs w:val="1"/>
        </w:rPr>
        <w:t>"NOODZAKELIJK"</w:t>
      </w:r>
      <w:r w:rsidR="4E655057">
        <w:rPr/>
        <w:t xml:space="preserve"> </w:t>
      </w:r>
      <w:r w:rsidR="4E655057">
        <w:rPr/>
        <w:t>moet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aangepast</w:t>
      </w:r>
      <w:r w:rsidR="4E655057">
        <w:rPr/>
        <w:t>.</w:t>
      </w:r>
    </w:p>
    <w:p xmlns:wp14="http://schemas.microsoft.com/office/word/2010/wordml" w14:paraId="061EC4AE" wp14:textId="77777777">
      <w:pPr>
        <w:pStyle w:val="Heading3"/>
      </w:pPr>
      <w:r w:rsidR="4E655057">
        <w:rPr/>
        <w:t xml:space="preserve">11.4 </w:t>
      </w:r>
      <w:r w:rsidR="4E655057">
        <w:rPr/>
        <w:t>Meerdere</w:t>
      </w:r>
      <w:r w:rsidR="4E655057">
        <w:rPr/>
        <w:t xml:space="preserve"> </w:t>
      </w:r>
      <w:r w:rsidR="4E655057">
        <w:rPr/>
        <w:t>gemeenten</w:t>
      </w:r>
      <w:r w:rsidR="4E655057">
        <w:rPr/>
        <w:t>: EMF-</w:t>
      </w:r>
      <w:r w:rsidR="4E655057">
        <w:rPr/>
        <w:t>effecten</w:t>
      </w:r>
      <w:r w:rsidR="4E655057">
        <w:rPr/>
        <w:t xml:space="preserve"> op fauna</w:t>
      </w:r>
    </w:p>
    <w:p xmlns:wp14="http://schemas.microsoft.com/office/word/2010/wordml" w14:paraId="09EA82AE" wp14:textId="77777777">
      <w:r w:rsidR="4E655057">
        <w:rPr/>
        <w:t>Meerdere</w:t>
      </w:r>
      <w:r w:rsidR="4E655057">
        <w:rPr/>
        <w:t xml:space="preserve"> </w:t>
      </w:r>
      <w:r w:rsidR="4E655057">
        <w:rPr/>
        <w:t>gemeenten</w:t>
      </w:r>
      <w:r w:rsidR="4E655057">
        <w:rPr/>
        <w:t xml:space="preserve"> </w:t>
      </w:r>
      <w:r w:rsidR="4E655057">
        <w:rPr/>
        <w:t>herhalen</w:t>
      </w:r>
      <w:r w:rsidR="4E655057">
        <w:rPr/>
        <w:t xml:space="preserve"> de </w:t>
      </w:r>
      <w:r w:rsidR="4E655057">
        <w:rPr/>
        <w:t>bezorgdheid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de </w:t>
      </w:r>
      <w:r w:rsidR="4E655057">
        <w:rPr/>
        <w:t>effecten</w:t>
      </w:r>
      <w:r w:rsidR="4E655057">
        <w:rPr/>
        <w:t xml:space="preserve"> van EMF op fauna </w:t>
      </w:r>
      <w:r w:rsidR="4E655057">
        <w:rPr/>
        <w:t>onbekend</w:t>
      </w:r>
      <w:r w:rsidR="4E655057">
        <w:rPr/>
        <w:t xml:space="preserve"> </w:t>
      </w:r>
      <w:r w:rsidR="4E655057">
        <w:rPr/>
        <w:t>zijn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het </w:t>
      </w:r>
      <w:r w:rsidR="4E655057">
        <w:rPr/>
        <w:t>voorzorgsbeginsel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toegepast</w:t>
      </w:r>
      <w:r w:rsidR="4E655057">
        <w:rPr/>
        <w:t xml:space="preserve">. Het </w:t>
      </w:r>
      <w:r w:rsidR="4E655057">
        <w:rPr/>
        <w:t>feit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="4E655057">
        <w:rPr/>
        <w:t>deze</w:t>
      </w:r>
      <w:r w:rsidR="4E655057">
        <w:rPr/>
        <w:t xml:space="preserve"> </w:t>
      </w:r>
      <w:r w:rsidR="4E655057">
        <w:rPr/>
        <w:t>bezorgdheid</w:t>
      </w:r>
      <w:r w:rsidR="4E655057">
        <w:rPr/>
        <w:t xml:space="preserve"> door </w:t>
      </w:r>
      <w:r w:rsidR="4E655057">
        <w:rPr/>
        <w:t>meerdere</w:t>
      </w:r>
      <w:r w:rsidR="4E655057">
        <w:rPr/>
        <w:t xml:space="preserve"> </w:t>
      </w:r>
      <w:r w:rsidR="4E655057">
        <w:rPr/>
        <w:t>onafhankelijke</w:t>
      </w:r>
      <w:r w:rsidR="4E655057">
        <w:rPr/>
        <w:t xml:space="preserve"> </w:t>
      </w:r>
      <w:r w:rsidR="4E655057">
        <w:rPr/>
        <w:t>instanties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gedeeld</w:t>
      </w:r>
      <w:r w:rsidR="4E655057">
        <w:rPr/>
        <w:t xml:space="preserve">, </w:t>
      </w:r>
      <w:r w:rsidR="4E655057">
        <w:rPr/>
        <w:t>onderstreept</w:t>
      </w:r>
      <w:r w:rsidR="4E655057">
        <w:rPr/>
        <w:t xml:space="preserve"> het </w:t>
      </w:r>
      <w:r w:rsidR="4E655057">
        <w:rPr/>
        <w:t>systematische</w:t>
      </w:r>
      <w:r w:rsidR="4E655057">
        <w:rPr/>
        <w:t xml:space="preserve"> </w:t>
      </w:r>
      <w:r w:rsidR="4E655057">
        <w:rPr/>
        <w:t>karakter</w:t>
      </w:r>
      <w:r w:rsidR="4E655057">
        <w:rPr/>
        <w:t xml:space="preserve"> van de lacune.</w:t>
      </w:r>
    </w:p>
    <w:p xmlns:wp14="http://schemas.microsoft.com/office/word/2010/wordml" w:rsidP="4E655057" w14:paraId="4DDBEF00" wp14:textId="77777777">
      <w:pPr>
        <w:pBdr>
          <w:bottom w:val="single" w:color="CCCCCC" w:sz="6" w:space="1"/>
        </w:pBdr>
        <w:spacing w:before="240" w:after="240"/>
        <w:pBdr>
          <w:bottom w:val="single" w:color="CCCCCC" w:sz="6" w:space="1"/>
        </w:pBdr>
      </w:pPr>
    </w:p>
    <w:p xmlns:wp14="http://schemas.microsoft.com/office/word/2010/wordml" w14:paraId="7AAAF9DB" wp14:textId="77777777">
      <w:pPr>
        <w:pStyle w:val="Heading2"/>
      </w:pPr>
      <w:r>
        <w:t>12. CONCLUSIE EN GEVRAAGD BESLUIT</w:t>
      </w:r>
    </w:p>
    <w:p xmlns:wp14="http://schemas.microsoft.com/office/word/2010/wordml" w14:paraId="65648B75" wp14:textId="77777777">
      <w:pPr>
        <w:pStyle w:val="Heading3"/>
      </w:pPr>
      <w:r w:rsidR="4E655057">
        <w:rPr/>
        <w:t xml:space="preserve">12.1 </w:t>
      </w:r>
      <w:r w:rsidR="4E655057">
        <w:rPr/>
        <w:t>Samenvatting</w:t>
      </w:r>
    </w:p>
    <w:p xmlns:wp14="http://schemas.microsoft.com/office/word/2010/wordml" w14:paraId="26F92212" wp14:textId="77777777">
      <w:r w:rsidR="4E655057">
        <w:rPr/>
        <w:t xml:space="preserve">Het project-MER </w:t>
      </w:r>
      <w:r w:rsidR="4E655057">
        <w:rPr/>
        <w:t>Ventilus</w:t>
      </w:r>
      <w:r w:rsidR="4E655057">
        <w:rPr/>
        <w:t xml:space="preserve"> v4 </w:t>
      </w:r>
      <w:r w:rsidR="4E655057">
        <w:rPr/>
        <w:t>vertoont</w:t>
      </w:r>
      <w:r w:rsidR="4E655057">
        <w:rPr/>
        <w:t xml:space="preserve"> ten </w:t>
      </w:r>
      <w:r w:rsidR="4E655057">
        <w:rPr/>
        <w:t>aanzien</w:t>
      </w:r>
      <w:r w:rsidR="4E655057">
        <w:rPr/>
        <w:t xml:space="preserve"> van de discipline </w:t>
      </w:r>
      <w:r w:rsidR="4E655057">
        <w:rPr/>
        <w:t>biodiversiteit</w:t>
      </w:r>
      <w:r w:rsidR="4E655057">
        <w:rPr/>
        <w:t xml:space="preserve">, Natura 2000 </w:t>
      </w:r>
      <w:r w:rsidR="4E655057">
        <w:rPr/>
        <w:t>en</w:t>
      </w:r>
      <w:r w:rsidR="4E655057">
        <w:rPr/>
        <w:t xml:space="preserve"> </w:t>
      </w:r>
      <w:r w:rsidR="4E655057">
        <w:rPr/>
        <w:t>soortenbescherming</w:t>
      </w:r>
      <w:r w:rsidR="4E655057">
        <w:rPr/>
        <w:t xml:space="preserve"> de </w:t>
      </w:r>
      <w:r w:rsidR="4E655057">
        <w:rPr/>
        <w:t>volgende</w:t>
      </w:r>
      <w:r w:rsidR="4E655057">
        <w:rPr/>
        <w:t xml:space="preserve"> </w:t>
      </w:r>
      <w:r w:rsidR="4E655057">
        <w:rPr/>
        <w:t>ernstige</w:t>
      </w:r>
      <w:r w:rsidR="4E655057">
        <w:rPr/>
        <w:t xml:space="preserve"> </w:t>
      </w:r>
      <w:r w:rsidR="4E655057">
        <w:rPr/>
        <w:t>gebreken</w:t>
      </w:r>
      <w:r w:rsidR="4E655057">
        <w:rPr/>
        <w:t>:</w:t>
      </w:r>
    </w:p>
    <w:p xmlns:wp14="http://schemas.microsoft.com/office/word/2010/wordml" w:rsidP="50D060EB" w14:paraId="094D06D4" wp14:textId="77777777">
      <w:pPr>
        <w:pStyle w:val="ListNumber"/>
        <w:spacing w:after="60"/>
        <w:ind/>
        <w:rPr/>
      </w:pPr>
      <w:r w:rsidRPr="4E655057" w:rsidR="74E91D53">
        <w:rPr>
          <w:b w:val="1"/>
          <w:bCs w:val="1"/>
        </w:rPr>
        <w:t xml:space="preserve">De </w:t>
      </w:r>
      <w:r w:rsidRPr="4E655057" w:rsidR="74E91D53">
        <w:rPr>
          <w:b w:val="1"/>
          <w:bCs w:val="1"/>
        </w:rPr>
        <w:t>Passende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Beoordeling</w:t>
      </w:r>
      <w:r w:rsidRPr="4E655057" w:rsidR="74E91D53">
        <w:rPr>
          <w:b w:val="1"/>
          <w:bCs w:val="1"/>
        </w:rPr>
        <w:t xml:space="preserve"> is </w:t>
      </w:r>
      <w:r w:rsidRPr="4E655057" w:rsidR="74E91D53">
        <w:rPr>
          <w:b w:val="1"/>
          <w:bCs w:val="1"/>
        </w:rPr>
        <w:t>formeel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ongeldig</w:t>
      </w:r>
      <w:r w:rsidR="74E91D53">
        <w:rPr/>
        <w:t xml:space="preserve"> door </w:t>
      </w:r>
      <w:r w:rsidR="74E91D53">
        <w:rPr/>
        <w:t>een</w:t>
      </w:r>
      <w:r w:rsidR="74E91D53">
        <w:rPr/>
        <w:t xml:space="preserve"> </w:t>
      </w:r>
      <w:r w:rsidR="74E91D53">
        <w:rPr/>
        <w:t>kapotte</w:t>
      </w:r>
      <w:r w:rsidR="74E91D53">
        <w:rPr/>
        <w:t xml:space="preserve"> </w:t>
      </w:r>
      <w:r w:rsidR="74E91D53">
        <w:rPr/>
        <w:t>documentverwijzing</w:t>
      </w:r>
      <w:r w:rsidR="74E91D53">
        <w:rPr/>
        <w:t xml:space="preserve"> ("[Fout! </w:t>
      </w:r>
      <w:r w:rsidR="74E91D53">
        <w:rPr/>
        <w:t>Verwijzingsbron</w:t>
      </w:r>
      <w:r w:rsidR="74E91D53">
        <w:rPr/>
        <w:t xml:space="preserve"> </w:t>
      </w:r>
      <w:r w:rsidR="74E91D53">
        <w:rPr/>
        <w:t>niet</w:t>
      </w:r>
      <w:r w:rsidR="74E91D53">
        <w:rPr/>
        <w:t xml:space="preserve"> </w:t>
      </w:r>
      <w:r w:rsidR="74E91D53">
        <w:rPr/>
        <w:t>gevonden</w:t>
      </w:r>
      <w:r w:rsidR="74E91D53">
        <w:rPr/>
        <w:t xml:space="preserve">.]") in de </w:t>
      </w:r>
      <w:r w:rsidR="74E91D53">
        <w:rPr/>
        <w:t>kernconclussie</w:t>
      </w:r>
      <w:r w:rsidR="74E91D53">
        <w:rPr/>
        <w:t xml:space="preserve"> (p. 10-246). De </w:t>
      </w:r>
      <w:r w:rsidR="74E91D53">
        <w:rPr/>
        <w:t>vergunningverlenende</w:t>
      </w:r>
      <w:r w:rsidR="74E91D53">
        <w:rPr/>
        <w:t xml:space="preserve"> </w:t>
      </w:r>
      <w:r w:rsidR="74E91D53">
        <w:rPr/>
        <w:t>overheid</w:t>
      </w:r>
      <w:r w:rsidR="74E91D53">
        <w:rPr/>
        <w:t xml:space="preserve"> </w:t>
      </w:r>
      <w:r w:rsidR="74E91D53">
        <w:rPr/>
        <w:t>kan</w:t>
      </w:r>
      <w:r w:rsidR="74E91D53">
        <w:rPr/>
        <w:t xml:space="preserve"> de </w:t>
      </w:r>
      <w:r w:rsidR="74E91D53">
        <w:rPr/>
        <w:t>conclusie</w:t>
      </w:r>
      <w:r w:rsidR="74E91D53">
        <w:rPr/>
        <w:t xml:space="preserve"> "</w:t>
      </w:r>
      <w:r w:rsidR="74E91D53">
        <w:rPr/>
        <w:t>geen</w:t>
      </w:r>
      <w:r w:rsidR="74E91D53">
        <w:rPr/>
        <w:t xml:space="preserve"> </w:t>
      </w:r>
      <w:r w:rsidR="74E91D53">
        <w:rPr/>
        <w:t>betekenisvol</w:t>
      </w:r>
      <w:r w:rsidR="74E91D53">
        <w:rPr/>
        <w:t xml:space="preserve"> </w:t>
      </w:r>
      <w:r w:rsidR="74E91D53">
        <w:rPr/>
        <w:t>negatieve</w:t>
      </w:r>
      <w:r w:rsidR="74E91D53">
        <w:rPr/>
        <w:t xml:space="preserve"> </w:t>
      </w:r>
      <w:r w:rsidR="74E91D53">
        <w:rPr/>
        <w:t>effecten</w:t>
      </w:r>
      <w:r w:rsidR="74E91D53">
        <w:rPr/>
        <w:t xml:space="preserve">" </w:t>
      </w:r>
      <w:r w:rsidR="74E91D53">
        <w:rPr/>
        <w:t>niet</w:t>
      </w:r>
      <w:r w:rsidR="74E91D53">
        <w:rPr/>
        <w:t xml:space="preserve"> </w:t>
      </w:r>
      <w:r w:rsidR="74E91D53">
        <w:rPr/>
        <w:t>verifieren</w:t>
      </w:r>
      <w:r w:rsidR="74E91D53">
        <w:rPr/>
        <w:t>.</w:t>
      </w:r>
    </w:p>
    <w:p xmlns:wp14="http://schemas.microsoft.com/office/word/2010/wordml" w:rsidP="50D060EB" w14:paraId="2E062266" wp14:textId="77777777">
      <w:pPr>
        <w:pStyle w:val="ListNumber"/>
        <w:spacing w:after="60"/>
        <w:ind/>
        <w:rPr/>
      </w:pPr>
      <w:r w:rsidRPr="4E655057" w:rsidR="74E91D53">
        <w:rPr>
          <w:b w:val="1"/>
          <w:bCs w:val="1"/>
        </w:rPr>
        <w:t xml:space="preserve">De </w:t>
      </w:r>
      <w:r w:rsidRPr="4E655057" w:rsidR="74E91D53">
        <w:rPr>
          <w:b w:val="1"/>
          <w:bCs w:val="1"/>
        </w:rPr>
        <w:t>Passende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Beoordeling</w:t>
      </w:r>
      <w:r w:rsidRPr="4E655057" w:rsidR="74E91D53">
        <w:rPr>
          <w:b w:val="1"/>
          <w:bCs w:val="1"/>
        </w:rPr>
        <w:t xml:space="preserve"> is </w:t>
      </w:r>
      <w:r w:rsidRPr="4E655057" w:rsidR="74E91D53">
        <w:rPr>
          <w:b w:val="1"/>
          <w:bCs w:val="1"/>
        </w:rPr>
        <w:t>niet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inhoudelijk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opgenomen</w:t>
      </w:r>
      <w:r w:rsidRPr="4E655057" w:rsidR="74E91D53">
        <w:rPr>
          <w:b w:val="1"/>
          <w:bCs w:val="1"/>
        </w:rPr>
        <w:t xml:space="preserve"> in het MER</w:t>
      </w:r>
      <w:r w:rsidR="74E91D53">
        <w:rPr/>
        <w:t xml:space="preserve"> maar </w:t>
      </w:r>
      <w:r w:rsidR="74E91D53">
        <w:rPr/>
        <w:t>wordt</w:t>
      </w:r>
      <w:r w:rsidR="74E91D53">
        <w:rPr/>
        <w:t xml:space="preserve"> </w:t>
      </w:r>
      <w:r w:rsidR="74E91D53">
        <w:rPr/>
        <w:t>integraal</w:t>
      </w:r>
      <w:r w:rsidR="74E91D53">
        <w:rPr/>
        <w:t xml:space="preserve"> </w:t>
      </w:r>
      <w:r w:rsidR="74E91D53">
        <w:rPr/>
        <w:t>doorverwezen</w:t>
      </w:r>
      <w:r w:rsidR="74E91D53">
        <w:rPr/>
        <w:t xml:space="preserve"> </w:t>
      </w:r>
      <w:r w:rsidR="74E91D53">
        <w:rPr/>
        <w:t>naar</w:t>
      </w:r>
      <w:r w:rsidR="74E91D53">
        <w:rPr/>
        <w:t xml:space="preserve"> </w:t>
      </w:r>
      <w:r w:rsidR="74E91D53">
        <w:rPr/>
        <w:t>Bijlage</w:t>
      </w:r>
      <w:r w:rsidR="74E91D53">
        <w:rPr/>
        <w:t xml:space="preserve"> 10.1, </w:t>
      </w:r>
      <w:r w:rsidR="74E91D53">
        <w:rPr/>
        <w:t>zonder</w:t>
      </w:r>
      <w:r w:rsidR="74E91D53">
        <w:rPr/>
        <w:t xml:space="preserve"> </w:t>
      </w:r>
      <w:r w:rsidR="74E91D53">
        <w:rPr/>
        <w:t>toetsing</w:t>
      </w:r>
      <w:r w:rsidR="74E91D53">
        <w:rPr/>
        <w:t xml:space="preserve"> </w:t>
      </w:r>
      <w:r w:rsidR="74E91D53">
        <w:rPr/>
        <w:t>aan</w:t>
      </w:r>
      <w:r w:rsidR="74E91D53">
        <w:rPr/>
        <w:t xml:space="preserve"> de </w:t>
      </w:r>
      <w:r w:rsidR="74E91D53">
        <w:rPr/>
        <w:t>individuele</w:t>
      </w:r>
      <w:r w:rsidR="74E91D53">
        <w:rPr/>
        <w:t xml:space="preserve"> </w:t>
      </w:r>
      <w:r w:rsidR="74E91D53">
        <w:rPr/>
        <w:t>instandhoudingsdoelstellingen</w:t>
      </w:r>
      <w:r w:rsidR="74E91D53">
        <w:rPr/>
        <w:t xml:space="preserve"> van de </w:t>
      </w:r>
      <w:r w:rsidR="74E91D53">
        <w:rPr/>
        <w:t>betrokken</w:t>
      </w:r>
      <w:r w:rsidR="74E91D53">
        <w:rPr/>
        <w:t xml:space="preserve"> Speciale </w:t>
      </w:r>
      <w:r w:rsidR="74E91D53">
        <w:rPr/>
        <w:t>Beschermingszones</w:t>
      </w:r>
      <w:r w:rsidR="74E91D53">
        <w:rPr/>
        <w:t>.</w:t>
      </w:r>
    </w:p>
    <w:p xmlns:wp14="http://schemas.microsoft.com/office/word/2010/wordml" w:rsidP="50D060EB" w14:paraId="61DCEC30" wp14:textId="77777777">
      <w:pPr>
        <w:pStyle w:val="ListNumber"/>
        <w:spacing w:after="60"/>
        <w:ind/>
        <w:rPr/>
      </w:pPr>
      <w:r w:rsidRPr="4E655057" w:rsidR="74E91D53">
        <w:rPr>
          <w:b w:val="1"/>
          <w:bCs w:val="1"/>
        </w:rPr>
        <w:t xml:space="preserve">De </w:t>
      </w:r>
      <w:r w:rsidRPr="4E655057" w:rsidR="74E91D53">
        <w:rPr>
          <w:b w:val="1"/>
          <w:bCs w:val="1"/>
        </w:rPr>
        <w:t>Passende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Beoordeling</w:t>
      </w:r>
      <w:r w:rsidRPr="4E655057" w:rsidR="74E91D53">
        <w:rPr>
          <w:b w:val="1"/>
          <w:bCs w:val="1"/>
        </w:rPr>
        <w:t xml:space="preserve"> is </w:t>
      </w:r>
      <w:r w:rsidRPr="4E655057" w:rsidR="74E91D53">
        <w:rPr>
          <w:b w:val="1"/>
          <w:bCs w:val="1"/>
        </w:rPr>
        <w:t>niet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bijgewerkt</w:t>
      </w:r>
      <w:r w:rsidRPr="4E655057" w:rsidR="74E91D53">
        <w:rPr>
          <w:b w:val="1"/>
          <w:bCs w:val="1"/>
        </w:rPr>
        <w:t xml:space="preserve"> in </w:t>
      </w:r>
      <w:r w:rsidRPr="4E655057" w:rsidR="74E91D53">
        <w:rPr>
          <w:b w:val="1"/>
          <w:bCs w:val="1"/>
        </w:rPr>
        <w:t>versie</w:t>
      </w:r>
      <w:r w:rsidRPr="4E655057" w:rsidR="74E91D53">
        <w:rPr>
          <w:b w:val="1"/>
          <w:bCs w:val="1"/>
        </w:rPr>
        <w:t xml:space="preserve"> 4</w:t>
      </w:r>
      <w:r w:rsidR="74E91D53">
        <w:rPr/>
        <w:t xml:space="preserve">, </w:t>
      </w:r>
      <w:r w:rsidR="74E91D53">
        <w:rPr/>
        <w:t>ondanks</w:t>
      </w:r>
      <w:r w:rsidR="74E91D53">
        <w:rPr/>
        <w:t xml:space="preserve"> het </w:t>
      </w:r>
      <w:r w:rsidR="74E91D53">
        <w:rPr/>
        <w:t>gewijzigde</w:t>
      </w:r>
      <w:r w:rsidR="74E91D53">
        <w:rPr/>
        <w:t xml:space="preserve"> </w:t>
      </w:r>
      <w:r w:rsidR="74E91D53">
        <w:rPr/>
        <w:t>tracé</w:t>
      </w:r>
      <w:r w:rsidR="74E91D53">
        <w:rPr/>
        <w:t xml:space="preserve">, de </w:t>
      </w:r>
      <w:r w:rsidR="74E91D53">
        <w:rPr/>
        <w:t>kapotte</w:t>
      </w:r>
      <w:r w:rsidR="74E91D53">
        <w:rPr/>
        <w:t xml:space="preserve"> </w:t>
      </w:r>
      <w:r w:rsidR="74E91D53">
        <w:rPr/>
        <w:t>verwijzing</w:t>
      </w:r>
      <w:r w:rsidR="74E91D53">
        <w:rPr/>
        <w:t xml:space="preserve"> </w:t>
      </w:r>
      <w:r w:rsidR="74E91D53">
        <w:rPr/>
        <w:t>en</w:t>
      </w:r>
      <w:r w:rsidR="74E91D53">
        <w:rPr/>
        <w:t xml:space="preserve"> het </w:t>
      </w:r>
      <w:r w:rsidR="74E91D53">
        <w:rPr/>
        <w:t>advies</w:t>
      </w:r>
      <w:r w:rsidR="74E91D53">
        <w:rPr/>
        <w:t xml:space="preserve"> van het </w:t>
      </w:r>
      <w:r w:rsidR="74E91D53">
        <w:rPr/>
        <w:t>Agentschap</w:t>
      </w:r>
      <w:r w:rsidR="74E91D53">
        <w:rPr/>
        <w:t xml:space="preserve"> </w:t>
      </w:r>
      <w:r w:rsidR="74E91D53">
        <w:rPr/>
        <w:t>Onroerend</w:t>
      </w:r>
      <w:r w:rsidR="74E91D53">
        <w:rPr/>
        <w:t xml:space="preserve"> </w:t>
      </w:r>
      <w:r w:rsidR="74E91D53">
        <w:rPr/>
        <w:t>Erfgoed</w:t>
      </w:r>
      <w:r w:rsidR="74E91D53">
        <w:rPr/>
        <w:t>.</w:t>
      </w:r>
    </w:p>
    <w:p xmlns:wp14="http://schemas.microsoft.com/office/word/2010/wordml" w:rsidP="50D060EB" w14:paraId="1B4EE201" wp14:textId="77777777">
      <w:pPr>
        <w:pStyle w:val="ListNumber"/>
        <w:spacing w:after="60"/>
        <w:ind/>
        <w:rPr/>
      </w:pPr>
      <w:r w:rsidRPr="4E655057" w:rsidR="74E91D53">
        <w:rPr>
          <w:b w:val="1"/>
          <w:bCs w:val="1"/>
        </w:rPr>
        <w:t xml:space="preserve">De </w:t>
      </w:r>
      <w:r w:rsidRPr="4E655057" w:rsidR="74E91D53">
        <w:rPr>
          <w:b w:val="1"/>
          <w:bCs w:val="1"/>
        </w:rPr>
        <w:t>effecten</w:t>
      </w:r>
      <w:r w:rsidRPr="4E655057" w:rsidR="74E91D53">
        <w:rPr>
          <w:b w:val="1"/>
          <w:bCs w:val="1"/>
        </w:rPr>
        <w:t xml:space="preserve"> op Natura 2000-gebieden </w:t>
      </w:r>
      <w:r w:rsidRPr="4E655057" w:rsidR="74E91D53">
        <w:rPr>
          <w:b w:val="1"/>
          <w:bCs w:val="1"/>
        </w:rPr>
        <w:t>worden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onderschat</w:t>
      </w:r>
      <w:r w:rsidRPr="4E655057" w:rsidR="74E91D53">
        <w:rPr>
          <w:b w:val="1"/>
          <w:bCs w:val="1"/>
        </w:rPr>
        <w:t>.</w:t>
      </w:r>
      <w:r w:rsidR="74E91D53">
        <w:rPr/>
        <w:t xml:space="preserve"> Het project </w:t>
      </w:r>
      <w:r w:rsidR="74E91D53">
        <w:rPr/>
        <w:t>overlapt</w:t>
      </w:r>
      <w:r w:rsidR="74E91D53">
        <w:rPr/>
        <w:t xml:space="preserve"> met of </w:t>
      </w:r>
      <w:r w:rsidR="74E91D53">
        <w:rPr/>
        <w:t>kruist</w:t>
      </w:r>
      <w:r w:rsidR="74E91D53">
        <w:rPr/>
        <w:t xml:space="preserve"> 3 SBZ-H </w:t>
      </w:r>
      <w:r w:rsidR="74E91D53">
        <w:rPr/>
        <w:t>en</w:t>
      </w:r>
      <w:r w:rsidR="74E91D53">
        <w:rPr/>
        <w:t xml:space="preserve"> 1 SBZ-V, maar de </w:t>
      </w:r>
      <w:r w:rsidR="74E91D53">
        <w:rPr/>
        <w:t>maximale</w:t>
      </w:r>
      <w:r w:rsidR="74E91D53">
        <w:rPr/>
        <w:t xml:space="preserve"> </w:t>
      </w:r>
      <w:r w:rsidR="74E91D53">
        <w:rPr/>
        <w:t>effectscore</w:t>
      </w:r>
      <w:r w:rsidR="74E91D53">
        <w:rPr/>
        <w:t xml:space="preserve"> is </w:t>
      </w:r>
      <w:r w:rsidR="74E91D53">
        <w:rPr/>
        <w:t>slechts</w:t>
      </w:r>
      <w:r w:rsidR="74E91D53">
        <w:rPr/>
        <w:t xml:space="preserve"> -2, </w:t>
      </w:r>
      <w:r w:rsidR="74E91D53">
        <w:rPr/>
        <w:t>terwijl</w:t>
      </w:r>
      <w:r w:rsidR="74E91D53">
        <w:rPr/>
        <w:t xml:space="preserve"> de discipline Water </w:t>
      </w:r>
      <w:r w:rsidR="74E91D53">
        <w:rPr/>
        <w:t>voor</w:t>
      </w:r>
      <w:r w:rsidR="74E91D53">
        <w:rPr/>
        <w:t xml:space="preserve"> </w:t>
      </w:r>
      <w:r w:rsidR="74E91D53">
        <w:rPr/>
        <w:t>dezelfde</w:t>
      </w:r>
      <w:r w:rsidR="74E91D53">
        <w:rPr/>
        <w:t xml:space="preserve"> </w:t>
      </w:r>
      <w:r w:rsidR="74E91D53">
        <w:rPr/>
        <w:t>aanlegactiviteiten</w:t>
      </w:r>
      <w:r w:rsidR="74E91D53">
        <w:rPr/>
        <w:t xml:space="preserve"> -3 </w:t>
      </w:r>
      <w:r w:rsidR="74E91D53">
        <w:rPr/>
        <w:t>scoort</w:t>
      </w:r>
      <w:r w:rsidR="74E91D53">
        <w:rPr/>
        <w:t>.</w:t>
      </w:r>
    </w:p>
    <w:p xmlns:wp14="http://schemas.microsoft.com/office/word/2010/wordml" w:rsidP="50D060EB" w14:paraId="75DD6C7B" wp14:textId="77777777">
      <w:pPr>
        <w:pStyle w:val="ListNumber"/>
        <w:spacing w:after="60"/>
        <w:ind/>
        <w:rPr/>
      </w:pPr>
      <w:r w:rsidRPr="4E655057" w:rsidR="74E91D53">
        <w:rPr>
          <w:b w:val="1"/>
          <w:bCs w:val="1"/>
        </w:rPr>
        <w:t xml:space="preserve">Het </w:t>
      </w:r>
      <w:r w:rsidRPr="4E655057" w:rsidR="74E91D53">
        <w:rPr>
          <w:b w:val="1"/>
          <w:bCs w:val="1"/>
        </w:rPr>
        <w:t>voorzorgsbeginsel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wordt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niet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toegepast</w:t>
      </w:r>
      <w:r w:rsidR="74E91D53">
        <w:rPr/>
        <w:t xml:space="preserve"> </w:t>
      </w:r>
      <w:r w:rsidR="74E91D53">
        <w:rPr/>
        <w:t>bij</w:t>
      </w:r>
      <w:r w:rsidR="74E91D53">
        <w:rPr/>
        <w:t xml:space="preserve"> </w:t>
      </w:r>
      <w:r w:rsidR="74E91D53">
        <w:rPr/>
        <w:t>drie</w:t>
      </w:r>
      <w:r w:rsidR="74E91D53">
        <w:rPr/>
        <w:t xml:space="preserve"> </w:t>
      </w:r>
      <w:r w:rsidR="74E91D53">
        <w:rPr/>
        <w:t>erkende</w:t>
      </w:r>
      <w:r w:rsidR="74E91D53">
        <w:rPr/>
        <w:t xml:space="preserve"> </w:t>
      </w:r>
      <w:r w:rsidR="74E91D53">
        <w:rPr/>
        <w:t>kennislacunes</w:t>
      </w:r>
      <w:r w:rsidR="74E91D53">
        <w:rPr/>
        <w:t xml:space="preserve"> (EMF op fauna, corona-</w:t>
      </w:r>
      <w:r w:rsidR="74E91D53">
        <w:rPr/>
        <w:t>geluid</w:t>
      </w:r>
      <w:r w:rsidR="74E91D53">
        <w:rPr/>
        <w:t xml:space="preserve"> op fauna, </w:t>
      </w:r>
      <w:r w:rsidR="74E91D53">
        <w:rPr/>
        <w:t>bodemopwarming</w:t>
      </w:r>
      <w:r w:rsidR="74E91D53">
        <w:rPr/>
        <w:t xml:space="preserve">). Bij 250+ studies </w:t>
      </w:r>
      <w:r w:rsidR="74E91D53">
        <w:rPr/>
        <w:t>zonder</w:t>
      </w:r>
      <w:r w:rsidR="74E91D53">
        <w:rPr/>
        <w:t xml:space="preserve"> consensus over EMF-</w:t>
      </w:r>
      <w:r w:rsidR="74E91D53">
        <w:rPr/>
        <w:t>effecten</w:t>
      </w:r>
      <w:r w:rsidR="74E91D53">
        <w:rPr/>
        <w:t xml:space="preserve"> had het </w:t>
      </w:r>
      <w:r w:rsidR="74E91D53">
        <w:rPr/>
        <w:t>voorzorgsbeginsel</w:t>
      </w:r>
      <w:r w:rsidR="74E91D53">
        <w:rPr/>
        <w:t xml:space="preserve"> </w:t>
      </w:r>
      <w:r w:rsidR="74E91D53">
        <w:rPr/>
        <w:t>moeten</w:t>
      </w:r>
      <w:r w:rsidR="74E91D53">
        <w:rPr/>
        <w:t xml:space="preserve"> </w:t>
      </w:r>
      <w:r w:rsidR="74E91D53">
        <w:rPr/>
        <w:t>leiden</w:t>
      </w:r>
      <w:r w:rsidR="74E91D53">
        <w:rPr/>
        <w:t xml:space="preserve"> tot </w:t>
      </w:r>
      <w:r w:rsidR="74E91D53">
        <w:rPr/>
        <w:t>een</w:t>
      </w:r>
      <w:r w:rsidR="74E91D53">
        <w:rPr/>
        <w:t xml:space="preserve"> </w:t>
      </w:r>
      <w:r w:rsidR="74E91D53">
        <w:rPr/>
        <w:t>voorzorgsmaatregel</w:t>
      </w:r>
      <w:r w:rsidR="74E91D53">
        <w:rPr/>
        <w:t xml:space="preserve"> of </w:t>
      </w:r>
      <w:r w:rsidR="74E91D53">
        <w:rPr/>
        <w:t>negatieve</w:t>
      </w:r>
      <w:r w:rsidR="74E91D53">
        <w:rPr/>
        <w:t xml:space="preserve"> </w:t>
      </w:r>
      <w:r w:rsidR="74E91D53">
        <w:rPr/>
        <w:t>effectscore</w:t>
      </w:r>
      <w:r w:rsidR="74E91D53">
        <w:rPr/>
        <w:t>.</w:t>
      </w:r>
    </w:p>
    <w:p xmlns:wp14="http://schemas.microsoft.com/office/word/2010/wordml" w:rsidP="50D060EB" w14:paraId="49CCEC68" wp14:textId="77777777">
      <w:pPr>
        <w:pStyle w:val="ListNumber"/>
        <w:spacing w:after="60"/>
        <w:ind/>
        <w:rPr/>
      </w:pPr>
      <w:r w:rsidRPr="4E655057" w:rsidR="74E91D53">
        <w:rPr>
          <w:b w:val="1"/>
          <w:bCs w:val="1"/>
        </w:rPr>
        <w:t xml:space="preserve">De </w:t>
      </w:r>
      <w:r w:rsidRPr="4E655057" w:rsidR="74E91D53">
        <w:rPr>
          <w:b w:val="1"/>
          <w:bCs w:val="1"/>
        </w:rPr>
        <w:t>vogelsterfte</w:t>
      </w:r>
      <w:r w:rsidRPr="4E655057" w:rsidR="74E91D53">
        <w:rPr>
          <w:b w:val="1"/>
          <w:bCs w:val="1"/>
        </w:rPr>
        <w:t xml:space="preserve"> door </w:t>
      </w:r>
      <w:r w:rsidRPr="4E655057" w:rsidR="74E91D53">
        <w:rPr>
          <w:b w:val="1"/>
          <w:bCs w:val="1"/>
        </w:rPr>
        <w:t>aanvaring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wordt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niet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gekwantificeerd</w:t>
      </w:r>
      <w:r w:rsidRPr="4E655057" w:rsidR="74E91D53">
        <w:rPr>
          <w:b w:val="1"/>
          <w:bCs w:val="1"/>
        </w:rPr>
        <w:t xml:space="preserve"> in het MER</w:t>
      </w:r>
      <w:r w:rsidR="74E91D53">
        <w:rPr/>
        <w:t xml:space="preserve">, </w:t>
      </w:r>
      <w:r w:rsidR="74E91D53">
        <w:rPr/>
        <w:t>terwijl</w:t>
      </w:r>
      <w:r w:rsidR="74E91D53">
        <w:rPr/>
        <w:t xml:space="preserve"> </w:t>
      </w:r>
      <w:r w:rsidR="74E91D53">
        <w:rPr/>
        <w:t>Belgische</w:t>
      </w:r>
      <w:r w:rsidR="74E91D53">
        <w:rPr/>
        <w:t xml:space="preserve"> </w:t>
      </w:r>
      <w:r w:rsidR="74E91D53">
        <w:rPr/>
        <w:t>velddata</w:t>
      </w:r>
      <w:r w:rsidR="74E91D53">
        <w:rPr/>
        <w:t xml:space="preserve"> (</w:t>
      </w:r>
      <w:r w:rsidR="74E91D53">
        <w:rPr/>
        <w:t>Derouaux</w:t>
      </w:r>
      <w:r w:rsidR="74E91D53">
        <w:rPr/>
        <w:t xml:space="preserve"> et al. 2012, Elia/Aves-</w:t>
      </w:r>
      <w:r w:rsidR="74E91D53">
        <w:rPr/>
        <w:t>Natagora</w:t>
      </w:r>
      <w:r w:rsidR="74E91D53">
        <w:rPr/>
        <w:t xml:space="preserve">) </w:t>
      </w:r>
      <w:r w:rsidR="74E91D53">
        <w:rPr/>
        <w:t>een</w:t>
      </w:r>
      <w:r w:rsidR="74E91D53">
        <w:rPr/>
        <w:t xml:space="preserve"> </w:t>
      </w:r>
      <w:r w:rsidR="74E91D53">
        <w:rPr/>
        <w:t>mortaliteit</w:t>
      </w:r>
      <w:r w:rsidR="74E91D53">
        <w:rPr/>
        <w:t xml:space="preserve"> van 2.460 </w:t>
      </w:r>
      <w:r w:rsidR="74E91D53">
        <w:rPr/>
        <w:t>tot</w:t>
      </w:r>
      <w:r w:rsidR="74E91D53">
        <w:rPr/>
        <w:t xml:space="preserve"> 12.874 </w:t>
      </w:r>
      <w:r w:rsidR="74E91D53">
        <w:rPr/>
        <w:t>vogels</w:t>
      </w:r>
      <w:r w:rsidR="74E91D53">
        <w:rPr/>
        <w:t xml:space="preserve"> per </w:t>
      </w:r>
      <w:r w:rsidR="74E91D53">
        <w:rPr/>
        <w:t>jaar</w:t>
      </w:r>
      <w:r w:rsidR="74E91D53">
        <w:rPr/>
        <w:t xml:space="preserve"> </w:t>
      </w:r>
      <w:r w:rsidR="74E91D53">
        <w:rPr/>
        <w:t>voor</w:t>
      </w:r>
      <w:r w:rsidR="74E91D53">
        <w:rPr/>
        <w:t xml:space="preserve"> het </w:t>
      </w:r>
      <w:r w:rsidR="74E91D53">
        <w:rPr/>
        <w:t>Ventilus-tracé</w:t>
      </w:r>
      <w:r w:rsidR="74E91D53">
        <w:rPr/>
        <w:t xml:space="preserve"> </w:t>
      </w:r>
      <w:r w:rsidR="74E91D53">
        <w:rPr/>
        <w:t>voorspellen</w:t>
      </w:r>
      <w:r w:rsidR="74E91D53">
        <w:rPr/>
        <w:t xml:space="preserve">. </w:t>
      </w:r>
      <w:r w:rsidR="74E91D53">
        <w:rPr/>
        <w:t>Vogelafleiders</w:t>
      </w:r>
      <w:r w:rsidR="74E91D53">
        <w:rPr/>
        <w:t xml:space="preserve"> </w:t>
      </w:r>
      <w:r w:rsidR="74E91D53">
        <w:rPr/>
        <w:t>reduceren</w:t>
      </w:r>
      <w:r w:rsidR="74E91D53">
        <w:rPr/>
        <w:t xml:space="preserve"> </w:t>
      </w:r>
      <w:r w:rsidR="74E91D53">
        <w:rPr/>
        <w:t>dit</w:t>
      </w:r>
      <w:r w:rsidR="74E91D53">
        <w:rPr/>
        <w:t xml:space="preserve"> met </w:t>
      </w:r>
      <w:r w:rsidR="74E91D53">
        <w:rPr/>
        <w:t>slechts</w:t>
      </w:r>
      <w:r w:rsidR="74E91D53">
        <w:rPr/>
        <w:t xml:space="preserve"> 50,4% (Bernardino et al. 2019, meta-</w:t>
      </w:r>
      <w:r w:rsidR="74E91D53">
        <w:rPr/>
        <w:t>analyse</w:t>
      </w:r>
      <w:r w:rsidR="74E91D53">
        <w:rPr/>
        <w:t xml:space="preserve">). Een </w:t>
      </w:r>
      <w:r w:rsidR="74E91D53">
        <w:rPr/>
        <w:t>ondergrondse</w:t>
      </w:r>
      <w:r w:rsidR="74E91D53">
        <w:rPr/>
        <w:t xml:space="preserve"> </w:t>
      </w:r>
      <w:r w:rsidR="74E91D53">
        <w:rPr/>
        <w:t>kabel</w:t>
      </w:r>
      <w:r w:rsidR="74E91D53">
        <w:rPr/>
        <w:t xml:space="preserve"> </w:t>
      </w:r>
      <w:r w:rsidR="74E91D53">
        <w:rPr/>
        <w:t>elimineert</w:t>
      </w:r>
      <w:r w:rsidR="74E91D53">
        <w:rPr/>
        <w:t xml:space="preserve"> </w:t>
      </w:r>
      <w:r w:rsidR="74E91D53">
        <w:rPr/>
        <w:t>vogelsterfte</w:t>
      </w:r>
      <w:r w:rsidR="74E91D53">
        <w:rPr/>
        <w:t xml:space="preserve"> </w:t>
      </w:r>
      <w:r w:rsidR="74E91D53">
        <w:rPr/>
        <w:t>volledig</w:t>
      </w:r>
      <w:r w:rsidR="74E91D53">
        <w:rPr/>
        <w:t xml:space="preserve">. Elia </w:t>
      </w:r>
      <w:r w:rsidR="74E91D53">
        <w:rPr/>
        <w:t>erkent</w:t>
      </w:r>
      <w:r w:rsidR="74E91D53">
        <w:rPr/>
        <w:t xml:space="preserve"> het </w:t>
      </w:r>
      <w:r w:rsidR="74E91D53">
        <w:rPr/>
        <w:t>probleem</w:t>
      </w:r>
      <w:r w:rsidR="74E91D53">
        <w:rPr/>
        <w:t xml:space="preserve"> </w:t>
      </w:r>
      <w:r w:rsidR="74E91D53">
        <w:rPr/>
        <w:t>zelf</w:t>
      </w:r>
      <w:r w:rsidR="74E91D53">
        <w:rPr/>
        <w:t xml:space="preserve"> </w:t>
      </w:r>
      <w:r w:rsidR="74E91D53">
        <w:rPr/>
        <w:t>als</w:t>
      </w:r>
      <w:r w:rsidR="74E91D53">
        <w:rPr/>
        <w:t xml:space="preserve"> partner in het EU LIFE-project SafeLines4Birds (2022–2028, EUR 14,2 </w:t>
      </w:r>
      <w:r w:rsidR="74E91D53">
        <w:rPr/>
        <w:t>miljoen</w:t>
      </w:r>
      <w:r w:rsidR="74E91D53">
        <w:rPr/>
        <w:t>).</w:t>
      </w:r>
    </w:p>
    <w:p xmlns:wp14="http://schemas.microsoft.com/office/word/2010/wordml" w:rsidP="50D060EB" w14:paraId="2CFEB945" wp14:textId="77777777">
      <w:pPr>
        <w:pStyle w:val="ListNumber"/>
        <w:spacing w:after="60"/>
        <w:ind/>
        <w:rPr/>
      </w:pPr>
      <w:r w:rsidRPr="4E655057" w:rsidR="74E91D53">
        <w:rPr>
          <w:b w:val="1"/>
          <w:bCs w:val="1"/>
        </w:rPr>
        <w:t>De EMF-</w:t>
      </w:r>
      <w:r w:rsidRPr="4E655057" w:rsidR="74E91D53">
        <w:rPr>
          <w:b w:val="1"/>
          <w:bCs w:val="1"/>
        </w:rPr>
        <w:t>effecten</w:t>
      </w:r>
      <w:r w:rsidRPr="4E655057" w:rsidR="74E91D53">
        <w:rPr>
          <w:b w:val="1"/>
          <w:bCs w:val="1"/>
        </w:rPr>
        <w:t xml:space="preserve"> op </w:t>
      </w:r>
      <w:r w:rsidRPr="4E655057" w:rsidR="74E91D53">
        <w:rPr>
          <w:b w:val="1"/>
          <w:bCs w:val="1"/>
        </w:rPr>
        <w:t>bijen</w:t>
      </w:r>
      <w:r w:rsidRPr="4E655057" w:rsidR="74E91D53">
        <w:rPr>
          <w:b w:val="1"/>
          <w:bCs w:val="1"/>
        </w:rPr>
        <w:t xml:space="preserve">, </w:t>
      </w:r>
      <w:r w:rsidRPr="4E655057" w:rsidR="74E91D53">
        <w:rPr>
          <w:b w:val="1"/>
          <w:bCs w:val="1"/>
        </w:rPr>
        <w:t>bestuivers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en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landbouwdieren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worden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genegeerd</w:t>
      </w:r>
      <w:r w:rsidR="74E91D53">
        <w:rPr/>
        <w:t xml:space="preserve">, </w:t>
      </w:r>
      <w:r w:rsidR="74E91D53">
        <w:rPr/>
        <w:t>terwijl</w:t>
      </w:r>
      <w:r w:rsidR="74E91D53">
        <w:rPr/>
        <w:t xml:space="preserve"> </w:t>
      </w:r>
      <w:r w:rsidR="74E91D53">
        <w:rPr/>
        <w:t>vijf</w:t>
      </w:r>
      <w:r w:rsidR="74E91D53">
        <w:rPr/>
        <w:t xml:space="preserve"> peer-reviewed studies (</w:t>
      </w:r>
      <w:r w:rsidR="74E91D53">
        <w:rPr/>
        <w:t>waaronder</w:t>
      </w:r>
      <w:r w:rsidR="74E91D53">
        <w:rPr/>
        <w:t xml:space="preserve"> </w:t>
      </w:r>
      <w:r w:rsidR="74E91D53">
        <w:rPr/>
        <w:t>publicaties</w:t>
      </w:r>
      <w:r w:rsidR="74E91D53">
        <w:rPr/>
        <w:t xml:space="preserve"> in Science Advances, Scientific Reports </w:t>
      </w:r>
      <w:r w:rsidR="74E91D53">
        <w:rPr/>
        <w:t>en</w:t>
      </w:r>
      <w:r w:rsidR="74E91D53">
        <w:rPr/>
        <w:t xml:space="preserve"> PNAS) </w:t>
      </w:r>
      <w:r w:rsidR="74E91D53">
        <w:rPr/>
        <w:t>significante</w:t>
      </w:r>
      <w:r w:rsidR="74E91D53">
        <w:rPr/>
        <w:t xml:space="preserve"> </w:t>
      </w:r>
      <w:r w:rsidR="74E91D53">
        <w:rPr/>
        <w:t>effecten</w:t>
      </w:r>
      <w:r w:rsidR="74E91D53">
        <w:rPr/>
        <w:t xml:space="preserve"> </w:t>
      </w:r>
      <w:r w:rsidR="74E91D53">
        <w:rPr/>
        <w:t>documenteren</w:t>
      </w:r>
      <w:r w:rsidR="74E91D53">
        <w:rPr/>
        <w:t xml:space="preserve">: </w:t>
      </w:r>
      <w:r w:rsidR="74E91D53">
        <w:rPr/>
        <w:t>verminderd</w:t>
      </w:r>
      <w:r w:rsidR="74E91D53">
        <w:rPr/>
        <w:t xml:space="preserve"> </w:t>
      </w:r>
      <w:r w:rsidR="74E91D53">
        <w:rPr/>
        <w:t>leervermogen</w:t>
      </w:r>
      <w:r w:rsidR="74E91D53">
        <w:rPr/>
        <w:t xml:space="preserve"> </w:t>
      </w:r>
      <w:r w:rsidR="74E91D53">
        <w:rPr/>
        <w:t>bij</w:t>
      </w:r>
      <w:r w:rsidR="74E91D53">
        <w:rPr/>
        <w:t xml:space="preserve"> </w:t>
      </w:r>
      <w:r w:rsidR="74E91D53">
        <w:rPr/>
        <w:t>bijen</w:t>
      </w:r>
      <w:r w:rsidR="74E91D53">
        <w:rPr/>
        <w:t xml:space="preserve">, </w:t>
      </w:r>
      <w:r w:rsidR="74E91D53">
        <w:rPr/>
        <w:t>verstoorde</w:t>
      </w:r>
      <w:r w:rsidR="74E91D53">
        <w:rPr/>
        <w:t xml:space="preserve"> </w:t>
      </w:r>
      <w:r w:rsidR="74E91D53">
        <w:rPr/>
        <w:t>bestuiving</w:t>
      </w:r>
      <w:r w:rsidR="74E91D53">
        <w:rPr/>
        <w:t xml:space="preserve">, </w:t>
      </w:r>
      <w:r w:rsidR="74E91D53">
        <w:rPr/>
        <w:t>verhoogde</w:t>
      </w:r>
      <w:r w:rsidR="74E91D53">
        <w:rPr/>
        <w:t xml:space="preserve"> </w:t>
      </w:r>
      <w:r w:rsidR="74E91D53">
        <w:rPr/>
        <w:t>agressie</w:t>
      </w:r>
      <w:r w:rsidR="74E91D53">
        <w:rPr/>
        <w:t xml:space="preserve">, </w:t>
      </w:r>
      <w:r w:rsidR="74E91D53">
        <w:rPr/>
        <w:t>en</w:t>
      </w:r>
      <w:r w:rsidR="74E91D53">
        <w:rPr/>
        <w:t xml:space="preserve"> </w:t>
      </w:r>
      <w:r w:rsidR="74E91D53">
        <w:rPr/>
        <w:t>verstoorde</w:t>
      </w:r>
      <w:r w:rsidR="74E91D53">
        <w:rPr/>
        <w:t xml:space="preserve"> </w:t>
      </w:r>
      <w:r w:rsidR="74E91D53">
        <w:rPr/>
        <w:t>magnetische</w:t>
      </w:r>
      <w:r w:rsidR="74E91D53">
        <w:rPr/>
        <w:t xml:space="preserve"> </w:t>
      </w:r>
      <w:r w:rsidR="74E91D53">
        <w:rPr/>
        <w:t>oriëntatie</w:t>
      </w:r>
      <w:r w:rsidR="74E91D53">
        <w:rPr/>
        <w:t xml:space="preserve"> </w:t>
      </w:r>
      <w:r w:rsidR="74E91D53">
        <w:rPr/>
        <w:t>bij</w:t>
      </w:r>
      <w:r w:rsidR="74E91D53">
        <w:rPr/>
        <w:t xml:space="preserve"> </w:t>
      </w:r>
      <w:r w:rsidR="74E91D53">
        <w:rPr/>
        <w:t>runderen</w:t>
      </w:r>
      <w:r w:rsidR="74E91D53">
        <w:rPr/>
        <w:t xml:space="preserve">. Een </w:t>
      </w:r>
      <w:r w:rsidR="74E91D53">
        <w:rPr/>
        <w:t>systematische</w:t>
      </w:r>
      <w:r w:rsidR="74E91D53">
        <w:rPr/>
        <w:t xml:space="preserve"> review van 185 studies (Thill et al. 2024) </w:t>
      </w:r>
      <w:r w:rsidR="74E91D53">
        <w:rPr/>
        <w:t>bevestigt</w:t>
      </w:r>
      <w:r w:rsidR="74E91D53">
        <w:rPr/>
        <w:t xml:space="preserve"> </w:t>
      </w:r>
      <w:r w:rsidR="74E91D53">
        <w:rPr/>
        <w:t>dat</w:t>
      </w:r>
      <w:r w:rsidR="74E91D53">
        <w:rPr/>
        <w:t xml:space="preserve"> de </w:t>
      </w:r>
      <w:r w:rsidR="74E91D53">
        <w:rPr/>
        <w:t>overgrote</w:t>
      </w:r>
      <w:r w:rsidR="74E91D53">
        <w:rPr/>
        <w:t xml:space="preserve"> </w:t>
      </w:r>
      <w:r w:rsidR="74E91D53">
        <w:rPr/>
        <w:t>meerderheid</w:t>
      </w:r>
      <w:r w:rsidR="74E91D53">
        <w:rPr/>
        <w:t xml:space="preserve"> </w:t>
      </w:r>
      <w:r w:rsidR="74E91D53">
        <w:rPr/>
        <w:t>schadelijke</w:t>
      </w:r>
      <w:r w:rsidR="74E91D53">
        <w:rPr/>
        <w:t xml:space="preserve"> </w:t>
      </w:r>
      <w:r w:rsidR="74E91D53">
        <w:rPr/>
        <w:t>effecten</w:t>
      </w:r>
      <w:r w:rsidR="74E91D53">
        <w:rPr/>
        <w:t xml:space="preserve"> </w:t>
      </w:r>
      <w:r w:rsidR="74E91D53">
        <w:rPr/>
        <w:t>vaststelt</w:t>
      </w:r>
      <w:r w:rsidR="74E91D53">
        <w:rPr/>
        <w:t xml:space="preserve">. </w:t>
      </w:r>
      <w:r w:rsidR="74E91D53">
        <w:rPr/>
        <w:t>Toenmalig</w:t>
      </w:r>
      <w:r w:rsidR="74E91D53">
        <w:rPr/>
        <w:t xml:space="preserve"> minister Demir </w:t>
      </w:r>
      <w:r w:rsidR="74E91D53">
        <w:rPr/>
        <w:t>erkende</w:t>
      </w:r>
      <w:r w:rsidR="74E91D53">
        <w:rPr/>
        <w:t xml:space="preserve"> </w:t>
      </w:r>
      <w:r w:rsidR="74E91D53">
        <w:rPr/>
        <w:t>zelf</w:t>
      </w:r>
      <w:r w:rsidR="74E91D53">
        <w:rPr/>
        <w:t xml:space="preserve"> de </w:t>
      </w:r>
      <w:r w:rsidR="74E91D53">
        <w:rPr/>
        <w:t>kennislacune</w:t>
      </w:r>
      <w:r w:rsidR="74E91D53">
        <w:rPr/>
        <w:t xml:space="preserve"> </w:t>
      </w:r>
      <w:r w:rsidR="74E91D53">
        <w:rPr/>
        <w:t>betreffende</w:t>
      </w:r>
      <w:r w:rsidR="74E91D53">
        <w:rPr/>
        <w:t xml:space="preserve"> </w:t>
      </w:r>
      <w:r w:rsidR="74E91D53">
        <w:rPr/>
        <w:t>landbouwdieren</w:t>
      </w:r>
      <w:r w:rsidR="74E91D53">
        <w:rPr/>
        <w:t xml:space="preserve"> (SV 643, 25/03/2022).</w:t>
      </w:r>
    </w:p>
    <w:p xmlns:wp14="http://schemas.microsoft.com/office/word/2010/wordml" w:rsidP="50D060EB" w14:paraId="06905E4B" wp14:textId="77777777">
      <w:pPr>
        <w:pStyle w:val="ListNumber"/>
        <w:spacing w:after="60"/>
        <w:ind/>
        <w:rPr/>
      </w:pPr>
      <w:r w:rsidRPr="4E655057" w:rsidR="74E91D53">
        <w:rPr>
          <w:b w:val="1"/>
          <w:bCs w:val="1"/>
        </w:rPr>
        <w:t xml:space="preserve">De </w:t>
      </w:r>
      <w:r w:rsidRPr="4E655057" w:rsidR="74E91D53">
        <w:rPr>
          <w:b w:val="1"/>
          <w:bCs w:val="1"/>
        </w:rPr>
        <w:t>compensatie</w:t>
      </w:r>
      <w:r w:rsidRPr="4E655057" w:rsidR="74E91D53">
        <w:rPr>
          <w:b w:val="1"/>
          <w:bCs w:val="1"/>
        </w:rPr>
        <w:t xml:space="preserve"> is </w:t>
      </w:r>
      <w:r w:rsidRPr="4E655057" w:rsidR="74E91D53">
        <w:rPr>
          <w:b w:val="1"/>
          <w:bCs w:val="1"/>
        </w:rPr>
        <w:t>disproportioneel</w:t>
      </w:r>
      <w:r w:rsidR="74E91D53">
        <w:rPr/>
        <w:t xml:space="preserve">: </w:t>
      </w:r>
      <w:r w:rsidR="74E91D53">
        <w:rPr/>
        <w:t>meer</w:t>
      </w:r>
      <w:r w:rsidR="74E91D53">
        <w:rPr/>
        <w:t xml:space="preserve"> dan </w:t>
      </w:r>
      <w:r w:rsidR="74E91D53">
        <w:rPr/>
        <w:t>10 hectare</w:t>
      </w:r>
      <w:r w:rsidR="74E91D53">
        <w:rPr/>
        <w:t xml:space="preserve"> </w:t>
      </w:r>
      <w:r w:rsidR="74E91D53">
        <w:rPr/>
        <w:t>waardevolle</w:t>
      </w:r>
      <w:r w:rsidR="74E91D53">
        <w:rPr/>
        <w:t xml:space="preserve"> </w:t>
      </w:r>
      <w:r w:rsidR="74E91D53">
        <w:rPr/>
        <w:t>vegetatie</w:t>
      </w:r>
      <w:r w:rsidR="74E91D53">
        <w:rPr/>
        <w:t xml:space="preserve"> </w:t>
      </w:r>
      <w:r w:rsidR="74E91D53">
        <w:rPr/>
        <w:t>gaat</w:t>
      </w:r>
      <w:r w:rsidR="74E91D53">
        <w:rPr/>
        <w:t xml:space="preserve"> </w:t>
      </w:r>
      <w:r w:rsidR="74E91D53">
        <w:rPr/>
        <w:t>verloren</w:t>
      </w:r>
      <w:r w:rsidR="74E91D53">
        <w:rPr/>
        <w:t xml:space="preserve">, </w:t>
      </w:r>
      <w:r w:rsidR="74E91D53">
        <w:rPr/>
        <w:t>terwijl</w:t>
      </w:r>
      <w:r w:rsidR="74E91D53">
        <w:rPr/>
        <w:t xml:space="preserve"> de </w:t>
      </w:r>
      <w:r w:rsidR="74E91D53">
        <w:rPr/>
        <w:t>compensatie</w:t>
      </w:r>
      <w:r w:rsidR="74E91D53">
        <w:rPr/>
        <w:t xml:space="preserve"> </w:t>
      </w:r>
      <w:r w:rsidR="74E91D53">
        <w:rPr/>
        <w:t>slechts</w:t>
      </w:r>
      <w:r w:rsidR="74E91D53">
        <w:rPr/>
        <w:t xml:space="preserve"> </w:t>
      </w:r>
      <w:r w:rsidR="74E91D53">
        <w:rPr/>
        <w:t>1,6 hectare</w:t>
      </w:r>
      <w:r w:rsidR="74E91D53">
        <w:rPr/>
        <w:t xml:space="preserve"> </w:t>
      </w:r>
      <w:r w:rsidR="74E91D53">
        <w:rPr/>
        <w:t>waterbekken</w:t>
      </w:r>
      <w:r w:rsidR="74E91D53">
        <w:rPr/>
        <w:t xml:space="preserve"> </w:t>
      </w:r>
      <w:r w:rsidR="74E91D53">
        <w:rPr/>
        <w:t>betreft</w:t>
      </w:r>
      <w:r w:rsidR="74E91D53">
        <w:rPr/>
        <w:t xml:space="preserve"> -- </w:t>
      </w:r>
      <w:r w:rsidR="74E91D53">
        <w:rPr/>
        <w:t>een</w:t>
      </w:r>
      <w:r w:rsidR="74E91D53">
        <w:rPr/>
        <w:t xml:space="preserve"> </w:t>
      </w:r>
      <w:r w:rsidR="74E91D53">
        <w:rPr/>
        <w:t>ander</w:t>
      </w:r>
      <w:r w:rsidR="74E91D53">
        <w:rPr/>
        <w:t xml:space="preserve"> </w:t>
      </w:r>
      <w:r w:rsidR="74E91D53">
        <w:rPr/>
        <w:t>biotooptype</w:t>
      </w:r>
      <w:r w:rsidR="74E91D53">
        <w:rPr/>
        <w:t xml:space="preserve"> </w:t>
      </w:r>
      <w:r w:rsidR="74E91D53">
        <w:rPr/>
        <w:t>dat</w:t>
      </w:r>
      <w:r w:rsidR="74E91D53">
        <w:rPr/>
        <w:t xml:space="preserve"> </w:t>
      </w:r>
      <w:r w:rsidR="74E91D53">
        <w:rPr/>
        <w:t>nog</w:t>
      </w:r>
      <w:r w:rsidR="74E91D53">
        <w:rPr/>
        <w:t xml:space="preserve"> </w:t>
      </w:r>
      <w:r w:rsidR="74E91D53">
        <w:rPr/>
        <w:t>niet</w:t>
      </w:r>
      <w:r w:rsidR="74E91D53">
        <w:rPr/>
        <w:t xml:space="preserve"> is </w:t>
      </w:r>
      <w:r w:rsidR="74E91D53">
        <w:rPr/>
        <w:t>gerealiseerd</w:t>
      </w:r>
      <w:r w:rsidR="74E91D53">
        <w:rPr/>
        <w:t>.</w:t>
      </w:r>
    </w:p>
    <w:p xmlns:wp14="http://schemas.microsoft.com/office/word/2010/wordml" w:rsidP="50D060EB" w14:paraId="322C1E7F" wp14:textId="77777777">
      <w:pPr>
        <w:pStyle w:val="ListNumber"/>
        <w:spacing w:after="60"/>
        <w:ind/>
        <w:rPr/>
      </w:pPr>
      <w:r w:rsidRPr="4E655057" w:rsidR="74E91D53">
        <w:rPr>
          <w:b w:val="1"/>
          <w:bCs w:val="1"/>
        </w:rPr>
        <w:t xml:space="preserve">Geen </w:t>
      </w:r>
      <w:r w:rsidRPr="4E655057" w:rsidR="74E91D53">
        <w:rPr>
          <w:b w:val="1"/>
          <w:bCs w:val="1"/>
        </w:rPr>
        <w:t>enkele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milderende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maatregel</w:t>
      </w:r>
      <w:r w:rsidRPr="4E655057" w:rsidR="74E91D53">
        <w:rPr>
          <w:b w:val="1"/>
          <w:bCs w:val="1"/>
        </w:rPr>
        <w:t xml:space="preserve"> is </w:t>
      </w:r>
      <w:r w:rsidRPr="4E655057" w:rsidR="74E91D53">
        <w:rPr>
          <w:b w:val="1"/>
          <w:bCs w:val="1"/>
        </w:rPr>
        <w:t>als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vergunningsvoorwaarde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opgelegd</w:t>
      </w:r>
      <w:r w:rsidR="74E91D53">
        <w:rPr/>
        <w:t xml:space="preserve">, </w:t>
      </w:r>
      <w:r w:rsidR="74E91D53">
        <w:rPr/>
        <w:t>terwijl</w:t>
      </w:r>
      <w:r w:rsidR="74E91D53">
        <w:rPr/>
        <w:t xml:space="preserve"> de </w:t>
      </w:r>
      <w:r w:rsidR="74E91D53">
        <w:rPr/>
        <w:t>effectbeoordeling</w:t>
      </w:r>
      <w:r w:rsidR="74E91D53">
        <w:rPr/>
        <w:t xml:space="preserve"> </w:t>
      </w:r>
      <w:r w:rsidR="74E91D53">
        <w:rPr/>
        <w:t>volledig</w:t>
      </w:r>
      <w:r w:rsidR="74E91D53">
        <w:rPr/>
        <w:t xml:space="preserve"> </w:t>
      </w:r>
      <w:r w:rsidR="74E91D53">
        <w:rPr/>
        <w:t>uitgaat</w:t>
      </w:r>
      <w:r w:rsidR="74E91D53">
        <w:rPr/>
        <w:t xml:space="preserve"> van </w:t>
      </w:r>
      <w:r w:rsidR="74E91D53">
        <w:rPr/>
        <w:t>naleving</w:t>
      </w:r>
      <w:r w:rsidR="74E91D53">
        <w:rPr/>
        <w:t xml:space="preserve"> van </w:t>
      </w:r>
      <w:r w:rsidR="74E91D53">
        <w:rPr/>
        <w:t>deze</w:t>
      </w:r>
      <w:r w:rsidR="74E91D53">
        <w:rPr/>
        <w:t xml:space="preserve"> </w:t>
      </w:r>
      <w:r w:rsidR="74E91D53">
        <w:rPr/>
        <w:t>maatregelen</w:t>
      </w:r>
      <w:r w:rsidR="74E91D53">
        <w:rPr/>
        <w:t xml:space="preserve">. Dit is </w:t>
      </w:r>
      <w:r w:rsidR="74E91D53">
        <w:rPr/>
        <w:t>strijdig</w:t>
      </w:r>
      <w:r w:rsidR="74E91D53">
        <w:rPr/>
        <w:t xml:space="preserve"> met </w:t>
      </w:r>
      <w:r w:rsidR="74E91D53">
        <w:rPr/>
        <w:t>het</w:t>
      </w:r>
      <w:r w:rsidR="74E91D53">
        <w:rPr/>
        <w:t xml:space="preserve"> arrest People Over Wind (C-323/17).</w:t>
      </w:r>
    </w:p>
    <w:p xmlns:wp14="http://schemas.microsoft.com/office/word/2010/wordml" w:rsidP="50D060EB" w14:paraId="4A322D2D" wp14:textId="45BE2D9E">
      <w:pPr>
        <w:pStyle w:val="ListNumber"/>
        <w:spacing w:after="60"/>
        <w:ind/>
        <w:rPr/>
      </w:pPr>
      <w:r w:rsidRPr="4E655057" w:rsidR="74E91D53">
        <w:rPr>
          <w:b w:val="1"/>
          <w:bCs w:val="1"/>
        </w:rPr>
        <w:t xml:space="preserve">De </w:t>
      </w:r>
      <w:r w:rsidRPr="4E655057" w:rsidR="74E91D53">
        <w:rPr>
          <w:b w:val="1"/>
          <w:bCs w:val="1"/>
        </w:rPr>
        <w:t>soortentoets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ontbreekt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inhoudelijk</w:t>
      </w:r>
      <w:r w:rsidR="74E91D53">
        <w:rPr/>
        <w:t xml:space="preserve"> </w:t>
      </w:r>
      <w:r w:rsidR="74E91D53">
        <w:rPr/>
        <w:t>en</w:t>
      </w:r>
      <w:r w:rsidR="74E91D53">
        <w:rPr/>
        <w:t xml:space="preserve"> er </w:t>
      </w:r>
      <w:r w:rsidR="74E91D53">
        <w:rPr/>
        <w:t>zijn</w:t>
      </w:r>
      <w:r w:rsidR="74E91D53">
        <w:rPr/>
        <w:t xml:space="preserve"> </w:t>
      </w:r>
      <w:r w:rsidR="74E91D53">
        <w:rPr/>
        <w:t>geen</w:t>
      </w:r>
      <w:r w:rsidR="74E91D53">
        <w:rPr/>
        <w:t xml:space="preserve"> </w:t>
      </w:r>
      <w:r w:rsidR="74E91D53">
        <w:rPr/>
        <w:t>afwijkingen</w:t>
      </w:r>
      <w:r w:rsidR="74E91D53">
        <w:rPr/>
        <w:t xml:space="preserve"> </w:t>
      </w:r>
      <w:r w:rsidR="74E91D53">
        <w:rPr/>
        <w:t>aangevraagd</w:t>
      </w:r>
      <w:r w:rsidR="74E91D53">
        <w:rPr/>
        <w:t xml:space="preserve"> </w:t>
      </w:r>
      <w:r w:rsidR="74E91D53">
        <w:rPr/>
        <w:t>onder</w:t>
      </w:r>
      <w:r w:rsidR="74E91D53">
        <w:rPr/>
        <w:t xml:space="preserve"> het </w:t>
      </w:r>
      <w:r w:rsidR="74E91D53">
        <w:rPr/>
        <w:t>Soortenbesluit</w:t>
      </w:r>
      <w:r w:rsidR="74E91D53">
        <w:rPr/>
        <w:t xml:space="preserve">, </w:t>
      </w:r>
      <w:r w:rsidR="74E91D53">
        <w:rPr/>
        <w:t>terwijl</w:t>
      </w:r>
      <w:r w:rsidR="74E91D53">
        <w:rPr/>
        <w:t xml:space="preserve"> het project </w:t>
      </w:r>
      <w:r w:rsidR="74E91D53">
        <w:rPr/>
        <w:t>voorzienbaar</w:t>
      </w:r>
      <w:r w:rsidR="74E91D53">
        <w:rPr/>
        <w:t xml:space="preserve"> </w:t>
      </w:r>
      <w:r w:rsidR="74E91D53">
        <w:rPr/>
        <w:t>leidt</w:t>
      </w:r>
      <w:r w:rsidR="74E91D53">
        <w:rPr/>
        <w:t xml:space="preserve"> tot </w:t>
      </w:r>
      <w:r w:rsidR="74E91D53">
        <w:rPr/>
        <w:t>verstoring</w:t>
      </w:r>
      <w:r w:rsidR="74E91D53">
        <w:rPr/>
        <w:t xml:space="preserve"> van </w:t>
      </w:r>
      <w:r w:rsidR="74E91D53">
        <w:rPr/>
        <w:t>vleermuizen</w:t>
      </w:r>
      <w:r w:rsidR="74E91D53">
        <w:rPr/>
        <w:t xml:space="preserve">, </w:t>
      </w:r>
      <w:r w:rsidR="74E91D53">
        <w:rPr/>
        <w:t>dassen</w:t>
      </w:r>
      <w:r w:rsidR="74E91D53">
        <w:rPr/>
        <w:t xml:space="preserve">, </w:t>
      </w:r>
      <w:r w:rsidR="74E91D53">
        <w:rPr/>
        <w:t>amfibieen</w:t>
      </w:r>
      <w:r w:rsidR="74E91D53">
        <w:rPr/>
        <w:t xml:space="preserve"> </w:t>
      </w:r>
      <w:r w:rsidR="74E91D53">
        <w:rPr/>
        <w:t>en</w:t>
      </w:r>
      <w:r w:rsidR="74E91D53">
        <w:rPr/>
        <w:t xml:space="preserve"> </w:t>
      </w:r>
      <w:r w:rsidR="74E91D53">
        <w:rPr/>
        <w:t>broedvogels</w:t>
      </w:r>
      <w:r w:rsidR="5EBA4D35">
        <w:rPr/>
        <w:t xml:space="preserve"> </w:t>
      </w:r>
      <w:r w:rsidR="5EBA4D35">
        <w:rPr/>
        <w:t>en</w:t>
      </w:r>
      <w:r w:rsidR="5EBA4D35">
        <w:rPr/>
        <w:t xml:space="preserve"> </w:t>
      </w:r>
      <w:r w:rsidR="5EBA4D35">
        <w:rPr/>
        <w:t>plantensoorten</w:t>
      </w:r>
      <w:r w:rsidR="74E91D53">
        <w:rPr/>
        <w:t>.</w:t>
      </w:r>
    </w:p>
    <w:p xmlns:wp14="http://schemas.microsoft.com/office/word/2010/wordml" w:rsidP="50D060EB" w14:paraId="7063B592" wp14:textId="77777777">
      <w:pPr>
        <w:pStyle w:val="ListNumber"/>
        <w:spacing w:after="60"/>
        <w:ind/>
        <w:rPr/>
      </w:pPr>
      <w:r w:rsidRPr="4E655057" w:rsidR="74E91D53">
        <w:rPr>
          <w:b w:val="1"/>
          <w:bCs w:val="1"/>
        </w:rPr>
        <w:t xml:space="preserve">De </w:t>
      </w:r>
      <w:r w:rsidRPr="4E655057" w:rsidR="74E91D53">
        <w:rPr>
          <w:b w:val="1"/>
          <w:bCs w:val="1"/>
        </w:rPr>
        <w:t>cumulatieve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effecten</w:t>
      </w:r>
      <w:r w:rsidRPr="4E655057" w:rsidR="74E91D53">
        <w:rPr>
          <w:b w:val="1"/>
          <w:bCs w:val="1"/>
        </w:rPr>
        <w:t xml:space="preserve"> met </w:t>
      </w:r>
      <w:r w:rsidRPr="4E655057" w:rsidR="74E91D53">
        <w:rPr>
          <w:b w:val="1"/>
          <w:bCs w:val="1"/>
        </w:rPr>
        <w:t>minstens</w:t>
      </w:r>
      <w:r w:rsidRPr="4E655057" w:rsidR="74E91D53">
        <w:rPr>
          <w:b w:val="1"/>
          <w:bCs w:val="1"/>
        </w:rPr>
        <w:t xml:space="preserve"> 4 </w:t>
      </w:r>
      <w:r w:rsidRPr="4E655057" w:rsidR="74E91D53">
        <w:rPr>
          <w:b w:val="1"/>
          <w:bCs w:val="1"/>
        </w:rPr>
        <w:t>andere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hoogspanningsprojecten</w:t>
      </w:r>
      <w:r w:rsidR="74E91D53">
        <w:rPr/>
        <w:t xml:space="preserve"> </w:t>
      </w:r>
      <w:r w:rsidR="74E91D53">
        <w:rPr/>
        <w:t>zijn</w:t>
      </w:r>
      <w:r w:rsidR="74E91D53">
        <w:rPr/>
        <w:t xml:space="preserve"> </w:t>
      </w:r>
      <w:r w:rsidR="74E91D53">
        <w:rPr/>
        <w:t>onvoldoende</w:t>
      </w:r>
      <w:r w:rsidR="74E91D53">
        <w:rPr/>
        <w:t xml:space="preserve"> </w:t>
      </w:r>
      <w:r w:rsidR="74E91D53">
        <w:rPr/>
        <w:t>beoordeeld</w:t>
      </w:r>
      <w:r w:rsidR="74E91D53">
        <w:rPr/>
        <w:t xml:space="preserve">. </w:t>
      </w:r>
      <w:r w:rsidR="74E91D53">
        <w:rPr/>
        <w:t>Bovendien</w:t>
      </w:r>
      <w:r w:rsidR="74E91D53">
        <w:rPr/>
        <w:t xml:space="preserve"> is het </w:t>
      </w:r>
      <w:r w:rsidRPr="4E655057" w:rsidR="74E91D53">
        <w:rPr>
          <w:b w:val="1"/>
          <w:bCs w:val="1"/>
        </w:rPr>
        <w:t xml:space="preserve">cascade-effect van </w:t>
      </w:r>
      <w:r w:rsidRPr="4E655057" w:rsidR="74E91D53">
        <w:rPr>
          <w:b w:val="1"/>
          <w:bCs w:val="1"/>
        </w:rPr>
        <w:t>windturbines</w:t>
      </w:r>
      <w:r w:rsidR="74E91D53">
        <w:rPr/>
        <w:t xml:space="preserve"> </w:t>
      </w:r>
      <w:r w:rsidR="74E91D53">
        <w:rPr/>
        <w:t>niet</w:t>
      </w:r>
      <w:r w:rsidR="74E91D53">
        <w:rPr/>
        <w:t xml:space="preserve"> </w:t>
      </w:r>
      <w:r w:rsidR="74E91D53">
        <w:rPr/>
        <w:t>beoordeeld</w:t>
      </w:r>
      <w:r w:rsidR="74E91D53">
        <w:rPr/>
        <w:t xml:space="preserve">: de </w:t>
      </w:r>
      <w:r w:rsidR="74E91D53">
        <w:rPr/>
        <w:t>bovengrondse</w:t>
      </w:r>
      <w:r w:rsidR="74E91D53">
        <w:rPr/>
        <w:t xml:space="preserve"> </w:t>
      </w:r>
      <w:r w:rsidR="74E91D53">
        <w:rPr/>
        <w:t>lijn</w:t>
      </w:r>
      <w:r w:rsidR="74E91D53">
        <w:rPr/>
        <w:t xml:space="preserve"> </w:t>
      </w:r>
      <w:r w:rsidR="74E91D53">
        <w:rPr/>
        <w:t>creëert</w:t>
      </w:r>
      <w:r w:rsidR="74E91D53">
        <w:rPr/>
        <w:t xml:space="preserve"> via het </w:t>
      </w:r>
      <w:r w:rsidR="74E91D53">
        <w:rPr/>
        <w:t>bundelingsprincipe</w:t>
      </w:r>
      <w:r w:rsidR="74E91D53">
        <w:rPr/>
        <w:t xml:space="preserve"> </w:t>
      </w:r>
      <w:r w:rsidR="74E91D53">
        <w:rPr/>
        <w:t>een</w:t>
      </w:r>
      <w:r w:rsidR="74E91D53">
        <w:rPr/>
        <w:t xml:space="preserve"> </w:t>
      </w:r>
      <w:r w:rsidR="74E91D53">
        <w:rPr/>
        <w:t>infrastructuurcorridor</w:t>
      </w:r>
      <w:r w:rsidR="74E91D53">
        <w:rPr/>
        <w:t xml:space="preserve"> die </w:t>
      </w:r>
      <w:r w:rsidR="74E91D53">
        <w:rPr/>
        <w:t>windturbineprojecten</w:t>
      </w:r>
      <w:r w:rsidR="74E91D53">
        <w:rPr/>
        <w:t xml:space="preserve"> </w:t>
      </w:r>
      <w:r w:rsidR="74E91D53">
        <w:rPr/>
        <w:t>aantrekt</w:t>
      </w:r>
      <w:r w:rsidR="74E91D53">
        <w:rPr/>
        <w:t xml:space="preserve"> (</w:t>
      </w:r>
      <w:r w:rsidR="74E91D53">
        <w:rPr/>
        <w:t>bevestigd</w:t>
      </w:r>
      <w:r w:rsidR="74E91D53">
        <w:rPr/>
        <w:t xml:space="preserve"> door </w:t>
      </w:r>
      <w:r w:rsidR="74E91D53">
        <w:rPr/>
        <w:t>RvVb-arresten</w:t>
      </w:r>
      <w:r w:rsidR="74E91D53">
        <w:rPr/>
        <w:t xml:space="preserve">), met </w:t>
      </w:r>
      <w:r w:rsidR="74E91D53">
        <w:rPr/>
        <w:t>als</w:t>
      </w:r>
      <w:r w:rsidR="74E91D53">
        <w:rPr/>
        <w:t xml:space="preserve"> </w:t>
      </w:r>
      <w:r w:rsidR="74E91D53">
        <w:rPr/>
        <w:t>gevolg</w:t>
      </w:r>
      <w:r w:rsidR="74E91D53">
        <w:rPr/>
        <w:t xml:space="preserve"> </w:t>
      </w:r>
      <w:r w:rsidR="74E91D53">
        <w:rPr/>
        <w:t>een</w:t>
      </w:r>
      <w:r w:rsidR="74E91D53">
        <w:rPr/>
        <w:t xml:space="preserve"> </w:t>
      </w:r>
      <w:r w:rsidR="74E91D53">
        <w:rPr/>
        <w:t>cumulatieve</w:t>
      </w:r>
      <w:r w:rsidR="74E91D53">
        <w:rPr/>
        <w:t xml:space="preserve"> </w:t>
      </w:r>
      <w:r w:rsidR="74E91D53">
        <w:rPr/>
        <w:t>verveelvoudiging</w:t>
      </w:r>
      <w:r w:rsidR="74E91D53">
        <w:rPr/>
        <w:t xml:space="preserve"> van </w:t>
      </w:r>
      <w:r w:rsidR="74E91D53">
        <w:rPr/>
        <w:t>vogelsterfte</w:t>
      </w:r>
      <w:r w:rsidR="74E91D53">
        <w:rPr/>
        <w:t xml:space="preserve"> </w:t>
      </w:r>
      <w:r w:rsidR="74E91D53">
        <w:rPr/>
        <w:t>en</w:t>
      </w:r>
      <w:r w:rsidR="74E91D53">
        <w:rPr/>
        <w:t xml:space="preserve"> </w:t>
      </w:r>
      <w:r w:rsidR="74E91D53">
        <w:rPr/>
        <w:t>habitatverstoring</w:t>
      </w:r>
      <w:r w:rsidR="74E91D53">
        <w:rPr/>
        <w:t xml:space="preserve"> die in het MER </w:t>
      </w:r>
      <w:r w:rsidR="74E91D53">
        <w:rPr/>
        <w:t>niet</w:t>
      </w:r>
      <w:r w:rsidR="74E91D53">
        <w:rPr/>
        <w:t xml:space="preserve"> is </w:t>
      </w:r>
      <w:r w:rsidR="74E91D53">
        <w:rPr/>
        <w:t>meegewogen</w:t>
      </w:r>
      <w:r w:rsidR="74E91D53">
        <w:rPr/>
        <w:t>.</w:t>
      </w:r>
    </w:p>
    <w:p xmlns:wp14="http://schemas.microsoft.com/office/word/2010/wordml" w:rsidP="50D060EB" w14:paraId="03EAA689" wp14:textId="77777777">
      <w:pPr>
        <w:pStyle w:val="ListNumber"/>
        <w:spacing w:after="60"/>
        <w:ind/>
        <w:rPr/>
      </w:pPr>
      <w:r w:rsidRPr="4E655057" w:rsidR="74E91D53">
        <w:rPr>
          <w:b w:val="1"/>
          <w:bCs w:val="1"/>
        </w:rPr>
        <w:t xml:space="preserve">Het </w:t>
      </w:r>
      <w:r w:rsidRPr="4E655057" w:rsidR="74E91D53">
        <w:rPr>
          <w:b w:val="1"/>
          <w:bCs w:val="1"/>
        </w:rPr>
        <w:t>botulismerisico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bij</w:t>
      </w:r>
      <w:r w:rsidRPr="4E655057" w:rsidR="74E91D53">
        <w:rPr>
          <w:b w:val="1"/>
          <w:bCs w:val="1"/>
        </w:rPr>
        <w:t xml:space="preserve"> vee door </w:t>
      </w:r>
      <w:r w:rsidRPr="4E655057" w:rsidR="74E91D53">
        <w:rPr>
          <w:b w:val="1"/>
          <w:bCs w:val="1"/>
        </w:rPr>
        <w:t>draadslachtoffers</w:t>
      </w:r>
      <w:r w:rsidRPr="4E655057" w:rsidR="74E91D53">
        <w:rPr>
          <w:b w:val="1"/>
          <w:bCs w:val="1"/>
        </w:rPr>
        <w:t xml:space="preserve"> is </w:t>
      </w:r>
      <w:r w:rsidRPr="4E655057" w:rsidR="74E91D53">
        <w:rPr>
          <w:b w:val="1"/>
          <w:bCs w:val="1"/>
        </w:rPr>
        <w:t>niet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beoordeeld</w:t>
      </w:r>
      <w:r w:rsidRPr="4E655057" w:rsidR="74E91D53">
        <w:rPr>
          <w:b w:val="1"/>
          <w:bCs w:val="1"/>
        </w:rPr>
        <w:t>.</w:t>
      </w:r>
      <w:r w:rsidR="74E91D53">
        <w:rPr/>
        <w:t xml:space="preserve"> </w:t>
      </w:r>
      <w:r w:rsidR="74E91D53">
        <w:rPr/>
        <w:t>Vogelkadavers</w:t>
      </w:r>
      <w:r w:rsidR="74E91D53">
        <w:rPr/>
        <w:t xml:space="preserve"> die </w:t>
      </w:r>
      <w:r w:rsidR="74E91D53">
        <w:rPr/>
        <w:t>na</w:t>
      </w:r>
      <w:r w:rsidR="74E91D53">
        <w:rPr/>
        <w:t xml:space="preserve"> </w:t>
      </w:r>
      <w:r w:rsidR="74E91D53">
        <w:rPr/>
        <w:t>aanvaring</w:t>
      </w:r>
      <w:r w:rsidR="74E91D53">
        <w:rPr/>
        <w:t xml:space="preserve"> met de </w:t>
      </w:r>
      <w:r w:rsidR="74E91D53">
        <w:rPr/>
        <w:t>bovengrondse</w:t>
      </w:r>
      <w:r w:rsidR="74E91D53">
        <w:rPr/>
        <w:t xml:space="preserve"> </w:t>
      </w:r>
      <w:r w:rsidR="74E91D53">
        <w:rPr/>
        <w:t>lijn</w:t>
      </w:r>
      <w:r w:rsidR="74E91D53">
        <w:rPr/>
        <w:t xml:space="preserve"> in </w:t>
      </w:r>
      <w:r w:rsidR="74E91D53">
        <w:rPr/>
        <w:t>grasland</w:t>
      </w:r>
      <w:r w:rsidR="74E91D53">
        <w:rPr/>
        <w:t xml:space="preserve"> </w:t>
      </w:r>
      <w:r w:rsidR="74E91D53">
        <w:rPr/>
        <w:t>terechtkomen</w:t>
      </w:r>
      <w:r w:rsidR="74E91D53">
        <w:rPr/>
        <w:t xml:space="preserve">, </w:t>
      </w:r>
      <w:r w:rsidR="74E91D53">
        <w:rPr/>
        <w:t>kunnen</w:t>
      </w:r>
      <w:r w:rsidR="74E91D53">
        <w:rPr/>
        <w:t xml:space="preserve"> </w:t>
      </w:r>
      <w:r w:rsidRPr="4E655057" w:rsidR="74E91D53">
        <w:rPr>
          <w:i w:val="1"/>
          <w:iCs w:val="1"/>
        </w:rPr>
        <w:t>Clostridium botulinum</w:t>
      </w:r>
      <w:r w:rsidR="74E91D53">
        <w:rPr/>
        <w:t xml:space="preserve"> </w:t>
      </w:r>
      <w:r w:rsidR="74E91D53">
        <w:rPr/>
        <w:t>bevatten</w:t>
      </w:r>
      <w:r w:rsidR="74E91D53">
        <w:rPr/>
        <w:t xml:space="preserve">. Bij </w:t>
      </w:r>
      <w:r w:rsidR="74E91D53">
        <w:rPr/>
        <w:t>opname</w:t>
      </w:r>
      <w:r w:rsidR="74E91D53">
        <w:rPr/>
        <w:t xml:space="preserve"> in </w:t>
      </w:r>
      <w:r w:rsidR="74E91D53">
        <w:rPr/>
        <w:t>graskuil</w:t>
      </w:r>
      <w:r w:rsidR="74E91D53">
        <w:rPr/>
        <w:t xml:space="preserve"> of </w:t>
      </w:r>
      <w:r w:rsidR="74E91D53">
        <w:rPr/>
        <w:t>hooi</w:t>
      </w:r>
      <w:r w:rsidR="74E91D53">
        <w:rPr/>
        <w:t xml:space="preserve"> </w:t>
      </w:r>
      <w:r w:rsidR="74E91D53">
        <w:rPr/>
        <w:t>leidt</w:t>
      </w:r>
      <w:r w:rsidR="74E91D53">
        <w:rPr/>
        <w:t xml:space="preserve"> </w:t>
      </w:r>
      <w:r w:rsidR="74E91D53">
        <w:rPr/>
        <w:t>dit</w:t>
      </w:r>
      <w:r w:rsidR="74E91D53">
        <w:rPr/>
        <w:t xml:space="preserve"> tot </w:t>
      </w:r>
      <w:r w:rsidR="74E91D53">
        <w:rPr/>
        <w:t>botulisme</w:t>
      </w:r>
      <w:r w:rsidR="74E91D53">
        <w:rPr/>
        <w:t xml:space="preserve"> met </w:t>
      </w:r>
      <w:r w:rsidR="74E91D53">
        <w:rPr/>
        <w:t>sterftepercentages</w:t>
      </w:r>
      <w:r w:rsidR="74E91D53">
        <w:rPr/>
        <w:t xml:space="preserve"> van 20-80% </w:t>
      </w:r>
      <w:r w:rsidR="74E91D53">
        <w:rPr/>
        <w:t>bij</w:t>
      </w:r>
      <w:r w:rsidR="74E91D53">
        <w:rPr/>
        <w:t xml:space="preserve"> </w:t>
      </w:r>
      <w:r w:rsidR="74E91D53">
        <w:rPr/>
        <w:t>rundvee</w:t>
      </w:r>
      <w:r w:rsidR="74E91D53">
        <w:rPr/>
        <w:t xml:space="preserve"> </w:t>
      </w:r>
      <w:r w:rsidR="74E91D53">
        <w:rPr/>
        <w:t>en</w:t>
      </w:r>
      <w:r w:rsidR="74E91D53">
        <w:rPr/>
        <w:t xml:space="preserve"> </w:t>
      </w:r>
      <w:r w:rsidR="74E91D53">
        <w:rPr/>
        <w:t>vrijwel</w:t>
      </w:r>
      <w:r w:rsidR="74E91D53">
        <w:rPr/>
        <w:t xml:space="preserve"> </w:t>
      </w:r>
      <w:r w:rsidR="74E91D53">
        <w:rPr/>
        <w:t>altijd</w:t>
      </w:r>
      <w:r w:rsidR="74E91D53">
        <w:rPr/>
        <w:t xml:space="preserve"> </w:t>
      </w:r>
      <w:r w:rsidR="74E91D53">
        <w:rPr/>
        <w:t>fataal</w:t>
      </w:r>
      <w:r w:rsidR="74E91D53">
        <w:rPr/>
        <w:t xml:space="preserve"> </w:t>
      </w:r>
      <w:r w:rsidR="74E91D53">
        <w:rPr/>
        <w:t>bij</w:t>
      </w:r>
      <w:r w:rsidR="74E91D53">
        <w:rPr/>
        <w:t xml:space="preserve"> </w:t>
      </w:r>
      <w:r w:rsidR="74E91D53">
        <w:rPr/>
        <w:t>paarden</w:t>
      </w:r>
      <w:r w:rsidR="74E91D53">
        <w:rPr/>
        <w:t>. Dit cascade-effect (</w:t>
      </w:r>
      <w:r w:rsidR="74E91D53">
        <w:rPr/>
        <w:t>vogelsterfte</w:t>
      </w:r>
      <w:r w:rsidR="74E91D53">
        <w:rPr/>
        <w:t xml:space="preserve"> door </w:t>
      </w:r>
      <w:r w:rsidR="74E91D53">
        <w:rPr/>
        <w:t>biodiversiteit</w:t>
      </w:r>
      <w:r w:rsidR="74E91D53">
        <w:rPr/>
        <w:t xml:space="preserve"> </w:t>
      </w:r>
      <w:r w:rsidR="74E91D53">
        <w:rPr/>
        <w:t>naar</w:t>
      </w:r>
      <w:r w:rsidR="74E91D53">
        <w:rPr/>
        <w:t xml:space="preserve"> </w:t>
      </w:r>
      <w:r w:rsidR="74E91D53">
        <w:rPr/>
        <w:t>veeziekte</w:t>
      </w:r>
      <w:r w:rsidR="74E91D53">
        <w:rPr/>
        <w:t xml:space="preserve"> door </w:t>
      </w:r>
      <w:r w:rsidR="74E91D53">
        <w:rPr/>
        <w:t>landbouw</w:t>
      </w:r>
      <w:r w:rsidR="74E91D53">
        <w:rPr/>
        <w:t xml:space="preserve">) is </w:t>
      </w:r>
      <w:r w:rsidR="74E91D53">
        <w:rPr/>
        <w:t>niet</w:t>
      </w:r>
      <w:r w:rsidR="74E91D53">
        <w:rPr/>
        <w:t xml:space="preserve"> in het MER </w:t>
      </w:r>
      <w:r w:rsidR="74E91D53">
        <w:rPr/>
        <w:t>beoordeeld</w:t>
      </w:r>
      <w:r w:rsidR="74E91D53">
        <w:rPr/>
        <w:t>.</w:t>
      </w:r>
    </w:p>
    <w:p xmlns:wp14="http://schemas.microsoft.com/office/word/2010/wordml" w:rsidP="50D060EB" w14:paraId="422FF762" wp14:textId="77777777">
      <w:pPr>
        <w:pStyle w:val="ListNumber"/>
        <w:spacing w:after="60"/>
        <w:ind/>
        <w:rPr/>
      </w:pPr>
      <w:r w:rsidRPr="4E655057" w:rsidR="74E91D53">
        <w:rPr>
          <w:b w:val="1"/>
          <w:bCs w:val="1"/>
        </w:rPr>
        <w:t xml:space="preserve">De </w:t>
      </w:r>
      <w:r w:rsidRPr="4E655057" w:rsidR="74E91D53">
        <w:rPr>
          <w:b w:val="1"/>
          <w:bCs w:val="1"/>
        </w:rPr>
        <w:t>effecten</w:t>
      </w:r>
      <w:r w:rsidRPr="4E655057" w:rsidR="74E91D53">
        <w:rPr>
          <w:b w:val="1"/>
          <w:bCs w:val="1"/>
        </w:rPr>
        <w:t xml:space="preserve"> van </w:t>
      </w:r>
      <w:r w:rsidRPr="4E655057" w:rsidR="74E91D53">
        <w:rPr>
          <w:b w:val="1"/>
          <w:bCs w:val="1"/>
        </w:rPr>
        <w:t>een</w:t>
      </w:r>
      <w:r w:rsidRPr="4E655057" w:rsidR="74E91D53">
        <w:rPr>
          <w:b w:val="1"/>
          <w:bCs w:val="1"/>
        </w:rPr>
        <w:t xml:space="preserve"> 380 kV-</w:t>
      </w:r>
      <w:r w:rsidRPr="4E655057" w:rsidR="74E91D53">
        <w:rPr>
          <w:b w:val="1"/>
          <w:bCs w:val="1"/>
        </w:rPr>
        <w:t>lijn</w:t>
      </w:r>
      <w:r w:rsidRPr="4E655057" w:rsidR="74E91D53">
        <w:rPr>
          <w:b w:val="1"/>
          <w:bCs w:val="1"/>
        </w:rPr>
        <w:t xml:space="preserve"> op </w:t>
      </w:r>
      <w:r w:rsidRPr="4E655057" w:rsidR="74E91D53">
        <w:rPr>
          <w:b w:val="1"/>
          <w:bCs w:val="1"/>
        </w:rPr>
        <w:t>paarden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en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landbouwdieren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zijn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niet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beoordeeld</w:t>
      </w:r>
      <w:r w:rsidR="74E91D53">
        <w:rPr/>
        <w:t xml:space="preserve">, </w:t>
      </w:r>
      <w:r w:rsidR="74E91D53">
        <w:rPr/>
        <w:t>ondanks</w:t>
      </w:r>
      <w:r w:rsidR="74E91D53">
        <w:rPr/>
        <w:t xml:space="preserve"> </w:t>
      </w:r>
      <w:r w:rsidR="74E91D53">
        <w:rPr/>
        <w:t>een</w:t>
      </w:r>
      <w:r w:rsidR="74E91D53">
        <w:rPr/>
        <w:t xml:space="preserve"> door het MER </w:t>
      </w:r>
      <w:r w:rsidR="74E91D53">
        <w:rPr/>
        <w:t>zelf</w:t>
      </w:r>
      <w:r w:rsidR="74E91D53">
        <w:rPr/>
        <w:t xml:space="preserve"> </w:t>
      </w:r>
      <w:r w:rsidR="74E91D53">
        <w:rPr/>
        <w:t>erkende</w:t>
      </w:r>
      <w:r w:rsidR="74E91D53">
        <w:rPr/>
        <w:t xml:space="preserve"> "</w:t>
      </w:r>
      <w:r w:rsidR="74E91D53">
        <w:rPr/>
        <w:t>leemte</w:t>
      </w:r>
      <w:r w:rsidR="74E91D53">
        <w:rPr/>
        <w:t xml:space="preserve"> in de </w:t>
      </w:r>
      <w:r w:rsidR="74E91D53">
        <w:rPr/>
        <w:t>kennis</w:t>
      </w:r>
      <w:r w:rsidR="74E91D53">
        <w:rPr/>
        <w:t xml:space="preserve"> van </w:t>
      </w:r>
      <w:r w:rsidR="74E91D53">
        <w:rPr/>
        <w:t>landbouwdieren</w:t>
      </w:r>
      <w:r w:rsidR="74E91D53">
        <w:rPr/>
        <w:t xml:space="preserve">" (p. 128 GRUP). Concrete </w:t>
      </w:r>
      <w:r w:rsidR="74E91D53">
        <w:rPr/>
        <w:t>getuigenissen</w:t>
      </w:r>
      <w:r w:rsidR="74E91D53">
        <w:rPr/>
        <w:t xml:space="preserve"> </w:t>
      </w:r>
      <w:r w:rsidR="74E91D53">
        <w:rPr/>
        <w:t>documenteren</w:t>
      </w:r>
      <w:r w:rsidR="74E91D53">
        <w:rPr/>
        <w:t xml:space="preserve"> </w:t>
      </w:r>
      <w:r w:rsidR="74E91D53">
        <w:rPr/>
        <w:t>stressreacties</w:t>
      </w:r>
      <w:r w:rsidR="74E91D53">
        <w:rPr/>
        <w:t xml:space="preserve">, </w:t>
      </w:r>
      <w:r w:rsidR="74E91D53">
        <w:rPr/>
        <w:t>vruchtbaarheidsproblemen</w:t>
      </w:r>
      <w:r w:rsidR="74E91D53">
        <w:rPr/>
        <w:t xml:space="preserve"> door </w:t>
      </w:r>
      <w:r w:rsidR="74E91D53">
        <w:rPr/>
        <w:t>hormonale</w:t>
      </w:r>
      <w:r w:rsidR="74E91D53">
        <w:rPr/>
        <w:t xml:space="preserve"> </w:t>
      </w:r>
      <w:r w:rsidR="74E91D53">
        <w:rPr/>
        <w:t>verstoring</w:t>
      </w:r>
      <w:r w:rsidR="74E91D53">
        <w:rPr/>
        <w:t>, corona-</w:t>
      </w:r>
      <w:r w:rsidR="74E91D53">
        <w:rPr/>
        <w:t>geluid</w:t>
      </w:r>
      <w:r w:rsidR="74E91D53">
        <w:rPr/>
        <w:t xml:space="preserve"> </w:t>
      </w:r>
      <w:r w:rsidR="74E91D53">
        <w:rPr/>
        <w:t>als</w:t>
      </w:r>
      <w:r w:rsidR="74E91D53">
        <w:rPr/>
        <w:t xml:space="preserve"> </w:t>
      </w:r>
      <w:r w:rsidR="74E91D53">
        <w:rPr/>
        <w:t>schrikeffect</w:t>
      </w:r>
      <w:r w:rsidR="74E91D53">
        <w:rPr/>
        <w:t xml:space="preserve"> </w:t>
      </w:r>
      <w:r w:rsidR="74E91D53">
        <w:rPr/>
        <w:t>en</w:t>
      </w:r>
      <w:r w:rsidR="74E91D53">
        <w:rPr/>
        <w:t xml:space="preserve"> </w:t>
      </w:r>
      <w:r w:rsidR="74E91D53">
        <w:rPr/>
        <w:t>schaduwflikkering</w:t>
      </w:r>
      <w:r w:rsidR="74E91D53">
        <w:rPr/>
        <w:t xml:space="preserve"> van </w:t>
      </w:r>
      <w:r w:rsidR="74E91D53">
        <w:rPr/>
        <w:t>masten</w:t>
      </w:r>
      <w:r w:rsidR="74E91D53">
        <w:rPr/>
        <w:t xml:space="preserve">. Het </w:t>
      </w:r>
      <w:r w:rsidR="74E91D53">
        <w:rPr/>
        <w:t>nalaten</w:t>
      </w:r>
      <w:r w:rsidR="74E91D53">
        <w:rPr/>
        <w:t xml:space="preserve"> om </w:t>
      </w:r>
      <w:r w:rsidR="74E91D53">
        <w:rPr/>
        <w:t>deze</w:t>
      </w:r>
      <w:r w:rsidR="74E91D53">
        <w:rPr/>
        <w:t xml:space="preserve"> </w:t>
      </w:r>
      <w:r w:rsidR="74E91D53">
        <w:rPr/>
        <w:t>effecten</w:t>
      </w:r>
      <w:r w:rsidR="74E91D53">
        <w:rPr/>
        <w:t xml:space="preserve"> </w:t>
      </w:r>
      <w:r w:rsidR="74E91D53">
        <w:rPr/>
        <w:t>te</w:t>
      </w:r>
      <w:r w:rsidR="74E91D53">
        <w:rPr/>
        <w:t xml:space="preserve"> </w:t>
      </w:r>
      <w:r w:rsidR="74E91D53">
        <w:rPr/>
        <w:t>beoordelen</w:t>
      </w:r>
      <w:r w:rsidR="74E91D53">
        <w:rPr/>
        <w:t xml:space="preserve"> is </w:t>
      </w:r>
      <w:r w:rsidR="74E91D53">
        <w:rPr/>
        <w:t>strijdig</w:t>
      </w:r>
      <w:r w:rsidR="74E91D53">
        <w:rPr/>
        <w:t xml:space="preserve"> met het </w:t>
      </w:r>
      <w:r w:rsidR="74E91D53">
        <w:rPr/>
        <w:t>voorzorgsbeginsel</w:t>
      </w:r>
      <w:r w:rsidR="74E91D53">
        <w:rPr/>
        <w:t xml:space="preserve"> </w:t>
      </w:r>
      <w:r w:rsidR="74E91D53">
        <w:rPr/>
        <w:t>en</w:t>
      </w:r>
      <w:r w:rsidR="74E91D53">
        <w:rPr/>
        <w:t xml:space="preserve"> de </w:t>
      </w:r>
      <w:r w:rsidR="74E91D53">
        <w:rPr/>
        <w:t>verplichting</w:t>
      </w:r>
      <w:r w:rsidR="74E91D53">
        <w:rPr/>
        <w:t xml:space="preserve"> tot </w:t>
      </w:r>
      <w:r w:rsidR="74E91D53">
        <w:rPr/>
        <w:t>goede</w:t>
      </w:r>
      <w:r w:rsidR="74E91D53">
        <w:rPr/>
        <w:t xml:space="preserve"> </w:t>
      </w:r>
      <w:r w:rsidR="74E91D53">
        <w:rPr/>
        <w:t>ruimtelijke</w:t>
      </w:r>
      <w:r w:rsidR="74E91D53">
        <w:rPr/>
        <w:t xml:space="preserve"> </w:t>
      </w:r>
      <w:r w:rsidR="74E91D53">
        <w:rPr/>
        <w:t>ordening</w:t>
      </w:r>
      <w:r w:rsidR="74E91D53">
        <w:rPr/>
        <w:t xml:space="preserve"> (art. 4.3.1 VCRO).</w:t>
      </w:r>
    </w:p>
    <w:p xmlns:wp14="http://schemas.microsoft.com/office/word/2010/wordml" w:rsidP="50D060EB" w14:paraId="6FC5EDA5" wp14:textId="77777777">
      <w:pPr>
        <w:pStyle w:val="ListNumber"/>
        <w:spacing w:after="60"/>
        <w:ind/>
        <w:rPr/>
      </w:pPr>
      <w:r w:rsidRPr="4E655057" w:rsidR="74E91D53">
        <w:rPr>
          <w:b w:val="1"/>
          <w:bCs w:val="1"/>
        </w:rPr>
        <w:t xml:space="preserve">De </w:t>
      </w:r>
      <w:r w:rsidRPr="4E655057" w:rsidR="74E91D53">
        <w:rPr>
          <w:b w:val="1"/>
          <w:bCs w:val="1"/>
        </w:rPr>
        <w:t>gemeenten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Jabbeke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en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Lendelede</w:t>
      </w:r>
      <w:r w:rsidRPr="4E655057" w:rsidR="74E91D53">
        <w:rPr>
          <w:b w:val="1"/>
          <w:bCs w:val="1"/>
        </w:rPr>
        <w:t xml:space="preserve">, </w:t>
      </w:r>
      <w:r w:rsidRPr="4E655057" w:rsidR="74E91D53">
        <w:rPr>
          <w:b w:val="1"/>
          <w:bCs w:val="1"/>
        </w:rPr>
        <w:t>en</w:t>
      </w:r>
      <w:r w:rsidRPr="4E655057" w:rsidR="74E91D53">
        <w:rPr>
          <w:b w:val="1"/>
          <w:bCs w:val="1"/>
        </w:rPr>
        <w:t xml:space="preserve"> het </w:t>
      </w:r>
      <w:r w:rsidRPr="4E655057" w:rsidR="74E91D53">
        <w:rPr>
          <w:b w:val="1"/>
          <w:bCs w:val="1"/>
        </w:rPr>
        <w:t>Agentschap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Onroerend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Erfgoed</w:t>
      </w:r>
      <w:r w:rsidR="74E91D53">
        <w:rPr/>
        <w:t xml:space="preserve"> </w:t>
      </w:r>
      <w:r w:rsidR="74E91D53">
        <w:rPr/>
        <w:t>bevestigen</w:t>
      </w:r>
      <w:r w:rsidR="74E91D53">
        <w:rPr/>
        <w:t xml:space="preserve"> in </w:t>
      </w:r>
      <w:r w:rsidR="74E91D53">
        <w:rPr/>
        <w:t>hun</w:t>
      </w:r>
      <w:r w:rsidR="74E91D53">
        <w:rPr/>
        <w:t xml:space="preserve"> </w:t>
      </w:r>
      <w:r w:rsidR="74E91D53">
        <w:rPr/>
        <w:t>adviezen</w:t>
      </w:r>
      <w:r w:rsidR="74E91D53">
        <w:rPr/>
        <w:t xml:space="preserve"> </w:t>
      </w:r>
      <w:r w:rsidR="74E91D53">
        <w:rPr/>
        <w:t>meerdere</w:t>
      </w:r>
      <w:r w:rsidR="74E91D53">
        <w:rPr/>
        <w:t xml:space="preserve"> van </w:t>
      </w:r>
      <w:r w:rsidR="74E91D53">
        <w:rPr/>
        <w:t>bovenstaande</w:t>
      </w:r>
      <w:r w:rsidR="74E91D53">
        <w:rPr/>
        <w:t xml:space="preserve"> </w:t>
      </w:r>
      <w:r w:rsidR="74E91D53">
        <w:rPr/>
        <w:t>gebreken</w:t>
      </w:r>
      <w:r w:rsidR="74E91D53">
        <w:rPr/>
        <w:t>.</w:t>
      </w:r>
    </w:p>
    <w:p xmlns:wp14="http://schemas.microsoft.com/office/word/2010/wordml" w:rsidP="50D060EB" w14:paraId="03D04113" wp14:textId="77777777">
      <w:pPr>
        <w:pStyle w:val="ListNumber"/>
        <w:spacing w:after="60"/>
        <w:ind/>
        <w:rPr/>
      </w:pPr>
      <w:r w:rsidRPr="4E655057" w:rsidR="74E91D53">
        <w:rPr>
          <w:b w:val="1"/>
          <w:bCs w:val="1"/>
        </w:rPr>
        <w:t xml:space="preserve">De </w:t>
      </w:r>
      <w:r w:rsidRPr="4E655057" w:rsidR="74E91D53">
        <w:rPr>
          <w:b w:val="1"/>
          <w:bCs w:val="1"/>
        </w:rPr>
        <w:t>Europese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vogelsterftecijfers</w:t>
      </w:r>
      <w:r w:rsidR="74E91D53">
        <w:rPr/>
        <w:t xml:space="preserve"> </w:t>
      </w:r>
      <w:r w:rsidR="74E91D53">
        <w:rPr/>
        <w:t>plaatsen</w:t>
      </w:r>
      <w:r w:rsidR="74E91D53">
        <w:rPr/>
        <w:t xml:space="preserve"> de </w:t>
      </w:r>
      <w:r w:rsidR="74E91D53">
        <w:rPr/>
        <w:t>Ventilus</w:t>
      </w:r>
      <w:r w:rsidR="74E91D53">
        <w:rPr/>
        <w:t xml:space="preserve">-impact in </w:t>
      </w:r>
      <w:r w:rsidR="74E91D53">
        <w:rPr/>
        <w:t>een</w:t>
      </w:r>
      <w:r w:rsidR="74E91D53">
        <w:rPr/>
        <w:t xml:space="preserve"> </w:t>
      </w:r>
      <w:r w:rsidR="74E91D53">
        <w:rPr/>
        <w:t>bredere</w:t>
      </w:r>
      <w:r w:rsidR="74E91D53">
        <w:rPr/>
        <w:t xml:space="preserve"> context: Nederland tot 700 </w:t>
      </w:r>
      <w:r w:rsidR="74E91D53">
        <w:rPr/>
        <w:t>vogels</w:t>
      </w:r>
      <w:r w:rsidR="74E91D53">
        <w:rPr/>
        <w:t>/km/</w:t>
      </w:r>
      <w:r w:rsidR="74E91D53">
        <w:rPr/>
        <w:t>jaar</w:t>
      </w:r>
      <w:r w:rsidR="74E91D53">
        <w:rPr/>
        <w:t xml:space="preserve"> in wetlands, </w:t>
      </w:r>
      <w:r w:rsidR="74E91D53">
        <w:rPr/>
        <w:t>Duitsland</w:t>
      </w:r>
      <w:r w:rsidR="74E91D53">
        <w:rPr/>
        <w:t xml:space="preserve"> ≥1,5 </w:t>
      </w:r>
      <w:r w:rsidR="74E91D53">
        <w:rPr/>
        <w:t>miljoen</w:t>
      </w:r>
      <w:r w:rsidR="74E91D53">
        <w:rPr/>
        <w:t>/</w:t>
      </w:r>
      <w:r w:rsidR="74E91D53">
        <w:rPr/>
        <w:t>jaar</w:t>
      </w:r>
      <w:r w:rsidR="74E91D53">
        <w:rPr/>
        <w:t xml:space="preserve">, </w:t>
      </w:r>
      <w:r w:rsidR="74E91D53">
        <w:rPr/>
        <w:t>Frankrijk</w:t>
      </w:r>
      <w:r w:rsidR="74E91D53">
        <w:rPr/>
        <w:t xml:space="preserve"> 1 </w:t>
      </w:r>
      <w:r w:rsidR="74E91D53">
        <w:rPr/>
        <w:t>miljoen</w:t>
      </w:r>
      <w:r w:rsidR="74E91D53">
        <w:rPr/>
        <w:t>/</w:t>
      </w:r>
      <w:r w:rsidR="74E91D53">
        <w:rPr/>
        <w:t>jaar</w:t>
      </w:r>
      <w:r w:rsidR="74E91D53">
        <w:rPr/>
        <w:t xml:space="preserve">. De </w:t>
      </w:r>
      <w:r w:rsidR="74E91D53">
        <w:rPr/>
        <w:t>getroffen</w:t>
      </w:r>
      <w:r w:rsidR="74E91D53">
        <w:rPr/>
        <w:t xml:space="preserve"> </w:t>
      </w:r>
      <w:r w:rsidR="74E91D53">
        <w:rPr/>
        <w:t>soorten</w:t>
      </w:r>
      <w:r w:rsidR="74E91D53">
        <w:rPr/>
        <w:t xml:space="preserve"> </w:t>
      </w:r>
      <w:r w:rsidR="74E91D53">
        <w:rPr/>
        <w:t>omvatten</w:t>
      </w:r>
      <w:r w:rsidR="74E91D53">
        <w:rPr/>
        <w:t xml:space="preserve"> </w:t>
      </w:r>
      <w:r w:rsidR="74E91D53">
        <w:rPr/>
        <w:t>beschermde</w:t>
      </w:r>
      <w:r w:rsidR="74E91D53">
        <w:rPr/>
        <w:t xml:space="preserve"> </w:t>
      </w:r>
      <w:r w:rsidR="74E91D53">
        <w:rPr/>
        <w:t>en</w:t>
      </w:r>
      <w:r w:rsidR="74E91D53">
        <w:rPr/>
        <w:t xml:space="preserve"> </w:t>
      </w:r>
      <w:r w:rsidR="74E91D53">
        <w:rPr/>
        <w:t>zeldzame</w:t>
      </w:r>
      <w:r w:rsidR="74E91D53">
        <w:rPr/>
        <w:t xml:space="preserve"> </w:t>
      </w:r>
      <w:r w:rsidR="74E91D53">
        <w:rPr/>
        <w:t>soorten</w:t>
      </w:r>
      <w:r w:rsidR="74E91D53">
        <w:rPr/>
        <w:t xml:space="preserve"> (</w:t>
      </w:r>
      <w:r w:rsidR="74E91D53">
        <w:rPr/>
        <w:t>Roerdomp</w:t>
      </w:r>
      <w:r w:rsidR="74E91D53">
        <w:rPr/>
        <w:t xml:space="preserve">, </w:t>
      </w:r>
      <w:r w:rsidR="74E91D53">
        <w:rPr/>
        <w:t>Woudaapje</w:t>
      </w:r>
      <w:r w:rsidR="74E91D53">
        <w:rPr/>
        <w:t xml:space="preserve">, </w:t>
      </w:r>
      <w:r w:rsidR="74E91D53">
        <w:rPr/>
        <w:t>Lepelaar</w:t>
      </w:r>
      <w:r w:rsidR="74E91D53">
        <w:rPr/>
        <w:t xml:space="preserve">) </w:t>
      </w:r>
      <w:r w:rsidR="74E91D53">
        <w:rPr/>
        <w:t>waarvoor</w:t>
      </w:r>
      <w:r w:rsidR="74E91D53">
        <w:rPr/>
        <w:t xml:space="preserve"> </w:t>
      </w:r>
      <w:r w:rsidR="74E91D53">
        <w:rPr/>
        <w:t>specifieke</w:t>
      </w:r>
      <w:r w:rsidR="74E91D53">
        <w:rPr/>
        <w:t xml:space="preserve"> </w:t>
      </w:r>
      <w:r w:rsidR="74E91D53">
        <w:rPr/>
        <w:t>instandhoudingsdoelstellingen</w:t>
      </w:r>
      <w:r w:rsidR="74E91D53">
        <w:rPr/>
        <w:t xml:space="preserve"> </w:t>
      </w:r>
      <w:r w:rsidR="74E91D53">
        <w:rPr/>
        <w:t>gelden</w:t>
      </w:r>
      <w:r w:rsidR="74E91D53">
        <w:rPr/>
        <w:t>.</w:t>
      </w:r>
    </w:p>
    <w:p xmlns:wp14="http://schemas.microsoft.com/office/word/2010/wordml" w:rsidP="50D060EB" w14:paraId="7123970E" wp14:textId="77777777">
      <w:pPr>
        <w:pStyle w:val="ListNumber"/>
        <w:spacing w:after="60"/>
        <w:ind/>
        <w:rPr/>
      </w:pPr>
      <w:r w:rsidRPr="4E655057" w:rsidR="74E91D53">
        <w:rPr>
          <w:b w:val="1"/>
          <w:bCs w:val="1"/>
        </w:rPr>
        <w:t xml:space="preserve">Het EC </w:t>
      </w:r>
      <w:r w:rsidRPr="4E655057" w:rsidR="74E91D53">
        <w:rPr>
          <w:b w:val="1"/>
          <w:bCs w:val="1"/>
        </w:rPr>
        <w:t>Richtsnoer</w:t>
      </w:r>
      <w:r w:rsidRPr="4E655057" w:rsidR="74E91D53">
        <w:rPr>
          <w:b w:val="1"/>
          <w:bCs w:val="1"/>
        </w:rPr>
        <w:t xml:space="preserve"> C/2018/2619</w:t>
      </w:r>
      <w:r w:rsidR="74E91D53">
        <w:rPr/>
        <w:t xml:space="preserve"> over </w:t>
      </w:r>
      <w:r w:rsidR="74E91D53">
        <w:rPr/>
        <w:t>energieinfrastructuur</w:t>
      </w:r>
      <w:r w:rsidR="74E91D53">
        <w:rPr/>
        <w:t xml:space="preserve"> </w:t>
      </w:r>
      <w:r w:rsidR="74E91D53">
        <w:rPr/>
        <w:t>en</w:t>
      </w:r>
      <w:r w:rsidR="74E91D53">
        <w:rPr/>
        <w:t xml:space="preserve"> </w:t>
      </w:r>
      <w:r w:rsidR="74E91D53">
        <w:rPr/>
        <w:t>natuurwetgeving</w:t>
      </w:r>
      <w:r w:rsidR="74E91D53">
        <w:rPr/>
        <w:t xml:space="preserve"> — </w:t>
      </w:r>
      <w:r w:rsidR="74E91D53">
        <w:rPr/>
        <w:t>niet</w:t>
      </w:r>
      <w:r w:rsidR="74E91D53">
        <w:rPr/>
        <w:t xml:space="preserve"> </w:t>
      </w:r>
      <w:r w:rsidR="74E91D53">
        <w:rPr/>
        <w:t>vermeld</w:t>
      </w:r>
      <w:r w:rsidR="74E91D53">
        <w:rPr/>
        <w:t xml:space="preserve"> in het MER — </w:t>
      </w:r>
      <w:r w:rsidR="74E91D53">
        <w:rPr/>
        <w:t>vereist</w:t>
      </w:r>
      <w:r w:rsidR="74E91D53">
        <w:rPr/>
        <w:t xml:space="preserve"> </w:t>
      </w:r>
      <w:r w:rsidR="74E91D53">
        <w:rPr/>
        <w:t>een</w:t>
      </w:r>
      <w:r w:rsidR="74E91D53">
        <w:rPr/>
        <w:t xml:space="preserve"> </w:t>
      </w:r>
      <w:r w:rsidR="74E91D53">
        <w:rPr/>
        <w:t>passende</w:t>
      </w:r>
      <w:r w:rsidR="74E91D53">
        <w:rPr/>
        <w:t xml:space="preserve"> </w:t>
      </w:r>
      <w:r w:rsidR="74E91D53">
        <w:rPr/>
        <w:t>beoordeling</w:t>
      </w:r>
      <w:r w:rsidR="74E91D53">
        <w:rPr/>
        <w:t xml:space="preserve"> </w:t>
      </w:r>
      <w:r w:rsidR="74E91D53">
        <w:rPr/>
        <w:t>en</w:t>
      </w:r>
      <w:r w:rsidR="74E91D53">
        <w:rPr/>
        <w:t xml:space="preserve"> </w:t>
      </w:r>
      <w:r w:rsidR="74E91D53">
        <w:rPr/>
        <w:t>erkent</w:t>
      </w:r>
      <w:r w:rsidR="74E91D53">
        <w:rPr/>
        <w:t xml:space="preserve"> </w:t>
      </w:r>
      <w:r w:rsidR="74E91D53">
        <w:rPr/>
        <w:t>ondergrondse</w:t>
      </w:r>
      <w:r w:rsidR="74E91D53">
        <w:rPr/>
        <w:t xml:space="preserve"> </w:t>
      </w:r>
      <w:r w:rsidR="74E91D53">
        <w:rPr/>
        <w:t>aanleg</w:t>
      </w:r>
      <w:r w:rsidR="74E91D53">
        <w:rPr/>
        <w:t xml:space="preserve"> </w:t>
      </w:r>
      <w:r w:rsidR="74E91D53">
        <w:rPr/>
        <w:t>als</w:t>
      </w:r>
      <w:r w:rsidR="74E91D53">
        <w:rPr/>
        <w:t xml:space="preserve"> relevant </w:t>
      </w:r>
      <w:r w:rsidR="74E91D53">
        <w:rPr/>
        <w:t>alternatief</w:t>
      </w:r>
      <w:r w:rsidR="74E91D53">
        <w:rPr/>
        <w:t xml:space="preserve">. Het project </w:t>
      </w:r>
      <w:r w:rsidR="74E91D53">
        <w:rPr/>
        <w:t>kruist</w:t>
      </w:r>
      <w:r w:rsidR="74E91D53">
        <w:rPr/>
        <w:t xml:space="preserve"> 3 SBZ-H </w:t>
      </w:r>
      <w:r w:rsidR="74E91D53">
        <w:rPr/>
        <w:t>en</w:t>
      </w:r>
      <w:r w:rsidR="74E91D53">
        <w:rPr/>
        <w:t xml:space="preserve"> 1 SBZ-V </w:t>
      </w:r>
      <w:r w:rsidR="74E91D53">
        <w:rPr/>
        <w:t>zonder</w:t>
      </w:r>
      <w:r w:rsidR="74E91D53">
        <w:rPr/>
        <w:t xml:space="preserve"> </w:t>
      </w:r>
      <w:r w:rsidR="74E91D53">
        <w:rPr/>
        <w:t>verwijzing</w:t>
      </w:r>
      <w:r w:rsidR="74E91D53">
        <w:rPr/>
        <w:t xml:space="preserve"> </w:t>
      </w:r>
      <w:r w:rsidR="74E91D53">
        <w:rPr/>
        <w:t>naar</w:t>
      </w:r>
      <w:r w:rsidR="74E91D53">
        <w:rPr/>
        <w:t xml:space="preserve"> </w:t>
      </w:r>
      <w:r w:rsidR="74E91D53">
        <w:rPr/>
        <w:t>dit</w:t>
      </w:r>
      <w:r w:rsidR="74E91D53">
        <w:rPr/>
        <w:t xml:space="preserve"> </w:t>
      </w:r>
      <w:r w:rsidR="74E91D53">
        <w:rPr/>
        <w:t>richtsnoer</w:t>
      </w:r>
      <w:r w:rsidR="74E91D53">
        <w:rPr/>
        <w:t>.</w:t>
      </w:r>
    </w:p>
    <w:p xmlns:wp14="http://schemas.microsoft.com/office/word/2010/wordml" w:rsidP="50D060EB" w14:paraId="5AF0DA61" wp14:textId="77777777">
      <w:pPr>
        <w:pStyle w:val="ListNumber"/>
        <w:spacing w:after="60"/>
        <w:ind/>
        <w:rPr/>
      </w:pPr>
      <w:r w:rsidRPr="4E655057" w:rsidR="74E91D53">
        <w:rPr>
          <w:b w:val="1"/>
          <w:bCs w:val="1"/>
        </w:rPr>
        <w:t>Vanbergen et al. (2019)</w:t>
      </w:r>
      <w:r w:rsidR="74E91D53">
        <w:rPr/>
        <w:t xml:space="preserve"> </w:t>
      </w:r>
      <w:r w:rsidR="74E91D53">
        <w:rPr/>
        <w:t>kwalificeren</w:t>
      </w:r>
      <w:r w:rsidR="74E91D53">
        <w:rPr/>
        <w:t xml:space="preserve"> EMR van </w:t>
      </w:r>
      <w:r w:rsidR="74E91D53">
        <w:rPr/>
        <w:t>hoogspanningslijnen</w:t>
      </w:r>
      <w:r w:rsidR="74E91D53">
        <w:rPr/>
        <w:t xml:space="preserve"> </w:t>
      </w:r>
      <w:r w:rsidR="74E91D53">
        <w:rPr/>
        <w:t>als</w:t>
      </w:r>
      <w:r w:rsidR="74E91D53">
        <w:rPr/>
        <w:t xml:space="preserve"> </w:t>
      </w:r>
      <w:r w:rsidR="74E91D53">
        <w:rPr/>
        <w:t>een</w:t>
      </w:r>
      <w:r w:rsidR="74E91D53">
        <w:rPr/>
        <w:t xml:space="preserve"> "</w:t>
      </w:r>
      <w:r w:rsidR="74E91D53">
        <w:rPr/>
        <w:t>opkomende</w:t>
      </w:r>
      <w:r w:rsidR="74E91D53">
        <w:rPr/>
        <w:t xml:space="preserve"> </w:t>
      </w:r>
      <w:r w:rsidR="74E91D53">
        <w:rPr/>
        <w:t>bedreiging</w:t>
      </w:r>
      <w:r w:rsidR="74E91D53">
        <w:rPr/>
        <w:t xml:space="preserve"> met </w:t>
      </w:r>
      <w:r w:rsidR="74E91D53">
        <w:rPr/>
        <w:t>toenemende</w:t>
      </w:r>
      <w:r w:rsidR="74E91D53">
        <w:rPr/>
        <w:t xml:space="preserve"> </w:t>
      </w:r>
      <w:r w:rsidR="74E91D53">
        <w:rPr/>
        <w:t>voetafdruk</w:t>
      </w:r>
      <w:r w:rsidR="74E91D53">
        <w:rPr/>
        <w:t xml:space="preserve"> door </w:t>
      </w:r>
      <w:r w:rsidR="74E91D53">
        <w:rPr/>
        <w:t>landbouwlandschappen</w:t>
      </w:r>
      <w:r w:rsidR="74E91D53">
        <w:rPr/>
        <w:t xml:space="preserve">" — </w:t>
      </w:r>
      <w:r w:rsidR="74E91D53">
        <w:rPr/>
        <w:t>precies</w:t>
      </w:r>
      <w:r w:rsidR="74E91D53">
        <w:rPr/>
        <w:t xml:space="preserve"> het type </w:t>
      </w:r>
      <w:r w:rsidR="74E91D53">
        <w:rPr/>
        <w:t>landschap</w:t>
      </w:r>
      <w:r w:rsidR="74E91D53">
        <w:rPr/>
        <w:t xml:space="preserve"> </w:t>
      </w:r>
      <w:r w:rsidR="74E91D53">
        <w:rPr/>
        <w:t>waarover</w:t>
      </w:r>
      <w:r w:rsidR="74E91D53">
        <w:rPr/>
        <w:t xml:space="preserve"> het </w:t>
      </w:r>
      <w:r w:rsidR="74E91D53">
        <w:rPr/>
        <w:t>Ventilus-tracé</w:t>
      </w:r>
      <w:r w:rsidR="74E91D53">
        <w:rPr/>
        <w:t xml:space="preserve"> </w:t>
      </w:r>
      <w:r w:rsidR="74E91D53">
        <w:rPr/>
        <w:t>loopt</w:t>
      </w:r>
      <w:r w:rsidR="74E91D53">
        <w:rPr/>
        <w:t>.</w:t>
      </w:r>
    </w:p>
    <w:p xmlns:wp14="http://schemas.microsoft.com/office/word/2010/wordml" w14:paraId="7D8AD18F" wp14:textId="77777777">
      <w:pPr>
        <w:pStyle w:val="Heading3"/>
      </w:pPr>
      <w:r w:rsidR="4E655057">
        <w:rPr/>
        <w:t xml:space="preserve">12.2 </w:t>
      </w:r>
      <w:r w:rsidR="4E655057">
        <w:rPr/>
        <w:t>Toepasselijk</w:t>
      </w:r>
      <w:r w:rsidR="4E655057">
        <w:rPr/>
        <w:t xml:space="preserve"> </w:t>
      </w:r>
      <w:r w:rsidR="4E655057">
        <w:rPr/>
        <w:t>juridisch</w:t>
      </w:r>
      <w:r w:rsidR="4E655057">
        <w:rPr/>
        <w:t xml:space="preserve"> </w:t>
      </w:r>
      <w:r w:rsidR="4E655057">
        <w:rPr/>
        <w:t>kader</w:t>
      </w:r>
    </w:p>
    <w:tbl>
      <w:tblPr>
        <w:tblStyle w:val="TableGrid"/>
        <w:tblW w:w="0" w:type="auto"/>
        <w:jc w:val="left"/>
        <w:tblLook w:val="04A0" w:firstRow="1" w:lastRow="0" w:firstColumn="1" w:lastColumn="0" w:noHBand="0" w:noVBand="1"/>
      </w:tblPr>
      <w:tblGrid>
        <w:gridCol w:w="3135"/>
        <w:gridCol w:w="3135"/>
        <w:gridCol w:w="3135"/>
      </w:tblGrid>
      <w:tr xmlns:wp14="http://schemas.microsoft.com/office/word/2010/wordml" w:rsidTr="4E655057" w14:paraId="32ACE717" wp14:textId="77777777">
        <w:tc>
          <w:tcPr>
            <w:tcW w:w="3135" w:type="dxa"/>
            <w:shd w:val="clear" w:color="auto" w:fill="244061" w:themeFill="accent1" w:themeFillShade="80"/>
            <w:tcMar/>
          </w:tcPr>
          <w:p w:rsidP="4E655057" w14:paraId="7A466752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Rechtsgrond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14:paraId="47D23C29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Artikel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:rsidP="4E655057" w14:paraId="79767375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Relevantie</w:t>
            </w:r>
          </w:p>
        </w:tc>
      </w:tr>
      <w:tr xmlns:wp14="http://schemas.microsoft.com/office/word/2010/wordml" w:rsidTr="4E655057" w14:paraId="1EAD7584" wp14:textId="77777777">
        <w:tc>
          <w:tcPr>
            <w:tcW w:w="3135" w:type="dxa"/>
            <w:shd w:val="clear" w:color="auto" w:fill="F2F6FC"/>
            <w:tcMar/>
          </w:tcPr>
          <w:p w14:paraId="2A56C05A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Habitatrichtlijn</w:t>
            </w:r>
            <w:r w:rsidRPr="4E655057" w:rsidR="4E655057">
              <w:rPr>
                <w:sz w:val="19"/>
                <w:szCs w:val="19"/>
              </w:rPr>
              <w:t xml:space="preserve"> (92/43/EEG)</w:t>
            </w:r>
          </w:p>
        </w:tc>
        <w:tc>
          <w:tcPr>
            <w:tcW w:w="3135" w:type="dxa"/>
            <w:shd w:val="clear" w:color="auto" w:fill="F2F6FC"/>
            <w:tcMar/>
          </w:tcPr>
          <w:p w14:paraId="452C5F3C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Art. 6 lid 3</w:t>
            </w:r>
          </w:p>
        </w:tc>
        <w:tc>
          <w:tcPr>
            <w:tcW w:w="3135" w:type="dxa"/>
            <w:shd w:val="clear" w:color="auto" w:fill="F2F6FC"/>
            <w:tcMar/>
          </w:tcPr>
          <w:p w:rsidP="4E655057" w14:paraId="606B7EF8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Passende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beoordeling</w:t>
            </w:r>
            <w:r w:rsidRPr="4E655057" w:rsidR="4E655057">
              <w:rPr>
                <w:sz w:val="19"/>
                <w:szCs w:val="19"/>
              </w:rPr>
              <w:t xml:space="preserve">: </w:t>
            </w:r>
            <w:r w:rsidRPr="4E655057" w:rsidR="4E655057">
              <w:rPr>
                <w:sz w:val="19"/>
                <w:szCs w:val="19"/>
              </w:rPr>
              <w:t>zekerheid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vereist</w:t>
            </w:r>
          </w:p>
        </w:tc>
      </w:tr>
      <w:tr xmlns:wp14="http://schemas.microsoft.com/office/word/2010/wordml" w:rsidTr="4E655057" w14:paraId="62FCBBCB" wp14:textId="77777777">
        <w:tc>
          <w:tcPr>
            <w:tcW w:w="3135" w:type="dxa"/>
            <w:tcMar/>
          </w:tcPr>
          <w:p w14:paraId="760C7214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Habitatrichtlijn</w:t>
            </w:r>
            <w:r w:rsidRPr="4E655057" w:rsidR="4E655057">
              <w:rPr>
                <w:sz w:val="19"/>
                <w:szCs w:val="19"/>
              </w:rPr>
              <w:t xml:space="preserve"> (92/43/EEG)</w:t>
            </w:r>
          </w:p>
        </w:tc>
        <w:tc>
          <w:tcPr>
            <w:tcW w:w="3135" w:type="dxa"/>
            <w:tcMar/>
          </w:tcPr>
          <w:p w14:paraId="2EF88C26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Art. 6 lid 4</w:t>
            </w:r>
          </w:p>
        </w:tc>
        <w:tc>
          <w:tcPr>
            <w:tcW w:w="3135" w:type="dxa"/>
            <w:tcMar/>
          </w:tcPr>
          <w:p w:rsidP="4E655057" w14:paraId="5EC05BBF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Derogatie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alleen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bij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ontbreken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alternatief</w:t>
            </w:r>
            <w:r w:rsidRPr="4E655057" w:rsidR="4E655057">
              <w:rPr>
                <w:sz w:val="19"/>
                <w:szCs w:val="19"/>
              </w:rPr>
              <w:t xml:space="preserve">; </w:t>
            </w:r>
            <w:r w:rsidRPr="4E655057" w:rsidR="4E655057">
              <w:rPr>
                <w:sz w:val="19"/>
                <w:szCs w:val="19"/>
              </w:rPr>
              <w:t>compensatie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bij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dwingende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redenen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openbaar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belang</w:t>
            </w:r>
          </w:p>
        </w:tc>
      </w:tr>
      <w:tr xmlns:wp14="http://schemas.microsoft.com/office/word/2010/wordml" w:rsidTr="4E655057" w14:paraId="2321864E" wp14:textId="77777777">
        <w:tc>
          <w:tcPr>
            <w:tcW w:w="3135" w:type="dxa"/>
            <w:shd w:val="clear" w:color="auto" w:fill="F2F6FC"/>
            <w:tcMar/>
          </w:tcPr>
          <w:p w14:paraId="19B3FE4C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Vogelrichtlijn</w:t>
            </w:r>
            <w:r w:rsidRPr="4E655057" w:rsidR="4E655057">
              <w:rPr>
                <w:sz w:val="19"/>
                <w:szCs w:val="19"/>
              </w:rPr>
              <w:t xml:space="preserve"> (2009/147/EG)</w:t>
            </w:r>
          </w:p>
        </w:tc>
        <w:tc>
          <w:tcPr>
            <w:tcW w:w="3135" w:type="dxa"/>
            <w:shd w:val="clear" w:color="auto" w:fill="F2F6FC"/>
            <w:tcMar/>
          </w:tcPr>
          <w:p w14:paraId="29E09C05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Art. 2, 4-5</w:t>
            </w:r>
          </w:p>
        </w:tc>
        <w:tc>
          <w:tcPr>
            <w:tcW w:w="3135" w:type="dxa"/>
            <w:shd w:val="clear" w:color="auto" w:fill="F2F6FC"/>
            <w:tcMar/>
          </w:tcPr>
          <w:p w:rsidP="4E655057" w14:paraId="0135E8C2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Populaties</w:t>
            </w:r>
            <w:r w:rsidRPr="4E655057" w:rsidR="4E655057">
              <w:rPr>
                <w:sz w:val="19"/>
                <w:szCs w:val="19"/>
              </w:rPr>
              <w:t xml:space="preserve"> in stand </w:t>
            </w:r>
            <w:r w:rsidRPr="4E655057" w:rsidR="4E655057">
              <w:rPr>
                <w:sz w:val="19"/>
                <w:szCs w:val="19"/>
              </w:rPr>
              <w:t>houden</w:t>
            </w:r>
            <w:r w:rsidRPr="4E655057" w:rsidR="4E655057">
              <w:rPr>
                <w:sz w:val="19"/>
                <w:szCs w:val="19"/>
              </w:rPr>
              <w:t xml:space="preserve">, </w:t>
            </w:r>
            <w:r w:rsidRPr="4E655057" w:rsidR="4E655057">
              <w:rPr>
                <w:sz w:val="19"/>
                <w:szCs w:val="19"/>
              </w:rPr>
              <w:t>leefgebieden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beschermen</w:t>
            </w:r>
            <w:r w:rsidRPr="4E655057" w:rsidR="4E655057">
              <w:rPr>
                <w:sz w:val="19"/>
                <w:szCs w:val="19"/>
              </w:rPr>
              <w:t xml:space="preserve">, </w:t>
            </w:r>
            <w:r w:rsidRPr="4E655057" w:rsidR="4E655057">
              <w:rPr>
                <w:sz w:val="19"/>
                <w:szCs w:val="19"/>
              </w:rPr>
              <w:t>doden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voorkomen</w:t>
            </w:r>
          </w:p>
        </w:tc>
      </w:tr>
      <w:tr xmlns:wp14="http://schemas.microsoft.com/office/word/2010/wordml" w:rsidTr="4E655057" w14:paraId="31BE20AC" wp14:textId="77777777">
        <w:tc>
          <w:tcPr>
            <w:tcW w:w="3135" w:type="dxa"/>
            <w:tcMar/>
          </w:tcPr>
          <w:p w14:paraId="2DE7DE19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VWEU</w:t>
            </w:r>
          </w:p>
        </w:tc>
        <w:tc>
          <w:tcPr>
            <w:tcW w:w="3135" w:type="dxa"/>
            <w:tcMar/>
          </w:tcPr>
          <w:p w14:paraId="4017E6D7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Art. 191 lid 2</w:t>
            </w:r>
          </w:p>
        </w:tc>
        <w:tc>
          <w:tcPr>
            <w:tcW w:w="3135" w:type="dxa"/>
            <w:tcMar/>
          </w:tcPr>
          <w:p w:rsidP="4E655057" w14:paraId="6DC53CD8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Voorzorgsbeginsel</w:t>
            </w:r>
          </w:p>
        </w:tc>
      </w:tr>
      <w:tr xmlns:wp14="http://schemas.microsoft.com/office/word/2010/wordml" w:rsidTr="4E655057" w14:paraId="59394AD5" wp14:textId="77777777">
        <w:tc>
          <w:tcPr>
            <w:tcW w:w="3135" w:type="dxa"/>
            <w:shd w:val="clear" w:color="auto" w:fill="F2F6FC"/>
            <w:tcMar/>
          </w:tcPr>
          <w:p w:rsidP="4E655057" w14:paraId="5EE18DF6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Vlaamse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Natuurdecreet</w:t>
            </w:r>
          </w:p>
        </w:tc>
        <w:tc>
          <w:tcPr>
            <w:tcW w:w="3135" w:type="dxa"/>
            <w:shd w:val="clear" w:color="auto" w:fill="F2F6FC"/>
            <w:tcMar/>
          </w:tcPr>
          <w:p w14:paraId="7926F6C3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Art. 14</w:t>
            </w:r>
          </w:p>
        </w:tc>
        <w:tc>
          <w:tcPr>
            <w:tcW w:w="3135" w:type="dxa"/>
            <w:shd w:val="clear" w:color="auto" w:fill="F2F6FC"/>
            <w:tcMar/>
          </w:tcPr>
          <w:p w:rsidP="4E655057" w14:paraId="16DB66B1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Zorgplicht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en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voorzorgsbeginsel</w:t>
            </w:r>
          </w:p>
        </w:tc>
      </w:tr>
      <w:tr xmlns:wp14="http://schemas.microsoft.com/office/word/2010/wordml" w:rsidTr="4E655057" w14:paraId="49E2A360" wp14:textId="77777777">
        <w:tc>
          <w:tcPr>
            <w:tcW w:w="3135" w:type="dxa"/>
            <w:tcMar/>
          </w:tcPr>
          <w:p w:rsidP="4E655057" w14:paraId="0A004EB6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Vlaamse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Natuurdecreet</w:t>
            </w:r>
          </w:p>
        </w:tc>
        <w:tc>
          <w:tcPr>
            <w:tcW w:w="3135" w:type="dxa"/>
            <w:tcMar/>
          </w:tcPr>
          <w:p w14:paraId="1EAEB71E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Art. 25-26</w:t>
            </w:r>
          </w:p>
        </w:tc>
        <w:tc>
          <w:tcPr>
            <w:tcW w:w="3135" w:type="dxa"/>
            <w:tcMar/>
          </w:tcPr>
          <w:p w:rsidP="4E655057" w14:paraId="2E178EDC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VEN-</w:t>
            </w:r>
            <w:r w:rsidRPr="4E655057" w:rsidR="4E655057">
              <w:rPr>
                <w:sz w:val="19"/>
                <w:szCs w:val="19"/>
              </w:rPr>
              <w:t>bescherming</w:t>
            </w:r>
          </w:p>
        </w:tc>
      </w:tr>
      <w:tr xmlns:wp14="http://schemas.microsoft.com/office/word/2010/wordml" w:rsidTr="4E655057" w14:paraId="52025E6A" wp14:textId="77777777">
        <w:tc>
          <w:tcPr>
            <w:tcW w:w="3135" w:type="dxa"/>
            <w:shd w:val="clear" w:color="auto" w:fill="F2F6FC"/>
            <w:tcMar/>
          </w:tcPr>
          <w:p w:rsidP="4E655057" w14:paraId="5D27AC96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Vlaamse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Natuurdecreet</w:t>
            </w:r>
          </w:p>
        </w:tc>
        <w:tc>
          <w:tcPr>
            <w:tcW w:w="3135" w:type="dxa"/>
            <w:shd w:val="clear" w:color="auto" w:fill="F2F6FC"/>
            <w:tcMar/>
          </w:tcPr>
          <w:p w14:paraId="03DBB1B3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Art. 36ter</w:t>
            </w:r>
          </w:p>
        </w:tc>
        <w:tc>
          <w:tcPr>
            <w:tcW w:w="3135" w:type="dxa"/>
            <w:shd w:val="clear" w:color="auto" w:fill="F2F6FC"/>
            <w:tcMar/>
          </w:tcPr>
          <w:p w:rsidP="4E655057" w14:paraId="13555B09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Passende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beoordeling</w:t>
            </w:r>
          </w:p>
        </w:tc>
      </w:tr>
      <w:tr xmlns:wp14="http://schemas.microsoft.com/office/word/2010/wordml" w:rsidTr="4E655057" w14:paraId="7CC4C629" wp14:textId="77777777">
        <w:tc>
          <w:tcPr>
            <w:tcW w:w="3135" w:type="dxa"/>
            <w:tcMar/>
          </w:tcPr>
          <w:p w:rsidP="4E655057" w14:paraId="539FC1AD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Soortenbesluit</w:t>
            </w:r>
          </w:p>
        </w:tc>
        <w:tc>
          <w:tcPr>
            <w:tcW w:w="3135" w:type="dxa"/>
            <w:tcMar/>
          </w:tcPr>
          <w:p w14:paraId="73001FB1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Art. 16-17, 20bis</w:t>
            </w:r>
          </w:p>
        </w:tc>
        <w:tc>
          <w:tcPr>
            <w:tcW w:w="3135" w:type="dxa"/>
            <w:tcMar/>
          </w:tcPr>
          <w:p w:rsidP="4E655057" w14:paraId="0CF91265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Verbodsbepalingen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en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afwijkingen</w:t>
            </w:r>
          </w:p>
        </w:tc>
      </w:tr>
      <w:tr xmlns:wp14="http://schemas.microsoft.com/office/word/2010/wordml" w:rsidTr="4E655057" w14:paraId="7C454473" wp14:textId="77777777">
        <w:tc>
          <w:tcPr>
            <w:tcW w:w="3135" w:type="dxa"/>
            <w:shd w:val="clear" w:color="auto" w:fill="F2F6FC"/>
            <w:tcMar/>
          </w:tcPr>
          <w:p w14:paraId="53875C02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HvJ</w:t>
            </w:r>
            <w:r w:rsidRPr="4E655057" w:rsidR="4E655057">
              <w:rPr>
                <w:sz w:val="19"/>
                <w:szCs w:val="19"/>
              </w:rPr>
              <w:t>-EU Sweetman (C-258/11)</w:t>
            </w:r>
          </w:p>
        </w:tc>
        <w:tc>
          <w:tcPr>
            <w:tcW w:w="3135" w:type="dxa"/>
            <w:shd w:val="clear" w:color="auto" w:fill="F2F6FC"/>
            <w:tcMar/>
          </w:tcPr>
          <w:p w14:paraId="3461D779" wp14:textId="77777777">
            <w:pPr>
              <w:spacing w:before="40" w:after="40"/>
            </w:pPr>
          </w:p>
        </w:tc>
        <w:tc>
          <w:tcPr>
            <w:tcW w:w="3135" w:type="dxa"/>
            <w:shd w:val="clear" w:color="auto" w:fill="F2F6FC"/>
            <w:tcMar/>
          </w:tcPr>
          <w:p w:rsidP="4E655057" w14:paraId="1FFC9F90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Zekerheid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wetenschappelijk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onderbouwd</w:t>
            </w:r>
          </w:p>
        </w:tc>
      </w:tr>
      <w:tr xmlns:wp14="http://schemas.microsoft.com/office/word/2010/wordml" w:rsidTr="4E655057" w14:paraId="7C9DB65D" wp14:textId="77777777">
        <w:tc>
          <w:tcPr>
            <w:tcW w:w="3135" w:type="dxa"/>
            <w:tcMar/>
          </w:tcPr>
          <w:p w14:paraId="53C232A6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HvJ</w:t>
            </w:r>
            <w:r w:rsidRPr="4E655057" w:rsidR="4E655057">
              <w:rPr>
                <w:sz w:val="19"/>
                <w:szCs w:val="19"/>
              </w:rPr>
              <w:t>-EU People Over Wind (C-323/17)</w:t>
            </w:r>
          </w:p>
        </w:tc>
        <w:tc>
          <w:tcPr>
            <w:tcW w:w="3135" w:type="dxa"/>
            <w:tcMar/>
          </w:tcPr>
          <w:p w14:paraId="3CF2D8B6" wp14:textId="77777777">
            <w:pPr>
              <w:spacing w:before="40" w:after="40"/>
            </w:pPr>
          </w:p>
        </w:tc>
        <w:tc>
          <w:tcPr>
            <w:tcW w:w="3135" w:type="dxa"/>
            <w:tcMar/>
          </w:tcPr>
          <w:p w:rsidP="4E655057" w14:paraId="28DD563F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Milderende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maatregelen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niet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vooraf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meenemen</w:t>
            </w:r>
          </w:p>
        </w:tc>
      </w:tr>
      <w:tr xmlns:wp14="http://schemas.microsoft.com/office/word/2010/wordml" w:rsidTr="4E655057" w14:paraId="4195C145" wp14:textId="77777777">
        <w:tc>
          <w:tcPr>
            <w:tcW w:w="3135" w:type="dxa"/>
            <w:shd w:val="clear" w:color="auto" w:fill="F2F6FC"/>
            <w:tcMar/>
          </w:tcPr>
          <w:p w14:paraId="19B0DC8D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HvJ</w:t>
            </w:r>
            <w:r w:rsidRPr="4E655057" w:rsidR="4E655057">
              <w:rPr>
                <w:sz w:val="19"/>
                <w:szCs w:val="19"/>
              </w:rPr>
              <w:t>-EU Waddenzee (C-127/02)</w:t>
            </w:r>
          </w:p>
        </w:tc>
        <w:tc>
          <w:tcPr>
            <w:tcW w:w="3135" w:type="dxa"/>
            <w:shd w:val="clear" w:color="auto" w:fill="F2F6FC"/>
            <w:tcMar/>
          </w:tcPr>
          <w:p w14:paraId="0FB78278" wp14:textId="77777777">
            <w:pPr>
              <w:spacing w:before="40" w:after="40"/>
            </w:pPr>
          </w:p>
        </w:tc>
        <w:tc>
          <w:tcPr>
            <w:tcW w:w="3135" w:type="dxa"/>
            <w:shd w:val="clear" w:color="auto" w:fill="F2F6FC"/>
            <w:tcMar/>
          </w:tcPr>
          <w:p w:rsidP="4E655057" w14:paraId="3107B2D1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Voorzorg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bij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wetenschappelijke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twijfel</w:t>
            </w:r>
          </w:p>
        </w:tc>
      </w:tr>
      <w:tr xmlns:wp14="http://schemas.microsoft.com/office/word/2010/wordml" w:rsidTr="4E655057" w14:paraId="4E529F56" wp14:textId="77777777">
        <w:tc>
          <w:tcPr>
            <w:tcW w:w="3135" w:type="dxa"/>
            <w:tcMar/>
          </w:tcPr>
          <w:p w14:paraId="5E89CB4F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HvJ</w:t>
            </w:r>
            <w:r w:rsidRPr="4E655057" w:rsidR="4E655057">
              <w:rPr>
                <w:sz w:val="19"/>
                <w:szCs w:val="19"/>
              </w:rPr>
              <w:t>-EU Briels (C-521/12)</w:t>
            </w:r>
          </w:p>
        </w:tc>
        <w:tc>
          <w:tcPr>
            <w:tcW w:w="3135" w:type="dxa"/>
            <w:tcMar/>
          </w:tcPr>
          <w:p w14:paraId="1FC39945" wp14:textId="77777777">
            <w:pPr>
              <w:spacing w:before="40" w:after="40"/>
            </w:pPr>
          </w:p>
        </w:tc>
        <w:tc>
          <w:tcPr>
            <w:tcW w:w="3135" w:type="dxa"/>
            <w:tcMar/>
          </w:tcPr>
          <w:p w:rsidP="4E655057" w14:paraId="67ADF7D9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Maatregelen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moeten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zeker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en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afdwingbaar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zijn</w:t>
            </w:r>
          </w:p>
        </w:tc>
      </w:tr>
      <w:tr xmlns:wp14="http://schemas.microsoft.com/office/word/2010/wordml" w:rsidTr="4E655057" w14:paraId="072548CE" wp14:textId="77777777">
        <w:tc>
          <w:tcPr>
            <w:tcW w:w="3135" w:type="dxa"/>
            <w:shd w:val="clear" w:color="auto" w:fill="F2F6FC"/>
            <w:tcMar/>
          </w:tcPr>
          <w:p w14:paraId="6457C27C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DABM</w:t>
            </w:r>
          </w:p>
        </w:tc>
        <w:tc>
          <w:tcPr>
            <w:tcW w:w="3135" w:type="dxa"/>
            <w:shd w:val="clear" w:color="auto" w:fill="F2F6FC"/>
            <w:tcMar/>
          </w:tcPr>
          <w:p w14:paraId="5BDAEC21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Art. 4.3.4, 4.3.7</w:t>
            </w:r>
          </w:p>
        </w:tc>
        <w:tc>
          <w:tcPr>
            <w:tcW w:w="3135" w:type="dxa"/>
            <w:shd w:val="clear" w:color="auto" w:fill="F2F6FC"/>
            <w:tcMar/>
          </w:tcPr>
          <w:p w14:paraId="37FBF0AF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Volledigheid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en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kwaliteit</w:t>
            </w:r>
            <w:r w:rsidRPr="4E655057" w:rsidR="4E655057">
              <w:rPr>
                <w:sz w:val="19"/>
                <w:szCs w:val="19"/>
              </w:rPr>
              <w:t xml:space="preserve"> MER</w:t>
            </w:r>
          </w:p>
        </w:tc>
      </w:tr>
      <w:tr xmlns:wp14="http://schemas.microsoft.com/office/word/2010/wordml" w:rsidTr="4E655057" w14:paraId="1A84AFA2" wp14:textId="77777777">
        <w:tc>
          <w:tcPr>
            <w:tcW w:w="3135" w:type="dxa"/>
            <w:tcMar/>
          </w:tcPr>
          <w:p w14:paraId="7B4575D9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 xml:space="preserve">EC </w:t>
            </w:r>
            <w:r w:rsidRPr="4E655057" w:rsidR="4E655057">
              <w:rPr>
                <w:sz w:val="19"/>
                <w:szCs w:val="19"/>
              </w:rPr>
              <w:t>Richtsnoer</w:t>
            </w:r>
            <w:r w:rsidRPr="4E655057" w:rsidR="4E655057">
              <w:rPr>
                <w:sz w:val="19"/>
                <w:szCs w:val="19"/>
              </w:rPr>
              <w:t xml:space="preserve"> C/2018/2619</w:t>
            </w:r>
          </w:p>
        </w:tc>
        <w:tc>
          <w:tcPr>
            <w:tcW w:w="3135" w:type="dxa"/>
            <w:tcMar/>
          </w:tcPr>
          <w:p w:rsidP="4E655057" w14:paraId="276CC1C8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Energieinfrastructuur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en</w:t>
            </w:r>
            <w:r w:rsidRPr="4E655057" w:rsidR="4E655057">
              <w:rPr>
                <w:sz w:val="19"/>
                <w:szCs w:val="19"/>
              </w:rPr>
              <w:t xml:space="preserve"> Vogel/</w:t>
            </w:r>
            <w:r w:rsidRPr="4E655057" w:rsidR="4E655057">
              <w:rPr>
                <w:sz w:val="19"/>
                <w:szCs w:val="19"/>
              </w:rPr>
              <w:t>Habitatrichtlijn</w:t>
            </w:r>
            <w:r w:rsidRPr="4E655057" w:rsidR="4E655057">
              <w:rPr>
                <w:sz w:val="19"/>
                <w:szCs w:val="19"/>
              </w:rPr>
              <w:t xml:space="preserve"> — </w:t>
            </w:r>
            <w:r w:rsidRPr="4E655057" w:rsidR="4E655057">
              <w:rPr>
                <w:sz w:val="19"/>
                <w:szCs w:val="19"/>
              </w:rPr>
              <w:t>passende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beoordeling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vereist</w:t>
            </w:r>
          </w:p>
        </w:tc>
        <w:tc>
          <w:tcPr>
            <w:tcW w:w="3135" w:type="dxa"/>
            <w:tcMar/>
          </w:tcPr>
          <w:p w14:paraId="0562CB0E" wp14:textId="77777777"/>
        </w:tc>
      </w:tr>
    </w:tbl>
    <w:p xmlns:wp14="http://schemas.microsoft.com/office/word/2010/wordml" w14:paraId="34CE0A41" wp14:textId="77777777"/>
    <w:p xmlns:wp14="http://schemas.microsoft.com/office/word/2010/wordml" w14:paraId="0770BAAA" wp14:textId="77777777">
      <w:pPr>
        <w:pStyle w:val="Heading3"/>
      </w:pPr>
      <w:r w:rsidR="4E655057">
        <w:rPr/>
        <w:t xml:space="preserve">12.3 </w:t>
      </w:r>
      <w:r w:rsidR="4E655057">
        <w:rPr/>
        <w:t>Gevraagd</w:t>
      </w:r>
      <w:r w:rsidR="4E655057">
        <w:rPr/>
        <w:t xml:space="preserve"> </w:t>
      </w:r>
      <w:r w:rsidR="4E655057">
        <w:rPr/>
        <w:t>besluit</w:t>
      </w:r>
    </w:p>
    <w:p xmlns:wp14="http://schemas.microsoft.com/office/word/2010/wordml" w14:paraId="79E27144" wp14:textId="77777777">
      <w:r w:rsidRPr="4E655057" w:rsidR="4E655057">
        <w:rPr>
          <w:b w:val="1"/>
          <w:bCs w:val="1"/>
        </w:rPr>
        <w:t>Primair</w:t>
      </w:r>
      <w:r w:rsidRPr="4E655057" w:rsidR="4E655057">
        <w:rPr>
          <w:b w:val="1"/>
          <w:bCs w:val="1"/>
        </w:rPr>
        <w:t>:</w:t>
      </w:r>
      <w:r w:rsidR="4E655057">
        <w:rPr/>
        <w:t xml:space="preserve"> </w:t>
      </w:r>
      <w:r w:rsidR="4E655057">
        <w:rPr/>
        <w:t>Ondergetekende</w:t>
      </w:r>
      <w:r w:rsidR="4E655057">
        <w:rPr/>
        <w:t xml:space="preserve"> </w:t>
      </w:r>
      <w:r w:rsidR="4E655057">
        <w:rPr/>
        <w:t>verzoekt</w:t>
      </w:r>
      <w:r w:rsidR="4E655057">
        <w:rPr/>
        <w:t xml:space="preserve"> de </w:t>
      </w:r>
      <w:r w:rsidR="4E655057">
        <w:rPr/>
        <w:t>vergunningverlenende</w:t>
      </w:r>
      <w:r w:rsidR="4E655057">
        <w:rPr/>
        <w:t xml:space="preserve"> </w:t>
      </w:r>
      <w:r w:rsidR="4E655057">
        <w:rPr/>
        <w:t>overheid</w:t>
      </w:r>
      <w:r w:rsidR="4E655057">
        <w:rPr/>
        <w:t xml:space="preserve"> de </w:t>
      </w:r>
      <w:r w:rsidR="4E655057">
        <w:rPr/>
        <w:t>omgevingsvergunningsaanvraag</w:t>
      </w:r>
      <w:r w:rsidR="4E655057">
        <w:rPr/>
        <w:t xml:space="preserve"> </w:t>
      </w:r>
      <w:r w:rsidRPr="4E655057" w:rsidR="4E655057">
        <w:rPr>
          <w:b w:val="1"/>
          <w:bCs w:val="1"/>
        </w:rPr>
        <w:t>te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weigeren</w:t>
      </w:r>
      <w:r w:rsidR="4E655057">
        <w:rPr/>
        <w:t xml:space="preserve"> op </w:t>
      </w:r>
      <w:r w:rsidR="4E655057">
        <w:rPr/>
        <w:t>grond</w:t>
      </w:r>
      <w:r w:rsidR="4E655057">
        <w:rPr/>
        <w:t xml:space="preserve"> van:</w:t>
      </w:r>
    </w:p>
    <w:p xmlns:wp14="http://schemas.microsoft.com/office/word/2010/wordml" w14:paraId="7ADEF8E2" wp14:textId="77777777">
      <w:pPr>
        <w:pStyle w:val="ListBullet"/>
        <w:spacing w:after="60"/>
        <w:ind w:left="720"/>
        <w:rPr/>
      </w:pPr>
      <w:r w:rsidR="4E655057">
        <w:rPr/>
        <w:t xml:space="preserve">de </w:t>
      </w:r>
      <w:r w:rsidR="4E655057">
        <w:rPr/>
        <w:t>formele</w:t>
      </w:r>
      <w:r w:rsidR="4E655057">
        <w:rPr/>
        <w:t xml:space="preserve"> </w:t>
      </w:r>
      <w:r w:rsidR="4E655057">
        <w:rPr/>
        <w:t>ongeldigheid</w:t>
      </w:r>
      <w:r w:rsidR="4E655057">
        <w:rPr/>
        <w:t xml:space="preserve"> van de </w:t>
      </w:r>
      <w:r w:rsidR="4E655057">
        <w:rPr/>
        <w:t>Passende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 (</w:t>
      </w:r>
      <w:r w:rsidR="4E655057">
        <w:rPr/>
        <w:t>kapotte</w:t>
      </w:r>
      <w:r w:rsidR="4E655057">
        <w:rPr/>
        <w:t xml:space="preserve"> </w:t>
      </w:r>
      <w:r w:rsidR="4E655057">
        <w:rPr/>
        <w:t>verwijzing</w:t>
      </w:r>
      <w:r w:rsidR="4E655057">
        <w:rPr/>
        <w:t xml:space="preserve"> in de </w:t>
      </w:r>
      <w:r w:rsidR="4E655057">
        <w:rPr/>
        <w:t>kernconclussie</w:t>
      </w:r>
      <w:r w:rsidR="4E655057">
        <w:rPr/>
        <w:t>);</w:t>
      </w:r>
    </w:p>
    <w:p xmlns:wp14="http://schemas.microsoft.com/office/word/2010/wordml" w14:paraId="2615DCC4" wp14:textId="77777777">
      <w:pPr>
        <w:pStyle w:val="ListBullet"/>
        <w:spacing w:after="60"/>
        <w:ind w:left="720"/>
        <w:rPr/>
      </w:pPr>
      <w:r w:rsidR="4E655057">
        <w:rPr/>
        <w:t xml:space="preserve">het </w:t>
      </w:r>
      <w:r w:rsidR="4E655057">
        <w:rPr/>
        <w:t>niet-inhoudelijk</w:t>
      </w:r>
      <w:r w:rsidR="4E655057">
        <w:rPr/>
        <w:t xml:space="preserve"> </w:t>
      </w:r>
      <w:r w:rsidR="4E655057">
        <w:rPr/>
        <w:t>opnemen</w:t>
      </w:r>
      <w:r w:rsidR="4E655057">
        <w:rPr/>
        <w:t xml:space="preserve"> van de </w:t>
      </w:r>
      <w:r w:rsidR="4E655057">
        <w:rPr/>
        <w:t>Passende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, de </w:t>
      </w:r>
      <w:r w:rsidR="4E655057">
        <w:rPr/>
        <w:t>Verscherpte</w:t>
      </w:r>
      <w:r w:rsidR="4E655057">
        <w:rPr/>
        <w:t xml:space="preserve"> </w:t>
      </w:r>
      <w:r w:rsidR="4E655057">
        <w:rPr/>
        <w:t>Natuurtoets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de </w:t>
      </w:r>
      <w:r w:rsidR="4E655057">
        <w:rPr/>
        <w:t>Soortentoets</w:t>
      </w:r>
      <w:r w:rsidR="4E655057">
        <w:rPr/>
        <w:t xml:space="preserve"> in het </w:t>
      </w:r>
      <w:r w:rsidR="4E655057">
        <w:rPr/>
        <w:t>MER;</w:t>
      </w:r>
    </w:p>
    <w:p xmlns:wp14="http://schemas.microsoft.com/office/word/2010/wordml" w14:paraId="6F439257" wp14:textId="77777777">
      <w:pPr>
        <w:pStyle w:val="ListBullet"/>
        <w:spacing w:after="60"/>
        <w:ind w:left="720"/>
        <w:rPr/>
      </w:pPr>
      <w:r w:rsidR="4E655057">
        <w:rPr/>
        <w:t xml:space="preserve">het </w:t>
      </w:r>
      <w:r w:rsidR="4E655057">
        <w:rPr/>
        <w:t>niet-bijwerken</w:t>
      </w:r>
      <w:r w:rsidR="4E655057">
        <w:rPr/>
        <w:t xml:space="preserve"> van de </w:t>
      </w:r>
      <w:r w:rsidR="4E655057">
        <w:rPr/>
        <w:t>Passende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 in </w:t>
      </w:r>
      <w:r w:rsidR="4E655057">
        <w:rPr/>
        <w:t>versie</w:t>
      </w:r>
      <w:r w:rsidR="4E655057">
        <w:rPr/>
        <w:t xml:space="preserve"> </w:t>
      </w:r>
      <w:r w:rsidR="4E655057">
        <w:rPr/>
        <w:t>4;</w:t>
      </w:r>
    </w:p>
    <w:p xmlns:wp14="http://schemas.microsoft.com/office/word/2010/wordml" w14:paraId="55691396" wp14:textId="77777777">
      <w:pPr>
        <w:pStyle w:val="ListBullet"/>
        <w:spacing w:after="60"/>
        <w:ind w:left="720"/>
        <w:rPr/>
      </w:pPr>
      <w:r w:rsidR="4E655057">
        <w:rPr/>
        <w:t xml:space="preserve">de </w:t>
      </w:r>
      <w:r w:rsidR="4E655057">
        <w:rPr/>
        <w:t>niet-naleving</w:t>
      </w:r>
      <w:r w:rsidR="4E655057">
        <w:rPr/>
        <w:t xml:space="preserve"> van het </w:t>
      </w:r>
      <w:r w:rsidR="4E655057">
        <w:rPr/>
        <w:t>voorzorgsbeginsel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erkende</w:t>
      </w:r>
      <w:r w:rsidR="4E655057">
        <w:rPr/>
        <w:t xml:space="preserve"> </w:t>
      </w:r>
      <w:r w:rsidR="4E655057">
        <w:rPr/>
        <w:t>kennislacunes</w:t>
      </w:r>
      <w:r w:rsidR="4E655057">
        <w:rPr/>
        <w:t>;</w:t>
      </w:r>
    </w:p>
    <w:p xmlns:wp14="http://schemas.microsoft.com/office/word/2010/wordml" w14:paraId="48D56B83" wp14:textId="77777777">
      <w:pPr>
        <w:pStyle w:val="ListBullet"/>
        <w:spacing w:after="60"/>
        <w:ind w:left="720"/>
        <w:rPr/>
      </w:pPr>
      <w:r w:rsidR="4E655057">
        <w:rPr/>
        <w:t xml:space="preserve">het </w:t>
      </w:r>
      <w:r w:rsidR="4E655057">
        <w:rPr/>
        <w:t>ontbreken</w:t>
      </w:r>
      <w:r w:rsidR="4E655057">
        <w:rPr/>
        <w:t xml:space="preserve"> van de </w:t>
      </w:r>
      <w:r w:rsidR="4E655057">
        <w:rPr/>
        <w:t>vereiste</w:t>
      </w:r>
      <w:r w:rsidR="4E655057">
        <w:rPr/>
        <w:t xml:space="preserve"> </w:t>
      </w:r>
      <w:r w:rsidR="4E655057">
        <w:rPr/>
        <w:t>afwijkingen</w:t>
      </w:r>
      <w:r w:rsidR="4E655057">
        <w:rPr/>
        <w:t xml:space="preserve"> </w:t>
      </w:r>
      <w:r w:rsidR="4E655057">
        <w:rPr/>
        <w:t>onder</w:t>
      </w:r>
      <w:r w:rsidR="4E655057">
        <w:rPr/>
        <w:t xml:space="preserve"> het </w:t>
      </w:r>
      <w:r w:rsidR="4E655057">
        <w:rPr/>
        <w:t>Soortenbesluit</w:t>
      </w:r>
      <w:r w:rsidR="4E655057">
        <w:rPr/>
        <w:t>;</w:t>
      </w:r>
    </w:p>
    <w:p xmlns:wp14="http://schemas.microsoft.com/office/word/2010/wordml" w14:paraId="14B95192" wp14:textId="77777777">
      <w:pPr>
        <w:pStyle w:val="ListBullet"/>
        <w:spacing w:after="60"/>
        <w:ind w:left="720"/>
        <w:rPr/>
      </w:pPr>
      <w:r w:rsidR="4E655057">
        <w:rPr/>
        <w:t xml:space="preserve">de </w:t>
      </w:r>
      <w:r w:rsidR="4E655057">
        <w:rPr/>
        <w:t>disproportionele</w:t>
      </w:r>
      <w:r w:rsidR="4E655057">
        <w:rPr/>
        <w:t xml:space="preserve"> </w:t>
      </w:r>
      <w:r w:rsidR="4E655057">
        <w:rPr/>
        <w:t>compensatie</w:t>
      </w:r>
      <w:r w:rsidR="4E655057">
        <w:rPr/>
        <w:t>;</w:t>
      </w:r>
    </w:p>
    <w:p xmlns:wp14="http://schemas.microsoft.com/office/word/2010/wordml" w14:paraId="230ECCF5" wp14:textId="77777777">
      <w:pPr>
        <w:pStyle w:val="ListBullet"/>
        <w:spacing w:after="60"/>
        <w:ind w:left="720"/>
        <w:rPr/>
      </w:pPr>
      <w:r w:rsidR="4E655057">
        <w:rPr/>
        <w:t xml:space="preserve">de </w:t>
      </w:r>
      <w:r w:rsidR="4E655057">
        <w:rPr/>
        <w:t>niet-bindende</w:t>
      </w:r>
      <w:r w:rsidR="4E655057">
        <w:rPr/>
        <w:t xml:space="preserve"> </w:t>
      </w:r>
      <w:r w:rsidR="4E655057">
        <w:rPr/>
        <w:t>milderende</w:t>
      </w:r>
      <w:r w:rsidR="4E655057">
        <w:rPr/>
        <w:t xml:space="preserve"> </w:t>
      </w:r>
      <w:r w:rsidR="4E655057">
        <w:rPr/>
        <w:t>maatregelen</w:t>
      </w:r>
      <w:r w:rsidR="4E655057">
        <w:rPr/>
        <w:t xml:space="preserve"> </w:t>
      </w:r>
      <w:r w:rsidR="4E655057">
        <w:rPr/>
        <w:t>waarop</w:t>
      </w:r>
      <w:r w:rsidR="4E655057">
        <w:rPr/>
        <w:t xml:space="preserve"> de </w:t>
      </w:r>
      <w:r w:rsidR="4E655057">
        <w:rPr/>
        <w:t>effectbeoordeling</w:t>
      </w:r>
      <w:r w:rsidR="4E655057">
        <w:rPr/>
        <w:t xml:space="preserve"> </w:t>
      </w:r>
      <w:r w:rsidR="4E655057">
        <w:rPr/>
        <w:t>niettemin</w:t>
      </w:r>
      <w:r w:rsidR="4E655057">
        <w:rPr/>
        <w:t xml:space="preserve"> </w:t>
      </w:r>
      <w:r w:rsidR="4E655057">
        <w:rPr/>
        <w:t>steunt</w:t>
      </w:r>
      <w:r w:rsidR="4E655057">
        <w:rPr/>
        <w:t>;</w:t>
      </w:r>
    </w:p>
    <w:p xmlns:wp14="http://schemas.microsoft.com/office/word/2010/wordml" w14:paraId="45F53D56" wp14:textId="77777777">
      <w:pPr>
        <w:pStyle w:val="ListBullet"/>
        <w:spacing w:after="60"/>
        <w:ind w:left="720"/>
        <w:rPr/>
      </w:pPr>
      <w:r w:rsidR="4E655057">
        <w:rPr/>
        <w:t xml:space="preserve">de </w:t>
      </w:r>
      <w:r w:rsidR="4E655057">
        <w:rPr/>
        <w:t>niet-gekwantificeerde</w:t>
      </w:r>
      <w:r w:rsidR="4E655057">
        <w:rPr/>
        <w:t xml:space="preserve"> </w:t>
      </w:r>
      <w:r w:rsidR="4E655057">
        <w:rPr/>
        <w:t>vogelsterfte</w:t>
      </w:r>
      <w:r w:rsidR="4E655057">
        <w:rPr/>
        <w:t xml:space="preserve"> door </w:t>
      </w:r>
      <w:r w:rsidR="4E655057">
        <w:rPr/>
        <w:t>aanvaring</w:t>
      </w:r>
      <w:r w:rsidR="4E655057">
        <w:rPr/>
        <w:t xml:space="preserve"> (2.460–12.874 </w:t>
      </w:r>
      <w:r w:rsidR="4E655057">
        <w:rPr/>
        <w:t>vogels</w:t>
      </w:r>
      <w:r w:rsidR="4E655057">
        <w:rPr/>
        <w:t>/</w:t>
      </w:r>
      <w:r w:rsidR="4E655057">
        <w:rPr/>
        <w:t>jaar</w:t>
      </w:r>
      <w:r w:rsidR="4E655057">
        <w:rPr/>
        <w:t xml:space="preserve">), </w:t>
      </w:r>
      <w:r w:rsidR="4E655057">
        <w:rPr/>
        <w:t>terwijl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ondergronds</w:t>
      </w:r>
      <w:r w:rsidR="4E655057">
        <w:rPr/>
        <w:t xml:space="preserve"> </w:t>
      </w:r>
      <w:r w:rsidR="4E655057">
        <w:rPr/>
        <w:t>alternatief</w:t>
      </w:r>
      <w:r w:rsidR="4E655057">
        <w:rPr/>
        <w:t xml:space="preserve"> </w:t>
      </w:r>
      <w:r w:rsidR="4E655057">
        <w:rPr/>
        <w:t>dit</w:t>
      </w:r>
      <w:r w:rsidR="4E655057">
        <w:rPr/>
        <w:t xml:space="preserve"> </w:t>
      </w:r>
      <w:r w:rsidR="4E655057">
        <w:rPr/>
        <w:t>volledig</w:t>
      </w:r>
      <w:r w:rsidR="4E655057">
        <w:rPr/>
        <w:t xml:space="preserve"> </w:t>
      </w:r>
      <w:r w:rsidR="4E655057">
        <w:rPr/>
        <w:t>elimineert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art. 6 lid 4 </w:t>
      </w:r>
      <w:r w:rsidR="4E655057">
        <w:rPr/>
        <w:t>Habitatrichtlijn</w:t>
      </w:r>
      <w:r w:rsidR="4E655057">
        <w:rPr/>
        <w:t xml:space="preserve"> </w:t>
      </w:r>
      <w:r w:rsidR="4E655057">
        <w:rPr/>
        <w:t>derogatie</w:t>
      </w:r>
      <w:r w:rsidR="4E655057">
        <w:rPr/>
        <w:t xml:space="preserve"> </w:t>
      </w:r>
      <w:r w:rsidR="4E655057">
        <w:rPr/>
        <w:t>uitsluit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bestaan</w:t>
      </w:r>
      <w:r w:rsidR="4E655057">
        <w:rPr/>
        <w:t xml:space="preserve"> van </w:t>
      </w:r>
      <w:r w:rsidR="4E655057">
        <w:rPr/>
        <w:t>een</w:t>
      </w:r>
      <w:r w:rsidR="4E655057">
        <w:rPr/>
        <w:t xml:space="preserve"> </w:t>
      </w:r>
      <w:r w:rsidR="4E655057">
        <w:rPr/>
        <w:t>alternatief</w:t>
      </w:r>
      <w:r w:rsidR="4E655057">
        <w:rPr/>
        <w:t>;</w:t>
      </w:r>
    </w:p>
    <w:p xmlns:wp14="http://schemas.microsoft.com/office/word/2010/wordml" w14:paraId="02648971" wp14:textId="77777777">
      <w:pPr>
        <w:pStyle w:val="ListBullet"/>
        <w:spacing w:after="60"/>
        <w:ind w:left="720"/>
        <w:rPr/>
      </w:pPr>
      <w:r w:rsidR="4E655057">
        <w:rPr/>
        <w:t xml:space="preserve">het </w:t>
      </w:r>
      <w:r w:rsidR="4E655057">
        <w:rPr/>
        <w:t>negeren</w:t>
      </w:r>
      <w:r w:rsidR="4E655057">
        <w:rPr/>
        <w:t xml:space="preserve"> van de </w:t>
      </w:r>
      <w:r w:rsidR="4E655057">
        <w:rPr/>
        <w:t>wetenschappelijke</w:t>
      </w:r>
      <w:r w:rsidR="4E655057">
        <w:rPr/>
        <w:t xml:space="preserve"> </w:t>
      </w:r>
      <w:r w:rsidR="4E655057">
        <w:rPr/>
        <w:t>evidentie</w:t>
      </w:r>
      <w:r w:rsidR="4E655057">
        <w:rPr/>
        <w:t xml:space="preserve"> </w:t>
      </w:r>
      <w:r w:rsidR="4E655057">
        <w:rPr/>
        <w:t>inzake</w:t>
      </w:r>
      <w:r w:rsidR="4E655057">
        <w:rPr/>
        <w:t xml:space="preserve"> EMF-</w:t>
      </w:r>
      <w:r w:rsidR="4E655057">
        <w:rPr/>
        <w:t>effecten</w:t>
      </w:r>
      <w:r w:rsidR="4E655057">
        <w:rPr/>
        <w:t xml:space="preserve"> op </w:t>
      </w:r>
      <w:r w:rsidR="4E655057">
        <w:rPr/>
        <w:t>bijen</w:t>
      </w:r>
      <w:r w:rsidR="4E655057">
        <w:rPr/>
        <w:t xml:space="preserve">, </w:t>
      </w:r>
      <w:r w:rsidR="4E655057">
        <w:rPr/>
        <w:t>bestuivers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landbouwdieren</w:t>
      </w:r>
      <w:r w:rsidR="4E655057">
        <w:rPr/>
        <w:t xml:space="preserve"> (5 peer-reviewed studies, </w:t>
      </w:r>
      <w:r w:rsidR="4E655057">
        <w:rPr/>
        <w:t>systematische</w:t>
      </w:r>
      <w:r w:rsidR="4E655057">
        <w:rPr/>
        <w:t xml:space="preserve"> review van 185 studies</w:t>
      </w:r>
      <w:r w:rsidR="4E655057">
        <w:rPr/>
        <w:t>);</w:t>
      </w:r>
    </w:p>
    <w:p xmlns:wp14="http://schemas.microsoft.com/office/word/2010/wordml" w14:paraId="7CA24A7F" wp14:textId="77777777">
      <w:pPr>
        <w:pStyle w:val="ListBullet"/>
        <w:spacing w:after="60"/>
        <w:ind w:left="720"/>
        <w:rPr/>
      </w:pPr>
      <w:r w:rsidR="4E655057">
        <w:rPr/>
        <w:t xml:space="preserve">de </w:t>
      </w:r>
      <w:r w:rsidR="4E655057">
        <w:rPr/>
        <w:t>niet-beoordeelde</w:t>
      </w:r>
      <w:r w:rsidR="4E655057">
        <w:rPr/>
        <w:t xml:space="preserve"> </w:t>
      </w:r>
      <w:r w:rsidR="4E655057">
        <w:rPr/>
        <w:t>effecten</w:t>
      </w:r>
      <w:r w:rsidR="4E655057">
        <w:rPr/>
        <w:t xml:space="preserve"> van </w:t>
      </w:r>
      <w:r w:rsidR="4E655057">
        <w:rPr/>
        <w:t>een</w:t>
      </w:r>
      <w:r w:rsidR="4E655057">
        <w:rPr/>
        <w:t xml:space="preserve"> 380 kV-</w:t>
      </w:r>
      <w:r w:rsidR="4E655057">
        <w:rPr/>
        <w:t>lijn</w:t>
      </w:r>
      <w:r w:rsidR="4E655057">
        <w:rPr/>
        <w:t xml:space="preserve"> op </w:t>
      </w:r>
      <w:r w:rsidR="4E655057">
        <w:rPr/>
        <w:t>paarden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landbouwdieren</w:t>
      </w:r>
      <w:r w:rsidR="4E655057">
        <w:rPr/>
        <w:t xml:space="preserve"> (stress, </w:t>
      </w:r>
      <w:r w:rsidR="4E655057">
        <w:rPr/>
        <w:t>vruchtbaarheid</w:t>
      </w:r>
      <w:r w:rsidR="4E655057">
        <w:rPr/>
        <w:t>, corona-</w:t>
      </w:r>
      <w:r w:rsidR="4E655057">
        <w:rPr/>
        <w:t>schrik</w:t>
      </w:r>
      <w:r w:rsidR="4E655057">
        <w:rPr/>
        <w:t xml:space="preserve">), </w:t>
      </w:r>
      <w:r w:rsidR="4E655057">
        <w:rPr/>
        <w:t>ondanks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door het MER </w:t>
      </w:r>
      <w:r w:rsidR="4E655057">
        <w:rPr/>
        <w:t>zelf</w:t>
      </w:r>
      <w:r w:rsidR="4E655057">
        <w:rPr/>
        <w:t xml:space="preserve"> </w:t>
      </w:r>
      <w:r w:rsidR="4E655057">
        <w:rPr/>
        <w:t>erkende</w:t>
      </w:r>
      <w:r w:rsidR="4E655057">
        <w:rPr/>
        <w:t xml:space="preserve"> </w:t>
      </w:r>
      <w:r w:rsidR="4E655057">
        <w:rPr/>
        <w:t>kennislacune</w:t>
      </w:r>
      <w:r w:rsidR="4E655057">
        <w:rPr/>
        <w:t>;</w:t>
      </w:r>
    </w:p>
    <w:p xmlns:wp14="http://schemas.microsoft.com/office/word/2010/wordml" w14:paraId="14B0D8A0" wp14:textId="77777777">
      <w:pPr>
        <w:pStyle w:val="ListBullet"/>
        <w:spacing w:after="60"/>
        <w:ind w:left="720"/>
        <w:rPr/>
      </w:pPr>
      <w:r w:rsidR="4E655057">
        <w:rPr/>
        <w:t xml:space="preserve">het </w:t>
      </w:r>
      <w:r w:rsidR="4E655057">
        <w:rPr/>
        <w:t>niet-beoordeelde</w:t>
      </w:r>
      <w:r w:rsidR="4E655057">
        <w:rPr/>
        <w:t xml:space="preserve"> cascade-effect van </w:t>
      </w:r>
      <w:r w:rsidR="4E655057">
        <w:rPr/>
        <w:t>vogelsterfte</w:t>
      </w:r>
      <w:r w:rsidR="4E655057">
        <w:rPr/>
        <w:t xml:space="preserve"> </w:t>
      </w:r>
      <w:r w:rsidR="4E655057">
        <w:rPr/>
        <w:t>naar</w:t>
      </w:r>
      <w:r w:rsidR="4E655057">
        <w:rPr/>
        <w:t xml:space="preserve"> </w:t>
      </w:r>
      <w:r w:rsidR="4E655057">
        <w:rPr/>
        <w:t>botulisme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vee (</w:t>
      </w:r>
      <w:r w:rsidRPr="4E655057" w:rsidR="4E655057">
        <w:rPr>
          <w:i w:val="1"/>
          <w:iCs w:val="1"/>
        </w:rPr>
        <w:t>Clostridium botulinum</w:t>
      </w:r>
      <w:r w:rsidR="4E655057">
        <w:rPr/>
        <w:t xml:space="preserve"> in </w:t>
      </w:r>
      <w:r w:rsidR="4E655057">
        <w:rPr/>
        <w:t>graskuil</w:t>
      </w:r>
      <w:r w:rsidR="4E655057">
        <w:rPr/>
        <w:t xml:space="preserve"> via </w:t>
      </w:r>
      <w:r w:rsidR="4E655057">
        <w:rPr/>
        <w:t>draadslachtoffers</w:t>
      </w:r>
      <w:r w:rsidR="4E655057">
        <w:rPr/>
        <w:t>);</w:t>
      </w:r>
    </w:p>
    <w:p xmlns:wp14="http://schemas.microsoft.com/office/word/2010/wordml" w14:paraId="26E4E538" wp14:textId="77777777">
      <w:pPr>
        <w:pStyle w:val="ListBullet"/>
        <w:spacing w:after="60"/>
        <w:ind w:left="720"/>
        <w:rPr/>
      </w:pPr>
      <w:r w:rsidR="4E655057">
        <w:rPr/>
        <w:t xml:space="preserve">het </w:t>
      </w:r>
      <w:r w:rsidR="4E655057">
        <w:rPr/>
        <w:t>niet-beoordeelde</w:t>
      </w:r>
      <w:r w:rsidR="4E655057">
        <w:rPr/>
        <w:t xml:space="preserve"> </w:t>
      </w:r>
      <w:r w:rsidR="4E655057">
        <w:rPr/>
        <w:t>cumulatieve</w:t>
      </w:r>
      <w:r w:rsidR="4E655057">
        <w:rPr/>
        <w:t xml:space="preserve"> cascade-effect van </w:t>
      </w:r>
      <w:r w:rsidR="4E655057">
        <w:rPr/>
        <w:t>windturbines</w:t>
      </w:r>
      <w:r w:rsidR="4E655057">
        <w:rPr/>
        <w:t xml:space="preserve"> </w:t>
      </w:r>
      <w:r w:rsidR="4E655057">
        <w:rPr/>
        <w:t>aangetrokken</w:t>
      </w:r>
      <w:r w:rsidR="4E655057">
        <w:rPr/>
        <w:t xml:space="preserve"> door het </w:t>
      </w:r>
      <w:r w:rsidR="4E655057">
        <w:rPr/>
        <w:t>bundelingsprincipe</w:t>
      </w:r>
      <w:r w:rsidR="4E655057">
        <w:rPr/>
        <w:t xml:space="preserve"> </w:t>
      </w:r>
      <w:r w:rsidR="4E655057">
        <w:rPr/>
        <w:t>langs</w:t>
      </w:r>
      <w:r w:rsidR="4E655057">
        <w:rPr/>
        <w:t xml:space="preserve"> de </w:t>
      </w:r>
      <w:r w:rsidR="4E655057">
        <w:rPr/>
        <w:t>bovengrondse</w:t>
      </w:r>
      <w:r w:rsidR="4E655057">
        <w:rPr/>
        <w:t xml:space="preserve"> </w:t>
      </w:r>
      <w:r w:rsidR="4E655057">
        <w:rPr/>
        <w:t>lijn</w:t>
      </w:r>
      <w:r w:rsidR="4E655057">
        <w:rPr/>
        <w:t>;</w:t>
      </w:r>
    </w:p>
    <w:p xmlns:wp14="http://schemas.microsoft.com/office/word/2010/wordml" w14:paraId="19197838" wp14:textId="77777777">
      <w:r w:rsidR="4E655057">
        <w:rPr/>
        <w:t>alsmede</w:t>
      </w:r>
      <w:r w:rsidR="4E655057">
        <w:rPr/>
        <w:t xml:space="preserve"> de </w:t>
      </w:r>
      <w:r w:rsidR="4E655057">
        <w:rPr/>
        <w:t>formele</w:t>
      </w:r>
      <w:r w:rsidR="4E655057">
        <w:rPr/>
        <w:t xml:space="preserve">, </w:t>
      </w:r>
      <w:r w:rsidR="4E655057">
        <w:rPr/>
        <w:t>procedurele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systematische</w:t>
      </w:r>
      <w:r w:rsidR="4E655057">
        <w:rPr/>
        <w:t xml:space="preserve"> </w:t>
      </w:r>
      <w:r w:rsidR="4E655057">
        <w:rPr/>
        <w:t>gebreken</w:t>
      </w:r>
      <w:r w:rsidR="4E655057">
        <w:rPr/>
        <w:t xml:space="preserve"> </w:t>
      </w:r>
      <w:r w:rsidR="4E655057">
        <w:rPr/>
        <w:t>uiteengezet</w:t>
      </w:r>
      <w:r w:rsidR="4E655057">
        <w:rPr/>
        <w:t xml:space="preserve"> in het </w:t>
      </w:r>
      <w:r w:rsidR="4E655057">
        <w:rPr/>
        <w:t>generiek</w:t>
      </w:r>
      <w:r w:rsidR="4E655057">
        <w:rPr/>
        <w:t xml:space="preserve"> </w:t>
      </w:r>
      <w:r w:rsidR="4E655057">
        <w:rPr/>
        <w:t>bezwaarschrift</w:t>
      </w:r>
      <w:r w:rsidR="4E655057">
        <w:rPr/>
        <w:t xml:space="preserve">, </w:t>
      </w:r>
      <w:r w:rsidR="4E655057">
        <w:rPr/>
        <w:t>dat</w:t>
      </w:r>
      <w:r w:rsidR="4E655057">
        <w:rPr/>
        <w:t xml:space="preserve"> </w:t>
      </w:r>
      <w:r w:rsidR="4E655057">
        <w:rPr/>
        <w:t>integraal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</w:t>
      </w:r>
      <w:r w:rsidR="4E655057">
        <w:rPr/>
        <w:t>herhaald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ingelast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beschouwd</w:t>
      </w:r>
      <w:r w:rsidR="4E655057">
        <w:rPr/>
        <w:t>.</w:t>
      </w:r>
    </w:p>
    <w:p xmlns:wp14="http://schemas.microsoft.com/office/word/2010/wordml" w14:paraId="7215B9DF" wp14:textId="77777777">
      <w:r w:rsidRPr="4E655057" w:rsidR="4E655057">
        <w:rPr>
          <w:b w:val="1"/>
          <w:bCs w:val="1"/>
        </w:rPr>
        <w:t>Subsidiair</w:t>
      </w:r>
      <w:r w:rsidRPr="4E655057" w:rsidR="4E655057">
        <w:rPr>
          <w:b w:val="1"/>
          <w:bCs w:val="1"/>
        </w:rPr>
        <w:t>:</w:t>
      </w:r>
      <w:r w:rsidR="4E655057">
        <w:rPr/>
        <w:t xml:space="preserve"> </w:t>
      </w:r>
      <w:r w:rsidR="4E655057">
        <w:rPr/>
        <w:t>Indien</w:t>
      </w:r>
      <w:r w:rsidR="4E655057">
        <w:rPr/>
        <w:t xml:space="preserve"> de </w:t>
      </w:r>
      <w:r w:rsidR="4E655057">
        <w:rPr/>
        <w:t>vergunningverlenende</w:t>
      </w:r>
      <w:r w:rsidR="4E655057">
        <w:rPr/>
        <w:t xml:space="preserve"> </w:t>
      </w:r>
      <w:r w:rsidR="4E655057">
        <w:rPr/>
        <w:t>overheid</w:t>
      </w:r>
      <w:r w:rsidR="4E655057">
        <w:rPr/>
        <w:t xml:space="preserve"> </w:t>
      </w:r>
      <w:r w:rsidR="4E655057">
        <w:rPr/>
        <w:t>oordeelt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weigering</w:t>
      </w:r>
      <w:r w:rsidR="4E655057">
        <w:rPr/>
        <w:t xml:space="preserve"> </w:t>
      </w:r>
      <w:r w:rsidR="4E655057">
        <w:rPr/>
        <w:t>niet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de </w:t>
      </w:r>
      <w:r w:rsidR="4E655057">
        <w:rPr/>
        <w:t>orde</w:t>
      </w:r>
      <w:r w:rsidR="4E655057">
        <w:rPr/>
        <w:t xml:space="preserve"> is, </w:t>
      </w:r>
      <w:r w:rsidR="4E655057">
        <w:rPr/>
        <w:t>verzoekt</w:t>
      </w:r>
      <w:r w:rsidR="4E655057">
        <w:rPr/>
        <w:t xml:space="preserve"> </w:t>
      </w:r>
      <w:r w:rsidR="4E655057">
        <w:rPr/>
        <w:t>ondergetekende</w:t>
      </w:r>
      <w:r w:rsidR="4E655057">
        <w:rPr/>
        <w:t xml:space="preserve"> </w:t>
      </w:r>
      <w:r w:rsidR="4E655057">
        <w:rPr/>
        <w:t>dat</w:t>
      </w:r>
      <w:r w:rsidR="4E655057">
        <w:rPr/>
        <w:t>:</w:t>
      </w:r>
    </w:p>
    <w:p xmlns:wp14="http://schemas.microsoft.com/office/word/2010/wordml" w14:paraId="4C638CB1" wp14:textId="77777777">
      <w:pPr>
        <w:pStyle w:val="ListBullet"/>
        <w:spacing w:after="60"/>
        <w:ind w:left="720"/>
        <w:rPr/>
      </w:pPr>
      <w:r w:rsidR="4E655057">
        <w:rPr/>
        <w:t>een</w:t>
      </w:r>
      <w:r w:rsidR="4E655057">
        <w:rPr/>
        <w:t xml:space="preserve"> </w:t>
      </w:r>
      <w:r w:rsidRPr="4E655057" w:rsidR="4E655057">
        <w:rPr>
          <w:b w:val="1"/>
          <w:bCs w:val="1"/>
        </w:rPr>
        <w:t>nieuw</w:t>
      </w:r>
      <w:r w:rsidRPr="4E655057" w:rsidR="4E655057">
        <w:rPr>
          <w:b w:val="1"/>
          <w:bCs w:val="1"/>
        </w:rPr>
        <w:t xml:space="preserve"> of </w:t>
      </w:r>
      <w:r w:rsidRPr="4E655057" w:rsidR="4E655057">
        <w:rPr>
          <w:b w:val="1"/>
          <w:bCs w:val="1"/>
        </w:rPr>
        <w:t>aanvullend</w:t>
      </w:r>
      <w:r w:rsidRPr="4E655057" w:rsidR="4E655057">
        <w:rPr>
          <w:b w:val="1"/>
          <w:bCs w:val="1"/>
        </w:rPr>
        <w:t xml:space="preserve"> project-MER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opgesteld</w:t>
      </w:r>
      <w:r w:rsidR="4E655057">
        <w:rPr/>
        <w:t xml:space="preserve"> met </w:t>
      </w:r>
      <w:r w:rsidR="4E655057">
        <w:rPr/>
        <w:t>een</w:t>
      </w:r>
      <w:r w:rsidR="4E655057">
        <w:rPr/>
        <w:t xml:space="preserve"> </w:t>
      </w:r>
      <w:r w:rsidR="4E655057">
        <w:rPr/>
        <w:t>inhoudelijke</w:t>
      </w:r>
      <w:r w:rsidR="4E655057">
        <w:rPr/>
        <w:t xml:space="preserve"> </w:t>
      </w:r>
      <w:r w:rsidR="4E655057">
        <w:rPr/>
        <w:t>passende</w:t>
      </w:r>
      <w:r w:rsidR="4E655057">
        <w:rPr/>
        <w:t xml:space="preserve"> </w:t>
      </w:r>
      <w:r w:rsidR="4E655057">
        <w:rPr/>
        <w:t>beoordeling</w:t>
      </w:r>
      <w:r w:rsidR="4E655057">
        <w:rPr/>
        <w:t xml:space="preserve"> die per Speciale </w:t>
      </w:r>
      <w:r w:rsidR="4E655057">
        <w:rPr/>
        <w:t>Beschermingszone</w:t>
      </w:r>
      <w:r w:rsidR="4E655057">
        <w:rPr/>
        <w:t xml:space="preserve"> de </w:t>
      </w:r>
      <w:r w:rsidR="4E655057">
        <w:rPr/>
        <w:t>effecten</w:t>
      </w:r>
      <w:r w:rsidR="4E655057">
        <w:rPr/>
        <w:t xml:space="preserve"> op alle </w:t>
      </w:r>
      <w:r w:rsidR="4E655057">
        <w:rPr/>
        <w:t>relevante</w:t>
      </w:r>
      <w:r w:rsidR="4E655057">
        <w:rPr/>
        <w:t xml:space="preserve"> </w:t>
      </w:r>
      <w:r w:rsidR="4E655057">
        <w:rPr/>
        <w:t>instandhoudingsdoelstellingen</w:t>
      </w:r>
      <w:r w:rsidR="4E655057">
        <w:rPr/>
        <w:t xml:space="preserve"> </w:t>
      </w:r>
      <w:r w:rsidR="4E655057">
        <w:rPr/>
        <w:t>analyseert</w:t>
      </w:r>
      <w:r w:rsidR="4E655057">
        <w:rPr/>
        <w:t>;</w:t>
      </w:r>
    </w:p>
    <w:p xmlns:wp14="http://schemas.microsoft.com/office/word/2010/wordml" w14:paraId="1980175D" wp14:textId="77777777">
      <w:pPr>
        <w:pStyle w:val="ListBullet"/>
        <w:spacing w:after="60"/>
        <w:ind w:left="720"/>
        <w:rPr/>
      </w:pPr>
      <w:r w:rsidR="4E655057">
        <w:rPr/>
        <w:t>een</w:t>
      </w:r>
      <w:r w:rsidR="4E655057">
        <w:rPr/>
        <w:t xml:space="preserve"> </w:t>
      </w:r>
      <w:r w:rsidRPr="4E655057" w:rsidR="4E655057">
        <w:rPr>
          <w:b w:val="1"/>
          <w:bCs w:val="1"/>
        </w:rPr>
        <w:t>volledige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soortentoets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uitgevoerd</w:t>
      </w:r>
      <w:r w:rsidR="4E655057">
        <w:rPr/>
        <w:t xml:space="preserve"> met, </w:t>
      </w:r>
      <w:r w:rsidR="4E655057">
        <w:rPr/>
        <w:t>waar</w:t>
      </w:r>
      <w:r w:rsidR="4E655057">
        <w:rPr/>
        <w:t xml:space="preserve"> </w:t>
      </w:r>
      <w:r w:rsidR="4E655057">
        <w:rPr/>
        <w:t>nodig</w:t>
      </w:r>
      <w:r w:rsidR="4E655057">
        <w:rPr/>
        <w:t xml:space="preserve">, </w:t>
      </w:r>
      <w:r w:rsidR="4E655057">
        <w:rPr/>
        <w:t>aanvraag</w:t>
      </w:r>
      <w:r w:rsidR="4E655057">
        <w:rPr/>
        <w:t xml:space="preserve"> van </w:t>
      </w:r>
      <w:r w:rsidR="4E655057">
        <w:rPr/>
        <w:t>afwijkingen</w:t>
      </w:r>
      <w:r w:rsidR="4E655057">
        <w:rPr/>
        <w:t xml:space="preserve"> </w:t>
      </w:r>
      <w:r w:rsidR="4E655057">
        <w:rPr/>
        <w:t>onder</w:t>
      </w:r>
      <w:r w:rsidR="4E655057">
        <w:rPr/>
        <w:t xml:space="preserve"> het </w:t>
      </w:r>
      <w:r w:rsidR="4E655057">
        <w:rPr/>
        <w:t>Soortenbesluit</w:t>
      </w:r>
      <w:r w:rsidR="4E655057">
        <w:rPr/>
        <w:t>;</w:t>
      </w:r>
    </w:p>
    <w:p xmlns:wp14="http://schemas.microsoft.com/office/word/2010/wordml" w14:paraId="64DD159F" wp14:textId="77777777">
      <w:pPr>
        <w:pStyle w:val="ListBullet"/>
        <w:spacing w:after="60"/>
        <w:ind w:left="720"/>
        <w:rPr/>
      </w:pPr>
      <w:r w:rsidR="4E655057">
        <w:rPr/>
        <w:t xml:space="preserve">het </w:t>
      </w:r>
      <w:r w:rsidRPr="4E655057" w:rsidR="4E655057">
        <w:rPr>
          <w:b w:val="1"/>
          <w:bCs w:val="1"/>
        </w:rPr>
        <w:t>voorzorgsbeginsel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wordt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toegepast</w:t>
      </w:r>
      <w:r w:rsidR="4E655057">
        <w:rPr/>
        <w:t xml:space="preserve"> op de </w:t>
      </w:r>
      <w:r w:rsidR="4E655057">
        <w:rPr/>
        <w:t>erkende</w:t>
      </w:r>
      <w:r w:rsidR="4E655057">
        <w:rPr/>
        <w:t xml:space="preserve"> </w:t>
      </w:r>
      <w:r w:rsidR="4E655057">
        <w:rPr/>
        <w:t>leemten</w:t>
      </w:r>
      <w:r w:rsidR="4E655057">
        <w:rPr/>
        <w:t xml:space="preserve"> (EMF op fauna, corona-</w:t>
      </w:r>
      <w:r w:rsidR="4E655057">
        <w:rPr/>
        <w:t>geluid</w:t>
      </w:r>
      <w:r w:rsidR="4E655057">
        <w:rPr/>
        <w:t xml:space="preserve">, </w:t>
      </w:r>
      <w:r w:rsidR="4E655057">
        <w:rPr/>
        <w:t>bodemopwarming</w:t>
      </w:r>
      <w:r w:rsidR="4E655057">
        <w:rPr/>
        <w:t xml:space="preserve">) door </w:t>
      </w:r>
      <w:r w:rsidR="4E655057">
        <w:rPr/>
        <w:t>middel</w:t>
      </w:r>
      <w:r w:rsidR="4E655057">
        <w:rPr/>
        <w:t xml:space="preserve"> van </w:t>
      </w:r>
      <w:r w:rsidR="4E655057">
        <w:rPr/>
        <w:t>een</w:t>
      </w:r>
      <w:r w:rsidR="4E655057">
        <w:rPr/>
        <w:t xml:space="preserve"> </w:t>
      </w:r>
      <w:r w:rsidR="4E655057">
        <w:rPr/>
        <w:t>negatieve</w:t>
      </w:r>
      <w:r w:rsidR="4E655057">
        <w:rPr/>
        <w:t xml:space="preserve"> </w:t>
      </w:r>
      <w:r w:rsidR="4E655057">
        <w:rPr/>
        <w:t>effectscore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/of </w:t>
      </w:r>
      <w:r w:rsidR="4E655057">
        <w:rPr/>
        <w:t>bindend</w:t>
      </w:r>
      <w:r w:rsidR="4E655057">
        <w:rPr/>
        <w:t xml:space="preserve"> </w:t>
      </w:r>
      <w:r w:rsidR="4E655057">
        <w:rPr/>
        <w:t>monitoringsprogramma</w:t>
      </w:r>
      <w:r w:rsidR="4E655057">
        <w:rPr/>
        <w:t>;</w:t>
      </w:r>
    </w:p>
    <w:p xmlns:wp14="http://schemas.microsoft.com/office/word/2010/wordml" w14:paraId="2D0649EA" wp14:textId="77777777">
      <w:pPr>
        <w:pStyle w:val="ListBullet"/>
        <w:spacing w:after="60"/>
        <w:ind w:left="720"/>
        <w:rPr/>
      </w:pPr>
      <w:r w:rsidR="4E655057">
        <w:rPr/>
        <w:t>een</w:t>
      </w:r>
      <w:r w:rsidR="4E655057">
        <w:rPr/>
        <w:t xml:space="preserve"> </w:t>
      </w:r>
      <w:r w:rsidRPr="4E655057" w:rsidR="4E655057">
        <w:rPr>
          <w:b w:val="1"/>
          <w:bCs w:val="1"/>
        </w:rPr>
        <w:t>kwantitatieve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beoordeling</w:t>
      </w:r>
      <w:r w:rsidRPr="4E655057" w:rsidR="4E655057">
        <w:rPr>
          <w:b w:val="1"/>
          <w:bCs w:val="1"/>
        </w:rPr>
        <w:t xml:space="preserve"> van de </w:t>
      </w:r>
      <w:r w:rsidRPr="4E655057" w:rsidR="4E655057">
        <w:rPr>
          <w:b w:val="1"/>
          <w:bCs w:val="1"/>
        </w:rPr>
        <w:t>vogelsterfte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uitgevoerd</w:t>
      </w:r>
      <w:r w:rsidR="4E655057">
        <w:rPr/>
        <w:t xml:space="preserve"> op basis van de </w:t>
      </w:r>
      <w:r w:rsidR="4E655057">
        <w:rPr/>
        <w:t>Belgische</w:t>
      </w:r>
      <w:r w:rsidR="4E655057">
        <w:rPr/>
        <w:t xml:space="preserve"> </w:t>
      </w:r>
      <w:r w:rsidR="4E655057">
        <w:rPr/>
        <w:t>mortaliteitsdata</w:t>
      </w:r>
      <w:r w:rsidR="4E655057">
        <w:rPr/>
        <w:t xml:space="preserve"> (</w:t>
      </w:r>
      <w:r w:rsidR="4E655057">
        <w:rPr/>
        <w:t>Derouaux</w:t>
      </w:r>
      <w:r w:rsidR="4E655057">
        <w:rPr/>
        <w:t xml:space="preserve"> et al. 2012), met </w:t>
      </w:r>
      <w:r w:rsidR="4E655057">
        <w:rPr/>
        <w:t>toetsing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de </w:t>
      </w:r>
      <w:r w:rsidR="4E655057">
        <w:rPr/>
        <w:t>instandhoudingsdoelstellingen</w:t>
      </w:r>
      <w:r w:rsidR="4E655057">
        <w:rPr/>
        <w:t xml:space="preserve"> van het SBZ-V "</w:t>
      </w:r>
      <w:r w:rsidR="4E655057">
        <w:rPr/>
        <w:t>Poldercomplex</w:t>
      </w:r>
      <w:r w:rsidR="4E655057">
        <w:rPr/>
        <w:t xml:space="preserve">" </w:t>
      </w:r>
      <w:r w:rsidR="4E655057">
        <w:rPr/>
        <w:t>en</w:t>
      </w:r>
      <w:r w:rsidR="4E655057">
        <w:rPr/>
        <w:t xml:space="preserve"> de </w:t>
      </w:r>
      <w:r w:rsidR="4E655057">
        <w:rPr/>
        <w:t>Vogelrichtlijn</w:t>
      </w:r>
      <w:r w:rsidR="4E655057">
        <w:rPr/>
        <w:t>;</w:t>
      </w:r>
    </w:p>
    <w:p xmlns:wp14="http://schemas.microsoft.com/office/word/2010/wordml" w14:paraId="10E04BFD" wp14:textId="77777777">
      <w:pPr>
        <w:pStyle w:val="ListBullet"/>
        <w:spacing w:after="60"/>
        <w:ind w:left="720"/>
        <w:rPr/>
      </w:pPr>
      <w:r w:rsidR="4E655057">
        <w:rPr/>
        <w:t>een</w:t>
      </w:r>
      <w:r w:rsidR="4E655057">
        <w:rPr/>
        <w:t xml:space="preserve"> </w:t>
      </w:r>
      <w:r w:rsidRPr="4E655057" w:rsidR="4E655057">
        <w:rPr>
          <w:b w:val="1"/>
          <w:bCs w:val="1"/>
        </w:rPr>
        <w:t>beoordeling</w:t>
      </w:r>
      <w:r w:rsidRPr="4E655057" w:rsidR="4E655057">
        <w:rPr>
          <w:b w:val="1"/>
          <w:bCs w:val="1"/>
        </w:rPr>
        <w:t xml:space="preserve"> van de EMF-</w:t>
      </w:r>
      <w:r w:rsidRPr="4E655057" w:rsidR="4E655057">
        <w:rPr>
          <w:b w:val="1"/>
          <w:bCs w:val="1"/>
        </w:rPr>
        <w:t>effecten</w:t>
      </w:r>
      <w:r w:rsidRPr="4E655057" w:rsidR="4E655057">
        <w:rPr>
          <w:b w:val="1"/>
          <w:bCs w:val="1"/>
        </w:rPr>
        <w:t xml:space="preserve"> op </w:t>
      </w:r>
      <w:r w:rsidRPr="4E655057" w:rsidR="4E655057">
        <w:rPr>
          <w:b w:val="1"/>
          <w:bCs w:val="1"/>
        </w:rPr>
        <w:t>bestuivers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landbouwdieren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uitgevoerd</w:t>
      </w:r>
      <w:r w:rsidR="4E655057">
        <w:rPr/>
        <w:t xml:space="preserve"> op basis van de </w:t>
      </w:r>
      <w:r w:rsidR="4E655057">
        <w:rPr/>
        <w:t>beschikbare</w:t>
      </w:r>
      <w:r w:rsidR="4E655057">
        <w:rPr/>
        <w:t xml:space="preserve"> peer-reviewed </w:t>
      </w:r>
      <w:r w:rsidR="4E655057">
        <w:rPr/>
        <w:t>literatuur</w:t>
      </w:r>
      <w:r w:rsidR="4E655057">
        <w:rPr/>
        <w:t xml:space="preserve"> (Shepherd et al. 2018, 2019; Molina-Montenegro et al. 2023; Burda et al. 2009), met </w:t>
      </w:r>
      <w:r w:rsidR="4E655057">
        <w:rPr/>
        <w:t>inbegrip</w:t>
      </w:r>
      <w:r w:rsidR="4E655057">
        <w:rPr/>
        <w:t xml:space="preserve"> van de </w:t>
      </w:r>
      <w:r w:rsidR="4E655057">
        <w:rPr/>
        <w:t>effecten</w:t>
      </w:r>
      <w:r w:rsidR="4E655057">
        <w:rPr/>
        <w:t xml:space="preserve"> op </w:t>
      </w:r>
      <w:r w:rsidR="4E655057">
        <w:rPr/>
        <w:t>paarden</w:t>
      </w:r>
      <w:r w:rsidR="4E655057">
        <w:rPr/>
        <w:t xml:space="preserve"> (stress, </w:t>
      </w:r>
      <w:r w:rsidR="4E655057">
        <w:rPr/>
        <w:t>vruchtbaarheid</w:t>
      </w:r>
      <w:r w:rsidR="4E655057">
        <w:rPr/>
        <w:t>, corona-</w:t>
      </w:r>
      <w:r w:rsidR="4E655057">
        <w:rPr/>
        <w:t>schrik</w:t>
      </w:r>
      <w:r w:rsidR="4E655057">
        <w:rPr/>
        <w:t xml:space="preserve">, </w:t>
      </w:r>
      <w:r w:rsidR="4E655057">
        <w:rPr/>
        <w:t>schaduwflikkering</w:t>
      </w:r>
      <w:r w:rsidR="4E655057">
        <w:rPr/>
        <w:t>);</w:t>
      </w:r>
    </w:p>
    <w:p xmlns:wp14="http://schemas.microsoft.com/office/word/2010/wordml" w14:paraId="788EB458" wp14:textId="77777777">
      <w:pPr>
        <w:pStyle w:val="ListBullet"/>
        <w:spacing w:after="60"/>
        <w:ind w:left="720"/>
        <w:rPr/>
      </w:pPr>
      <w:r w:rsidR="4E655057">
        <w:rPr/>
        <w:t>een</w:t>
      </w:r>
      <w:r w:rsidR="4E655057">
        <w:rPr/>
        <w:t xml:space="preserve"> </w:t>
      </w:r>
      <w:r w:rsidRPr="4E655057" w:rsidR="4E655057">
        <w:rPr>
          <w:b w:val="1"/>
          <w:bCs w:val="1"/>
        </w:rPr>
        <w:t>beoordeling</w:t>
      </w:r>
      <w:r w:rsidRPr="4E655057" w:rsidR="4E655057">
        <w:rPr>
          <w:b w:val="1"/>
          <w:bCs w:val="1"/>
        </w:rPr>
        <w:t xml:space="preserve"> van het </w:t>
      </w:r>
      <w:r w:rsidRPr="4E655057" w:rsidR="4E655057">
        <w:rPr>
          <w:b w:val="1"/>
          <w:bCs w:val="1"/>
        </w:rPr>
        <w:t>botulismerisico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vee </w:t>
      </w:r>
      <w:r w:rsidR="4E655057">
        <w:rPr/>
        <w:t>als</w:t>
      </w:r>
      <w:r w:rsidR="4E655057">
        <w:rPr/>
        <w:t xml:space="preserve"> </w:t>
      </w:r>
      <w:r w:rsidR="4E655057">
        <w:rPr/>
        <w:t>gevolg</w:t>
      </w:r>
      <w:r w:rsidR="4E655057">
        <w:rPr/>
        <w:t xml:space="preserve"> van </w:t>
      </w:r>
      <w:r w:rsidR="4E655057">
        <w:rPr/>
        <w:t>vogelkadavers</w:t>
      </w:r>
      <w:r w:rsidR="4E655057">
        <w:rPr/>
        <w:t xml:space="preserve"> in </w:t>
      </w:r>
      <w:r w:rsidR="4E655057">
        <w:rPr/>
        <w:t>grasland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uitgevoerd</w:t>
      </w:r>
      <w:r w:rsidR="4E655057">
        <w:rPr/>
        <w:t xml:space="preserve"> </w:t>
      </w:r>
      <w:r w:rsidR="4E655057">
        <w:rPr/>
        <w:t>als</w:t>
      </w:r>
      <w:r w:rsidR="4E655057">
        <w:rPr/>
        <w:t xml:space="preserve"> cascade-effect van de </w:t>
      </w:r>
      <w:r w:rsidR="4E655057">
        <w:rPr/>
        <w:t>vogelsterfte</w:t>
      </w:r>
      <w:r w:rsidR="4E655057">
        <w:rPr/>
        <w:t xml:space="preserve"> door </w:t>
      </w:r>
      <w:r w:rsidR="4E655057">
        <w:rPr/>
        <w:t>aanvaring</w:t>
      </w:r>
      <w:r w:rsidR="4E655057">
        <w:rPr/>
        <w:t>;</w:t>
      </w:r>
    </w:p>
    <w:p xmlns:wp14="http://schemas.microsoft.com/office/word/2010/wordml" w14:paraId="0D3DCF53" wp14:textId="77777777">
      <w:pPr>
        <w:pStyle w:val="ListBullet"/>
        <w:spacing w:after="60"/>
        <w:ind w:left="720"/>
        <w:rPr/>
      </w:pPr>
      <w:r w:rsidR="4E655057">
        <w:rPr/>
        <w:t>een</w:t>
      </w:r>
      <w:r w:rsidR="4E655057">
        <w:rPr/>
        <w:t xml:space="preserve"> </w:t>
      </w:r>
      <w:r w:rsidRPr="4E655057" w:rsidR="4E655057">
        <w:rPr>
          <w:b w:val="1"/>
          <w:bCs w:val="1"/>
        </w:rPr>
        <w:t>kwantitatieve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cumulatieve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effectbeoordeling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uitgevoerd</w:t>
      </w:r>
      <w:r w:rsidR="4E655057">
        <w:rPr/>
        <w:t xml:space="preserve"> met alle </w:t>
      </w:r>
      <w:r w:rsidR="4E655057">
        <w:rPr/>
        <w:t>gelijktijdige</w:t>
      </w:r>
      <w:r w:rsidR="4E655057">
        <w:rPr/>
        <w:t xml:space="preserve"> </w:t>
      </w:r>
      <w:r w:rsidR="4E655057">
        <w:rPr/>
        <w:t>hoogspanningsprojecten</w:t>
      </w:r>
      <w:r w:rsidR="4E655057">
        <w:rPr/>
        <w:t xml:space="preserve">, met </w:t>
      </w:r>
      <w:r w:rsidR="4E655057">
        <w:rPr/>
        <w:t>inbegrip</w:t>
      </w:r>
      <w:r w:rsidR="4E655057">
        <w:rPr/>
        <w:t xml:space="preserve"> van het cascade-effect van </w:t>
      </w:r>
      <w:r w:rsidR="4E655057">
        <w:rPr/>
        <w:t>windturbines</w:t>
      </w:r>
      <w:r w:rsidR="4E655057">
        <w:rPr/>
        <w:t xml:space="preserve"> die via het </w:t>
      </w:r>
      <w:r w:rsidR="4E655057">
        <w:rPr/>
        <w:t>bundelingsprincipe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aangetrokken</w:t>
      </w:r>
      <w:r w:rsidR="4E655057">
        <w:rPr/>
        <w:t xml:space="preserve"> </w:t>
      </w:r>
      <w:r w:rsidR="4E655057">
        <w:rPr/>
        <w:t>langs</w:t>
      </w:r>
      <w:r w:rsidR="4E655057">
        <w:rPr/>
        <w:t xml:space="preserve"> de </w:t>
      </w:r>
      <w:r w:rsidR="4E655057">
        <w:rPr/>
        <w:t>bovengrondse</w:t>
      </w:r>
      <w:r w:rsidR="4E655057">
        <w:rPr/>
        <w:t xml:space="preserve"> </w:t>
      </w:r>
      <w:r w:rsidR="4E655057">
        <w:rPr/>
        <w:t>infrastructuurcorridor</w:t>
      </w:r>
      <w:r w:rsidR="4E655057">
        <w:rPr/>
        <w:t>.</w:t>
      </w:r>
    </w:p>
    <w:p xmlns:wp14="http://schemas.microsoft.com/office/word/2010/wordml" w14:paraId="6A27CED4" wp14:textId="77777777">
      <w:r w:rsidRPr="4E655057" w:rsidR="4E655057">
        <w:rPr>
          <w:b w:val="1"/>
          <w:bCs w:val="1"/>
        </w:rPr>
        <w:t xml:space="preserve">Meer </w:t>
      </w:r>
      <w:r w:rsidRPr="4E655057" w:rsidR="4E655057">
        <w:rPr>
          <w:b w:val="1"/>
          <w:bCs w:val="1"/>
        </w:rPr>
        <w:t>subsidiair</w:t>
      </w:r>
      <w:r w:rsidRPr="4E655057" w:rsidR="4E655057">
        <w:rPr>
          <w:b w:val="1"/>
          <w:bCs w:val="1"/>
        </w:rPr>
        <w:t>:</w:t>
      </w:r>
      <w:r w:rsidR="4E655057">
        <w:rPr/>
        <w:t xml:space="preserve"> </w:t>
      </w:r>
      <w:r w:rsidR="4E655057">
        <w:rPr/>
        <w:t>Indien</w:t>
      </w:r>
      <w:r w:rsidR="4E655057">
        <w:rPr/>
        <w:t xml:space="preserve"> de </w:t>
      </w:r>
      <w:r w:rsidR="4E655057">
        <w:rPr/>
        <w:t>vergunning</w:t>
      </w:r>
      <w:r w:rsidR="4E655057">
        <w:rPr/>
        <w:t xml:space="preserve"> </w:t>
      </w:r>
      <w:r w:rsidR="4E655057">
        <w:rPr/>
        <w:t>desondanks</w:t>
      </w:r>
      <w:r w:rsidR="4E655057">
        <w:rPr/>
        <w:t xml:space="preserve"> </w:t>
      </w:r>
      <w:r w:rsidR="4E655057">
        <w:rPr/>
        <w:t>wordt</w:t>
      </w:r>
      <w:r w:rsidR="4E655057">
        <w:rPr/>
        <w:t xml:space="preserve"> </w:t>
      </w:r>
      <w:r w:rsidR="4E655057">
        <w:rPr/>
        <w:t>verleend</w:t>
      </w:r>
      <w:r w:rsidR="4E655057">
        <w:rPr/>
        <w:t xml:space="preserve">, </w:t>
      </w:r>
      <w:r w:rsidR="4E655057">
        <w:rPr/>
        <w:t>verzoekt</w:t>
      </w:r>
      <w:r w:rsidR="4E655057">
        <w:rPr/>
        <w:t xml:space="preserve"> </w:t>
      </w:r>
      <w:r w:rsidR="4E655057">
        <w:rPr/>
        <w:t>ondergetekende</w:t>
      </w:r>
      <w:r w:rsidR="4E655057">
        <w:rPr/>
        <w:t xml:space="preserve"> </w:t>
      </w:r>
      <w:r w:rsidR="4E655057">
        <w:rPr/>
        <w:t>dat</w:t>
      </w:r>
      <w:r w:rsidR="4E655057">
        <w:rPr/>
        <w:t xml:space="preserve"> ten </w:t>
      </w:r>
      <w:r w:rsidR="4E655057">
        <w:rPr/>
        <w:t>minste</w:t>
      </w:r>
      <w:r w:rsidR="4E655057">
        <w:rPr/>
        <w:t xml:space="preserve"> de </w:t>
      </w:r>
      <w:r w:rsidR="4E655057">
        <w:rPr/>
        <w:t>volgende</w:t>
      </w:r>
      <w:r w:rsidR="4E655057">
        <w:rPr/>
        <w:t xml:space="preserve"> </w:t>
      </w:r>
      <w:r w:rsidRPr="4E655057" w:rsidR="4E655057">
        <w:rPr>
          <w:b w:val="1"/>
          <w:bCs w:val="1"/>
        </w:rPr>
        <w:t>stringente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vergunningsvoorwaarden</w:t>
      </w:r>
      <w:r w:rsidR="4E655057">
        <w:rPr/>
        <w:t xml:space="preserve"> </w:t>
      </w:r>
      <w:r w:rsidR="4E655057">
        <w:rPr/>
        <w:t>worden</w:t>
      </w:r>
      <w:r w:rsidR="4E655057">
        <w:rPr/>
        <w:t xml:space="preserve"> </w:t>
      </w:r>
      <w:r w:rsidR="4E655057">
        <w:rPr/>
        <w:t>opgelegd</w:t>
      </w:r>
      <w:r w:rsidR="4E655057">
        <w:rPr/>
        <w:t>:</w:t>
      </w:r>
    </w:p>
    <w:p xmlns:wp14="http://schemas.microsoft.com/office/word/2010/wordml" w14:paraId="568FFC7B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Verbod</w:t>
      </w:r>
      <w:r w:rsidRPr="4E655057" w:rsidR="4E655057">
        <w:rPr>
          <w:b w:val="1"/>
          <w:bCs w:val="1"/>
        </w:rPr>
        <w:t xml:space="preserve"> op </w:t>
      </w:r>
      <w:r w:rsidRPr="4E655057" w:rsidR="4E655057">
        <w:rPr>
          <w:b w:val="1"/>
          <w:bCs w:val="1"/>
        </w:rPr>
        <w:t>werken</w:t>
      </w:r>
      <w:r w:rsidRPr="4E655057" w:rsidR="4E655057">
        <w:rPr>
          <w:b w:val="1"/>
          <w:bCs w:val="1"/>
        </w:rPr>
        <w:t xml:space="preserve"> in het </w:t>
      </w:r>
      <w:r w:rsidRPr="4E655057" w:rsidR="4E655057">
        <w:rPr>
          <w:b w:val="1"/>
          <w:bCs w:val="1"/>
        </w:rPr>
        <w:t>broedseizoen</w:t>
      </w:r>
      <w:r w:rsidR="4E655057">
        <w:rPr/>
        <w:t xml:space="preserve"> (15 </w:t>
      </w:r>
      <w:r w:rsidR="4E655057">
        <w:rPr/>
        <w:t>maart</w:t>
      </w:r>
      <w:r w:rsidR="4E655057">
        <w:rPr/>
        <w:t xml:space="preserve"> - 15 </w:t>
      </w:r>
      <w:r w:rsidR="4E655057">
        <w:rPr/>
        <w:t>juli</w:t>
      </w:r>
      <w:r w:rsidR="4E655057">
        <w:rPr/>
        <w:t xml:space="preserve">) in de 11 in het MER </w:t>
      </w:r>
      <w:r w:rsidR="4E655057">
        <w:rPr/>
        <w:t>genoemde</w:t>
      </w:r>
      <w:r w:rsidR="4E655057">
        <w:rPr/>
        <w:t xml:space="preserve"> zones, </w:t>
      </w:r>
      <w:r w:rsidR="4E655057">
        <w:rPr/>
        <w:t>als</w:t>
      </w:r>
      <w:r w:rsidR="4E655057">
        <w:rPr/>
        <w:t xml:space="preserve"> </w:t>
      </w:r>
      <w:r w:rsidR="4E655057">
        <w:rPr/>
        <w:t>bindende</w:t>
      </w:r>
      <w:r w:rsidR="4E655057">
        <w:rPr/>
        <w:t xml:space="preserve"> </w:t>
      </w:r>
      <w:r w:rsidR="4E655057">
        <w:rPr/>
        <w:t>vergunningsvoorwaarde</w:t>
      </w:r>
      <w:r w:rsidR="4E655057">
        <w:rPr/>
        <w:t xml:space="preserve"> met </w:t>
      </w:r>
      <w:r w:rsidR="4E655057">
        <w:rPr/>
        <w:t>sanctiemechanisme</w:t>
      </w:r>
      <w:r w:rsidR="4E655057">
        <w:rPr/>
        <w:t>;</w:t>
      </w:r>
    </w:p>
    <w:p xmlns:wp14="http://schemas.microsoft.com/office/word/2010/wordml" w14:paraId="5FF4B8F1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Bindend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monitoringsprogramma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EMF-</w:t>
      </w:r>
      <w:r w:rsidR="4E655057">
        <w:rPr/>
        <w:t>effecten</w:t>
      </w:r>
      <w:r w:rsidR="4E655057">
        <w:rPr/>
        <w:t xml:space="preserve"> op fauna in de Natura 2000-gebieden, met </w:t>
      </w:r>
      <w:r w:rsidR="4E655057">
        <w:rPr/>
        <w:t>bijsturingsmechanisme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vastgestelde</w:t>
      </w:r>
      <w:r w:rsidR="4E655057">
        <w:rPr/>
        <w:t xml:space="preserve"> </w:t>
      </w:r>
      <w:r w:rsidR="4E655057">
        <w:rPr/>
        <w:t>negatieve</w:t>
      </w:r>
      <w:r w:rsidR="4E655057">
        <w:rPr/>
        <w:t xml:space="preserve"> </w:t>
      </w:r>
      <w:r w:rsidR="4E655057">
        <w:rPr/>
        <w:t>effecten</w:t>
      </w:r>
      <w:r w:rsidR="4E655057">
        <w:rPr/>
        <w:t>;</w:t>
      </w:r>
    </w:p>
    <w:p xmlns:wp14="http://schemas.microsoft.com/office/word/2010/wordml" w14:paraId="0DE73DF3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Ecologische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compensatie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voorafgaand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aan</w:t>
      </w:r>
      <w:r w:rsidRPr="4E655057" w:rsidR="4E655057">
        <w:rPr>
          <w:b w:val="1"/>
          <w:bCs w:val="1"/>
        </w:rPr>
        <w:t xml:space="preserve"> de start </w:t>
      </w:r>
      <w:r w:rsidRPr="4E655057" w:rsidR="4E655057">
        <w:rPr>
          <w:b w:val="1"/>
          <w:bCs w:val="1"/>
        </w:rPr>
        <w:t>van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werkzaamheden</w:t>
      </w:r>
      <w:r w:rsidR="4E655057">
        <w:rPr/>
        <w:t xml:space="preserve">, met </w:t>
      </w:r>
      <w:r w:rsidR="4E655057">
        <w:rPr/>
        <w:t>een</w:t>
      </w:r>
      <w:r w:rsidR="4E655057">
        <w:rPr/>
        <w:t xml:space="preserve"> </w:t>
      </w:r>
      <w:r w:rsidR="4E655057">
        <w:rPr/>
        <w:t>oppervlakte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een</w:t>
      </w:r>
      <w:r w:rsidR="4E655057">
        <w:rPr/>
        <w:t xml:space="preserve"> </w:t>
      </w:r>
      <w:r w:rsidR="4E655057">
        <w:rPr/>
        <w:t>biotooptype</w:t>
      </w:r>
      <w:r w:rsidR="4E655057">
        <w:rPr/>
        <w:t xml:space="preserve"> die </w:t>
      </w:r>
      <w:r w:rsidR="4E655057">
        <w:rPr/>
        <w:t>functioneel</w:t>
      </w:r>
      <w:r w:rsidR="4E655057">
        <w:rPr/>
        <w:t xml:space="preserve"> equivalent </w:t>
      </w:r>
      <w:r w:rsidR="4E655057">
        <w:rPr/>
        <w:t>zijn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het </w:t>
      </w:r>
      <w:r w:rsidR="4E655057">
        <w:rPr/>
        <w:t>verlies</w:t>
      </w:r>
      <w:r w:rsidR="4E655057">
        <w:rPr/>
        <w:t xml:space="preserve"> (</w:t>
      </w:r>
      <w:r w:rsidR="4E655057">
        <w:rPr/>
        <w:t>minimaal</w:t>
      </w:r>
      <w:r w:rsidR="4E655057">
        <w:rPr/>
        <w:t xml:space="preserve"> </w:t>
      </w:r>
      <w:r w:rsidR="4E655057">
        <w:rPr/>
        <w:t>10 hectare</w:t>
      </w:r>
      <w:r w:rsidR="4E655057">
        <w:rPr/>
        <w:t xml:space="preserve"> </w:t>
      </w:r>
      <w:r w:rsidR="4E655057">
        <w:rPr/>
        <w:t>grasland</w:t>
      </w:r>
      <w:r w:rsidR="4E655057">
        <w:rPr/>
        <w:t>/</w:t>
      </w:r>
      <w:r w:rsidR="4E655057">
        <w:rPr/>
        <w:t>riet</w:t>
      </w:r>
      <w:r w:rsidR="4E655057">
        <w:rPr/>
        <w:t>/</w:t>
      </w:r>
      <w:r w:rsidR="4E655057">
        <w:rPr/>
        <w:t>zeggevegetatie</w:t>
      </w:r>
      <w:r w:rsidR="4E655057">
        <w:rPr/>
        <w:t>);</w:t>
      </w:r>
    </w:p>
    <w:p xmlns:wp14="http://schemas.microsoft.com/office/word/2010/wordml" w14:paraId="2274CACB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Bindende</w:t>
      </w:r>
      <w:r w:rsidRPr="4E655057" w:rsidR="4E655057">
        <w:rPr>
          <w:b w:val="1"/>
          <w:bCs w:val="1"/>
        </w:rPr>
        <w:t xml:space="preserve"> monitoring van het </w:t>
      </w:r>
      <w:r w:rsidRPr="4E655057" w:rsidR="4E655057">
        <w:rPr>
          <w:b w:val="1"/>
          <w:bCs w:val="1"/>
        </w:rPr>
        <w:t>grondwaterpeil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alle </w:t>
      </w:r>
      <w:r w:rsidR="4E655057">
        <w:rPr/>
        <w:t>poelen</w:t>
      </w:r>
      <w:r w:rsidR="4E655057">
        <w:rPr/>
        <w:t xml:space="preserve"> </w:t>
      </w:r>
      <w:r w:rsidR="4E655057">
        <w:rPr/>
        <w:t>binnen</w:t>
      </w:r>
      <w:r w:rsidR="4E655057">
        <w:rPr/>
        <w:t xml:space="preserve"> </w:t>
      </w:r>
      <w:r w:rsidR="4E655057">
        <w:rPr/>
        <w:t>100 meter</w:t>
      </w:r>
      <w:r w:rsidR="4E655057">
        <w:rPr/>
        <w:t xml:space="preserve"> van </w:t>
      </w:r>
      <w:r w:rsidR="4E655057">
        <w:rPr/>
        <w:t>werkzones</w:t>
      </w:r>
      <w:r w:rsidR="4E655057">
        <w:rPr/>
        <w:t xml:space="preserve">, met </w:t>
      </w:r>
      <w:r w:rsidR="4E655057">
        <w:rPr/>
        <w:t>onmiddellijke</w:t>
      </w:r>
      <w:r w:rsidR="4E655057">
        <w:rPr/>
        <w:t xml:space="preserve"> </w:t>
      </w:r>
      <w:r w:rsidR="4E655057">
        <w:rPr/>
        <w:t>bevloeiingsplicht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daling</w:t>
      </w:r>
      <w:r w:rsidR="4E655057">
        <w:rPr/>
        <w:t xml:space="preserve"> </w:t>
      </w:r>
      <w:r w:rsidR="4E655057">
        <w:rPr/>
        <w:t>onder</w:t>
      </w:r>
      <w:r w:rsidR="4E655057">
        <w:rPr/>
        <w:t xml:space="preserve"> het </w:t>
      </w:r>
      <w:r w:rsidR="4E655057">
        <w:rPr/>
        <w:t>kritiek</w:t>
      </w:r>
      <w:r w:rsidR="4E655057">
        <w:rPr/>
        <w:t xml:space="preserve"> </w:t>
      </w:r>
      <w:r w:rsidR="4E655057">
        <w:rPr/>
        <w:t>peil</w:t>
      </w:r>
      <w:r w:rsidR="4E655057">
        <w:rPr/>
        <w:t>;</w:t>
      </w:r>
    </w:p>
    <w:p xmlns:wp14="http://schemas.microsoft.com/office/word/2010/wordml" w14:paraId="71CA346F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Verplichte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naleving</w:t>
      </w:r>
      <w:r w:rsidRPr="4E655057" w:rsidR="4E655057">
        <w:rPr>
          <w:b w:val="1"/>
          <w:bCs w:val="1"/>
        </w:rPr>
        <w:t xml:space="preserve"> van alle in het MER </w:t>
      </w:r>
      <w:r w:rsidRPr="4E655057" w:rsidR="4E655057">
        <w:rPr>
          <w:b w:val="1"/>
          <w:bCs w:val="1"/>
        </w:rPr>
        <w:t>voorgestelde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milderende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maatregelen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voor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biodiversiteit</w:t>
      </w:r>
      <w:r w:rsidR="4E655057">
        <w:rPr/>
        <w:t xml:space="preserve">, </w:t>
      </w:r>
      <w:r w:rsidR="4E655057">
        <w:rPr/>
        <w:t>omgezet</w:t>
      </w:r>
      <w:r w:rsidR="4E655057">
        <w:rPr/>
        <w:t xml:space="preserve"> van "</w:t>
      </w:r>
      <w:r w:rsidR="4E655057">
        <w:rPr/>
        <w:t>aanbeveling</w:t>
      </w:r>
      <w:r w:rsidR="4E655057">
        <w:rPr/>
        <w:t xml:space="preserve">" </w:t>
      </w:r>
      <w:r w:rsidR="4E655057">
        <w:rPr/>
        <w:t>naar</w:t>
      </w:r>
      <w:r w:rsidR="4E655057">
        <w:rPr/>
        <w:t xml:space="preserve"> </w:t>
      </w:r>
      <w:r w:rsidR="4E655057">
        <w:rPr/>
        <w:t>bindende</w:t>
      </w:r>
      <w:r w:rsidR="4E655057">
        <w:rPr/>
        <w:t xml:space="preserve"> </w:t>
      </w:r>
      <w:r w:rsidR="4E655057">
        <w:rPr/>
        <w:t>vergunningsvoorwaarde</w:t>
      </w:r>
      <w:r w:rsidR="4E655057">
        <w:rPr/>
        <w:t>;</w:t>
      </w:r>
    </w:p>
    <w:p xmlns:wp14="http://schemas.microsoft.com/office/word/2010/wordml" w14:paraId="527E2D4C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Afwijkingen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onder</w:t>
      </w:r>
      <w:r w:rsidRPr="4E655057" w:rsidR="4E655057">
        <w:rPr>
          <w:b w:val="1"/>
          <w:bCs w:val="1"/>
        </w:rPr>
        <w:t xml:space="preserve"> het </w:t>
      </w:r>
      <w:r w:rsidRPr="4E655057" w:rsidR="4E655057">
        <w:rPr>
          <w:b w:val="1"/>
          <w:bCs w:val="1"/>
        </w:rPr>
        <w:t>Soortenbesluit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alle </w:t>
      </w:r>
      <w:r w:rsidR="4E655057">
        <w:rPr/>
        <w:t>voorzienbare</w:t>
      </w:r>
      <w:r w:rsidR="4E655057">
        <w:rPr/>
        <w:t xml:space="preserve"> </w:t>
      </w:r>
      <w:r w:rsidR="4E655057">
        <w:rPr/>
        <w:t>verstoringen</w:t>
      </w:r>
      <w:r w:rsidR="4E655057">
        <w:rPr/>
        <w:t xml:space="preserve"> van </w:t>
      </w:r>
      <w:r w:rsidR="4E655057">
        <w:rPr/>
        <w:t>beschermde</w:t>
      </w:r>
      <w:r w:rsidR="4E655057">
        <w:rPr/>
        <w:t xml:space="preserve"> </w:t>
      </w:r>
      <w:r w:rsidR="4E655057">
        <w:rPr/>
        <w:t>soorten</w:t>
      </w:r>
      <w:r w:rsidR="4E655057">
        <w:rPr/>
        <w:t xml:space="preserve"> (</w:t>
      </w:r>
      <w:r w:rsidR="4E655057">
        <w:rPr/>
        <w:t>vleermuizen</w:t>
      </w:r>
      <w:r w:rsidR="4E655057">
        <w:rPr/>
        <w:t xml:space="preserve">, das, </w:t>
      </w:r>
      <w:r w:rsidR="4E655057">
        <w:rPr/>
        <w:t>amfibieen</w:t>
      </w:r>
      <w:r w:rsidR="4E655057">
        <w:rPr/>
        <w:t xml:space="preserve">, </w:t>
      </w:r>
      <w:r w:rsidR="4E655057">
        <w:rPr/>
        <w:t>broedvogels</w:t>
      </w:r>
      <w:r w:rsidR="4E655057">
        <w:rPr/>
        <w:t xml:space="preserve">), met </w:t>
      </w:r>
      <w:r w:rsidR="4E655057">
        <w:rPr/>
        <w:t>bijbehorende</w:t>
      </w:r>
      <w:r w:rsidR="4E655057">
        <w:rPr/>
        <w:t xml:space="preserve"> </w:t>
      </w:r>
      <w:r w:rsidR="4E655057">
        <w:rPr/>
        <w:t>compenserende</w:t>
      </w:r>
      <w:r w:rsidR="4E655057">
        <w:rPr/>
        <w:t xml:space="preserve"> </w:t>
      </w:r>
      <w:r w:rsidR="4E655057">
        <w:rPr/>
        <w:t>maatregelen</w:t>
      </w:r>
      <w:r w:rsidR="4E655057">
        <w:rPr/>
        <w:t>;</w:t>
      </w:r>
    </w:p>
    <w:p xmlns:wp14="http://schemas.microsoft.com/office/word/2010/wordml" w14:paraId="4BF46FE9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Vogelafleiders</w:t>
      </w:r>
      <w:r w:rsidRPr="4E655057" w:rsidR="4E655057">
        <w:rPr>
          <w:b w:val="1"/>
          <w:bCs w:val="1"/>
        </w:rPr>
        <w:t xml:space="preserve"> op het </w:t>
      </w:r>
      <w:r w:rsidRPr="4E655057" w:rsidR="4E655057">
        <w:rPr>
          <w:b w:val="1"/>
          <w:bCs w:val="1"/>
        </w:rPr>
        <w:t>volledige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bovengrondse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tracé</w:t>
      </w:r>
      <w:r w:rsidR="4E655057">
        <w:rPr/>
        <w:t xml:space="preserve"> met </w:t>
      </w:r>
      <w:r w:rsidR="4E655057">
        <w:rPr/>
        <w:t>een</w:t>
      </w:r>
      <w:r w:rsidR="4E655057">
        <w:rPr/>
        <w:t xml:space="preserve"> </w:t>
      </w:r>
      <w:r w:rsidR="4E655057">
        <w:rPr/>
        <w:t>bindend</w:t>
      </w:r>
      <w:r w:rsidR="4E655057">
        <w:rPr/>
        <w:t xml:space="preserve"> </w:t>
      </w:r>
      <w:r w:rsidR="4E655057">
        <w:rPr/>
        <w:t>monitoringsprogramma</w:t>
      </w:r>
      <w:r w:rsidR="4E655057">
        <w:rPr/>
        <w:t xml:space="preserve"> </w:t>
      </w:r>
      <w:r w:rsidR="4E655057">
        <w:rPr/>
        <w:t>voor</w:t>
      </w:r>
      <w:r w:rsidR="4E655057">
        <w:rPr/>
        <w:t xml:space="preserve"> </w:t>
      </w:r>
      <w:r w:rsidR="4E655057">
        <w:rPr/>
        <w:t>vogelaanvaringen</w:t>
      </w:r>
      <w:r w:rsidR="4E655057">
        <w:rPr/>
        <w:t xml:space="preserve"> (</w:t>
      </w:r>
      <w:r w:rsidR="4E655057">
        <w:rPr/>
        <w:t>carcassentellingen</w:t>
      </w:r>
      <w:r w:rsidR="4E655057">
        <w:rPr/>
        <w:t xml:space="preserve">) </w:t>
      </w:r>
      <w:r w:rsidR="4E655057">
        <w:rPr/>
        <w:t>gedurende</w:t>
      </w:r>
      <w:r w:rsidR="4E655057">
        <w:rPr/>
        <w:t xml:space="preserve"> de </w:t>
      </w:r>
      <w:r w:rsidR="4E655057">
        <w:rPr/>
        <w:t>volledige</w:t>
      </w:r>
      <w:r w:rsidR="4E655057">
        <w:rPr/>
        <w:t xml:space="preserve"> </w:t>
      </w:r>
      <w:r w:rsidR="4E655057">
        <w:rPr/>
        <w:t>exploitatiefase</w:t>
      </w:r>
      <w:r w:rsidR="4E655057">
        <w:rPr/>
        <w:t xml:space="preserve">, met </w:t>
      </w:r>
      <w:r w:rsidR="4E655057">
        <w:rPr/>
        <w:t>bijsturingsplicht</w:t>
      </w:r>
      <w:r w:rsidR="4E655057">
        <w:rPr/>
        <w:t xml:space="preserve"> </w:t>
      </w:r>
      <w:r w:rsidR="4E655057">
        <w:rPr/>
        <w:t>bij</w:t>
      </w:r>
      <w:r w:rsidR="4E655057">
        <w:rPr/>
        <w:t xml:space="preserve"> </w:t>
      </w:r>
      <w:r w:rsidR="4E655057">
        <w:rPr/>
        <w:t>overschrijding</w:t>
      </w:r>
      <w:r w:rsidR="4E655057">
        <w:rPr/>
        <w:t xml:space="preserve"> van </w:t>
      </w:r>
      <w:r w:rsidR="4E655057">
        <w:rPr/>
        <w:t>vooraf</w:t>
      </w:r>
      <w:r w:rsidR="4E655057">
        <w:rPr/>
        <w:t xml:space="preserve"> </w:t>
      </w:r>
      <w:r w:rsidR="4E655057">
        <w:rPr/>
        <w:t>vastgestelde</w:t>
      </w:r>
      <w:r w:rsidR="4E655057">
        <w:rPr/>
        <w:t xml:space="preserve"> </w:t>
      </w:r>
      <w:r w:rsidR="4E655057">
        <w:rPr/>
        <w:t>mortaliteitsdrempels</w:t>
      </w:r>
      <w:r w:rsidR="4E655057">
        <w:rPr/>
        <w:t>;</w:t>
      </w:r>
    </w:p>
    <w:p xmlns:wp14="http://schemas.microsoft.com/office/word/2010/wordml" w14:paraId="0A494526" wp14:textId="77777777">
      <w:pPr>
        <w:pStyle w:val="ListBullet"/>
        <w:spacing w:after="60"/>
        <w:ind w:left="720"/>
        <w:rPr/>
      </w:pPr>
      <w:r w:rsidRPr="4E655057" w:rsidR="4E655057">
        <w:rPr>
          <w:b w:val="1"/>
          <w:bCs w:val="1"/>
        </w:rPr>
        <w:t>Bindend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monitoringsprogramma</w:t>
      </w:r>
      <w:r w:rsidRPr="4E655057" w:rsidR="4E655057">
        <w:rPr>
          <w:b w:val="1"/>
          <w:bCs w:val="1"/>
        </w:rPr>
        <w:t xml:space="preserve"> </w:t>
      </w:r>
      <w:r w:rsidRPr="4E655057" w:rsidR="4E655057">
        <w:rPr>
          <w:b w:val="1"/>
          <w:bCs w:val="1"/>
        </w:rPr>
        <w:t>voor</w:t>
      </w:r>
      <w:r w:rsidRPr="4E655057" w:rsidR="4E655057">
        <w:rPr>
          <w:b w:val="1"/>
          <w:bCs w:val="1"/>
        </w:rPr>
        <w:t xml:space="preserve"> EMF-</w:t>
      </w:r>
      <w:r w:rsidRPr="4E655057" w:rsidR="4E655057">
        <w:rPr>
          <w:b w:val="1"/>
          <w:bCs w:val="1"/>
        </w:rPr>
        <w:t>effecten</w:t>
      </w:r>
      <w:r w:rsidRPr="4E655057" w:rsidR="4E655057">
        <w:rPr>
          <w:b w:val="1"/>
          <w:bCs w:val="1"/>
        </w:rPr>
        <w:t xml:space="preserve"> op </w:t>
      </w:r>
      <w:r w:rsidRPr="4E655057" w:rsidR="4E655057">
        <w:rPr>
          <w:b w:val="1"/>
          <w:bCs w:val="1"/>
        </w:rPr>
        <w:t>bestuivers</w:t>
      </w:r>
      <w:r w:rsidR="4E655057">
        <w:rPr/>
        <w:t xml:space="preserve"> in </w:t>
      </w:r>
      <w:r w:rsidR="4E655057">
        <w:rPr/>
        <w:t>een</w:t>
      </w:r>
      <w:r w:rsidR="4E655057">
        <w:rPr/>
        <w:t xml:space="preserve"> corridor van </w:t>
      </w:r>
      <w:r w:rsidR="4E655057">
        <w:rPr/>
        <w:t>minimaal</w:t>
      </w:r>
      <w:r w:rsidR="4E655057">
        <w:rPr/>
        <w:t xml:space="preserve"> </w:t>
      </w:r>
      <w:r w:rsidR="4E655057">
        <w:rPr/>
        <w:t>200 meter</w:t>
      </w:r>
      <w:r w:rsidR="4E655057">
        <w:rPr/>
        <w:t xml:space="preserve"> </w:t>
      </w:r>
      <w:r w:rsidR="4E655057">
        <w:rPr/>
        <w:t>aan</w:t>
      </w:r>
      <w:r w:rsidR="4E655057">
        <w:rPr/>
        <w:t xml:space="preserve"> </w:t>
      </w:r>
      <w:r w:rsidR="4E655057">
        <w:rPr/>
        <w:t>weerszijden</w:t>
      </w:r>
      <w:r w:rsidR="4E655057">
        <w:rPr/>
        <w:t xml:space="preserve"> van het </w:t>
      </w:r>
      <w:r w:rsidR="4E655057">
        <w:rPr/>
        <w:t>tracé</w:t>
      </w:r>
      <w:r w:rsidR="4E655057">
        <w:rPr/>
        <w:t xml:space="preserve">, met </w:t>
      </w:r>
      <w:r w:rsidR="4E655057">
        <w:rPr/>
        <w:t>inbegrip</w:t>
      </w:r>
      <w:r w:rsidR="4E655057">
        <w:rPr/>
        <w:t xml:space="preserve"> van </w:t>
      </w:r>
      <w:r w:rsidR="4E655057">
        <w:rPr/>
        <w:t>bijenvolken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wilde</w:t>
      </w:r>
      <w:r w:rsidR="4E655057">
        <w:rPr/>
        <w:t xml:space="preserve"> </w:t>
      </w:r>
      <w:r w:rsidR="4E655057">
        <w:rPr/>
        <w:t>bestuiverpopulaties</w:t>
      </w:r>
      <w:r w:rsidR="4E655057">
        <w:rPr/>
        <w:t>;</w:t>
      </w:r>
    </w:p>
    <w:p w:rsidR="50D060EB" w:rsidP="50D060EB" w:rsidRDefault="50D060EB" w14:paraId="5E02B3E6" w14:textId="1893F8E3">
      <w:pPr>
        <w:pStyle w:val="ListBullet"/>
        <w:spacing w:after="60"/>
        <w:ind w:left="720"/>
        <w:rPr/>
      </w:pPr>
      <w:r w:rsidRPr="4E655057" w:rsidR="74E91D53">
        <w:rPr>
          <w:b w:val="1"/>
          <w:bCs w:val="1"/>
        </w:rPr>
        <w:t>Onafhankelijke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ecologische</w:t>
      </w:r>
      <w:r w:rsidRPr="4E655057" w:rsidR="74E91D53">
        <w:rPr>
          <w:b w:val="1"/>
          <w:bCs w:val="1"/>
        </w:rPr>
        <w:t xml:space="preserve"> </w:t>
      </w:r>
      <w:r w:rsidRPr="4E655057" w:rsidR="74E91D53">
        <w:rPr>
          <w:b w:val="1"/>
          <w:bCs w:val="1"/>
        </w:rPr>
        <w:t>toezichthouder</w:t>
      </w:r>
      <w:r w:rsidR="74E91D53">
        <w:rPr/>
        <w:t xml:space="preserve"> </w:t>
      </w:r>
      <w:r w:rsidR="74E91D53">
        <w:rPr/>
        <w:t>gedurende</w:t>
      </w:r>
      <w:r w:rsidR="74E91D53">
        <w:rPr/>
        <w:t xml:space="preserve"> de </w:t>
      </w:r>
      <w:r w:rsidR="74E91D53">
        <w:rPr/>
        <w:t>volledige</w:t>
      </w:r>
      <w:r w:rsidR="74E91D53">
        <w:rPr/>
        <w:t xml:space="preserve"> </w:t>
      </w:r>
      <w:r w:rsidR="74E91D53">
        <w:rPr/>
        <w:t>aanleg</w:t>
      </w:r>
      <w:r w:rsidR="74E91D53">
        <w:rPr/>
        <w:t xml:space="preserve">- </w:t>
      </w:r>
      <w:r w:rsidR="74E91D53">
        <w:rPr/>
        <w:t>en</w:t>
      </w:r>
      <w:r w:rsidR="74E91D53">
        <w:rPr/>
        <w:t xml:space="preserve"> </w:t>
      </w:r>
      <w:r w:rsidR="74E91D53">
        <w:rPr/>
        <w:t>eerste</w:t>
      </w:r>
      <w:r w:rsidR="74E91D53">
        <w:rPr/>
        <w:t xml:space="preserve"> </w:t>
      </w:r>
      <w:r w:rsidR="74E91D53">
        <w:rPr/>
        <w:t>exploitatiefase</w:t>
      </w:r>
      <w:r w:rsidR="74E91D53">
        <w:rPr/>
        <w:t xml:space="preserve">, met </w:t>
      </w:r>
      <w:r w:rsidR="74E91D53">
        <w:rPr/>
        <w:t>rapportageplicht</w:t>
      </w:r>
      <w:r w:rsidR="74E91D53">
        <w:rPr/>
        <w:t xml:space="preserve"> </w:t>
      </w:r>
      <w:r w:rsidR="74E91D53">
        <w:rPr/>
        <w:t>aan</w:t>
      </w:r>
      <w:r w:rsidR="74E91D53">
        <w:rPr/>
        <w:t xml:space="preserve"> de </w:t>
      </w:r>
      <w:r w:rsidR="74E91D53">
        <w:rPr/>
        <w:t>bevoegde</w:t>
      </w:r>
      <w:r w:rsidR="74E91D53">
        <w:rPr/>
        <w:t xml:space="preserve"> </w:t>
      </w:r>
      <w:r w:rsidR="74E91D53">
        <w:rPr/>
        <w:t>overheid</w:t>
      </w:r>
      <w:r w:rsidR="74E91D53">
        <w:rPr/>
        <w:t>.</w:t>
      </w:r>
    </w:p>
    <w:p w:rsidR="50D060EB" w:rsidP="50D060EB" w:rsidRDefault="50D060EB" w14:paraId="6251AD15" w14:textId="08945C0E">
      <w:pPr>
        <w:pStyle w:val="ListBullet"/>
        <w:numPr>
          <w:ilvl w:val="0"/>
          <w:numId w:val="0"/>
        </w:numPr>
        <w:spacing w:after="60"/>
        <w:ind w:left="720"/>
      </w:pPr>
    </w:p>
    <w:p w:rsidR="50D060EB" w:rsidP="4E655057" w:rsidRDefault="50D060EB" w14:paraId="780A52DF">
      <w:pPr>
        <w:pBdr>
          <w:bottom w:val="single" w:color="CCCCCC" w:sz="6" w:space="1"/>
        </w:pBdr>
        <w:spacing w:before="240" w:after="240"/>
      </w:pPr>
    </w:p>
    <w:p xmlns:wp14="http://schemas.microsoft.com/office/word/2010/wordml" w14:paraId="2EF308B7" wp14:textId="77777777">
      <w:r w:rsidRPr="4E655057" w:rsidR="4E655057">
        <w:rPr>
          <w:i w:val="1"/>
          <w:iCs w:val="1"/>
        </w:rPr>
        <w:t xml:space="preserve">Dit </w:t>
      </w:r>
      <w:r w:rsidRPr="4E655057" w:rsidR="4E655057">
        <w:rPr>
          <w:i w:val="1"/>
          <w:iCs w:val="1"/>
        </w:rPr>
        <w:t>thematisch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bezwaarschrift</w:t>
      </w:r>
      <w:r w:rsidRPr="4E655057" w:rsidR="4E655057">
        <w:rPr>
          <w:i w:val="1"/>
          <w:iCs w:val="1"/>
        </w:rPr>
        <w:t xml:space="preserve"> is </w:t>
      </w:r>
      <w:r w:rsidRPr="4E655057" w:rsidR="4E655057">
        <w:rPr>
          <w:i w:val="1"/>
          <w:iCs w:val="1"/>
        </w:rPr>
        <w:t>voorbereid</w:t>
      </w:r>
      <w:r w:rsidRPr="4E655057" w:rsidR="4E655057">
        <w:rPr>
          <w:i w:val="1"/>
          <w:iCs w:val="1"/>
        </w:rPr>
        <w:t xml:space="preserve"> op basis van </w:t>
      </w:r>
      <w:r w:rsidRPr="4E655057" w:rsidR="4E655057">
        <w:rPr>
          <w:i w:val="1"/>
          <w:iCs w:val="1"/>
        </w:rPr>
        <w:t>analyse</w:t>
      </w:r>
      <w:r w:rsidRPr="4E655057" w:rsidR="4E655057">
        <w:rPr>
          <w:i w:val="1"/>
          <w:iCs w:val="1"/>
        </w:rPr>
        <w:t xml:space="preserve"> van het project-MER </w:t>
      </w:r>
      <w:r w:rsidRPr="4E655057" w:rsidR="4E655057">
        <w:rPr>
          <w:i w:val="1"/>
          <w:iCs w:val="1"/>
        </w:rPr>
        <w:t>Ventilus</w:t>
      </w:r>
      <w:r w:rsidRPr="4E655057" w:rsidR="4E655057">
        <w:rPr>
          <w:i w:val="1"/>
          <w:iCs w:val="1"/>
        </w:rPr>
        <w:t xml:space="preserve"> v4 (</w:t>
      </w:r>
      <w:r w:rsidRPr="4E655057" w:rsidR="4E655057">
        <w:rPr>
          <w:i w:val="1"/>
          <w:iCs w:val="1"/>
        </w:rPr>
        <w:t>Hoofdstuk</w:t>
      </w:r>
      <w:r w:rsidRPr="4E655057" w:rsidR="4E655057">
        <w:rPr>
          <w:i w:val="1"/>
          <w:iCs w:val="1"/>
        </w:rPr>
        <w:t xml:space="preserve"> 10 </w:t>
      </w:r>
      <w:r w:rsidRPr="4E655057" w:rsidR="4E655057">
        <w:rPr>
          <w:i w:val="1"/>
          <w:iCs w:val="1"/>
        </w:rPr>
        <w:t>Biodiversiteit</w:t>
      </w:r>
      <w:r w:rsidRPr="4E655057" w:rsidR="4E655057">
        <w:rPr>
          <w:i w:val="1"/>
          <w:iCs w:val="1"/>
        </w:rPr>
        <w:t xml:space="preserve">, 10.989 regels / 248 </w:t>
      </w:r>
      <w:r w:rsidRPr="4E655057" w:rsidR="4E655057">
        <w:rPr>
          <w:i w:val="1"/>
          <w:iCs w:val="1"/>
        </w:rPr>
        <w:t>pagina's</w:t>
      </w:r>
      <w:r w:rsidRPr="4E655057" w:rsidR="4E655057">
        <w:rPr>
          <w:i w:val="1"/>
          <w:iCs w:val="1"/>
        </w:rPr>
        <w:t xml:space="preserve">), de </w:t>
      </w:r>
      <w:r w:rsidRPr="4E655057" w:rsidR="4E655057">
        <w:rPr>
          <w:i w:val="1"/>
          <w:iCs w:val="1"/>
        </w:rPr>
        <w:t>Niet-Technische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Samenvatting</w:t>
      </w:r>
      <w:r w:rsidRPr="4E655057" w:rsidR="4E655057">
        <w:rPr>
          <w:i w:val="1"/>
          <w:iCs w:val="1"/>
        </w:rPr>
        <w:t xml:space="preserve"> v4, </w:t>
      </w:r>
      <w:r w:rsidRPr="4E655057" w:rsidR="4E655057">
        <w:rPr>
          <w:i w:val="1"/>
          <w:iCs w:val="1"/>
        </w:rPr>
        <w:t>Hoofdstuk</w:t>
      </w:r>
      <w:r w:rsidRPr="4E655057" w:rsidR="4E655057">
        <w:rPr>
          <w:i w:val="1"/>
          <w:iCs w:val="1"/>
        </w:rPr>
        <w:t xml:space="preserve"> 18-19 </w:t>
      </w:r>
      <w:r w:rsidRPr="4E655057" w:rsidR="4E655057">
        <w:rPr>
          <w:i w:val="1"/>
          <w:iCs w:val="1"/>
        </w:rPr>
        <w:t>Eindconclusies</w:t>
      </w:r>
      <w:r w:rsidRPr="4E655057" w:rsidR="4E655057">
        <w:rPr>
          <w:i w:val="1"/>
          <w:iCs w:val="1"/>
        </w:rPr>
        <w:t xml:space="preserve"> v4, het document </w:t>
      </w:r>
      <w:r w:rsidRPr="4E655057" w:rsidR="4E655057">
        <w:rPr>
          <w:i w:val="1"/>
          <w:iCs w:val="1"/>
        </w:rPr>
        <w:t>Aanpassingen</w:t>
      </w:r>
      <w:r w:rsidRPr="4E655057" w:rsidR="4E655057">
        <w:rPr>
          <w:i w:val="1"/>
          <w:iCs w:val="1"/>
        </w:rPr>
        <w:t xml:space="preserve"> PIV4, de B26 Nota PIV4, 26 </w:t>
      </w:r>
      <w:r w:rsidRPr="4E655057" w:rsidR="4E655057">
        <w:rPr>
          <w:i w:val="1"/>
          <w:iCs w:val="1"/>
        </w:rPr>
        <w:t>adviezen</w:t>
      </w:r>
      <w:r w:rsidRPr="4E655057" w:rsidR="4E655057">
        <w:rPr>
          <w:i w:val="1"/>
          <w:iCs w:val="1"/>
        </w:rPr>
        <w:t xml:space="preserve"> (</w:t>
      </w:r>
      <w:r w:rsidRPr="4E655057" w:rsidR="4E655057">
        <w:rPr>
          <w:i w:val="1"/>
          <w:iCs w:val="1"/>
        </w:rPr>
        <w:t>waaronder</w:t>
      </w:r>
      <w:r w:rsidRPr="4E655057" w:rsidR="4E655057">
        <w:rPr>
          <w:i w:val="1"/>
          <w:iCs w:val="1"/>
        </w:rPr>
        <w:t xml:space="preserve"> de </w:t>
      </w:r>
      <w:r w:rsidRPr="4E655057" w:rsidR="4E655057">
        <w:rPr>
          <w:i w:val="1"/>
          <w:iCs w:val="1"/>
        </w:rPr>
        <w:t>ongunstige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adviezen</w:t>
      </w:r>
      <w:r w:rsidRPr="4E655057" w:rsidR="4E655057">
        <w:rPr>
          <w:i w:val="1"/>
          <w:iCs w:val="1"/>
        </w:rPr>
        <w:t xml:space="preserve"> van de </w:t>
      </w:r>
      <w:r w:rsidRPr="4E655057" w:rsidR="4E655057">
        <w:rPr>
          <w:i w:val="1"/>
          <w:iCs w:val="1"/>
        </w:rPr>
        <w:t>gemeenten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Jabbeke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Lendelede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en</w:t>
      </w:r>
      <w:r w:rsidRPr="4E655057" w:rsidR="4E655057">
        <w:rPr>
          <w:i w:val="1"/>
          <w:iCs w:val="1"/>
        </w:rPr>
        <w:t xml:space="preserve"> het </w:t>
      </w:r>
      <w:r w:rsidRPr="4E655057" w:rsidR="4E655057">
        <w:rPr>
          <w:i w:val="1"/>
          <w:iCs w:val="1"/>
        </w:rPr>
        <w:t>advies</w:t>
      </w:r>
      <w:r w:rsidRPr="4E655057" w:rsidR="4E655057">
        <w:rPr>
          <w:i w:val="1"/>
          <w:iCs w:val="1"/>
        </w:rPr>
        <w:t xml:space="preserve"> van het </w:t>
      </w:r>
      <w:r w:rsidRPr="4E655057" w:rsidR="4E655057">
        <w:rPr>
          <w:i w:val="1"/>
          <w:iCs w:val="1"/>
        </w:rPr>
        <w:t>Agentschap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Onroerend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Erfgoed</w:t>
      </w:r>
      <w:r w:rsidRPr="4E655057" w:rsidR="4E655057">
        <w:rPr>
          <w:i w:val="1"/>
          <w:iCs w:val="1"/>
        </w:rPr>
        <w:t xml:space="preserve">), </w:t>
      </w:r>
      <w:r w:rsidRPr="4E655057" w:rsidR="4E655057">
        <w:rPr>
          <w:i w:val="1"/>
          <w:iCs w:val="1"/>
        </w:rPr>
        <w:t>en</w:t>
      </w:r>
      <w:r w:rsidRPr="4E655057" w:rsidR="4E655057">
        <w:rPr>
          <w:i w:val="1"/>
          <w:iCs w:val="1"/>
        </w:rPr>
        <w:t xml:space="preserve"> 7 KRW-</w:t>
      </w:r>
      <w:r w:rsidRPr="4E655057" w:rsidR="4E655057">
        <w:rPr>
          <w:i w:val="1"/>
          <w:iCs w:val="1"/>
        </w:rPr>
        <w:t>afwijkingsdocumenten</w:t>
      </w:r>
      <w:r w:rsidRPr="4E655057" w:rsidR="4E655057">
        <w:rPr>
          <w:i w:val="1"/>
          <w:iCs w:val="1"/>
        </w:rPr>
        <w:t>.</w:t>
      </w:r>
    </w:p>
    <w:p xmlns:wp14="http://schemas.microsoft.com/office/word/2010/wordml" w14:paraId="73F26B4F" wp14:textId="77777777">
      <w:r w:rsidRPr="4E655057" w:rsidR="4E655057">
        <w:rPr>
          <w:i w:val="1"/>
          <w:iCs w:val="1"/>
        </w:rPr>
        <w:t xml:space="preserve">Het </w:t>
      </w:r>
      <w:r w:rsidRPr="4E655057" w:rsidR="4E655057">
        <w:rPr>
          <w:i w:val="1"/>
          <w:iCs w:val="1"/>
        </w:rPr>
        <w:t>bezwaarschrift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verwijst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naar</w:t>
      </w:r>
      <w:r w:rsidRPr="4E655057" w:rsidR="4E655057">
        <w:rPr>
          <w:i w:val="1"/>
          <w:iCs w:val="1"/>
        </w:rPr>
        <w:t xml:space="preserve"> het </w:t>
      </w:r>
      <w:r w:rsidRPr="4E655057" w:rsidR="4E655057">
        <w:rPr>
          <w:i w:val="1"/>
          <w:iCs w:val="1"/>
        </w:rPr>
        <w:t>generiek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bezwaarschrift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tegen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dezelfde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omgevingsvergunningsaanvraag</w:t>
      </w:r>
      <w:r w:rsidRPr="4E655057" w:rsidR="4E655057">
        <w:rPr>
          <w:i w:val="1"/>
          <w:iCs w:val="1"/>
        </w:rPr>
        <w:t xml:space="preserve"> (OMV 2025025781) </w:t>
      </w:r>
      <w:r w:rsidRPr="4E655057" w:rsidR="4E655057">
        <w:rPr>
          <w:i w:val="1"/>
          <w:iCs w:val="1"/>
        </w:rPr>
        <w:t>voor</w:t>
      </w:r>
      <w:r w:rsidRPr="4E655057" w:rsidR="4E655057">
        <w:rPr>
          <w:i w:val="1"/>
          <w:iCs w:val="1"/>
        </w:rPr>
        <w:t xml:space="preserve"> de </w:t>
      </w:r>
      <w:r w:rsidRPr="4E655057" w:rsidR="4E655057">
        <w:rPr>
          <w:i w:val="1"/>
          <w:iCs w:val="1"/>
        </w:rPr>
        <w:t>formele</w:t>
      </w:r>
      <w:r w:rsidRPr="4E655057" w:rsidR="4E655057">
        <w:rPr>
          <w:i w:val="1"/>
          <w:iCs w:val="1"/>
        </w:rPr>
        <w:t xml:space="preserve">, </w:t>
      </w:r>
      <w:r w:rsidRPr="4E655057" w:rsidR="4E655057">
        <w:rPr>
          <w:i w:val="1"/>
          <w:iCs w:val="1"/>
        </w:rPr>
        <w:t>procedurele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en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overkoepelende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inhoudelijke</w:t>
      </w:r>
      <w:r w:rsidRPr="4E655057" w:rsidR="4E655057">
        <w:rPr>
          <w:i w:val="1"/>
          <w:iCs w:val="1"/>
        </w:rPr>
        <w:t xml:space="preserve"> </w:t>
      </w:r>
      <w:r w:rsidRPr="4E655057" w:rsidR="4E655057">
        <w:rPr>
          <w:i w:val="1"/>
          <w:iCs w:val="1"/>
        </w:rPr>
        <w:t>bezwaren</w:t>
      </w:r>
      <w:r w:rsidRPr="4E655057" w:rsidR="4E655057">
        <w:rPr>
          <w:i w:val="1"/>
          <w:iCs w:val="1"/>
        </w:rPr>
        <w:t>.</w:t>
      </w:r>
    </w:p>
    <w:p xmlns:wp14="http://schemas.microsoft.com/office/word/2010/wordml" w:rsidP="4E655057" w14:paraId="2946DB82" wp14:textId="77777777">
      <w:pPr>
        <w:pBdr>
          <w:bottom w:val="single" w:color="CCCCCC" w:sz="6" w:space="1"/>
        </w:pBdr>
        <w:spacing w:before="240" w:after="240"/>
        <w:pBdr>
          <w:bottom w:val="single" w:color="CCCCCC" w:sz="6" w:space="1"/>
        </w:pBdr>
      </w:pPr>
    </w:p>
    <w:p xmlns:wp14="http://schemas.microsoft.com/office/word/2010/wordml" w14:paraId="073955CF" wp14:textId="77777777">
      <w:pPr>
        <w:pStyle w:val="Heading2"/>
      </w:pPr>
      <w:r>
        <w:t>BRONNENLIJST</w:t>
      </w:r>
    </w:p>
    <w:p xmlns:wp14="http://schemas.microsoft.com/office/word/2010/wordml" w14:paraId="4C7DC976" wp14:textId="77777777">
      <w:pPr>
        <w:pStyle w:val="Heading3"/>
      </w:pPr>
      <w:r w:rsidR="4E655057">
        <w:rPr/>
        <w:t>MER-</w:t>
      </w:r>
      <w:r w:rsidR="4E655057">
        <w:rPr/>
        <w:t>hoofdstukken</w:t>
      </w:r>
    </w:p>
    <w:tbl>
      <w:tblPr>
        <w:tblStyle w:val="TableGrid"/>
        <w:tblW w:w="0" w:type="auto"/>
        <w:jc w:val="left"/>
        <w:tblLook w:val="04A0" w:firstRow="1" w:lastRow="0" w:firstColumn="1" w:lastColumn="0" w:noHBand="0" w:noVBand="1"/>
      </w:tblPr>
      <w:tblGrid>
        <w:gridCol w:w="3135"/>
        <w:gridCol w:w="3135"/>
        <w:gridCol w:w="3135"/>
      </w:tblGrid>
      <w:tr xmlns:wp14="http://schemas.microsoft.com/office/word/2010/wordml" w:rsidTr="4E655057" w14:paraId="2666CE16" wp14:textId="77777777">
        <w:tc>
          <w:tcPr>
            <w:tcW w:w="3135" w:type="dxa"/>
            <w:shd w:val="clear" w:color="auto" w:fill="244061" w:themeFill="accent1" w:themeFillShade="80"/>
            <w:tcMar/>
          </w:tcPr>
          <w:p w:rsidP="4E655057" w14:paraId="3D11D8DF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Verkorte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referentie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in 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tekst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:rsidP="4E655057" w14:paraId="294E755D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PDF-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bestandsnaam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14:paraId="34EA3010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Relatief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pad</w:t>
            </w:r>
          </w:p>
        </w:tc>
      </w:tr>
      <w:tr xmlns:wp14="http://schemas.microsoft.com/office/word/2010/wordml" w:rsidTr="4E655057" w14:paraId="73C478A6" wp14:textId="77777777">
        <w:tc>
          <w:tcPr>
            <w:tcW w:w="3135" w:type="dxa"/>
            <w:shd w:val="clear" w:color="auto" w:fill="F2F6FC"/>
            <w:tcMar/>
          </w:tcPr>
          <w:p w14:paraId="2EC5782F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NTS</w:t>
            </w:r>
          </w:p>
        </w:tc>
        <w:tc>
          <w:tcPr>
            <w:tcW w:w="3135" w:type="dxa"/>
            <w:shd w:val="clear" w:color="auto" w:fill="F2F6FC"/>
            <w:tcMar/>
          </w:tcPr>
          <w:p w14:paraId="6C77F923" wp14:textId="77777777">
            <w:pPr>
              <w:spacing w:before="40" w:after="40"/>
            </w:pP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Ventilus_ProjectMER_NTS</w:t>
            </w: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 xml:space="preserve"> v4.pdf</w:t>
            </w:r>
          </w:p>
        </w:tc>
        <w:tc>
          <w:tcPr>
            <w:tcW w:w="3135" w:type="dxa"/>
            <w:shd w:val="clear" w:color="auto" w:fill="F2F6FC"/>
            <w:tcMar/>
          </w:tcPr>
          <w:p w14:paraId="1CC77D93" wp14:textId="77777777">
            <w:pPr>
              <w:spacing w:before="40" w:after="40"/>
            </w:pP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2025025781 PIV4\MER\</w:t>
            </w:r>
          </w:p>
        </w:tc>
      </w:tr>
      <w:tr xmlns:wp14="http://schemas.microsoft.com/office/word/2010/wordml" w:rsidTr="4E655057" w14:paraId="25682199" wp14:textId="77777777">
        <w:tc>
          <w:tcPr>
            <w:tcW w:w="3135" w:type="dxa"/>
            <w:tcMar/>
          </w:tcPr>
          <w:p w:rsidP="4E655057" w14:paraId="652A3F2B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Hfst</w:t>
            </w:r>
            <w:r w:rsidRPr="4E655057" w:rsidR="4E655057">
              <w:rPr>
                <w:sz w:val="19"/>
                <w:szCs w:val="19"/>
              </w:rPr>
              <w:t xml:space="preserve"> 10 </w:t>
            </w:r>
            <w:r w:rsidRPr="4E655057" w:rsidR="4E655057">
              <w:rPr>
                <w:sz w:val="19"/>
                <w:szCs w:val="19"/>
              </w:rPr>
              <w:t>Biodiversiteit</w:t>
            </w:r>
          </w:p>
        </w:tc>
        <w:tc>
          <w:tcPr>
            <w:tcW w:w="3135" w:type="dxa"/>
            <w:tcMar/>
          </w:tcPr>
          <w:p w14:paraId="27CDE251" wp14:textId="77777777">
            <w:pPr>
              <w:spacing w:before="40" w:after="40"/>
            </w:pP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Ventilus_ProjectMER_Hfst10_Biodiversiteit v4.pdf</w:t>
            </w:r>
          </w:p>
        </w:tc>
        <w:tc>
          <w:tcPr>
            <w:tcW w:w="3135" w:type="dxa"/>
            <w:tcMar/>
          </w:tcPr>
          <w:p w14:paraId="292C1B5C" wp14:textId="77777777">
            <w:pPr>
              <w:spacing w:before="40" w:after="40"/>
            </w:pP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2025025781 PIV4\MER\</w:t>
            </w:r>
          </w:p>
        </w:tc>
      </w:tr>
      <w:tr xmlns:wp14="http://schemas.microsoft.com/office/word/2010/wordml" w:rsidTr="4E655057" w14:paraId="3E6E6EC6" wp14:textId="77777777">
        <w:tc>
          <w:tcPr>
            <w:tcW w:w="3135" w:type="dxa"/>
            <w:shd w:val="clear" w:color="auto" w:fill="F2F6FC"/>
            <w:tcMar/>
          </w:tcPr>
          <w:p w:rsidP="4E655057" w14:paraId="51A8C6D6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Hfst</w:t>
            </w:r>
            <w:r w:rsidRPr="4E655057" w:rsidR="4E655057">
              <w:rPr>
                <w:sz w:val="19"/>
                <w:szCs w:val="19"/>
              </w:rPr>
              <w:t xml:space="preserve"> 12 </w:t>
            </w:r>
            <w:r w:rsidRPr="4E655057" w:rsidR="4E655057">
              <w:rPr>
                <w:sz w:val="19"/>
                <w:szCs w:val="19"/>
              </w:rPr>
              <w:t>Geluid</w:t>
            </w:r>
          </w:p>
        </w:tc>
        <w:tc>
          <w:tcPr>
            <w:tcW w:w="3135" w:type="dxa"/>
            <w:shd w:val="clear" w:color="auto" w:fill="F2F6FC"/>
            <w:tcMar/>
          </w:tcPr>
          <w:p w14:paraId="116BCC19" wp14:textId="77777777">
            <w:pPr>
              <w:spacing w:before="40" w:after="40"/>
            </w:pP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Ventilus_ProjectMER_Hfst12_Geluid v4.pdf</w:t>
            </w:r>
          </w:p>
        </w:tc>
        <w:tc>
          <w:tcPr>
            <w:tcW w:w="3135" w:type="dxa"/>
            <w:shd w:val="clear" w:color="auto" w:fill="F2F6FC"/>
            <w:tcMar/>
          </w:tcPr>
          <w:p w14:paraId="06389363" wp14:textId="77777777">
            <w:pPr>
              <w:spacing w:before="40" w:after="40"/>
            </w:pP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2025025781 PIV4\MER\</w:t>
            </w:r>
          </w:p>
        </w:tc>
      </w:tr>
      <w:tr xmlns:wp14="http://schemas.microsoft.com/office/word/2010/wordml" w:rsidTr="4E655057" w14:paraId="7E7780A0" wp14:textId="77777777">
        <w:tc>
          <w:tcPr>
            <w:tcW w:w="3135" w:type="dxa"/>
            <w:tcMar/>
          </w:tcPr>
          <w:p w:rsidP="4E655057" w14:paraId="2C541908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Hfst</w:t>
            </w:r>
            <w:r w:rsidRPr="4E655057" w:rsidR="4E655057">
              <w:rPr>
                <w:sz w:val="19"/>
                <w:szCs w:val="19"/>
              </w:rPr>
              <w:t xml:space="preserve"> 18-19 </w:t>
            </w:r>
            <w:r w:rsidRPr="4E655057" w:rsidR="4E655057">
              <w:rPr>
                <w:sz w:val="19"/>
                <w:szCs w:val="19"/>
              </w:rPr>
              <w:t>Eindconclusie</w:t>
            </w:r>
          </w:p>
        </w:tc>
        <w:tc>
          <w:tcPr>
            <w:tcW w:w="3135" w:type="dxa"/>
            <w:tcMar/>
          </w:tcPr>
          <w:p w14:paraId="72803EFA" wp14:textId="77777777">
            <w:pPr>
              <w:spacing w:before="40" w:after="40"/>
            </w:pP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Ventilus_ProjectMER_Hfst18_19_einconclusie_leemte v4.pdf</w:t>
            </w:r>
          </w:p>
        </w:tc>
        <w:tc>
          <w:tcPr>
            <w:tcW w:w="3135" w:type="dxa"/>
            <w:tcMar/>
          </w:tcPr>
          <w:p w14:paraId="2416753C" wp14:textId="77777777">
            <w:pPr>
              <w:spacing w:before="40" w:after="40"/>
            </w:pP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2025025781 PIV4\MER\</w:t>
            </w:r>
          </w:p>
        </w:tc>
      </w:tr>
    </w:tbl>
    <w:p xmlns:wp14="http://schemas.microsoft.com/office/word/2010/wordml" w14:paraId="5997CC1D" wp14:textId="77777777"/>
    <w:p xmlns:wp14="http://schemas.microsoft.com/office/word/2010/wordml" w14:paraId="0D7C3370" wp14:textId="77777777">
      <w:pPr>
        <w:pStyle w:val="Heading3"/>
      </w:pPr>
      <w:r w:rsidR="4E655057">
        <w:rPr/>
        <w:t>MER-</w:t>
      </w:r>
      <w:r w:rsidR="4E655057">
        <w:rPr/>
        <w:t>bijlagen</w:t>
      </w:r>
    </w:p>
    <w:tbl>
      <w:tblPr>
        <w:tblStyle w:val="TableGrid"/>
        <w:tblW w:w="0" w:type="auto"/>
        <w:jc w:val="left"/>
        <w:tblLook w:val="04A0" w:firstRow="1" w:lastRow="0" w:firstColumn="1" w:lastColumn="0" w:noHBand="0" w:noVBand="1"/>
      </w:tblPr>
      <w:tblGrid>
        <w:gridCol w:w="3135"/>
        <w:gridCol w:w="3135"/>
        <w:gridCol w:w="3135"/>
      </w:tblGrid>
      <w:tr xmlns:wp14="http://schemas.microsoft.com/office/word/2010/wordml" w:rsidTr="4E655057" w14:paraId="33BE8A14" wp14:textId="77777777">
        <w:tc>
          <w:tcPr>
            <w:tcW w:w="3135" w:type="dxa"/>
            <w:shd w:val="clear" w:color="auto" w:fill="244061" w:themeFill="accent1" w:themeFillShade="80"/>
            <w:tcMar/>
          </w:tcPr>
          <w:p w:rsidP="4E655057" w14:paraId="5932E65C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Verkorte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referentie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in 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tekst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:rsidP="4E655057" w14:paraId="6E256870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PDF-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bestandsnaam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14:paraId="1E10C796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Relatief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pad</w:t>
            </w:r>
          </w:p>
        </w:tc>
      </w:tr>
      <w:tr xmlns:wp14="http://schemas.microsoft.com/office/word/2010/wordml" w:rsidTr="4E655057" w14:paraId="0966AA15" wp14:textId="77777777">
        <w:tc>
          <w:tcPr>
            <w:tcW w:w="3135" w:type="dxa"/>
            <w:shd w:val="clear" w:color="auto" w:fill="F2F6FC"/>
            <w:tcMar/>
          </w:tcPr>
          <w:p w14:paraId="7F6BBA97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Bijlage</w:t>
            </w:r>
            <w:r w:rsidRPr="4E655057" w:rsidR="4E655057">
              <w:rPr>
                <w:sz w:val="19"/>
                <w:szCs w:val="19"/>
              </w:rPr>
              <w:t xml:space="preserve"> 10.1 (PB/VNT/</w:t>
            </w:r>
            <w:r w:rsidRPr="4E655057" w:rsidR="4E655057">
              <w:rPr>
                <w:sz w:val="19"/>
                <w:szCs w:val="19"/>
              </w:rPr>
              <w:t>Soortentoets</w:t>
            </w:r>
            <w:r w:rsidRPr="4E655057" w:rsidR="4E655057">
              <w:rPr>
                <w:sz w:val="19"/>
                <w:szCs w:val="19"/>
              </w:rPr>
              <w:t>)</w:t>
            </w:r>
          </w:p>
        </w:tc>
        <w:tc>
          <w:tcPr>
            <w:tcW w:w="3135" w:type="dxa"/>
            <w:shd w:val="clear" w:color="auto" w:fill="F2F6FC"/>
            <w:tcMar/>
          </w:tcPr>
          <w:p w14:paraId="69433C59" wp14:textId="77777777">
            <w:pPr>
              <w:spacing w:before="40" w:after="40"/>
            </w:pP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Bijlage_10_1_PassendeBeoordeling_VNT_Soortentoets_v2_.pdf</w:t>
            </w:r>
          </w:p>
        </w:tc>
        <w:tc>
          <w:tcPr>
            <w:tcW w:w="3135" w:type="dxa"/>
            <w:shd w:val="clear" w:color="auto" w:fill="F2F6FC"/>
            <w:tcMar/>
          </w:tcPr>
          <w:p w14:paraId="5AA3D235" wp14:textId="77777777">
            <w:pPr>
              <w:spacing w:before="40" w:after="40"/>
            </w:pP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2025025781 PIV4\MER\</w:t>
            </w:r>
          </w:p>
        </w:tc>
      </w:tr>
    </w:tbl>
    <w:p xmlns:wp14="http://schemas.microsoft.com/office/word/2010/wordml" w14:paraId="110FFD37" wp14:textId="77777777"/>
    <w:p xmlns:wp14="http://schemas.microsoft.com/office/word/2010/wordml" w14:paraId="626C2FFE" wp14:textId="77777777">
      <w:pPr>
        <w:pStyle w:val="Heading3"/>
      </w:pPr>
      <w:r w:rsidR="4E655057">
        <w:rPr/>
        <w:t>Dossierstukken</w:t>
      </w:r>
    </w:p>
    <w:tbl>
      <w:tblPr>
        <w:tblStyle w:val="TableGrid"/>
        <w:tblW w:w="0" w:type="auto"/>
        <w:jc w:val="left"/>
        <w:tblLook w:val="04A0" w:firstRow="1" w:lastRow="0" w:firstColumn="1" w:lastColumn="0" w:noHBand="0" w:noVBand="1"/>
      </w:tblPr>
      <w:tblGrid>
        <w:gridCol w:w="3135"/>
        <w:gridCol w:w="3135"/>
        <w:gridCol w:w="3135"/>
      </w:tblGrid>
      <w:tr xmlns:wp14="http://schemas.microsoft.com/office/word/2010/wordml" w:rsidTr="4E655057" w14:paraId="15EC5E5D" wp14:textId="77777777">
        <w:tc>
          <w:tcPr>
            <w:tcW w:w="3135" w:type="dxa"/>
            <w:shd w:val="clear" w:color="auto" w:fill="244061" w:themeFill="accent1" w:themeFillShade="80"/>
            <w:tcMar/>
          </w:tcPr>
          <w:p w:rsidP="4E655057" w14:paraId="77BF6345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Verkorte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referentie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in 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tekst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:rsidP="4E655057" w14:paraId="07BBDB3B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PDF-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bestandsnaam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14:paraId="5DE53220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Relatief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pad</w:t>
            </w:r>
          </w:p>
        </w:tc>
      </w:tr>
      <w:tr xmlns:wp14="http://schemas.microsoft.com/office/word/2010/wordml" w:rsidTr="4E655057" w14:paraId="43114D4A" wp14:textId="77777777">
        <w:tc>
          <w:tcPr>
            <w:tcW w:w="3135" w:type="dxa"/>
            <w:shd w:val="clear" w:color="auto" w:fill="F2F6FC"/>
            <w:tcMar/>
          </w:tcPr>
          <w:p w14:paraId="1FD6E3FE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B26 Nota PIV4</w:t>
            </w:r>
          </w:p>
        </w:tc>
        <w:tc>
          <w:tcPr>
            <w:tcW w:w="3135" w:type="dxa"/>
            <w:shd w:val="clear" w:color="auto" w:fill="F2F6FC"/>
            <w:tcMar/>
          </w:tcPr>
          <w:p w14:paraId="39A5B0DA" wp14:textId="77777777">
            <w:pPr>
              <w:spacing w:before="40" w:after="40"/>
            </w:pP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BA_TR4303X-LC-380-GEZEL-IZGEM_B26 Nota PIV4.pdf</w:t>
            </w:r>
          </w:p>
        </w:tc>
        <w:tc>
          <w:tcPr>
            <w:tcW w:w="3135" w:type="dxa"/>
            <w:shd w:val="clear" w:color="auto" w:fill="F2F6FC"/>
            <w:tcMar/>
          </w:tcPr>
          <w:p w14:paraId="0447EF41" wp14:textId="77777777">
            <w:pPr>
              <w:spacing w:before="40" w:after="40"/>
            </w:pP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2025025781 PIV4\</w:t>
            </w: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Dossierstukken</w:t>
            </w: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\</w:t>
            </w:r>
          </w:p>
        </w:tc>
      </w:tr>
      <w:tr xmlns:wp14="http://schemas.microsoft.com/office/word/2010/wordml" w:rsidTr="4E655057" w14:paraId="6C73EA34" wp14:textId="77777777">
        <w:tc>
          <w:tcPr>
            <w:tcW w:w="3135" w:type="dxa"/>
            <w:tcMar/>
          </w:tcPr>
          <w:p w14:paraId="04688B74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Aanpassingen</w:t>
            </w:r>
            <w:r w:rsidRPr="4E655057" w:rsidR="4E655057">
              <w:rPr>
                <w:sz w:val="19"/>
                <w:szCs w:val="19"/>
              </w:rPr>
              <w:t xml:space="preserve"> PIV4</w:t>
            </w:r>
          </w:p>
        </w:tc>
        <w:tc>
          <w:tcPr>
            <w:tcW w:w="3135" w:type="dxa"/>
            <w:tcMar/>
          </w:tcPr>
          <w:p w14:paraId="1D49C200" wp14:textId="77777777">
            <w:pPr>
              <w:spacing w:before="40" w:after="40"/>
            </w:pP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BA_TR4303X-LC-380-GEZEL-IZGEM_Aanpassingen PIV4.pdf</w:t>
            </w:r>
          </w:p>
        </w:tc>
        <w:tc>
          <w:tcPr>
            <w:tcW w:w="3135" w:type="dxa"/>
            <w:tcMar/>
          </w:tcPr>
          <w:p w14:paraId="3601CC31" wp14:textId="77777777">
            <w:pPr>
              <w:spacing w:before="40" w:after="40"/>
            </w:pP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2025025781 PIV4\</w:t>
            </w: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Dossierstukken</w:t>
            </w: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\</w:t>
            </w:r>
          </w:p>
        </w:tc>
      </w:tr>
    </w:tbl>
    <w:p xmlns:wp14="http://schemas.microsoft.com/office/word/2010/wordml" w14:paraId="6B699379" wp14:textId="77777777"/>
    <w:p xmlns:wp14="http://schemas.microsoft.com/office/word/2010/wordml" w14:paraId="0EBA0216" wp14:textId="77777777">
      <w:pPr>
        <w:pStyle w:val="Heading3"/>
      </w:pPr>
      <w:r w:rsidR="4E655057">
        <w:rPr/>
        <w:t>Adviezen</w:t>
      </w:r>
    </w:p>
    <w:tbl>
      <w:tblPr>
        <w:tblStyle w:val="TableGrid"/>
        <w:tblW w:w="0" w:type="auto"/>
        <w:jc w:val="left"/>
        <w:tblLook w:val="04A0" w:firstRow="1" w:lastRow="0" w:firstColumn="1" w:lastColumn="0" w:noHBand="0" w:noVBand="1"/>
      </w:tblPr>
      <w:tblGrid>
        <w:gridCol w:w="3135"/>
        <w:gridCol w:w="3135"/>
        <w:gridCol w:w="3135"/>
      </w:tblGrid>
      <w:tr xmlns:wp14="http://schemas.microsoft.com/office/word/2010/wordml" w:rsidTr="4E655057" w14:paraId="0155027B" wp14:textId="77777777">
        <w:tc>
          <w:tcPr>
            <w:tcW w:w="3135" w:type="dxa"/>
            <w:shd w:val="clear" w:color="auto" w:fill="244061" w:themeFill="accent1" w:themeFillShade="80"/>
            <w:tcMar/>
          </w:tcPr>
          <w:p w:rsidP="4E655057" w14:paraId="07616024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Verkorte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referentie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in 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tekst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:rsidP="4E655057" w14:paraId="33356D05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PDF-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bestandsnaam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14:paraId="1BD45415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Relatief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pad</w:t>
            </w:r>
          </w:p>
        </w:tc>
      </w:tr>
      <w:tr xmlns:wp14="http://schemas.microsoft.com/office/word/2010/wordml" w:rsidTr="4E655057" w14:paraId="5E298217" wp14:textId="77777777">
        <w:tc>
          <w:tcPr>
            <w:tcW w:w="3135" w:type="dxa"/>
            <w:shd w:val="clear" w:color="auto" w:fill="F2F6FC"/>
            <w:tcMar/>
          </w:tcPr>
          <w:p w:rsidP="4E655057" w14:paraId="1021EF47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Jabbeke</w:t>
            </w:r>
          </w:p>
        </w:tc>
        <w:tc>
          <w:tcPr>
            <w:tcW w:w="3135" w:type="dxa"/>
            <w:shd w:val="clear" w:color="auto" w:fill="F2F6FC"/>
            <w:tcMar/>
          </w:tcPr>
          <w:p w14:paraId="594D54B1" wp14:textId="77777777">
            <w:pPr>
              <w:spacing w:before="40" w:after="40"/>
            </w:pP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Jabbeke</w:t>
            </w: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 xml:space="preserve"> 713335_ADVIES MER VENTILUS_ongunstig.pdf</w:t>
            </w:r>
          </w:p>
        </w:tc>
        <w:tc>
          <w:tcPr>
            <w:tcW w:w="3135" w:type="dxa"/>
            <w:shd w:val="clear" w:color="auto" w:fill="F2F6FC"/>
            <w:tcMar/>
          </w:tcPr>
          <w:p w14:paraId="6B5D4528" wp14:textId="77777777">
            <w:pPr>
              <w:spacing w:before="40" w:after="40"/>
            </w:pP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2025025781\ADVIEZEN\</w:t>
            </w:r>
          </w:p>
        </w:tc>
      </w:tr>
      <w:tr xmlns:wp14="http://schemas.microsoft.com/office/word/2010/wordml" w:rsidTr="4E655057" w14:paraId="3156AC6E" wp14:textId="77777777">
        <w:tc>
          <w:tcPr>
            <w:tcW w:w="3135" w:type="dxa"/>
            <w:tcMar/>
          </w:tcPr>
          <w:p w:rsidP="4E655057" w14:paraId="1A341AB5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Lendelede</w:t>
            </w:r>
          </w:p>
        </w:tc>
        <w:tc>
          <w:tcPr>
            <w:tcW w:w="3135" w:type="dxa"/>
            <w:tcMar/>
          </w:tcPr>
          <w:p w14:paraId="0554AC32" wp14:textId="77777777">
            <w:pPr>
              <w:spacing w:before="40" w:after="40"/>
            </w:pP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Lendelede_01122025_advies project-MER.pdf</w:t>
            </w:r>
          </w:p>
        </w:tc>
        <w:tc>
          <w:tcPr>
            <w:tcW w:w="3135" w:type="dxa"/>
            <w:tcMar/>
          </w:tcPr>
          <w:p w14:paraId="49F76E58" wp14:textId="77777777">
            <w:pPr>
              <w:spacing w:before="40" w:after="40"/>
            </w:pP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2025025781\ADVIEZEN\</w:t>
            </w:r>
          </w:p>
        </w:tc>
      </w:tr>
      <w:tr xmlns:wp14="http://schemas.microsoft.com/office/word/2010/wordml" w:rsidTr="4E655057" w14:paraId="5BF809F9" wp14:textId="77777777">
        <w:tc>
          <w:tcPr>
            <w:tcW w:w="3135" w:type="dxa"/>
            <w:shd w:val="clear" w:color="auto" w:fill="F2F6FC"/>
            <w:tcMar/>
          </w:tcPr>
          <w:p w:rsidP="4E655057" w14:paraId="2D82FBB7" wp14:textId="77777777">
            <w:pPr>
              <w:spacing w:before="40" w:after="40"/>
              <w:rPr>
                <w:sz w:val="19"/>
                <w:szCs w:val="19"/>
              </w:rPr>
            </w:pPr>
            <w:r w:rsidRPr="4E655057" w:rsidR="4E655057">
              <w:rPr>
                <w:sz w:val="19"/>
                <w:szCs w:val="19"/>
              </w:rPr>
              <w:t>Onroerend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Erfgoed</w:t>
            </w:r>
          </w:p>
        </w:tc>
        <w:tc>
          <w:tcPr>
            <w:tcW w:w="3135" w:type="dxa"/>
            <w:shd w:val="clear" w:color="auto" w:fill="F2F6FC"/>
            <w:tcMar/>
          </w:tcPr>
          <w:p w14:paraId="767C27C4" wp14:textId="77777777">
            <w:pPr>
              <w:spacing w:before="40" w:after="40"/>
            </w:pP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Onroerend</w:t>
            </w: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 xml:space="preserve"> </w:t>
            </w: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erfgoed</w:t>
            </w: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 xml:space="preserve"> MER_OMV_32_10.pdf</w:t>
            </w:r>
          </w:p>
        </w:tc>
        <w:tc>
          <w:tcPr>
            <w:tcW w:w="3135" w:type="dxa"/>
            <w:shd w:val="clear" w:color="auto" w:fill="F2F6FC"/>
            <w:tcMar/>
          </w:tcPr>
          <w:p w14:paraId="2609C618" wp14:textId="77777777">
            <w:pPr>
              <w:spacing w:before="40" w:after="40"/>
            </w:pPr>
            <w:r w:rsidRPr="4E655057" w:rsidR="4E655057">
              <w:rPr>
                <w:rFonts w:ascii="Consolas" w:hAnsi="Consolas"/>
                <w:sz w:val="19"/>
                <w:szCs w:val="19"/>
                <w:shd w:fill="F0F0F0"/>
              </w:rPr>
              <w:t>2025025781\ADVIEZEN\</w:t>
            </w:r>
          </w:p>
        </w:tc>
      </w:tr>
    </w:tbl>
    <w:p xmlns:wp14="http://schemas.microsoft.com/office/word/2010/wordml" w14:paraId="3FE9F23F" wp14:textId="77777777"/>
    <w:p xmlns:wp14="http://schemas.microsoft.com/office/word/2010/wordml" w14:paraId="7B93D881" wp14:textId="77777777">
      <w:pPr>
        <w:pStyle w:val="Heading3"/>
      </w:pPr>
      <w:r w:rsidR="4E655057">
        <w:rPr/>
        <w:t>Wetenschappelijke</w:t>
      </w:r>
      <w:r w:rsidR="4E655057">
        <w:rPr/>
        <w:t xml:space="preserve"> </w:t>
      </w:r>
      <w:r w:rsidR="4E655057">
        <w:rPr/>
        <w:t>literatuur</w:t>
      </w:r>
      <w:r w:rsidR="4E655057">
        <w:rPr/>
        <w:t xml:space="preserve"> — </w:t>
      </w:r>
      <w:r w:rsidR="4E655057">
        <w:rPr/>
        <w:t>Vogelsterfte</w:t>
      </w:r>
      <w:r w:rsidR="4E655057">
        <w:rPr/>
        <w:t xml:space="preserve"> (</w:t>
      </w:r>
      <w:r w:rsidR="4E655057">
        <w:rPr/>
        <w:t>sectie</w:t>
      </w:r>
      <w:r w:rsidR="4E655057">
        <w:rPr/>
        <w:t xml:space="preserve"> 5A)</w:t>
      </w:r>
    </w:p>
    <w:tbl>
      <w:tblPr>
        <w:tblStyle w:val="TableGrid"/>
        <w:tblW w:w="0" w:type="auto"/>
        <w:jc w:val="left"/>
        <w:tblLook w:val="04A0" w:firstRow="1" w:lastRow="0" w:firstColumn="1" w:lastColumn="0" w:noHBand="0" w:noVBand="1"/>
      </w:tblPr>
      <w:tblGrid>
        <w:gridCol w:w="3135"/>
        <w:gridCol w:w="3135"/>
        <w:gridCol w:w="3135"/>
      </w:tblGrid>
      <w:tr xmlns:wp14="http://schemas.microsoft.com/office/word/2010/wordml" w:rsidTr="4E655057" w14:paraId="76464954" wp14:textId="77777777">
        <w:tc>
          <w:tcPr>
            <w:tcW w:w="3135" w:type="dxa"/>
            <w:shd w:val="clear" w:color="auto" w:fill="244061" w:themeFill="accent1" w:themeFillShade="80"/>
            <w:tcMar/>
          </w:tcPr>
          <w:p w:rsidP="4E655057" w14:paraId="43E39B74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Verkorte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referentie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:rsidP="4E655057" w14:paraId="22A95ACE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Volledige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referentie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14:paraId="54184D58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DOI</w:t>
            </w:r>
          </w:p>
        </w:tc>
      </w:tr>
      <w:tr xmlns:wp14="http://schemas.microsoft.com/office/word/2010/wordml" w:rsidTr="4E655057" w14:paraId="2A12E7E6" wp14:textId="77777777">
        <w:tc>
          <w:tcPr>
            <w:tcW w:w="3135" w:type="dxa"/>
            <w:shd w:val="clear" w:color="auto" w:fill="F2F6FC"/>
            <w:tcMar/>
          </w:tcPr>
          <w:p w14:paraId="47B0C245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Derouaux</w:t>
            </w:r>
            <w:r w:rsidRPr="4E655057" w:rsidR="4E655057">
              <w:rPr>
                <w:sz w:val="19"/>
                <w:szCs w:val="19"/>
              </w:rPr>
              <w:t xml:space="preserve"> et al. (2012)</w:t>
            </w:r>
          </w:p>
        </w:tc>
        <w:tc>
          <w:tcPr>
            <w:tcW w:w="3135" w:type="dxa"/>
            <w:shd w:val="clear" w:color="auto" w:fill="F2F6FC"/>
            <w:tcMar/>
          </w:tcPr>
          <w:p w14:paraId="5A572B90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Derouaux</w:t>
            </w:r>
            <w:r w:rsidRPr="4E655057" w:rsidR="4E655057">
              <w:rPr>
                <w:sz w:val="19"/>
                <w:szCs w:val="19"/>
              </w:rPr>
              <w:t xml:space="preserve">, A. et al. (2012). Studie </w:t>
            </w:r>
            <w:r w:rsidRPr="4E655057" w:rsidR="4E655057">
              <w:rPr>
                <w:sz w:val="19"/>
                <w:szCs w:val="19"/>
              </w:rPr>
              <w:t>vogelsterfte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hoogspanningslijnen</w:t>
            </w:r>
            <w:r w:rsidRPr="4E655057" w:rsidR="4E655057">
              <w:rPr>
                <w:sz w:val="19"/>
                <w:szCs w:val="19"/>
              </w:rPr>
              <w:t xml:space="preserve"> in </w:t>
            </w:r>
            <w:r w:rsidRPr="4E655057" w:rsidR="4E655057">
              <w:rPr>
                <w:sz w:val="19"/>
                <w:szCs w:val="19"/>
              </w:rPr>
              <w:t>België</w:t>
            </w:r>
            <w:r w:rsidRPr="4E655057" w:rsidR="4E655057">
              <w:rPr>
                <w:sz w:val="19"/>
                <w:szCs w:val="19"/>
              </w:rPr>
              <w:t>. Elia/</w:t>
            </w:r>
            <w:r w:rsidRPr="4E655057" w:rsidR="4E655057">
              <w:rPr>
                <w:sz w:val="19"/>
                <w:szCs w:val="19"/>
              </w:rPr>
              <w:t>Aves</w:t>
            </w:r>
            <w:r w:rsidRPr="4E655057" w:rsidR="4E655057">
              <w:rPr>
                <w:sz w:val="19"/>
                <w:szCs w:val="19"/>
              </w:rPr>
              <w:t>-</w:t>
            </w:r>
            <w:r w:rsidRPr="4E655057" w:rsidR="4E655057">
              <w:rPr>
                <w:sz w:val="19"/>
                <w:szCs w:val="19"/>
              </w:rPr>
              <w:t>Natagora</w:t>
            </w:r>
            <w:r w:rsidRPr="4E655057" w:rsidR="4E655057">
              <w:rPr>
                <w:sz w:val="19"/>
                <w:szCs w:val="19"/>
              </w:rPr>
              <w:t>.</w:t>
            </w:r>
          </w:p>
        </w:tc>
        <w:tc>
          <w:tcPr>
            <w:tcW w:w="3135" w:type="dxa"/>
            <w:shd w:val="clear" w:color="auto" w:fill="F2F6FC"/>
            <w:tcMar/>
          </w:tcPr>
          <w:p w14:paraId="2D366E0F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—</w:t>
            </w:r>
          </w:p>
        </w:tc>
      </w:tr>
      <w:tr xmlns:wp14="http://schemas.microsoft.com/office/word/2010/wordml" w:rsidTr="4E655057" w14:paraId="7D13720B" wp14:textId="77777777">
        <w:tc>
          <w:tcPr>
            <w:tcW w:w="3135" w:type="dxa"/>
            <w:tcMar/>
          </w:tcPr>
          <w:p w14:paraId="4AB7873C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BirdLife</w:t>
            </w:r>
            <w:r w:rsidRPr="4E655057" w:rsidR="4E655057">
              <w:rPr>
                <w:sz w:val="19"/>
                <w:szCs w:val="19"/>
              </w:rPr>
              <w:t>/NABU (2022)</w:t>
            </w:r>
          </w:p>
        </w:tc>
        <w:tc>
          <w:tcPr>
            <w:tcW w:w="3135" w:type="dxa"/>
            <w:tcMar/>
          </w:tcPr>
          <w:p w14:paraId="444FD6D5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BirdLife</w:t>
            </w:r>
            <w:r w:rsidRPr="4E655057" w:rsidR="4E655057">
              <w:rPr>
                <w:sz w:val="19"/>
                <w:szCs w:val="19"/>
              </w:rPr>
              <w:t xml:space="preserve"> International &amp; NABU (2022). </w:t>
            </w:r>
            <w:r w:rsidRPr="4E655057" w:rsidR="4E655057">
              <w:rPr>
                <w:sz w:val="19"/>
                <w:szCs w:val="19"/>
              </w:rPr>
              <w:t>Vogelsterfte</w:t>
            </w:r>
            <w:r w:rsidRPr="4E655057" w:rsidR="4E655057">
              <w:rPr>
                <w:sz w:val="19"/>
                <w:szCs w:val="19"/>
              </w:rPr>
              <w:t xml:space="preserve"> door </w:t>
            </w:r>
            <w:r w:rsidRPr="4E655057" w:rsidR="4E655057">
              <w:rPr>
                <w:sz w:val="19"/>
                <w:szCs w:val="19"/>
              </w:rPr>
              <w:t>hoogspanningsinfrastructuur</w:t>
            </w:r>
            <w:r w:rsidRPr="4E655057" w:rsidR="4E655057">
              <w:rPr>
                <w:sz w:val="19"/>
                <w:szCs w:val="19"/>
              </w:rPr>
              <w:t xml:space="preserve"> in Europa.</w:t>
            </w:r>
          </w:p>
        </w:tc>
        <w:tc>
          <w:tcPr>
            <w:tcW w:w="3135" w:type="dxa"/>
            <w:tcMar/>
          </w:tcPr>
          <w:p w14:paraId="1230D8BB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—</w:t>
            </w:r>
          </w:p>
        </w:tc>
      </w:tr>
      <w:tr xmlns:wp14="http://schemas.microsoft.com/office/word/2010/wordml" w:rsidTr="4E655057" w14:paraId="10A1F5E6" wp14:textId="77777777">
        <w:tc>
          <w:tcPr>
            <w:tcW w:w="3135" w:type="dxa"/>
            <w:shd w:val="clear" w:color="auto" w:fill="F2F6FC"/>
            <w:tcMar/>
          </w:tcPr>
          <w:p w14:paraId="299C1ED5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Paquet</w:t>
            </w:r>
            <w:r w:rsidRPr="4E655057" w:rsidR="4E655057">
              <w:rPr>
                <w:sz w:val="19"/>
                <w:szCs w:val="19"/>
              </w:rPr>
              <w:t xml:space="preserve"> et al. (2022)</w:t>
            </w:r>
          </w:p>
        </w:tc>
        <w:tc>
          <w:tcPr>
            <w:tcW w:w="3135" w:type="dxa"/>
            <w:shd w:val="clear" w:color="auto" w:fill="F2F6FC"/>
            <w:tcMar/>
          </w:tcPr>
          <w:p w14:paraId="01B5C578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 xml:space="preserve">Paquet</w:t>
            </w:r>
            <w:r w:rsidRPr="4E655057" w:rsidR="4E655057">
              <w:rPr>
                <w:sz w:val="19"/>
                <w:szCs w:val="19"/>
              </w:rPr>
              <w:t xml:space="preserve">, J.-Y. et al. (2022). </w:t>
            </w:r>
            <w:r w:rsidRPr="4E655057" w:rsidR="4E655057">
              <w:rPr>
                <w:sz w:val="19"/>
                <w:szCs w:val="19"/>
              </w:rPr>
              <w:t xml:space="preserve">Sensitivity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mapping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for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bird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collisions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with</w:t>
            </w:r>
            <w:r w:rsidRPr="4E655057" w:rsidR="4E655057">
              <w:rPr>
                <w:sz w:val="19"/>
                <w:szCs w:val="19"/>
              </w:rPr>
              <w:t xml:space="preserve"> power </w:t>
            </w:r>
            <w:r w:rsidRPr="4E655057" w:rsidR="4E655057">
              <w:rPr>
                <w:sz w:val="19"/>
                <w:szCs w:val="19"/>
              </w:rPr>
              <w:t xml:space="preserve">lines</w:t>
            </w:r>
            <w:r w:rsidRPr="4E655057" w:rsidR="4E655057">
              <w:rPr>
                <w:sz w:val="19"/>
                <w:szCs w:val="19"/>
              </w:rPr>
              <w:t xml:space="preserve">.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Nature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>Conservation</w:t>
            </w:r>
            <w:r w:rsidRPr="4E655057" w:rsidR="4E655057">
              <w:rPr>
                <w:sz w:val="19"/>
                <w:szCs w:val="19"/>
              </w:rPr>
              <w:t xml:space="preserve"> 47: 73710.</w:t>
            </w:r>
          </w:p>
        </w:tc>
        <w:tc>
          <w:tcPr>
            <w:tcW w:w="3135" w:type="dxa"/>
            <w:shd w:val="clear" w:color="auto" w:fill="F2F6FC"/>
            <w:tcMar/>
          </w:tcPr>
          <w:p w14:paraId="5DEDD289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[10.3897/natureconservation.47.</w:t>
            </w:r>
            <w:r w:rsidRPr="4E655057" w:rsidR="4E655057">
              <w:rPr>
                <w:sz w:val="19"/>
                <w:szCs w:val="19"/>
              </w:rPr>
              <w:t>73710](</w:t>
            </w:r>
            <w:r w:rsidRPr="4E655057" w:rsidR="4E655057">
              <w:rPr>
                <w:sz w:val="19"/>
                <w:szCs w:val="19"/>
              </w:rPr>
              <w:t>https://doi.org/10.3897/natureconservation.47.73710)</w:t>
            </w:r>
          </w:p>
        </w:tc>
      </w:tr>
      <w:tr xmlns:wp14="http://schemas.microsoft.com/office/word/2010/wordml" w:rsidTr="4E655057" w14:paraId="6D9A82A0" wp14:textId="77777777">
        <w:tc>
          <w:tcPr>
            <w:tcW w:w="3135" w:type="dxa"/>
            <w:tcMar/>
          </w:tcPr>
          <w:p w14:paraId="3DF9D1B7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Bernardino et al. (2019)</w:t>
            </w:r>
          </w:p>
        </w:tc>
        <w:tc>
          <w:tcPr>
            <w:tcW w:w="3135" w:type="dxa"/>
            <w:tcMar/>
          </w:tcPr>
          <w:p w14:paraId="727AFDA6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 xml:space="preserve">Bernardino, J. et al. (2019). Bird </w:t>
            </w:r>
            <w:r w:rsidRPr="4E655057" w:rsidR="4E655057">
              <w:rPr>
                <w:sz w:val="19"/>
                <w:szCs w:val="19"/>
              </w:rPr>
              <w:t xml:space="preserve">collisions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with</w:t>
            </w:r>
            <w:r w:rsidRPr="4E655057" w:rsidR="4E655057">
              <w:rPr>
                <w:sz w:val="19"/>
                <w:szCs w:val="19"/>
              </w:rPr>
              <w:t xml:space="preserve"> power </w:t>
            </w:r>
            <w:r w:rsidRPr="4E655057" w:rsidR="4E655057">
              <w:rPr>
                <w:sz w:val="19"/>
                <w:szCs w:val="19"/>
              </w:rPr>
              <w:t xml:space="preserve">lines</w:t>
            </w:r>
            <w:r w:rsidRPr="4E655057" w:rsidR="4E655057">
              <w:rPr>
                <w:sz w:val="19"/>
                <w:szCs w:val="19"/>
              </w:rPr>
              <w:t xml:space="preserve">: </w:t>
            </w:r>
            <w:r w:rsidRPr="4E655057" w:rsidR="4E655057">
              <w:rPr>
                <w:sz w:val="19"/>
                <w:szCs w:val="19"/>
              </w:rPr>
              <w:t xml:space="preserve">State of </w:t>
            </w:r>
            <w:r w:rsidRPr="4E655057" w:rsidR="4E655057">
              <w:rPr>
                <w:sz w:val="19"/>
                <w:szCs w:val="19"/>
              </w:rPr>
              <w:t xml:space="preserve">the</w:t>
            </w:r>
            <w:r w:rsidRPr="4E655057" w:rsidR="4E655057">
              <w:rPr>
                <w:sz w:val="19"/>
                <w:szCs w:val="19"/>
              </w:rPr>
              <w:t xml:space="preserve"> art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and</w:t>
            </w:r>
            <w:r w:rsidRPr="4E655057" w:rsidR="4E655057">
              <w:rPr>
                <w:sz w:val="19"/>
                <w:szCs w:val="19"/>
              </w:rPr>
              <w:t xml:space="preserve"> priority </w:t>
            </w:r>
            <w:r w:rsidRPr="4E655057" w:rsidR="4E655057">
              <w:rPr>
                <w:sz w:val="19"/>
                <w:szCs w:val="19"/>
              </w:rPr>
              <w:t xml:space="preserve">areas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for</w:t>
            </w:r>
            <w:r w:rsidRPr="4E655057" w:rsidR="4E655057">
              <w:rPr>
                <w:sz w:val="19"/>
                <w:szCs w:val="19"/>
              </w:rPr>
              <w:t xml:space="preserve"> research.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Journal of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>Environmental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 Management</w:t>
            </w:r>
            <w:r w:rsidRPr="4E655057" w:rsidR="4E655057">
              <w:rPr>
                <w:sz w:val="19"/>
                <w:szCs w:val="19"/>
              </w:rPr>
              <w:t xml:space="preserve"> 252: 109651.</w:t>
            </w:r>
          </w:p>
        </w:tc>
        <w:tc>
          <w:tcPr>
            <w:tcW w:w="3135" w:type="dxa"/>
            <w:tcMar/>
          </w:tcPr>
          <w:p w14:paraId="346035A7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[</w:t>
            </w:r>
            <w:r w:rsidRPr="4E655057" w:rsidR="4E655057">
              <w:rPr>
                <w:sz w:val="19"/>
                <w:szCs w:val="19"/>
              </w:rPr>
              <w:t>10.1016/j.jenvman.2019.109651](</w:t>
            </w:r>
            <w:r w:rsidRPr="4E655057" w:rsidR="4E655057">
              <w:rPr>
                <w:sz w:val="19"/>
                <w:szCs w:val="19"/>
              </w:rPr>
              <w:t>https://doi.org/10.1016/j.jenvman.2019.109651)</w:t>
            </w:r>
          </w:p>
        </w:tc>
      </w:tr>
      <w:tr xmlns:wp14="http://schemas.microsoft.com/office/word/2010/wordml" w:rsidTr="4E655057" w14:paraId="05E06C2E" wp14:textId="77777777">
        <w:tc>
          <w:tcPr>
            <w:tcW w:w="3135" w:type="dxa"/>
            <w:shd w:val="clear" w:color="auto" w:fill="F2F6FC"/>
            <w:tcMar/>
          </w:tcPr>
          <w:p w14:paraId="1B6FFAC7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LIFE SafeLines4Birds</w:t>
            </w:r>
          </w:p>
        </w:tc>
        <w:tc>
          <w:tcPr>
            <w:tcW w:w="3135" w:type="dxa"/>
            <w:shd w:val="clear" w:color="auto" w:fill="F2F6FC"/>
            <w:tcMar/>
          </w:tcPr>
          <w:p w14:paraId="061D6BB4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 xml:space="preserve">EU LIFE-project SafeLines4Birds (2022–2028). EUR 14,2 </w:t>
            </w:r>
            <w:r w:rsidRPr="4E655057" w:rsidR="4E655057">
              <w:rPr>
                <w:sz w:val="19"/>
                <w:szCs w:val="19"/>
              </w:rPr>
              <w:t>miljoen</w:t>
            </w:r>
            <w:r w:rsidRPr="4E655057" w:rsidR="4E655057">
              <w:rPr>
                <w:sz w:val="19"/>
                <w:szCs w:val="19"/>
              </w:rPr>
              <w:t xml:space="preserve">. Elia </w:t>
            </w:r>
            <w:r w:rsidRPr="4E655057" w:rsidR="4E655057">
              <w:rPr>
                <w:sz w:val="19"/>
                <w:szCs w:val="19"/>
              </w:rPr>
              <w:t>als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Belgische</w:t>
            </w:r>
            <w:r w:rsidRPr="4E655057" w:rsidR="4E655057">
              <w:rPr>
                <w:sz w:val="19"/>
                <w:szCs w:val="19"/>
              </w:rPr>
              <w:t xml:space="preserve"> partner.</w:t>
            </w:r>
          </w:p>
        </w:tc>
        <w:tc>
          <w:tcPr>
            <w:tcW w:w="3135" w:type="dxa"/>
            <w:shd w:val="clear" w:color="auto" w:fill="F2F6FC"/>
            <w:tcMar/>
          </w:tcPr>
          <w:p w14:paraId="2170B065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—</w:t>
            </w:r>
          </w:p>
        </w:tc>
      </w:tr>
      <w:tr xmlns:wp14="http://schemas.microsoft.com/office/word/2010/wordml" w:rsidTr="4E655057" w14:paraId="292948C2" wp14:textId="77777777">
        <w:tc>
          <w:tcPr>
            <w:tcW w:w="3135" w:type="dxa"/>
            <w:tcMar/>
          </w:tcPr>
          <w:p w14:paraId="5F259B96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Ferrer</w:t>
            </w:r>
            <w:r w:rsidRPr="4E655057" w:rsidR="4E655057">
              <w:rPr>
                <w:sz w:val="19"/>
                <w:szCs w:val="19"/>
              </w:rPr>
              <w:t xml:space="preserve"> et al. (2020)</w:t>
            </w:r>
          </w:p>
        </w:tc>
        <w:tc>
          <w:tcPr>
            <w:tcW w:w="3135" w:type="dxa"/>
            <w:tcMar/>
          </w:tcPr>
          <w:p w14:paraId="2EF72F95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 xml:space="preserve">Ferrer</w:t>
            </w:r>
            <w:r w:rsidRPr="4E655057" w:rsidR="4E655057">
              <w:rPr>
                <w:sz w:val="19"/>
                <w:szCs w:val="19"/>
              </w:rPr>
              <w:t xml:space="preserve">, M. et al. (2020). </w:t>
            </w:r>
            <w:r w:rsidRPr="4E655057" w:rsidR="4E655057">
              <w:rPr>
                <w:sz w:val="19"/>
                <w:szCs w:val="19"/>
              </w:rPr>
              <w:t xml:space="preserve">Comparing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the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effectiveness</w:t>
            </w:r>
            <w:r w:rsidRPr="4E655057" w:rsidR="4E655057">
              <w:rPr>
                <w:sz w:val="19"/>
                <w:szCs w:val="19"/>
              </w:rPr>
              <w:t xml:space="preserve"> of different </w:t>
            </w:r>
            <w:r w:rsidRPr="4E655057" w:rsidR="4E655057">
              <w:rPr>
                <w:sz w:val="19"/>
                <w:szCs w:val="19"/>
              </w:rPr>
              <w:t xml:space="preserve">bird</w:t>
            </w:r>
            <w:r w:rsidRPr="4E655057" w:rsidR="4E655057">
              <w:rPr>
                <w:sz w:val="19"/>
                <w:szCs w:val="19"/>
              </w:rPr>
              <w:t xml:space="preserve"> flight </w:t>
            </w:r>
            <w:r w:rsidRPr="4E655057" w:rsidR="4E655057">
              <w:rPr>
                <w:sz w:val="19"/>
                <w:szCs w:val="19"/>
              </w:rPr>
              <w:t xml:space="preserve">diverter</w:t>
            </w:r>
            <w:r w:rsidRPr="4E655057" w:rsidR="4E655057">
              <w:rPr>
                <w:sz w:val="19"/>
                <w:szCs w:val="19"/>
              </w:rPr>
              <w:t xml:space="preserve"> types.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Global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>Ecology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>and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>Conservation</w:t>
            </w:r>
            <w:r w:rsidRPr="4E655057" w:rsidR="4E655057">
              <w:rPr>
                <w:sz w:val="19"/>
                <w:szCs w:val="19"/>
              </w:rPr>
              <w:t xml:space="preserve"> 23: e01130.</w:t>
            </w:r>
          </w:p>
        </w:tc>
        <w:tc>
          <w:tcPr>
            <w:tcW w:w="3135" w:type="dxa"/>
            <w:tcMar/>
          </w:tcPr>
          <w:p w14:paraId="487865B3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[</w:t>
            </w:r>
            <w:r w:rsidRPr="4E655057" w:rsidR="4E655057">
              <w:rPr>
                <w:sz w:val="19"/>
                <w:szCs w:val="19"/>
              </w:rPr>
              <w:t>10.1016/j.gecco.2020.e</w:t>
            </w:r>
            <w:r w:rsidRPr="4E655057" w:rsidR="4E655057">
              <w:rPr>
                <w:sz w:val="19"/>
                <w:szCs w:val="19"/>
              </w:rPr>
              <w:t>01130](</w:t>
            </w:r>
            <w:r w:rsidRPr="4E655057" w:rsidR="4E655057">
              <w:rPr>
                <w:sz w:val="19"/>
                <w:szCs w:val="19"/>
              </w:rPr>
              <w:t>https://doi.org/10.1016/j.gecco.2020.e01130)</w:t>
            </w:r>
          </w:p>
        </w:tc>
      </w:tr>
      <w:tr xmlns:wp14="http://schemas.microsoft.com/office/word/2010/wordml" w:rsidTr="4E655057" w14:paraId="068C62D3" wp14:textId="77777777">
        <w:tc>
          <w:tcPr>
            <w:tcW w:w="3135" w:type="dxa"/>
            <w:shd w:val="clear" w:color="auto" w:fill="F2F6FC"/>
            <w:tcMar/>
          </w:tcPr>
          <w:p w14:paraId="23FEDFA2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Raab</w:t>
            </w:r>
            <w:r w:rsidRPr="4E655057" w:rsidR="4E655057">
              <w:rPr>
                <w:sz w:val="19"/>
                <w:szCs w:val="19"/>
              </w:rPr>
              <w:t xml:space="preserve"> et al. (2012)</w:t>
            </w:r>
          </w:p>
        </w:tc>
        <w:tc>
          <w:tcPr>
            <w:tcW w:w="3135" w:type="dxa"/>
            <w:shd w:val="clear" w:color="auto" w:fill="F2F6FC"/>
            <w:tcMar/>
          </w:tcPr>
          <w:p w14:paraId="0D5EA870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 xml:space="preserve">Raab</w:t>
            </w:r>
            <w:r w:rsidRPr="4E655057" w:rsidR="4E655057">
              <w:rPr>
                <w:sz w:val="19"/>
                <w:szCs w:val="19"/>
              </w:rPr>
              <w:t xml:space="preserve">, R. et al. (2012). Underground </w:t>
            </w:r>
            <w:r w:rsidRPr="4E655057" w:rsidR="4E655057">
              <w:rPr>
                <w:sz w:val="19"/>
                <w:szCs w:val="19"/>
              </w:rPr>
              <w:t xml:space="preserve">cabling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and</w:t>
            </w:r>
            <w:r w:rsidRPr="4E655057" w:rsidR="4E655057">
              <w:rPr>
                <w:sz w:val="19"/>
                <w:szCs w:val="19"/>
              </w:rPr>
              <w:t xml:space="preserve"> Great </w:t>
            </w:r>
            <w:r w:rsidRPr="4E655057" w:rsidR="4E655057">
              <w:rPr>
                <w:sz w:val="19"/>
                <w:szCs w:val="19"/>
              </w:rPr>
              <w:t xml:space="preserve">Bustard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mortality</w:t>
            </w:r>
            <w:r w:rsidRPr="4E655057" w:rsidR="4E655057">
              <w:rPr>
                <w:sz w:val="19"/>
                <w:szCs w:val="19"/>
              </w:rPr>
              <w:t xml:space="preserve">.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Bird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>Conservation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 International</w:t>
            </w:r>
            <w:r w:rsidRPr="4E655057" w:rsidR="4E655057">
              <w:rPr>
                <w:sz w:val="19"/>
                <w:szCs w:val="19"/>
              </w:rPr>
              <w:t xml:space="preserve"> 22(3): 299-306.</w:t>
            </w:r>
          </w:p>
        </w:tc>
        <w:tc>
          <w:tcPr>
            <w:tcW w:w="3135" w:type="dxa"/>
            <w:shd w:val="clear" w:color="auto" w:fill="F2F6FC"/>
            <w:tcMar/>
          </w:tcPr>
          <w:p w14:paraId="420BD06F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[10.1017/S</w:t>
            </w:r>
            <w:r w:rsidRPr="4E655057" w:rsidR="4E655057">
              <w:rPr>
                <w:sz w:val="19"/>
                <w:szCs w:val="19"/>
              </w:rPr>
              <w:t>0959270911000463](</w:t>
            </w:r>
            <w:r w:rsidRPr="4E655057" w:rsidR="4E655057">
              <w:rPr>
                <w:sz w:val="19"/>
                <w:szCs w:val="19"/>
              </w:rPr>
              <w:t>https://doi.org/10.1017/S0959270911000463)</w:t>
            </w:r>
          </w:p>
        </w:tc>
      </w:tr>
      <w:tr xmlns:wp14="http://schemas.microsoft.com/office/word/2010/wordml" w:rsidTr="4E655057" w14:paraId="71B47497" wp14:textId="77777777">
        <w:tc>
          <w:tcPr>
            <w:tcW w:w="3135" w:type="dxa"/>
            <w:tcMar/>
          </w:tcPr>
          <w:p w14:paraId="427E99AA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Gauld</w:t>
            </w:r>
            <w:r w:rsidRPr="4E655057" w:rsidR="4E655057">
              <w:rPr>
                <w:sz w:val="19"/>
                <w:szCs w:val="19"/>
              </w:rPr>
              <w:t xml:space="preserve"> et al. (2022)</w:t>
            </w:r>
          </w:p>
        </w:tc>
        <w:tc>
          <w:tcPr>
            <w:tcW w:w="3135" w:type="dxa"/>
            <w:tcMar/>
          </w:tcPr>
          <w:p w14:paraId="079255F6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 xml:space="preserve">Gauld</w:t>
            </w:r>
            <w:r w:rsidRPr="4E655057" w:rsidR="4E655057">
              <w:rPr>
                <w:sz w:val="19"/>
                <w:szCs w:val="19"/>
              </w:rPr>
              <w:t xml:space="preserve">, J.G. et al. (2022). </w:t>
            </w:r>
            <w:r w:rsidRPr="4E655057" w:rsidR="4E655057">
              <w:rPr>
                <w:sz w:val="19"/>
                <w:szCs w:val="19"/>
              </w:rPr>
              <w:t xml:space="preserve">Avian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collision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hotspot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mapping</w:t>
            </w:r>
            <w:r w:rsidRPr="4E655057" w:rsidR="4E655057">
              <w:rPr>
                <w:sz w:val="19"/>
                <w:szCs w:val="19"/>
              </w:rPr>
              <w:t xml:space="preserve">.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J.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>Applied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>Ecology</w:t>
            </w:r>
            <w:r w:rsidRPr="4E655057" w:rsidR="4E655057">
              <w:rPr>
                <w:sz w:val="19"/>
                <w:szCs w:val="19"/>
              </w:rPr>
              <w:t xml:space="preserve"> 59(6): 1496-1512.</w:t>
            </w:r>
          </w:p>
        </w:tc>
        <w:tc>
          <w:tcPr>
            <w:tcW w:w="3135" w:type="dxa"/>
            <w:tcMar/>
          </w:tcPr>
          <w:p w14:paraId="51EA9FCC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[10.1111/1365-2664.</w:t>
            </w:r>
            <w:r w:rsidRPr="4E655057" w:rsidR="4E655057">
              <w:rPr>
                <w:sz w:val="19"/>
                <w:szCs w:val="19"/>
              </w:rPr>
              <w:t>14160](</w:t>
            </w:r>
            <w:r w:rsidRPr="4E655057" w:rsidR="4E655057">
              <w:rPr>
                <w:sz w:val="19"/>
                <w:szCs w:val="19"/>
              </w:rPr>
              <w:t>https://doi.org/10.1111/1365-2664.14160)</w:t>
            </w:r>
          </w:p>
        </w:tc>
      </w:tr>
      <w:tr xmlns:wp14="http://schemas.microsoft.com/office/word/2010/wordml" w:rsidTr="4E655057" w14:paraId="2058ADAB" wp14:textId="77777777">
        <w:tc>
          <w:tcPr>
            <w:tcW w:w="3135" w:type="dxa"/>
            <w:shd w:val="clear" w:color="auto" w:fill="F2F6FC"/>
            <w:tcMar/>
          </w:tcPr>
          <w:p w14:paraId="56738A83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 xml:space="preserve">EC </w:t>
            </w:r>
            <w:r w:rsidRPr="4E655057" w:rsidR="4E655057">
              <w:rPr>
                <w:sz w:val="19"/>
                <w:szCs w:val="19"/>
              </w:rPr>
              <w:t>Richtsnoer</w:t>
            </w:r>
            <w:r w:rsidRPr="4E655057" w:rsidR="4E655057">
              <w:rPr>
                <w:sz w:val="19"/>
                <w:szCs w:val="19"/>
              </w:rPr>
              <w:t xml:space="preserve"> C/2018/2619</w:t>
            </w:r>
          </w:p>
        </w:tc>
        <w:tc>
          <w:tcPr>
            <w:tcW w:w="3135" w:type="dxa"/>
            <w:shd w:val="clear" w:color="auto" w:fill="F2F6FC"/>
            <w:tcMar/>
          </w:tcPr>
          <w:p w14:paraId="2BA261B7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 xml:space="preserve">Commission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Notice</w:t>
            </w:r>
            <w:r w:rsidRPr="4E655057" w:rsidR="4E655057">
              <w:rPr>
                <w:sz w:val="19"/>
                <w:szCs w:val="19"/>
              </w:rPr>
              <w:t xml:space="preserve"> C/2018/2619 — </w:t>
            </w:r>
            <w:r w:rsidRPr="4E655057" w:rsidR="4E655057">
              <w:rPr>
                <w:sz w:val="19"/>
                <w:szCs w:val="19"/>
              </w:rPr>
              <w:t xml:space="preserve">Energieinfrastructuur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en</w:t>
            </w:r>
            <w:r w:rsidRPr="4E655057" w:rsidR="4E655057">
              <w:rPr>
                <w:sz w:val="19"/>
                <w:szCs w:val="19"/>
              </w:rPr>
              <w:t xml:space="preserve"> Vogel/</w:t>
            </w:r>
            <w:r w:rsidRPr="4E655057" w:rsidR="4E655057">
              <w:rPr>
                <w:sz w:val="19"/>
                <w:szCs w:val="19"/>
              </w:rPr>
              <w:t xml:space="preserve">Habitatrichtlijn</w:t>
            </w:r>
            <w:r w:rsidRPr="4E655057" w:rsidR="4E655057">
              <w:rPr>
                <w:sz w:val="19"/>
                <w:szCs w:val="19"/>
              </w:rPr>
              <w:t xml:space="preserve">.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Official Journal of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>the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 EU</w:t>
            </w:r>
            <w:r w:rsidRPr="4E655057" w:rsidR="4E655057">
              <w:rPr>
                <w:sz w:val="19"/>
                <w:szCs w:val="19"/>
              </w:rPr>
              <w:t xml:space="preserve">, 18 </w:t>
            </w:r>
            <w:r w:rsidRPr="4E655057" w:rsidR="4E655057">
              <w:rPr>
                <w:sz w:val="19"/>
                <w:szCs w:val="19"/>
              </w:rPr>
              <w:t>juni</w:t>
            </w:r>
            <w:r w:rsidRPr="4E655057" w:rsidR="4E655057">
              <w:rPr>
                <w:sz w:val="19"/>
                <w:szCs w:val="19"/>
              </w:rPr>
              <w:t xml:space="preserve"> 2018.</w:t>
            </w:r>
          </w:p>
        </w:tc>
        <w:tc>
          <w:tcPr>
            <w:tcW w:w="3135" w:type="dxa"/>
            <w:shd w:val="clear" w:color="auto" w:fill="F2F6FC"/>
            <w:tcMar/>
          </w:tcPr>
          <w:p w14:paraId="285D8013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[EUR-</w:t>
            </w:r>
            <w:r w:rsidRPr="4E655057" w:rsidR="4E655057">
              <w:rPr>
                <w:sz w:val="19"/>
                <w:szCs w:val="19"/>
              </w:rPr>
              <w:t>Lex](</w:t>
            </w:r>
            <w:r w:rsidRPr="4E655057" w:rsidR="4E655057">
              <w:rPr>
                <w:sz w:val="19"/>
                <w:szCs w:val="19"/>
              </w:rPr>
              <w:t>https://eur-lex.europa.eu/legal-content/EN/TXT/HTML/?uri=CELEX:52018XC0618(02))</w:t>
            </w:r>
          </w:p>
        </w:tc>
      </w:tr>
    </w:tbl>
    <w:p xmlns:wp14="http://schemas.microsoft.com/office/word/2010/wordml" w14:paraId="1F72F646" wp14:textId="77777777"/>
    <w:p xmlns:wp14="http://schemas.microsoft.com/office/word/2010/wordml" w14:paraId="570EFA24" wp14:textId="77777777">
      <w:pPr>
        <w:pStyle w:val="Heading3"/>
      </w:pPr>
      <w:r w:rsidR="4E655057">
        <w:rPr/>
        <w:t>Wetenschappelijke</w:t>
      </w:r>
      <w:r w:rsidR="4E655057">
        <w:rPr/>
        <w:t xml:space="preserve"> </w:t>
      </w:r>
      <w:r w:rsidR="4E655057">
        <w:rPr/>
        <w:t>literatuur</w:t>
      </w:r>
      <w:r w:rsidR="4E655057">
        <w:rPr/>
        <w:t xml:space="preserve"> — EMF-</w:t>
      </w:r>
      <w:r w:rsidR="4E655057">
        <w:rPr/>
        <w:t>effecten</w:t>
      </w:r>
      <w:r w:rsidR="4E655057">
        <w:rPr/>
        <w:t xml:space="preserve"> op </w:t>
      </w:r>
      <w:r w:rsidR="4E655057">
        <w:rPr/>
        <w:t>bijen</w:t>
      </w:r>
      <w:r w:rsidR="4E655057">
        <w:rPr/>
        <w:t xml:space="preserve">, </w:t>
      </w:r>
      <w:r w:rsidR="4E655057">
        <w:rPr/>
        <w:t>bestuivers</w:t>
      </w:r>
      <w:r w:rsidR="4E655057">
        <w:rPr/>
        <w:t xml:space="preserve"> </w:t>
      </w:r>
      <w:r w:rsidR="4E655057">
        <w:rPr/>
        <w:t>en</w:t>
      </w:r>
      <w:r w:rsidR="4E655057">
        <w:rPr/>
        <w:t xml:space="preserve"> </w:t>
      </w:r>
      <w:r w:rsidR="4E655057">
        <w:rPr/>
        <w:t>landbouwdieren</w:t>
      </w:r>
      <w:r w:rsidR="4E655057">
        <w:rPr/>
        <w:t xml:space="preserve"> (</w:t>
      </w:r>
      <w:r w:rsidR="4E655057">
        <w:rPr/>
        <w:t>sectie</w:t>
      </w:r>
      <w:r w:rsidR="4E655057">
        <w:rPr/>
        <w:t xml:space="preserve"> 5B)</w:t>
      </w:r>
    </w:p>
    <w:tbl>
      <w:tblPr>
        <w:tblStyle w:val="TableGrid"/>
        <w:tblW w:w="0" w:type="auto"/>
        <w:jc w:val="left"/>
        <w:tblLook w:val="04A0" w:firstRow="1" w:lastRow="0" w:firstColumn="1" w:lastColumn="0" w:noHBand="0" w:noVBand="1"/>
      </w:tblPr>
      <w:tblGrid>
        <w:gridCol w:w="3135"/>
        <w:gridCol w:w="3135"/>
        <w:gridCol w:w="3135"/>
      </w:tblGrid>
      <w:tr xmlns:wp14="http://schemas.microsoft.com/office/word/2010/wordml" w:rsidTr="4E655057" w14:paraId="0A4B0518" wp14:textId="77777777">
        <w:tc>
          <w:tcPr>
            <w:tcW w:w="3135" w:type="dxa"/>
            <w:shd w:val="clear" w:color="auto" w:fill="244061" w:themeFill="accent1" w:themeFillShade="80"/>
            <w:tcMar/>
          </w:tcPr>
          <w:p w:rsidP="4E655057" w14:paraId="3C3B400C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Verkorte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referentie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:rsidP="4E655057" w14:paraId="458FEF8E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Volledige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referentie</w:t>
            </w:r>
          </w:p>
        </w:tc>
        <w:tc>
          <w:tcPr>
            <w:tcW w:w="3135" w:type="dxa"/>
            <w:shd w:val="clear" w:color="auto" w:fill="244061" w:themeFill="accent1" w:themeFillShade="80"/>
            <w:tcMar/>
          </w:tcPr>
          <w:p w14:paraId="44173717" wp14:textId="77777777">
            <w:pPr>
              <w:spacing w:before="40" w:after="40"/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DOI</w:t>
            </w:r>
          </w:p>
        </w:tc>
      </w:tr>
      <w:tr xmlns:wp14="http://schemas.microsoft.com/office/word/2010/wordml" w:rsidTr="4E655057" w14:paraId="051FF4AF" wp14:textId="77777777">
        <w:tc>
          <w:tcPr>
            <w:tcW w:w="3135" w:type="dxa"/>
            <w:shd w:val="clear" w:color="auto" w:fill="F2F6FC"/>
            <w:tcMar/>
          </w:tcPr>
          <w:p w14:paraId="77B9201F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Shepherd</w:t>
            </w:r>
            <w:r w:rsidRPr="4E655057" w:rsidR="4E655057">
              <w:rPr>
                <w:sz w:val="19"/>
                <w:szCs w:val="19"/>
              </w:rPr>
              <w:t xml:space="preserve"> et al. (2018)</w:t>
            </w:r>
          </w:p>
        </w:tc>
        <w:tc>
          <w:tcPr>
            <w:tcW w:w="3135" w:type="dxa"/>
            <w:shd w:val="clear" w:color="auto" w:fill="F2F6FC"/>
            <w:tcMar/>
          </w:tcPr>
          <w:p w14:paraId="71EC5CF1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 xml:space="preserve">Shepherd</w:t>
            </w:r>
            <w:r w:rsidRPr="4E655057" w:rsidR="4E655057">
              <w:rPr>
                <w:sz w:val="19"/>
                <w:szCs w:val="19"/>
              </w:rPr>
              <w:t xml:space="preserve">, S. et al. (2018). </w:t>
            </w:r>
            <w:r w:rsidRPr="4E655057" w:rsidR="4E655057">
              <w:rPr>
                <w:sz w:val="19"/>
                <w:szCs w:val="19"/>
              </w:rPr>
              <w:t xml:space="preserve">Extremely</w:t>
            </w:r>
            <w:r w:rsidRPr="4E655057" w:rsidR="4E655057">
              <w:rPr>
                <w:sz w:val="19"/>
                <w:szCs w:val="19"/>
              </w:rPr>
              <w:t xml:space="preserve"> Low </w:t>
            </w:r>
            <w:r w:rsidRPr="4E655057" w:rsidR="4E655057">
              <w:rPr>
                <w:sz w:val="19"/>
                <w:szCs w:val="19"/>
              </w:rPr>
              <w:t xml:space="preserve">Frequency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Electromagnetic</w:t>
            </w:r>
            <w:r w:rsidRPr="4E655057" w:rsidR="4E655057">
              <w:rPr>
                <w:sz w:val="19"/>
                <w:szCs w:val="19"/>
              </w:rPr>
              <w:t xml:space="preserve"> Fields </w:t>
            </w:r>
            <w:r w:rsidRPr="4E655057" w:rsidR="4E655057">
              <w:rPr>
                <w:sz w:val="19"/>
                <w:szCs w:val="19"/>
              </w:rPr>
              <w:t xml:space="preserve">impair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the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Cognitive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and</w:t>
            </w:r>
            <w:r w:rsidRPr="4E655057" w:rsidR="4E655057">
              <w:rPr>
                <w:sz w:val="19"/>
                <w:szCs w:val="19"/>
              </w:rPr>
              <w:t xml:space="preserve"> Motor </w:t>
            </w:r>
            <w:r w:rsidRPr="4E655057" w:rsidR="4E655057">
              <w:rPr>
                <w:sz w:val="19"/>
                <w:szCs w:val="19"/>
              </w:rPr>
              <w:t xml:space="preserve">Abilities</w:t>
            </w:r>
            <w:r w:rsidRPr="4E655057" w:rsidR="4E655057">
              <w:rPr>
                <w:sz w:val="19"/>
                <w:szCs w:val="19"/>
              </w:rPr>
              <w:t xml:space="preserve"> of </w:t>
            </w:r>
            <w:r w:rsidRPr="4E655057" w:rsidR="4E655057">
              <w:rPr>
                <w:sz w:val="19"/>
                <w:szCs w:val="19"/>
              </w:rPr>
              <w:t xml:space="preserve">Honey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Bees</w:t>
            </w:r>
            <w:r w:rsidRPr="4E655057" w:rsidR="4E655057">
              <w:rPr>
                <w:sz w:val="19"/>
                <w:szCs w:val="19"/>
              </w:rPr>
              <w:t xml:space="preserve">.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>Scientific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>Reports</w:t>
            </w:r>
            <w:r w:rsidRPr="4E655057" w:rsidR="4E655057">
              <w:rPr>
                <w:sz w:val="19"/>
                <w:szCs w:val="19"/>
              </w:rPr>
              <w:t xml:space="preserve"> 8: 7932.</w:t>
            </w:r>
          </w:p>
        </w:tc>
        <w:tc>
          <w:tcPr>
            <w:tcW w:w="3135" w:type="dxa"/>
            <w:shd w:val="clear" w:color="auto" w:fill="F2F6FC"/>
            <w:tcMar/>
          </w:tcPr>
          <w:p w14:paraId="06D41EDE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[10.1038/s41598-018-26185-</w:t>
            </w:r>
            <w:r w:rsidRPr="4E655057" w:rsidR="4E655057">
              <w:rPr>
                <w:sz w:val="19"/>
                <w:szCs w:val="19"/>
              </w:rPr>
              <w:t>y](</w:t>
            </w:r>
            <w:r w:rsidRPr="4E655057" w:rsidR="4E655057">
              <w:rPr>
                <w:sz w:val="19"/>
                <w:szCs w:val="19"/>
              </w:rPr>
              <w:t>https://doi.org/10.1038/s41598-018-26185-y)</w:t>
            </w:r>
          </w:p>
        </w:tc>
      </w:tr>
      <w:tr xmlns:wp14="http://schemas.microsoft.com/office/word/2010/wordml" w:rsidTr="4E655057" w14:paraId="13B114CB" wp14:textId="77777777">
        <w:tc>
          <w:tcPr>
            <w:tcW w:w="3135" w:type="dxa"/>
            <w:tcMar/>
          </w:tcPr>
          <w:p w14:paraId="51C5E625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Shepherd</w:t>
            </w:r>
            <w:r w:rsidRPr="4E655057" w:rsidR="4E655057">
              <w:rPr>
                <w:sz w:val="19"/>
                <w:szCs w:val="19"/>
              </w:rPr>
              <w:t xml:space="preserve"> et al. (2019)</w:t>
            </w:r>
          </w:p>
        </w:tc>
        <w:tc>
          <w:tcPr>
            <w:tcW w:w="3135" w:type="dxa"/>
            <w:tcMar/>
          </w:tcPr>
          <w:p w14:paraId="7AA39163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 xml:space="preserve">Shepherd</w:t>
            </w:r>
            <w:r w:rsidRPr="4E655057" w:rsidR="4E655057">
              <w:rPr>
                <w:sz w:val="19"/>
                <w:szCs w:val="19"/>
              </w:rPr>
              <w:t xml:space="preserve">, S. et al. (2019). </w:t>
            </w:r>
            <w:r w:rsidRPr="4E655057" w:rsidR="4E655057">
              <w:rPr>
                <w:sz w:val="19"/>
                <w:szCs w:val="19"/>
              </w:rPr>
              <w:t xml:space="preserve">Increased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aggression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and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reduced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aversive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learning</w:t>
            </w:r>
            <w:r w:rsidRPr="4E655057" w:rsidR="4E655057">
              <w:rPr>
                <w:sz w:val="19"/>
                <w:szCs w:val="19"/>
              </w:rPr>
              <w:t xml:space="preserve"> in </w:t>
            </w:r>
            <w:r w:rsidRPr="4E655057" w:rsidR="4E655057">
              <w:rPr>
                <w:sz w:val="19"/>
                <w:szCs w:val="19"/>
              </w:rPr>
              <w:t xml:space="preserve">honey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bees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exposed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to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extremely</w:t>
            </w:r>
            <w:r w:rsidRPr="4E655057" w:rsidR="4E655057">
              <w:rPr>
                <w:sz w:val="19"/>
                <w:szCs w:val="19"/>
              </w:rPr>
              <w:t xml:space="preserve"> low </w:t>
            </w:r>
            <w:r w:rsidRPr="4E655057" w:rsidR="4E655057">
              <w:rPr>
                <w:sz w:val="19"/>
                <w:szCs w:val="19"/>
              </w:rPr>
              <w:t xml:space="preserve">frequency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electromagnetic</w:t>
            </w:r>
            <w:r w:rsidRPr="4E655057" w:rsidR="4E655057">
              <w:rPr>
                <w:sz w:val="19"/>
                <w:szCs w:val="19"/>
              </w:rPr>
              <w:t xml:space="preserve"> fields.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>PLOS ONE</w:t>
            </w:r>
            <w:r w:rsidRPr="4E655057" w:rsidR="4E655057">
              <w:rPr>
                <w:sz w:val="19"/>
                <w:szCs w:val="19"/>
              </w:rPr>
              <w:t xml:space="preserve"> 14(10): e0223614.</w:t>
            </w:r>
          </w:p>
        </w:tc>
        <w:tc>
          <w:tcPr>
            <w:tcW w:w="3135" w:type="dxa"/>
            <w:tcMar/>
          </w:tcPr>
          <w:p w14:paraId="79B6FBD2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[</w:t>
            </w:r>
            <w:r w:rsidRPr="4E655057" w:rsidR="4E655057">
              <w:rPr>
                <w:sz w:val="19"/>
                <w:szCs w:val="19"/>
              </w:rPr>
              <w:t>10.1371/journal.pone.0223614](</w:t>
            </w:r>
            <w:r w:rsidRPr="4E655057" w:rsidR="4E655057">
              <w:rPr>
                <w:sz w:val="19"/>
                <w:szCs w:val="19"/>
              </w:rPr>
              <w:t>https://doi.org/10.1371/journal.pone.0223614)</w:t>
            </w:r>
          </w:p>
        </w:tc>
      </w:tr>
      <w:tr xmlns:wp14="http://schemas.microsoft.com/office/word/2010/wordml" w:rsidTr="4E655057" w14:paraId="56045B60" wp14:textId="77777777">
        <w:tc>
          <w:tcPr>
            <w:tcW w:w="3135" w:type="dxa"/>
            <w:shd w:val="clear" w:color="auto" w:fill="F2F6FC"/>
            <w:tcMar/>
          </w:tcPr>
          <w:p w14:paraId="7053FD88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Molina</w:t>
            </w:r>
            <w:r w:rsidRPr="4E655057" w:rsidR="4E655057">
              <w:rPr>
                <w:sz w:val="19"/>
                <w:szCs w:val="19"/>
              </w:rPr>
              <w:t>-Montenegro et al. (2023)</w:t>
            </w:r>
          </w:p>
        </w:tc>
        <w:tc>
          <w:tcPr>
            <w:tcW w:w="3135" w:type="dxa"/>
            <w:shd w:val="clear" w:color="auto" w:fill="F2F6FC"/>
            <w:tcMar/>
          </w:tcPr>
          <w:p w14:paraId="348CC6E4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 xml:space="preserve">Molina</w:t>
            </w:r>
            <w:r w:rsidRPr="4E655057" w:rsidR="4E655057">
              <w:rPr>
                <w:sz w:val="19"/>
                <w:szCs w:val="19"/>
              </w:rPr>
              <w:t xml:space="preserve">-Montenegro, M.A. et al. (2023). </w:t>
            </w:r>
            <w:r w:rsidRPr="4E655057" w:rsidR="4E655057">
              <w:rPr>
                <w:sz w:val="19"/>
                <w:szCs w:val="19"/>
              </w:rPr>
              <w:t xml:space="preserve">Electromagnetic</w:t>
            </w:r>
            <w:r w:rsidRPr="4E655057" w:rsidR="4E655057">
              <w:rPr>
                <w:sz w:val="19"/>
                <w:szCs w:val="19"/>
              </w:rPr>
              <w:t xml:space="preserve"> fields </w:t>
            </w:r>
            <w:r w:rsidRPr="4E655057" w:rsidR="4E655057">
              <w:rPr>
                <w:sz w:val="19"/>
                <w:szCs w:val="19"/>
              </w:rPr>
              <w:t xml:space="preserve">from</w:t>
            </w:r>
            <w:r w:rsidRPr="4E655057" w:rsidR="4E655057">
              <w:rPr>
                <w:sz w:val="19"/>
                <w:szCs w:val="19"/>
              </w:rPr>
              <w:t xml:space="preserve"> power </w:t>
            </w:r>
            <w:r w:rsidRPr="4E655057" w:rsidR="4E655057">
              <w:rPr>
                <w:sz w:val="19"/>
                <w:szCs w:val="19"/>
              </w:rPr>
              <w:t xml:space="preserve">lines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disrupt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pollination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and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reduce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seed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set</w:t>
            </w:r>
            <w:r w:rsidRPr="4E655057" w:rsidR="4E655057">
              <w:rPr>
                <w:sz w:val="19"/>
                <w:szCs w:val="19"/>
              </w:rPr>
              <w:t xml:space="preserve">.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>Science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 Advances</w:t>
            </w:r>
            <w:r w:rsidRPr="4E655057" w:rsidR="4E655057">
              <w:rPr>
                <w:sz w:val="19"/>
                <w:szCs w:val="19"/>
              </w:rPr>
              <w:t xml:space="preserve"> 9(19): eadh1455.</w:t>
            </w:r>
          </w:p>
        </w:tc>
        <w:tc>
          <w:tcPr>
            <w:tcW w:w="3135" w:type="dxa"/>
            <w:shd w:val="clear" w:color="auto" w:fill="F2F6FC"/>
            <w:tcMar/>
          </w:tcPr>
          <w:p w14:paraId="567F7FD8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[10.1126/</w:t>
            </w:r>
            <w:r w:rsidRPr="4E655057" w:rsidR="4E655057">
              <w:rPr>
                <w:sz w:val="19"/>
                <w:szCs w:val="19"/>
              </w:rPr>
              <w:t>sciadv.adh</w:t>
            </w:r>
            <w:r w:rsidRPr="4E655057" w:rsidR="4E655057">
              <w:rPr>
                <w:sz w:val="19"/>
                <w:szCs w:val="19"/>
              </w:rPr>
              <w:t>1455](</w:t>
            </w:r>
            <w:r w:rsidRPr="4E655057" w:rsidR="4E655057">
              <w:rPr>
                <w:sz w:val="19"/>
                <w:szCs w:val="19"/>
              </w:rPr>
              <w:t>https://doi.org/10.1126/sciadv.adh1455)</w:t>
            </w:r>
          </w:p>
        </w:tc>
      </w:tr>
      <w:tr xmlns:wp14="http://schemas.microsoft.com/office/word/2010/wordml" w:rsidTr="4E655057" w14:paraId="1F35669D" wp14:textId="77777777">
        <w:tc>
          <w:tcPr>
            <w:tcW w:w="3135" w:type="dxa"/>
            <w:tcMar/>
          </w:tcPr>
          <w:p w14:paraId="3F269438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Thill</w:t>
            </w:r>
            <w:r w:rsidRPr="4E655057" w:rsidR="4E655057">
              <w:rPr>
                <w:sz w:val="19"/>
                <w:szCs w:val="19"/>
              </w:rPr>
              <w:t xml:space="preserve"> et al. (2024)</w:t>
            </w:r>
          </w:p>
        </w:tc>
        <w:tc>
          <w:tcPr>
            <w:tcW w:w="3135" w:type="dxa"/>
            <w:tcMar/>
          </w:tcPr>
          <w:p w14:paraId="2E2E3D72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 xml:space="preserve">Thill</w:t>
            </w:r>
            <w:r w:rsidRPr="4E655057" w:rsidR="4E655057">
              <w:rPr>
                <w:sz w:val="19"/>
                <w:szCs w:val="19"/>
              </w:rPr>
              <w:t xml:space="preserve">, M., </w:t>
            </w:r>
            <w:r w:rsidRPr="4E655057" w:rsidR="4E655057">
              <w:rPr>
                <w:sz w:val="19"/>
                <w:szCs w:val="19"/>
              </w:rPr>
              <w:t xml:space="preserve">Cammaerts</w:t>
            </w:r>
            <w:r w:rsidRPr="4E655057" w:rsidR="4E655057">
              <w:rPr>
                <w:sz w:val="19"/>
                <w:szCs w:val="19"/>
              </w:rPr>
              <w:t xml:space="preserve">, M.-C. &amp; </w:t>
            </w:r>
            <w:r w:rsidRPr="4E655057" w:rsidR="4E655057">
              <w:rPr>
                <w:sz w:val="19"/>
                <w:szCs w:val="19"/>
              </w:rPr>
              <w:t xml:space="preserve">Balmori</w:t>
            </w:r>
            <w:r w:rsidRPr="4E655057" w:rsidR="4E655057">
              <w:rPr>
                <w:sz w:val="19"/>
                <w:szCs w:val="19"/>
              </w:rPr>
              <w:t xml:space="preserve">, A. (2024). </w:t>
            </w:r>
            <w:r w:rsidRPr="4E655057" w:rsidR="4E655057">
              <w:rPr>
                <w:sz w:val="19"/>
                <w:szCs w:val="19"/>
              </w:rPr>
              <w:t xml:space="preserve">Biological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effects</w:t>
            </w:r>
            <w:r w:rsidRPr="4E655057" w:rsidR="4E655057">
              <w:rPr>
                <w:sz w:val="19"/>
                <w:szCs w:val="19"/>
              </w:rPr>
              <w:t xml:space="preserve"> of </w:t>
            </w:r>
            <w:r w:rsidRPr="4E655057" w:rsidR="4E655057">
              <w:rPr>
                <w:sz w:val="19"/>
                <w:szCs w:val="19"/>
              </w:rPr>
              <w:t xml:space="preserve">electromagnetic</w:t>
            </w:r>
            <w:r w:rsidRPr="4E655057" w:rsidR="4E655057">
              <w:rPr>
                <w:sz w:val="19"/>
                <w:szCs w:val="19"/>
              </w:rPr>
              <w:t xml:space="preserve"> fields on </w:t>
            </w:r>
            <w:r w:rsidRPr="4E655057" w:rsidR="4E655057">
              <w:rPr>
                <w:sz w:val="19"/>
                <w:szCs w:val="19"/>
              </w:rPr>
              <w:t xml:space="preserve">insects</w:t>
            </w:r>
            <w:r w:rsidRPr="4E655057" w:rsidR="4E655057">
              <w:rPr>
                <w:sz w:val="19"/>
                <w:szCs w:val="19"/>
              </w:rPr>
              <w:t xml:space="preserve"> — a </w:t>
            </w:r>
            <w:r w:rsidRPr="4E655057" w:rsidR="4E655057">
              <w:rPr>
                <w:sz w:val="19"/>
                <w:szCs w:val="19"/>
              </w:rPr>
              <w:t xml:space="preserve">systematic</w:t>
            </w:r>
            <w:r w:rsidRPr="4E655057" w:rsidR="4E655057">
              <w:rPr>
                <w:sz w:val="19"/>
                <w:szCs w:val="19"/>
              </w:rPr>
              <w:t xml:space="preserve"> review.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Reviews on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>Environmental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 Health</w:t>
            </w:r>
            <w:r w:rsidRPr="4E655057" w:rsidR="4E655057">
              <w:rPr>
                <w:sz w:val="19"/>
                <w:szCs w:val="19"/>
              </w:rPr>
              <w:t xml:space="preserve"> 39(4).</w:t>
            </w:r>
          </w:p>
        </w:tc>
        <w:tc>
          <w:tcPr>
            <w:tcW w:w="3135" w:type="dxa"/>
            <w:tcMar/>
          </w:tcPr>
          <w:p w14:paraId="46FA4152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[10.1515/reveh-2023-</w:t>
            </w:r>
            <w:r w:rsidRPr="4E655057" w:rsidR="4E655057">
              <w:rPr>
                <w:sz w:val="19"/>
                <w:szCs w:val="19"/>
              </w:rPr>
              <w:t>0072](</w:t>
            </w:r>
            <w:r w:rsidRPr="4E655057" w:rsidR="4E655057">
              <w:rPr>
                <w:sz w:val="19"/>
                <w:szCs w:val="19"/>
              </w:rPr>
              <w:t>https://doi.org/10.1515/reveh-2023-0072)</w:t>
            </w:r>
          </w:p>
        </w:tc>
      </w:tr>
      <w:tr xmlns:wp14="http://schemas.microsoft.com/office/word/2010/wordml" w:rsidTr="4E655057" w14:paraId="6B0D9B1A" wp14:textId="77777777">
        <w:tc>
          <w:tcPr>
            <w:tcW w:w="3135" w:type="dxa"/>
            <w:shd w:val="clear" w:color="auto" w:fill="F2F6FC"/>
            <w:tcMar/>
          </w:tcPr>
          <w:p w14:paraId="2ED4E660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Vanbergen</w:t>
            </w:r>
            <w:r w:rsidRPr="4E655057" w:rsidR="4E655057">
              <w:rPr>
                <w:sz w:val="19"/>
                <w:szCs w:val="19"/>
              </w:rPr>
              <w:t xml:space="preserve"> et al. (2019)</w:t>
            </w:r>
          </w:p>
        </w:tc>
        <w:tc>
          <w:tcPr>
            <w:tcW w:w="3135" w:type="dxa"/>
            <w:shd w:val="clear" w:color="auto" w:fill="F2F6FC"/>
            <w:tcMar/>
          </w:tcPr>
          <w:p w14:paraId="1D6C849F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 xml:space="preserve">Vanbergen</w:t>
            </w:r>
            <w:r w:rsidRPr="4E655057" w:rsidR="4E655057">
              <w:rPr>
                <w:sz w:val="19"/>
                <w:szCs w:val="19"/>
              </w:rPr>
              <w:t xml:space="preserve">, A.J. et al. (2019). Risk </w:t>
            </w:r>
            <w:r w:rsidRPr="4E655057" w:rsidR="4E655057">
              <w:rPr>
                <w:sz w:val="19"/>
                <w:szCs w:val="19"/>
              </w:rPr>
              <w:t xml:space="preserve">to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pollinators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from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anthropogenic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electro-magnetic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radiation</w:t>
            </w:r>
            <w:r w:rsidRPr="4E655057" w:rsidR="4E655057">
              <w:rPr>
                <w:sz w:val="19"/>
                <w:szCs w:val="19"/>
              </w:rPr>
              <w:t xml:space="preserve"> (EMR): </w:t>
            </w:r>
            <w:r w:rsidRPr="4E655057" w:rsidR="4E655057">
              <w:rPr>
                <w:sz w:val="19"/>
                <w:szCs w:val="19"/>
              </w:rPr>
              <w:t xml:space="preserve">Evidence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and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knowledge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gaps</w:t>
            </w:r>
            <w:r w:rsidRPr="4E655057" w:rsidR="4E655057">
              <w:rPr>
                <w:sz w:val="19"/>
                <w:szCs w:val="19"/>
              </w:rPr>
              <w:t xml:space="preserve">.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>Science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 of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>the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 Total Environment</w:t>
            </w:r>
            <w:r w:rsidRPr="4E655057" w:rsidR="4E655057">
              <w:rPr>
                <w:sz w:val="19"/>
                <w:szCs w:val="19"/>
              </w:rPr>
              <w:t xml:space="preserve"> 695: 133833.</w:t>
            </w:r>
          </w:p>
        </w:tc>
        <w:tc>
          <w:tcPr>
            <w:tcW w:w="3135" w:type="dxa"/>
            <w:shd w:val="clear" w:color="auto" w:fill="F2F6FC"/>
            <w:tcMar/>
          </w:tcPr>
          <w:p w14:paraId="4DB890F1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[</w:t>
            </w:r>
            <w:r w:rsidRPr="4E655057" w:rsidR="4E655057">
              <w:rPr>
                <w:sz w:val="19"/>
                <w:szCs w:val="19"/>
              </w:rPr>
              <w:t>10.1016/j.scitotenv.2019.133833](</w:t>
            </w:r>
            <w:r w:rsidRPr="4E655057" w:rsidR="4E655057">
              <w:rPr>
                <w:sz w:val="19"/>
                <w:szCs w:val="19"/>
              </w:rPr>
              <w:t>https://doi.org/10.1016/j.scitotenv.2019.133833)</w:t>
            </w:r>
          </w:p>
        </w:tc>
      </w:tr>
      <w:tr xmlns:wp14="http://schemas.microsoft.com/office/word/2010/wordml" w:rsidTr="4E655057" w14:paraId="0D5A17DB" wp14:textId="77777777">
        <w:tc>
          <w:tcPr>
            <w:tcW w:w="3135" w:type="dxa"/>
            <w:tcMar/>
          </w:tcPr>
          <w:p w14:paraId="08288C75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Burda</w:t>
            </w:r>
            <w:r w:rsidRPr="4E655057" w:rsidR="4E655057">
              <w:rPr>
                <w:sz w:val="19"/>
                <w:szCs w:val="19"/>
              </w:rPr>
              <w:t xml:space="preserve"> et al. (2009)</w:t>
            </w:r>
          </w:p>
        </w:tc>
        <w:tc>
          <w:tcPr>
            <w:tcW w:w="3135" w:type="dxa"/>
            <w:tcMar/>
          </w:tcPr>
          <w:p w14:paraId="301BE36A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 xml:space="preserve">Burda</w:t>
            </w:r>
            <w:r w:rsidRPr="4E655057" w:rsidR="4E655057">
              <w:rPr>
                <w:sz w:val="19"/>
                <w:szCs w:val="19"/>
              </w:rPr>
              <w:t xml:space="preserve">, H. et al. (2009). </w:t>
            </w:r>
            <w:r w:rsidRPr="4E655057" w:rsidR="4E655057">
              <w:rPr>
                <w:sz w:val="19"/>
                <w:szCs w:val="19"/>
              </w:rPr>
              <w:t xml:space="preserve">Extremely</w:t>
            </w:r>
            <w:r w:rsidRPr="4E655057" w:rsidR="4E655057">
              <w:rPr>
                <w:sz w:val="19"/>
                <w:szCs w:val="19"/>
              </w:rPr>
              <w:t xml:space="preserve"> low-</w:t>
            </w:r>
            <w:r w:rsidRPr="4E655057" w:rsidR="4E655057">
              <w:rPr>
                <w:sz w:val="19"/>
                <w:szCs w:val="19"/>
              </w:rPr>
              <w:t xml:space="preserve">frequency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electromagnetic</w:t>
            </w:r>
            <w:r w:rsidRPr="4E655057" w:rsidR="4E655057">
              <w:rPr>
                <w:sz w:val="19"/>
                <w:szCs w:val="19"/>
              </w:rPr>
              <w:t xml:space="preserve"> fields </w:t>
            </w:r>
            <w:r w:rsidRPr="4E655057" w:rsidR="4E655057">
              <w:rPr>
                <w:sz w:val="19"/>
                <w:szCs w:val="19"/>
              </w:rPr>
              <w:t xml:space="preserve">disrupt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magnetic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alignment</w:t>
            </w:r>
            <w:r w:rsidRPr="4E655057" w:rsidR="4E655057">
              <w:rPr>
                <w:sz w:val="19"/>
                <w:szCs w:val="19"/>
              </w:rPr>
              <w:t xml:space="preserve"> of </w:t>
            </w:r>
            <w:r w:rsidRPr="4E655057" w:rsidR="4E655057">
              <w:rPr>
                <w:sz w:val="19"/>
                <w:szCs w:val="19"/>
              </w:rPr>
              <w:t xml:space="preserve">ruminants</w:t>
            </w:r>
            <w:r w:rsidRPr="4E655057" w:rsidR="4E655057">
              <w:rPr>
                <w:sz w:val="19"/>
                <w:szCs w:val="19"/>
              </w:rPr>
              <w:t xml:space="preserve">.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>Proceedings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 of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>the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 National Academy of Sciences</w:t>
            </w:r>
            <w:r w:rsidRPr="4E655057" w:rsidR="4E655057">
              <w:rPr>
                <w:sz w:val="19"/>
                <w:szCs w:val="19"/>
              </w:rPr>
              <w:t xml:space="preserve"> 106(14): 5708–5713.</w:t>
            </w:r>
          </w:p>
        </w:tc>
        <w:tc>
          <w:tcPr>
            <w:tcW w:w="3135" w:type="dxa"/>
            <w:tcMar/>
          </w:tcPr>
          <w:p w14:paraId="7F98D226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[10.1073/pnas.</w:t>
            </w:r>
            <w:r w:rsidRPr="4E655057" w:rsidR="4E655057">
              <w:rPr>
                <w:sz w:val="19"/>
                <w:szCs w:val="19"/>
              </w:rPr>
              <w:t>0811194106](</w:t>
            </w:r>
            <w:r w:rsidRPr="4E655057" w:rsidR="4E655057">
              <w:rPr>
                <w:sz w:val="19"/>
                <w:szCs w:val="19"/>
              </w:rPr>
              <w:t>https://doi.org/10.1073/pnas.0811194106)</w:t>
            </w:r>
          </w:p>
        </w:tc>
      </w:tr>
      <w:tr xmlns:wp14="http://schemas.microsoft.com/office/word/2010/wordml" w:rsidTr="4E655057" w14:paraId="29D28343" wp14:textId="77777777">
        <w:tc>
          <w:tcPr>
            <w:tcW w:w="3135" w:type="dxa"/>
            <w:shd w:val="clear" w:color="auto" w:fill="F2F6FC"/>
            <w:tcMar/>
          </w:tcPr>
          <w:p w14:paraId="2767ABBB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Bingol</w:t>
            </w:r>
            <w:r w:rsidRPr="4E655057" w:rsidR="4E655057">
              <w:rPr>
                <w:sz w:val="19"/>
                <w:szCs w:val="19"/>
              </w:rPr>
              <w:t xml:space="preserve"> &amp; </w:t>
            </w:r>
            <w:r w:rsidRPr="4E655057" w:rsidR="4E655057">
              <w:rPr>
                <w:sz w:val="19"/>
                <w:szCs w:val="19"/>
              </w:rPr>
              <w:t>Goncu</w:t>
            </w:r>
            <w:r w:rsidRPr="4E655057" w:rsidR="4E655057">
              <w:rPr>
                <w:sz w:val="19"/>
                <w:szCs w:val="19"/>
              </w:rPr>
              <w:t xml:space="preserve"> (2025)</w:t>
            </w:r>
          </w:p>
        </w:tc>
        <w:tc>
          <w:tcPr>
            <w:tcW w:w="3135" w:type="dxa"/>
            <w:shd w:val="clear" w:color="auto" w:fill="F2F6FC"/>
            <w:tcMar/>
          </w:tcPr>
          <w:p w14:paraId="1C05ADD5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 xml:space="preserve">Bingol</w:t>
            </w:r>
            <w:r w:rsidRPr="4E655057" w:rsidR="4E655057">
              <w:rPr>
                <w:sz w:val="19"/>
                <w:szCs w:val="19"/>
              </w:rPr>
              <w:t xml:space="preserve">, M. &amp; </w:t>
            </w:r>
            <w:r w:rsidRPr="4E655057" w:rsidR="4E655057">
              <w:rPr>
                <w:sz w:val="19"/>
                <w:szCs w:val="19"/>
              </w:rPr>
              <w:t xml:space="preserve">Goncu</w:t>
            </w:r>
            <w:r w:rsidRPr="4E655057" w:rsidR="4E655057">
              <w:rPr>
                <w:sz w:val="19"/>
                <w:szCs w:val="19"/>
              </w:rPr>
              <w:t xml:space="preserve">, S. (2025). </w:t>
            </w:r>
            <w:r w:rsidRPr="4E655057" w:rsidR="4E655057">
              <w:rPr>
                <w:sz w:val="19"/>
                <w:szCs w:val="19"/>
              </w:rPr>
              <w:t xml:space="preserve">Effects</w:t>
            </w:r>
            <w:r w:rsidRPr="4E655057" w:rsidR="4E655057">
              <w:rPr>
                <w:sz w:val="19"/>
                <w:szCs w:val="19"/>
              </w:rPr>
              <w:t xml:space="preserve"> of high voltage power </w:t>
            </w:r>
            <w:r w:rsidRPr="4E655057" w:rsidR="4E655057">
              <w:rPr>
                <w:sz w:val="19"/>
                <w:szCs w:val="19"/>
              </w:rPr>
              <w:t xml:space="preserve">lines</w:t>
            </w:r>
            <w:r w:rsidRPr="4E655057" w:rsidR="4E655057">
              <w:rPr>
                <w:sz w:val="19"/>
                <w:szCs w:val="19"/>
              </w:rPr>
              <w:t xml:space="preserve"> on </w:t>
            </w:r>
            <w:r w:rsidRPr="4E655057" w:rsidR="4E655057">
              <w:rPr>
                <w:sz w:val="19"/>
                <w:szCs w:val="19"/>
              </w:rPr>
              <w:t xml:space="preserve">dairy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cattle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production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and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 xml:space="preserve">reproduction</w:t>
            </w:r>
            <w:r w:rsidRPr="4E655057" w:rsidR="4E655057">
              <w:rPr>
                <w:sz w:val="19"/>
                <w:szCs w:val="19"/>
              </w:rPr>
              <w:t xml:space="preserve">.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MOJ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>Ecology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 &amp; 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>Environmental</w:t>
            </w:r>
            <w:r w:rsidRPr="4E655057" w:rsidR="4E655057">
              <w:rPr>
                <w:i w:val="1"/>
                <w:iCs w:val="1"/>
                <w:sz w:val="19"/>
                <w:szCs w:val="19"/>
              </w:rPr>
              <w:t xml:space="preserve"> Sciences</w:t>
            </w:r>
            <w:r w:rsidRPr="4E655057" w:rsidR="4E655057">
              <w:rPr>
                <w:sz w:val="19"/>
                <w:szCs w:val="19"/>
              </w:rPr>
              <w:t xml:space="preserve"> 10(6).</w:t>
            </w:r>
          </w:p>
        </w:tc>
        <w:tc>
          <w:tcPr>
            <w:tcW w:w="3135" w:type="dxa"/>
            <w:shd w:val="clear" w:color="auto" w:fill="F2F6FC"/>
            <w:tcMar/>
          </w:tcPr>
          <w:p w14:paraId="63E8E420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—</w:t>
            </w:r>
          </w:p>
        </w:tc>
      </w:tr>
    </w:tbl>
    <w:p xmlns:wp14="http://schemas.microsoft.com/office/word/2010/wordml" w14:paraId="08CE6F91" wp14:textId="77777777"/>
    <w:p xmlns:wp14="http://schemas.microsoft.com/office/word/2010/wordml" w14:paraId="51C6B66B" wp14:textId="77777777">
      <w:pPr>
        <w:pStyle w:val="Heading3"/>
      </w:pPr>
      <w:r w:rsidR="4E655057">
        <w:rPr/>
        <w:t>Parlementaire</w:t>
      </w:r>
      <w:r w:rsidR="4E655057">
        <w:rPr/>
        <w:t xml:space="preserve"> </w:t>
      </w:r>
      <w:r w:rsidR="4E655057">
        <w:rPr/>
        <w:t>bronnen</w:t>
      </w:r>
      <w:r w:rsidR="4E655057">
        <w:rPr/>
        <w:t xml:space="preserve"> (</w:t>
      </w:r>
      <w:r w:rsidR="4E655057">
        <w:rPr/>
        <w:t>sectie</w:t>
      </w:r>
      <w:r w:rsidR="4E655057">
        <w:rPr/>
        <w:t xml:space="preserve"> 5B)</w:t>
      </w:r>
    </w:p>
    <w:tbl>
      <w:tblPr>
        <w:tblStyle w:val="TableGrid"/>
        <w:tblW w:w="0" w:type="auto"/>
        <w:jc w:val="left"/>
        <w:tblLook w:val="04A0" w:firstRow="1" w:lastRow="0" w:firstColumn="1" w:lastColumn="0" w:noHBand="0" w:noVBand="1"/>
      </w:tblPr>
      <w:tblGrid>
        <w:gridCol w:w="4703"/>
        <w:gridCol w:w="4703"/>
      </w:tblGrid>
      <w:tr xmlns:wp14="http://schemas.microsoft.com/office/word/2010/wordml" w:rsidTr="4E655057" w14:paraId="0CF38A24" wp14:textId="77777777">
        <w:tc>
          <w:tcPr>
            <w:tcW w:w="4703" w:type="dxa"/>
            <w:shd w:val="clear" w:color="auto" w:fill="244061" w:themeFill="accent1" w:themeFillShade="80"/>
            <w:tcMar/>
          </w:tcPr>
          <w:p w:rsidP="4E655057" w14:paraId="66C9F288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Verkorte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referentie</w:t>
            </w:r>
          </w:p>
        </w:tc>
        <w:tc>
          <w:tcPr>
            <w:tcW w:w="4703" w:type="dxa"/>
            <w:shd w:val="clear" w:color="auto" w:fill="244061" w:themeFill="accent1" w:themeFillShade="80"/>
            <w:tcMar/>
          </w:tcPr>
          <w:p w:rsidP="4E655057" w14:paraId="60FF34B6" wp14:textId="77777777">
            <w:pPr>
              <w:spacing w:before="40" w:after="40"/>
              <w:rPr>
                <w:b w:val="1"/>
                <w:bCs w:val="1"/>
                <w:color w:val="FFFFFF" w:themeColor="background1" w:themeTint="FF" w:themeShade="FF"/>
                <w:sz w:val="19"/>
                <w:szCs w:val="19"/>
              </w:rPr>
            </w:pP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Volledige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 xml:space="preserve"> </w:t>
            </w:r>
            <w:r w:rsidRPr="4E655057" w:rsidR="4E655057">
              <w:rPr>
                <w:b w:val="1"/>
                <w:bCs w:val="1"/>
                <w:color w:val="FFFFFF"/>
                <w:sz w:val="19"/>
                <w:szCs w:val="19"/>
              </w:rPr>
              <w:t>referentie</w:t>
            </w:r>
          </w:p>
        </w:tc>
      </w:tr>
      <w:tr xmlns:wp14="http://schemas.microsoft.com/office/word/2010/wordml" w:rsidTr="4E655057" w14:paraId="57D9B3D0" wp14:textId="77777777">
        <w:tc>
          <w:tcPr>
            <w:tcW w:w="4703" w:type="dxa"/>
            <w:shd w:val="clear" w:color="auto" w:fill="F2F6FC"/>
            <w:tcMar/>
          </w:tcPr>
          <w:p w14:paraId="6406E938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>Minister Demir, SV 643 (2022)</w:t>
            </w:r>
          </w:p>
        </w:tc>
        <w:tc>
          <w:tcPr>
            <w:tcW w:w="4703" w:type="dxa"/>
            <w:shd w:val="clear" w:color="auto" w:fill="F2F6FC"/>
            <w:tcMar/>
          </w:tcPr>
          <w:p w14:paraId="3D24F47F" wp14:textId="77777777">
            <w:pPr>
              <w:spacing w:before="40" w:after="40"/>
            </w:pPr>
            <w:r w:rsidRPr="4E655057" w:rsidR="4E655057">
              <w:rPr>
                <w:sz w:val="19"/>
                <w:szCs w:val="19"/>
              </w:rPr>
              <w:t xml:space="preserve">Antwoord van </w:t>
            </w:r>
            <w:r w:rsidRPr="4E655057" w:rsidR="4E655057">
              <w:rPr>
                <w:sz w:val="19"/>
                <w:szCs w:val="19"/>
              </w:rPr>
              <w:t>Vlaams</w:t>
            </w:r>
            <w:r w:rsidRPr="4E655057" w:rsidR="4E655057">
              <w:rPr>
                <w:sz w:val="19"/>
                <w:szCs w:val="19"/>
              </w:rPr>
              <w:t xml:space="preserve"> minister </w:t>
            </w:r>
            <w:r w:rsidRPr="4E655057" w:rsidR="4E655057">
              <w:rPr>
                <w:sz w:val="19"/>
                <w:szCs w:val="19"/>
              </w:rPr>
              <w:t>Zuhal</w:t>
            </w:r>
            <w:r w:rsidRPr="4E655057" w:rsidR="4E655057">
              <w:rPr>
                <w:sz w:val="19"/>
                <w:szCs w:val="19"/>
              </w:rPr>
              <w:t xml:space="preserve"> Demir op </w:t>
            </w:r>
            <w:r w:rsidRPr="4E655057" w:rsidR="4E655057">
              <w:rPr>
                <w:sz w:val="19"/>
                <w:szCs w:val="19"/>
              </w:rPr>
              <w:t>schriftelijke</w:t>
            </w:r>
            <w:r w:rsidRPr="4E655057" w:rsidR="4E655057">
              <w:rPr>
                <w:sz w:val="19"/>
                <w:szCs w:val="19"/>
              </w:rPr>
              <w:t xml:space="preserve"> </w:t>
            </w:r>
            <w:r w:rsidRPr="4E655057" w:rsidR="4E655057">
              <w:rPr>
                <w:sz w:val="19"/>
                <w:szCs w:val="19"/>
              </w:rPr>
              <w:t>vraag</w:t>
            </w:r>
            <w:r w:rsidRPr="4E655057" w:rsidR="4E655057">
              <w:rPr>
                <w:sz w:val="19"/>
                <w:szCs w:val="19"/>
              </w:rPr>
              <w:t xml:space="preserve"> SV 643 van 25 </w:t>
            </w:r>
            <w:r w:rsidRPr="4E655057" w:rsidR="4E655057">
              <w:rPr>
                <w:sz w:val="19"/>
                <w:szCs w:val="19"/>
              </w:rPr>
              <w:t>maart</w:t>
            </w:r>
            <w:r w:rsidRPr="4E655057" w:rsidR="4E655057">
              <w:rPr>
                <w:sz w:val="19"/>
                <w:szCs w:val="19"/>
              </w:rPr>
              <w:t xml:space="preserve"> 2022 </w:t>
            </w:r>
            <w:r w:rsidRPr="4E655057" w:rsidR="4E655057">
              <w:rPr>
                <w:sz w:val="19"/>
                <w:szCs w:val="19"/>
              </w:rPr>
              <w:t>betreffende</w:t>
            </w:r>
            <w:r w:rsidRPr="4E655057" w:rsidR="4E655057">
              <w:rPr>
                <w:sz w:val="19"/>
                <w:szCs w:val="19"/>
              </w:rPr>
              <w:t xml:space="preserve"> de </w:t>
            </w:r>
            <w:r w:rsidRPr="4E655057" w:rsidR="4E655057">
              <w:rPr>
                <w:sz w:val="19"/>
                <w:szCs w:val="19"/>
              </w:rPr>
              <w:t>effecten</w:t>
            </w:r>
            <w:r w:rsidRPr="4E655057" w:rsidR="4E655057">
              <w:rPr>
                <w:sz w:val="19"/>
                <w:szCs w:val="19"/>
              </w:rPr>
              <w:t xml:space="preserve"> van </w:t>
            </w:r>
            <w:r w:rsidRPr="4E655057" w:rsidR="4E655057">
              <w:rPr>
                <w:sz w:val="19"/>
                <w:szCs w:val="19"/>
              </w:rPr>
              <w:t>hoogspanningslijnen</w:t>
            </w:r>
            <w:r w:rsidRPr="4E655057" w:rsidR="4E655057">
              <w:rPr>
                <w:sz w:val="19"/>
                <w:szCs w:val="19"/>
              </w:rPr>
              <w:t xml:space="preserve"> op </w:t>
            </w:r>
            <w:r w:rsidRPr="4E655057" w:rsidR="4E655057">
              <w:rPr>
                <w:sz w:val="19"/>
                <w:szCs w:val="19"/>
              </w:rPr>
              <w:t>landbouwdieren</w:t>
            </w:r>
            <w:r w:rsidRPr="4E655057" w:rsidR="4E655057">
              <w:rPr>
                <w:sz w:val="19"/>
                <w:szCs w:val="19"/>
              </w:rPr>
              <w:t>.</w:t>
            </w:r>
          </w:p>
        </w:tc>
      </w:tr>
    </w:tbl>
    <w:p xmlns:wp14="http://schemas.microsoft.com/office/word/2010/wordml" w14:paraId="61CDCEAD" wp14:textId="77777777"/>
    <w:sectPr w:rsidRPr="0006063C" w:rsidR="00FC693F" w:rsidSect="00034616">
      <w:pgSz w:w="12240" w:h="15840" w:orient="portrait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xmlns:w="http://schemas.openxmlformats.org/wordprocessingml/2006/main" w:abstractNumId="15">
    <w:nsid w:val="3ab8962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4">
    <w:nsid w:val="2f72b7ad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3">
    <w:nsid w:val="7ecd1d7c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3305270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76f93f9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0">
    <w:nsid w:val="6cb1ec8f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9">
    <w:nsid w:val="43b7d97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3DF0285"/>
    <w:rsid w:val="08530FDC"/>
    <w:rsid w:val="17D65293"/>
    <w:rsid w:val="1852AE07"/>
    <w:rsid w:val="1E383BC6"/>
    <w:rsid w:val="2010661A"/>
    <w:rsid w:val="2010661A"/>
    <w:rsid w:val="28F15A59"/>
    <w:rsid w:val="29281F0F"/>
    <w:rsid w:val="2B082C4B"/>
    <w:rsid w:val="30031209"/>
    <w:rsid w:val="30031209"/>
    <w:rsid w:val="30D38DAF"/>
    <w:rsid w:val="3BFCBC5E"/>
    <w:rsid w:val="45943588"/>
    <w:rsid w:val="45943588"/>
    <w:rsid w:val="45EF7484"/>
    <w:rsid w:val="46A133DD"/>
    <w:rsid w:val="47264F7F"/>
    <w:rsid w:val="4793E9E8"/>
    <w:rsid w:val="4A2C6B72"/>
    <w:rsid w:val="4AF08353"/>
    <w:rsid w:val="4C216F06"/>
    <w:rsid w:val="4E655057"/>
    <w:rsid w:val="4ED673EC"/>
    <w:rsid w:val="4F6F7A13"/>
    <w:rsid w:val="50D060EB"/>
    <w:rsid w:val="554814B1"/>
    <w:rsid w:val="5EBA4D35"/>
    <w:rsid w:val="5F1F4BF5"/>
    <w:rsid w:val="6043B98A"/>
    <w:rsid w:val="6043B98A"/>
    <w:rsid w:val="60E3DDD5"/>
    <w:rsid w:val="6B316138"/>
    <w:rsid w:val="6E192857"/>
    <w:rsid w:val="6E5AA8D7"/>
    <w:rsid w:val="74E91D53"/>
    <w:rsid w:val="781883D3"/>
    <w:rsid w:val="7B0469B0"/>
    <w:rsid w:val="7D259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562F6ADB-6F1C-46D5-BD58-40E3D662CD6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uiPriority w:val="0"/>
    <w:name w:val="Normal"/>
    <w:qFormat/>
    <w:rsid w:val="4E655057"/>
    <w:rPr>
      <w:rFonts w:ascii="Calibri" w:hAnsi="Calibri"/>
      <w:noProof w:val="0"/>
      <w:lang w:val="nl-BE"/>
    </w:rPr>
    <w:pPr>
      <w:spacing w:after="120"/>
    </w:pPr>
  </w:style>
  <w:style w:type="paragraph" w:styleId="Header">
    <w:uiPriority w:val="99"/>
    <w:name w:val="header"/>
    <w:basedOn w:val="Normal"/>
    <w:unhideWhenUsed/>
    <w:link w:val="HeaderChar"/>
    <w:rsid w:val="4E655057"/>
    <w:pPr>
      <w:tabs>
        <w:tab w:val="center" w:leader="none" w:pos="4680"/>
        <w:tab w:val="right" w:leader="none" w:pos="9360"/>
      </w:tabs>
      <w:spacing w:after="0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uiPriority w:val="99"/>
    <w:name w:val="footer"/>
    <w:basedOn w:val="Normal"/>
    <w:unhideWhenUsed/>
    <w:link w:val="FooterChar"/>
    <w:rsid w:val="4E655057"/>
    <w:pPr>
      <w:tabs>
        <w:tab w:val="center" w:leader="none" w:pos="4680"/>
        <w:tab w:val="right" w:leader="none" w:pos="9360"/>
      </w:tabs>
      <w:spacing w:after="0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uiPriority w:val="9"/>
    <w:name w:val="heading 1"/>
    <w:basedOn w:val="Normal"/>
    <w:next w:val="Normal"/>
    <w:link w:val="Heading1Char"/>
    <w:qFormat/>
    <w:rsid w:val="4E655057"/>
    <w:rPr>
      <w:rFonts w:eastAsia="ＭＳ ゴシック" w:cs="" w:asciiTheme="majorAscii" w:hAnsiTheme="majorAscii" w:eastAsiaTheme="majorEastAsia" w:cstheme="majorBidi"/>
      <w:b w:val="1"/>
      <w:bCs w:val="1"/>
      <w:color w:val="1F3864"/>
      <w:sz w:val="36"/>
      <w:szCs w:val="36"/>
    </w:rPr>
    <w:pPr>
      <w:keepNext w:val="1"/>
      <w:keepLines w:val="1"/>
      <w:spacing w:before="480" w:after="240"/>
      <w:outlineLvl w:val="0"/>
    </w:pPr>
  </w:style>
  <w:style w:type="paragraph" w:styleId="Heading2">
    <w:uiPriority w:val="9"/>
    <w:name w:val="heading 2"/>
    <w:basedOn w:val="Normal"/>
    <w:next w:val="Normal"/>
    <w:unhideWhenUsed/>
    <w:link w:val="Heading2Char"/>
    <w:qFormat/>
    <w:rsid w:val="4E655057"/>
    <w:rPr>
      <w:rFonts w:eastAsia="ＭＳ ゴシック" w:cs="" w:asciiTheme="majorAscii" w:hAnsiTheme="majorAscii" w:eastAsiaTheme="majorEastAsia" w:cstheme="majorBidi"/>
      <w:b w:val="1"/>
      <w:bCs w:val="1"/>
      <w:color w:val="1F3864"/>
      <w:sz w:val="28"/>
      <w:szCs w:val="28"/>
    </w:rPr>
    <w:pPr>
      <w:keepNext w:val="1"/>
      <w:keepLines w:val="1"/>
      <w:spacing w:before="360" w:after="160"/>
      <w:outlineLvl w:val="1"/>
    </w:pPr>
  </w:style>
  <w:style w:type="paragraph" w:styleId="Heading3">
    <w:uiPriority w:val="9"/>
    <w:name w:val="heading 3"/>
    <w:basedOn w:val="Normal"/>
    <w:next w:val="Normal"/>
    <w:unhideWhenUsed/>
    <w:link w:val="Heading3Char"/>
    <w:qFormat/>
    <w:rsid w:val="4E655057"/>
    <w:rPr>
      <w:rFonts w:eastAsia="ＭＳ ゴシック" w:cs="" w:asciiTheme="majorAscii" w:hAnsiTheme="majorAscii" w:eastAsiaTheme="majorEastAsia" w:cstheme="majorBidi"/>
      <w:b w:val="1"/>
      <w:bCs w:val="1"/>
      <w:color w:val="1F3864"/>
      <w:sz w:val="24"/>
      <w:szCs w:val="24"/>
    </w:rPr>
    <w:pPr>
      <w:keepNext w:val="1"/>
      <w:keepLines w:val="1"/>
      <w:spacing w:before="240"/>
      <w:outlineLvl w:val="2"/>
    </w:pPr>
  </w:style>
  <w:style w:type="paragraph" w:styleId="Heading4">
    <w:uiPriority w:val="9"/>
    <w:name w:val="heading 4"/>
    <w:basedOn w:val="Normal"/>
    <w:next w:val="Normal"/>
    <w:semiHidden/>
    <w:unhideWhenUsed/>
    <w:link w:val="Heading4Char"/>
    <w:qFormat/>
    <w:rsid w:val="4E655057"/>
    <w:rPr>
      <w:rFonts w:eastAsia="ＭＳ ゴシック" w:cs="" w:asciiTheme="majorAscii" w:hAnsiTheme="majorAscii" w:eastAsiaTheme="majorEastAsia" w:cstheme="majorBidi"/>
      <w:b w:val="1"/>
      <w:bCs w:val="1"/>
      <w:i w:val="1"/>
      <w:iCs w:val="1"/>
      <w:color w:val="1F3864"/>
    </w:rPr>
    <w:pPr>
      <w:keepNext w:val="1"/>
      <w:keepLines w:val="1"/>
      <w:spacing w:before="200" w:after="80"/>
      <w:outlineLvl w:val="3"/>
    </w:pPr>
  </w:style>
  <w:style w:type="paragraph" w:styleId="Heading5">
    <w:uiPriority w:val="9"/>
    <w:name w:val="heading 5"/>
    <w:basedOn w:val="Normal"/>
    <w:next w:val="Normal"/>
    <w:semiHidden/>
    <w:unhideWhenUsed/>
    <w:link w:val="Heading5Char"/>
    <w:qFormat/>
    <w:rsid w:val="4E655057"/>
    <w:rPr>
      <w:rFonts w:eastAsia="ＭＳ ゴシック" w:cs="" w:asciiTheme="majorAscii" w:hAnsiTheme="majorAscii" w:eastAsiaTheme="majorEastAsia" w:cstheme="majorBidi"/>
      <w:color w:val="243F60"/>
    </w:rPr>
    <w:pPr>
      <w:keepNext w:val="1"/>
      <w:keepLines w:val="1"/>
      <w:spacing w:before="200" w:after="0"/>
      <w:outlineLvl w:val="4"/>
    </w:pPr>
  </w:style>
  <w:style w:type="paragraph" w:styleId="Heading6">
    <w:uiPriority w:val="9"/>
    <w:name w:val="heading 6"/>
    <w:basedOn w:val="Normal"/>
    <w:next w:val="Normal"/>
    <w:semiHidden/>
    <w:unhideWhenUsed/>
    <w:link w:val="Heading6Char"/>
    <w:qFormat/>
    <w:rsid w:val="4E655057"/>
    <w:rPr>
      <w:rFonts w:eastAsia="ＭＳ ゴシック" w:cs="" w:asciiTheme="majorAscii" w:hAnsiTheme="majorAscii" w:eastAsiaTheme="majorEastAsia" w:cstheme="majorBidi"/>
      <w:i w:val="1"/>
      <w:iCs w:val="1"/>
      <w:color w:val="243F60"/>
    </w:rPr>
    <w:pPr>
      <w:keepNext w:val="1"/>
      <w:keepLines w:val="1"/>
      <w:spacing w:before="200" w:after="0"/>
      <w:outlineLvl w:val="5"/>
    </w:pPr>
  </w:style>
  <w:style w:type="paragraph" w:styleId="Heading7">
    <w:uiPriority w:val="9"/>
    <w:name w:val="heading 7"/>
    <w:basedOn w:val="Normal"/>
    <w:next w:val="Normal"/>
    <w:semiHidden/>
    <w:unhideWhenUsed/>
    <w:link w:val="Heading7Char"/>
    <w:qFormat/>
    <w:rsid w:val="4E655057"/>
    <w:rPr>
      <w:rFonts w:eastAsia="ＭＳ ゴシック" w:cs="" w:asciiTheme="majorAscii" w:hAnsiTheme="majorAscii" w:eastAsiaTheme="majorEastAsia" w:cstheme="majorBidi"/>
      <w:i w:val="1"/>
      <w:iCs w:val="1"/>
      <w:color w:val="404040" w:themeColor="text1" w:themeTint="BF" w:themeShade="FF"/>
    </w:rPr>
    <w:pPr>
      <w:keepNext w:val="1"/>
      <w:keepLines w:val="1"/>
      <w:spacing w:before="200" w:after="0"/>
      <w:outlineLvl w:val="6"/>
    </w:pPr>
  </w:style>
  <w:style w:type="paragraph" w:styleId="Heading8">
    <w:uiPriority w:val="9"/>
    <w:name w:val="heading 8"/>
    <w:basedOn w:val="Normal"/>
    <w:next w:val="Normal"/>
    <w:semiHidden/>
    <w:unhideWhenUsed/>
    <w:link w:val="Heading8Char"/>
    <w:qFormat/>
    <w:rsid w:val="4E655057"/>
    <w:rPr>
      <w:rFonts w:eastAsia="ＭＳ ゴシック" w:cs="" w:asciiTheme="majorAscii" w:hAnsiTheme="majorAscii" w:eastAsiaTheme="majorEastAsia" w:cstheme="majorBidi"/>
      <w:color w:val="4F81BD" w:themeColor="accent1" w:themeTint="FF" w:themeShade="FF"/>
      <w:sz w:val="20"/>
      <w:szCs w:val="20"/>
    </w:rPr>
    <w:pPr>
      <w:keepNext w:val="1"/>
      <w:keepLines w:val="1"/>
      <w:spacing w:before="200" w:after="0"/>
      <w:outlineLvl w:val="7"/>
    </w:pPr>
  </w:style>
  <w:style w:type="paragraph" w:styleId="Heading9">
    <w:uiPriority w:val="9"/>
    <w:name w:val="heading 9"/>
    <w:basedOn w:val="Normal"/>
    <w:next w:val="Normal"/>
    <w:semiHidden/>
    <w:unhideWhenUsed/>
    <w:link w:val="Heading9Char"/>
    <w:qFormat/>
    <w:rsid w:val="4E655057"/>
    <w:rPr>
      <w:rFonts w:eastAsia="ＭＳ ゴシック" w:cs="" w:asciiTheme="majorAscii" w:hAnsiTheme="majorAscii" w:eastAsiaTheme="majorEastAsia" w:cstheme="majorBidi"/>
      <w:i w:val="1"/>
      <w:iCs w:val="1"/>
      <w:color w:val="404040" w:themeColor="text1" w:themeTint="BF" w:themeShade="FF"/>
      <w:sz w:val="20"/>
      <w:szCs w:val="20"/>
    </w:rPr>
    <w:pPr>
      <w:keepNext w:val="1"/>
      <w:keepLines w:val="1"/>
      <w:spacing w:before="200" w:after="0"/>
      <w:outlineLvl w:val="8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uiPriority w:val="10"/>
    <w:name w:val="Title"/>
    <w:basedOn w:val="Normal"/>
    <w:next w:val="Normal"/>
    <w:link w:val="TitleChar"/>
    <w:qFormat/>
    <w:rsid w:val="4E655057"/>
    <w:rPr>
      <w:rFonts w:eastAsia="ＭＳ ゴシック" w:cs="" w:asciiTheme="majorAscii" w:hAnsiTheme="majorAscii" w:eastAsiaTheme="majorEastAsia" w:cstheme="majorBidi"/>
      <w:color w:val="17365D" w:themeColor="text2" w:themeTint="FF" w:themeShade="BF"/>
      <w:sz w:val="52"/>
      <w:szCs w:val="52"/>
    </w:rPr>
    <w:pPr>
      <w:pBdr>
        <w:bottom w:val="single" w:color="4F81BD" w:themeColor="accent1" w:sz="8" w:space="4"/>
      </w:pBdr>
      <w:spacing w:after="300"/>
      <w:contextualSpacing/>
    </w:p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uiPriority w:val="11"/>
    <w:name w:val="Subtitle"/>
    <w:basedOn w:val="Normal"/>
    <w:next w:val="Normal"/>
    <w:link w:val="SubtitleChar"/>
    <w:qFormat/>
    <w:rsid w:val="4E655057"/>
    <w:rPr>
      <w:rFonts w:eastAsia="ＭＳ ゴシック" w:cs="" w:asciiTheme="majorAscii" w:hAnsiTheme="majorAscii" w:eastAsiaTheme="majorEastAsia" w:cstheme="majorBidi"/>
      <w:i w:val="1"/>
      <w:iCs w:val="1"/>
      <w:color w:val="4F81BD" w:themeColor="accent1" w:themeTint="FF" w:themeShade="FF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uiPriority w:val="34"/>
    <w:name w:val="List Paragraph"/>
    <w:basedOn w:val="Normal"/>
    <w:qFormat/>
    <w:rsid w:val="4E655057"/>
    <w:pPr>
      <w:spacing/>
      <w:ind w:left="720"/>
      <w:contextualSpacing/>
    </w:pPr>
  </w:style>
  <w:style w:type="paragraph" w:styleId="BodyText">
    <w:uiPriority w:val="99"/>
    <w:name w:val="Body Text"/>
    <w:basedOn w:val="Normal"/>
    <w:unhideWhenUsed/>
    <w:link w:val="BodyTextChar"/>
    <w:rsid w:val="4E655057"/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uiPriority w:val="99"/>
    <w:name w:val="Body Text 2"/>
    <w:basedOn w:val="Normal"/>
    <w:unhideWhenUsed/>
    <w:link w:val="BodyText2Char"/>
    <w:rsid w:val="4E655057"/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uiPriority w:val="99"/>
    <w:name w:val="Body Text 3"/>
    <w:basedOn w:val="Normal"/>
    <w:unhideWhenUsed/>
    <w:link w:val="BodyText3Char"/>
    <w:rsid w:val="4E655057"/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uiPriority w:val="99"/>
    <w:name w:val="List"/>
    <w:basedOn w:val="Normal"/>
    <w:unhideWhenUsed/>
    <w:rsid w:val="4E655057"/>
    <w:pPr>
      <w:spacing/>
      <w:ind w:left="360" w:hanging="360"/>
      <w:contextualSpacing/>
    </w:pPr>
  </w:style>
  <w:style w:type="paragraph" w:styleId="List2">
    <w:uiPriority w:val="99"/>
    <w:name w:val="List 2"/>
    <w:basedOn w:val="Normal"/>
    <w:unhideWhenUsed/>
    <w:rsid w:val="4E655057"/>
    <w:pPr>
      <w:spacing/>
      <w:ind w:left="720" w:hanging="360"/>
      <w:contextualSpacing/>
    </w:pPr>
  </w:style>
  <w:style w:type="paragraph" w:styleId="List3">
    <w:uiPriority w:val="99"/>
    <w:name w:val="List 3"/>
    <w:basedOn w:val="Normal"/>
    <w:unhideWhenUsed/>
    <w:rsid w:val="4E655057"/>
    <w:pPr>
      <w:spacing/>
      <w:ind w:left="1080" w:hanging="360"/>
      <w:contextualSpacing/>
    </w:pPr>
  </w:style>
  <w:style w:type="paragraph" w:styleId="ListBullet">
    <w:uiPriority w:val="99"/>
    <w:name w:val="List Bullet"/>
    <w:basedOn w:val="Normal"/>
    <w:unhideWhenUsed/>
    <w:rsid w:val="4E655057"/>
    <w:pPr>
      <w:numPr>
        <w:numId w:val="1"/>
      </w:numPr>
      <w:spacing/>
      <w:contextualSpacing/>
    </w:pPr>
  </w:style>
  <w:style w:type="paragraph" w:styleId="ListBullet2">
    <w:uiPriority w:val="99"/>
    <w:name w:val="List Bullet 2"/>
    <w:basedOn w:val="Normal"/>
    <w:unhideWhenUsed/>
    <w:rsid w:val="4E655057"/>
    <w:pPr>
      <w:numPr>
        <w:numId w:val="2"/>
      </w:numPr>
      <w:spacing/>
      <w:contextualSpacing/>
    </w:pPr>
  </w:style>
  <w:style w:type="paragraph" w:styleId="ListBullet3">
    <w:uiPriority w:val="99"/>
    <w:name w:val="List Bullet 3"/>
    <w:basedOn w:val="Normal"/>
    <w:unhideWhenUsed/>
    <w:rsid w:val="4E655057"/>
    <w:pPr>
      <w:numPr>
        <w:numId w:val="3"/>
      </w:numPr>
      <w:spacing/>
      <w:contextualSpacing/>
    </w:pPr>
  </w:style>
  <w:style w:type="paragraph" w:styleId="ListNumber">
    <w:uiPriority w:val="99"/>
    <w:name w:val="List Number"/>
    <w:basedOn w:val="Normal"/>
    <w:unhideWhenUsed/>
    <w:rsid w:val="4E655057"/>
    <w:pPr>
      <w:numPr>
        <w:numId w:val="5"/>
      </w:numPr>
      <w:spacing/>
      <w:contextualSpacing/>
    </w:pPr>
  </w:style>
  <w:style w:type="paragraph" w:styleId="ListNumber2">
    <w:uiPriority w:val="99"/>
    <w:name w:val="List Number 2"/>
    <w:basedOn w:val="Normal"/>
    <w:unhideWhenUsed/>
    <w:rsid w:val="4E655057"/>
    <w:pPr>
      <w:numPr>
        <w:numId w:val="6"/>
      </w:numPr>
      <w:spacing/>
      <w:contextualSpacing/>
    </w:pPr>
  </w:style>
  <w:style w:type="paragraph" w:styleId="ListNumber3">
    <w:uiPriority w:val="99"/>
    <w:name w:val="List Number 3"/>
    <w:basedOn w:val="Normal"/>
    <w:unhideWhenUsed/>
    <w:rsid w:val="4E655057"/>
    <w:pPr>
      <w:numPr>
        <w:numId w:val="7"/>
      </w:numPr>
      <w:spacing/>
      <w:contextualSpacing/>
    </w:pPr>
  </w:style>
  <w:style w:type="paragraph" w:styleId="ListContinue">
    <w:uiPriority w:val="99"/>
    <w:name w:val="List Continue"/>
    <w:basedOn w:val="Normal"/>
    <w:unhideWhenUsed/>
    <w:rsid w:val="4E655057"/>
    <w:pPr>
      <w:spacing/>
      <w:ind w:left="360"/>
      <w:contextualSpacing/>
    </w:pPr>
  </w:style>
  <w:style w:type="paragraph" w:styleId="ListContinue2">
    <w:uiPriority w:val="99"/>
    <w:name w:val="List Continue 2"/>
    <w:basedOn w:val="Normal"/>
    <w:unhideWhenUsed/>
    <w:rsid w:val="4E655057"/>
    <w:pPr>
      <w:spacing/>
      <w:ind w:left="720"/>
      <w:contextualSpacing/>
    </w:pPr>
  </w:style>
  <w:style w:type="paragraph" w:styleId="ListContinue3">
    <w:uiPriority w:val="99"/>
    <w:name w:val="List Continue 3"/>
    <w:basedOn w:val="Normal"/>
    <w:unhideWhenUsed/>
    <w:rsid w:val="4E655057"/>
    <w:pPr>
      <w:spacing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uiPriority w:val="29"/>
    <w:name w:val="Quote"/>
    <w:basedOn w:val="Normal"/>
    <w:next w:val="Normal"/>
    <w:link w:val="QuoteChar"/>
    <w:qFormat/>
    <w:rsid w:val="4E655057"/>
    <w:rPr>
      <w:i w:val="1"/>
      <w:iCs w:val="1"/>
      <w:color w:val="000000" w:themeColor="text1" w:themeTint="FF" w:themeShade="FF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uiPriority w:val="35"/>
    <w:name w:val="caption"/>
    <w:basedOn w:val="Normal"/>
    <w:next w:val="Normal"/>
    <w:semiHidden/>
    <w:unhideWhenUsed/>
    <w:qFormat/>
    <w:rsid w:val="4E655057"/>
    <w:rPr>
      <w:b w:val="1"/>
      <w:bCs w:val="1"/>
      <w:color w:val="4F81BD" w:themeColor="accent1" w:themeTint="FF" w:themeShade="F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uiPriority w:val="30"/>
    <w:name w:val="Intense Quote"/>
    <w:basedOn w:val="Normal"/>
    <w:next w:val="Normal"/>
    <w:link w:val="IntenseQuoteChar"/>
    <w:qFormat/>
    <w:rsid w:val="4E655057"/>
    <w:rPr>
      <w:b w:val="1"/>
      <w:bCs w:val="1"/>
      <w:i w:val="1"/>
      <w:iCs w:val="1"/>
      <w:color w:val="4F81BD" w:themeColor="accent1" w:themeTint="FF" w:themeShade="FF"/>
    </w:rPr>
    <w:pPr>
      <w:pBdr>
        <w:bottom w:val="single" w:color="4F81BD" w:themeColor="accent1" w:sz="4" w:space="4"/>
      </w:pBdr>
      <w:spacing w:before="200" w:after="280"/>
      <w:ind w:left="936" w:right="936"/>
    </w:p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Heidi Deleu</lastModifiedBy>
  <revision>3</revision>
  <dcterms:created xsi:type="dcterms:W3CDTF">2013-12-23T23:15:00.0000000Z</dcterms:created>
  <dcterms:modified xsi:type="dcterms:W3CDTF">2026-02-22T19:05:31.6114372Z</dcterms:modified>
  <category/>
</coreProperties>
</file>