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9D758D" w:rsidRDefault="005F6A5B" w14:paraId="22EF9245" w14:textId="77777777">
      <w:pPr>
        <w:pStyle w:val="Heading1"/>
      </w:pPr>
      <w:r w:rsidR="005F6A5B">
        <w:rPr/>
        <w:t>BEZWAARSCHRIFT TEGEN DE OMGEVINGSVERGUNNINGSAANVRAAG VENTILUS</w:t>
      </w:r>
    </w:p>
    <w:p w:rsidR="009D758D" w:rsidRDefault="005F6A5B" w14:paraId="3EE0140E" w14:textId="77777777">
      <w:pPr>
        <w:pStyle w:val="Heading2"/>
      </w:pPr>
      <w:r w:rsidR="005F6A5B">
        <w:rPr/>
        <w:t xml:space="preserve">OMV 2025025781 — Elia Asset NV — 380kV </w:t>
      </w:r>
      <w:r w:rsidR="005F6A5B">
        <w:rPr/>
        <w:t>hoogspanningsverbinding</w:t>
      </w:r>
      <w:r w:rsidR="005F6A5B">
        <w:rPr/>
        <w:t xml:space="preserve"> Gezelle-</w:t>
      </w:r>
      <w:r w:rsidR="005F6A5B">
        <w:rPr/>
        <w:t>Izegem</w:t>
      </w:r>
    </w:p>
    <w:p w:rsidR="009D758D" w:rsidP="6C968D7A" w:rsidRDefault="009D758D" w14:paraId="672A6659" w14:textId="77777777">
      <w:pPr>
        <w:pBdr>
          <w:bottom w:val="single" w:color="CCCCCC" w:sz="6" w:space="1"/>
        </w:pBdr>
        <w:spacing w:before="240" w:after="240"/>
      </w:pPr>
    </w:p>
    <w:p w:rsidR="009D758D" w:rsidRDefault="005F6A5B" w14:paraId="592B1137" w14:textId="77777777">
      <w:r w:rsidRPr="6C968D7A" w:rsidR="005F6A5B">
        <w:rPr>
          <w:b w:val="1"/>
          <w:bCs w:val="1"/>
        </w:rPr>
        <w:t>Aan:</w:t>
      </w:r>
      <w:r w:rsidR="005F6A5B">
        <w:rPr/>
        <w:t xml:space="preserve"> De </w:t>
      </w:r>
      <w:r w:rsidR="005F6A5B">
        <w:rPr/>
        <w:t>bevoegde</w:t>
      </w:r>
      <w:r w:rsidR="005F6A5B">
        <w:rPr/>
        <w:t xml:space="preserve"> </w:t>
      </w:r>
      <w:r w:rsidR="005F6A5B">
        <w:rPr/>
        <w:t>vergunningverlenende</w:t>
      </w:r>
      <w:r w:rsidR="005F6A5B">
        <w:rPr/>
        <w:t xml:space="preserve"> </w:t>
      </w:r>
      <w:r w:rsidR="005F6A5B">
        <w:rPr/>
        <w:t>overheid</w:t>
      </w:r>
    </w:p>
    <w:p w:rsidR="009D758D" w:rsidRDefault="005F6A5B" w14:paraId="31803D11" w14:textId="77777777">
      <w:r w:rsidRPr="6C968D7A" w:rsidR="005F6A5B">
        <w:rPr>
          <w:b w:val="1"/>
          <w:bCs w:val="1"/>
        </w:rPr>
        <w:t>Betreft</w:t>
      </w:r>
      <w:r w:rsidRPr="6C968D7A" w:rsidR="005F6A5B">
        <w:rPr>
          <w:b w:val="1"/>
          <w:bCs w:val="1"/>
        </w:rPr>
        <w:t>:</w:t>
      </w:r>
      <w:r w:rsidR="005F6A5B">
        <w:rPr/>
        <w:t xml:space="preserve"> </w:t>
      </w:r>
      <w:r w:rsidR="005F6A5B">
        <w:rPr/>
        <w:t>Bezwaar</w:t>
      </w:r>
      <w:r w:rsidR="005F6A5B">
        <w:rPr/>
        <w:t xml:space="preserve"> </w:t>
      </w:r>
      <w:r w:rsidR="005F6A5B">
        <w:rPr/>
        <w:t>tegen</w:t>
      </w:r>
      <w:r w:rsidR="005F6A5B">
        <w:rPr/>
        <w:t xml:space="preserve"> de </w:t>
      </w:r>
      <w:r w:rsidR="005F6A5B">
        <w:rPr/>
        <w:t>aanvraag</w:t>
      </w:r>
      <w:r w:rsidR="005F6A5B">
        <w:rPr/>
        <w:t xml:space="preserve"> tot </w:t>
      </w:r>
      <w:r w:rsidR="005F6A5B">
        <w:rPr/>
        <w:t>omgevingsvergunning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de </w:t>
      </w:r>
      <w:r w:rsidR="005F6A5B">
        <w:rPr/>
        <w:t>aanleg</w:t>
      </w:r>
      <w:r w:rsidR="005F6A5B">
        <w:rPr/>
        <w:t xml:space="preserve"> van </w:t>
      </w:r>
      <w:r w:rsidR="005F6A5B">
        <w:rPr/>
        <w:t>een</w:t>
      </w:r>
      <w:r w:rsidR="005F6A5B">
        <w:rPr/>
        <w:t xml:space="preserve"> 380 kV </w:t>
      </w:r>
      <w:r w:rsidR="005F6A5B">
        <w:rPr/>
        <w:t>hoogspanningsverbinding</w:t>
      </w:r>
      <w:r w:rsidR="005F6A5B">
        <w:rPr/>
        <w:t xml:space="preserve"> (</w:t>
      </w:r>
      <w:r w:rsidR="005F6A5B">
        <w:rPr/>
        <w:t>Ventilus</w:t>
      </w:r>
      <w:r w:rsidR="005F6A5B">
        <w:rPr/>
        <w:t xml:space="preserve">), </w:t>
      </w:r>
      <w:r w:rsidR="005F6A5B">
        <w:rPr/>
        <w:t>ingediend</w:t>
      </w:r>
      <w:r w:rsidR="005F6A5B">
        <w:rPr/>
        <w:t xml:space="preserve"> door Elia Asset NV, </w:t>
      </w:r>
      <w:r w:rsidR="005F6A5B">
        <w:rPr/>
        <w:t>Keizerslaan</w:t>
      </w:r>
      <w:r w:rsidR="005F6A5B">
        <w:rPr/>
        <w:t xml:space="preserve"> 20, 1000 Brussel</w:t>
      </w:r>
    </w:p>
    <w:p w:rsidR="009D758D" w:rsidRDefault="005F6A5B" w14:paraId="0B4EE9C9" w14:textId="77777777">
      <w:r w:rsidRPr="6C968D7A" w:rsidR="005F6A5B">
        <w:rPr>
          <w:b w:val="1"/>
          <w:bCs w:val="1"/>
        </w:rPr>
        <w:t>OMV-</w:t>
      </w:r>
      <w:r w:rsidRPr="6C968D7A" w:rsidR="005F6A5B">
        <w:rPr>
          <w:b w:val="1"/>
          <w:bCs w:val="1"/>
        </w:rPr>
        <w:t>referentie</w:t>
      </w:r>
      <w:r w:rsidRPr="6C968D7A" w:rsidR="005F6A5B">
        <w:rPr>
          <w:b w:val="1"/>
          <w:bCs w:val="1"/>
        </w:rPr>
        <w:t>:</w:t>
      </w:r>
      <w:r w:rsidR="005F6A5B">
        <w:rPr/>
        <w:t xml:space="preserve"> 2025025781</w:t>
      </w:r>
    </w:p>
    <w:p w:rsidR="009D758D" w:rsidP="6C968D7A" w:rsidRDefault="009D758D" w14:paraId="0A37501D" w14:textId="77777777">
      <w:pPr>
        <w:pBdr>
          <w:bottom w:val="single" w:color="CCCCCC" w:sz="6" w:space="1"/>
        </w:pBdr>
        <w:spacing w:before="240" w:after="240"/>
      </w:pPr>
    </w:p>
    <w:p w:rsidR="009D758D" w:rsidRDefault="005F6A5B" w14:paraId="52E354A1" w14:textId="77777777">
      <w:pPr>
        <w:pStyle w:val="Heading2"/>
      </w:pPr>
      <w:r w:rsidR="005F6A5B">
        <w:rPr/>
        <w:t>1. IDENTIFICATIE EN ONTVANKELIJKHEID</w:t>
      </w:r>
    </w:p>
    <w:p w:rsidR="009D758D" w:rsidRDefault="005F6A5B" w14:paraId="6FC02011" w14:textId="77777777">
      <w:pPr>
        <w:pStyle w:val="Heading3"/>
      </w:pPr>
      <w:r w:rsidR="005F6A5B">
        <w:rPr/>
        <w:t xml:space="preserve">1.1 </w:t>
      </w:r>
      <w:r w:rsidR="005F6A5B">
        <w:rPr/>
        <w:t>Indiener</w:t>
      </w:r>
    </w:p>
    <w:p w:rsidR="009D758D" w:rsidP="6C968D7A" w:rsidRDefault="005F6A5B" w14:paraId="1AD985B4" w14:textId="77777777">
      <w:pPr>
        <w:rPr>
          <w:highlight w:val="yellow"/>
        </w:rPr>
      </w:pPr>
      <w:r w:rsidRPr="6C968D7A" w:rsidR="005F6A5B">
        <w:rPr>
          <w:highlight w:val="yellow"/>
        </w:rPr>
        <w:t>[NAAM]</w:t>
      </w:r>
    </w:p>
    <w:p w:rsidR="009D758D" w:rsidP="6C968D7A" w:rsidRDefault="005F6A5B" w14:paraId="5042EF5E" w14:textId="77777777">
      <w:pPr>
        <w:rPr>
          <w:highlight w:val="yellow"/>
        </w:rPr>
      </w:pPr>
      <w:r w:rsidRPr="6C968D7A" w:rsidR="005F6A5B">
        <w:rPr>
          <w:highlight w:val="yellow"/>
        </w:rPr>
        <w:t>[ADRES]</w:t>
      </w:r>
    </w:p>
    <w:p w:rsidR="009D758D" w:rsidP="6C968D7A" w:rsidRDefault="005F6A5B" w14:paraId="003B4CBD" w14:textId="77777777">
      <w:pPr>
        <w:rPr>
          <w:highlight w:val="yellow"/>
        </w:rPr>
      </w:pPr>
      <w:r w:rsidRPr="6C968D7A" w:rsidR="005F6A5B">
        <w:rPr>
          <w:highlight w:val="yellow"/>
        </w:rPr>
        <w:t>[GEMEENTE]</w:t>
      </w:r>
    </w:p>
    <w:p w:rsidR="009D758D" w:rsidRDefault="005F6A5B" w14:paraId="1405DAA9" w14:textId="77777777">
      <w:pPr>
        <w:pStyle w:val="Heading3"/>
      </w:pPr>
      <w:r w:rsidR="005F6A5B">
        <w:rPr/>
        <w:t xml:space="preserve">1.2 </w:t>
      </w:r>
      <w:r w:rsidR="005F6A5B">
        <w:rPr/>
        <w:t>Belang</w:t>
      </w:r>
    </w:p>
    <w:p w:rsidR="009D758D" w:rsidRDefault="005F6A5B" w14:paraId="2F971450" w14:textId="77777777">
      <w:r w:rsidR="005F6A5B">
        <w:rPr/>
        <w:t xml:space="preserve">De </w:t>
      </w:r>
      <w:r w:rsidR="005F6A5B">
        <w:rPr/>
        <w:t>indiener</w:t>
      </w:r>
      <w:r w:rsidR="005F6A5B">
        <w:rPr/>
        <w:t xml:space="preserve"> is </w:t>
      </w:r>
      <w:r w:rsidR="005F6A5B">
        <w:rPr/>
        <w:t>woonachtig</w:t>
      </w:r>
      <w:r w:rsidR="005F6A5B">
        <w:rPr/>
        <w:t xml:space="preserve"> in het </w:t>
      </w:r>
      <w:r w:rsidR="005F6A5B">
        <w:rPr/>
        <w:t>impactgebied</w:t>
      </w:r>
      <w:r w:rsidR="005F6A5B">
        <w:rPr/>
        <w:t xml:space="preserve"> van het </w:t>
      </w:r>
      <w:r w:rsidR="005F6A5B">
        <w:rPr/>
        <w:t>voorgenomen</w:t>
      </w:r>
      <w:r w:rsidR="005F6A5B">
        <w:rPr/>
        <w:t xml:space="preserve"> </w:t>
      </w:r>
      <w:r w:rsidR="005F6A5B">
        <w:rPr/>
        <w:t>Ventilus</w:t>
      </w:r>
      <w:r w:rsidR="005F6A5B">
        <w:rPr/>
        <w:t xml:space="preserve">-project </w:t>
      </w:r>
      <w:r w:rsidR="005F6A5B">
        <w:rPr/>
        <w:t>en</w:t>
      </w:r>
      <w:r w:rsidR="005F6A5B">
        <w:rPr/>
        <w:t xml:space="preserve">/of </w:t>
      </w:r>
      <w:r w:rsidR="005F6A5B">
        <w:rPr/>
        <w:t>eigenaar</w:t>
      </w:r>
      <w:r w:rsidR="005F6A5B">
        <w:rPr/>
        <w:t xml:space="preserve"> van </w:t>
      </w:r>
      <w:r w:rsidR="005F6A5B">
        <w:rPr/>
        <w:t>onroerende</w:t>
      </w:r>
      <w:r w:rsidR="005F6A5B">
        <w:rPr/>
        <w:t xml:space="preserve"> </w:t>
      </w:r>
      <w:r w:rsidR="005F6A5B">
        <w:rPr/>
        <w:t>goederen</w:t>
      </w:r>
      <w:r w:rsidR="005F6A5B">
        <w:rPr/>
        <w:t xml:space="preserve"> die door het project </w:t>
      </w:r>
      <w:r w:rsidR="005F6A5B">
        <w:rPr/>
        <w:t>worden</w:t>
      </w:r>
      <w:r w:rsidR="005F6A5B">
        <w:rPr/>
        <w:t xml:space="preserve"> </w:t>
      </w:r>
      <w:r w:rsidR="005F6A5B">
        <w:rPr/>
        <w:t>getroffen</w:t>
      </w:r>
      <w:r w:rsidR="005F6A5B">
        <w:rPr/>
        <w:t xml:space="preserve">. </w:t>
      </w:r>
      <w:r w:rsidR="005F6A5B">
        <w:rPr/>
        <w:t>Ondergetekende</w:t>
      </w:r>
      <w:r w:rsidR="005F6A5B">
        <w:rPr/>
        <w:t xml:space="preserve"> </w:t>
      </w:r>
      <w:r w:rsidR="005F6A5B">
        <w:rPr/>
        <w:t>heeft</w:t>
      </w:r>
      <w:r w:rsidR="005F6A5B">
        <w:rPr/>
        <w:t xml:space="preserve"> </w:t>
      </w:r>
      <w:r w:rsidR="005F6A5B">
        <w:rPr/>
        <w:t>belang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correcte</w:t>
      </w:r>
      <w:r w:rsidR="005F6A5B">
        <w:rPr/>
        <w:t xml:space="preserve"> </w:t>
      </w:r>
      <w:r w:rsidR="005F6A5B">
        <w:rPr/>
        <w:t>milieueffectbeoordeling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de </w:t>
      </w:r>
      <w:r w:rsidR="005F6A5B">
        <w:rPr/>
        <w:t>bescherming</w:t>
      </w:r>
      <w:r w:rsidR="005F6A5B">
        <w:rPr/>
        <w:t xml:space="preserve"> van </w:t>
      </w:r>
      <w:r w:rsidR="005F6A5B">
        <w:rPr/>
        <w:t>gezondheid</w:t>
      </w:r>
      <w:r w:rsidR="005F6A5B">
        <w:rPr/>
        <w:t xml:space="preserve">, </w:t>
      </w:r>
      <w:r w:rsidR="005F6A5B">
        <w:rPr/>
        <w:t>leefmilieu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eigendom</w:t>
      </w:r>
      <w:r w:rsidR="005F6A5B">
        <w:rPr/>
        <w:t>.</w:t>
      </w:r>
    </w:p>
    <w:p w:rsidR="009D758D" w:rsidRDefault="005F6A5B" w14:paraId="2D119A6D" w14:textId="77777777">
      <w:pPr>
        <w:pStyle w:val="Heading3"/>
      </w:pPr>
      <w:r w:rsidR="005F6A5B">
        <w:rPr/>
        <w:t xml:space="preserve">1.3 </w:t>
      </w:r>
      <w:r w:rsidR="005F6A5B">
        <w:rPr/>
        <w:t>Tijdigheid</w:t>
      </w:r>
    </w:p>
    <w:p w:rsidR="009D758D" w:rsidRDefault="005F6A5B" w14:paraId="05FF6C6B" w14:textId="77777777">
      <w:r w:rsidR="005F6A5B">
        <w:rPr/>
        <w:t xml:space="preserve">Dit </w:t>
      </w:r>
      <w:r w:rsidR="005F6A5B">
        <w:rPr/>
        <w:t>bezwaarschrift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ingediend</w:t>
      </w:r>
      <w:r w:rsidR="005F6A5B">
        <w:rPr/>
        <w:t xml:space="preserve"> </w:t>
      </w:r>
      <w:r w:rsidR="005F6A5B">
        <w:rPr/>
        <w:t>binnen</w:t>
      </w:r>
      <w:r w:rsidR="005F6A5B">
        <w:rPr/>
        <w:t xml:space="preserve"> de </w:t>
      </w:r>
      <w:r w:rsidR="005F6A5B">
        <w:rPr/>
        <w:t>termijn</w:t>
      </w:r>
      <w:r w:rsidR="005F6A5B">
        <w:rPr/>
        <w:t xml:space="preserve"> van het </w:t>
      </w:r>
      <w:r w:rsidR="005F6A5B">
        <w:rPr/>
        <w:t>tweede</w:t>
      </w:r>
      <w:r w:rsidR="005F6A5B">
        <w:rPr/>
        <w:t xml:space="preserve"> </w:t>
      </w:r>
      <w:r w:rsidR="005F6A5B">
        <w:rPr/>
        <w:t>openbaar</w:t>
      </w:r>
      <w:r w:rsidR="005F6A5B">
        <w:rPr/>
        <w:t xml:space="preserve"> </w:t>
      </w:r>
      <w:r w:rsidR="005F6A5B">
        <w:rPr/>
        <w:t>onderzoek</w:t>
      </w:r>
      <w:r w:rsidR="005F6A5B">
        <w:rPr/>
        <w:t xml:space="preserve"> (6 </w:t>
      </w:r>
      <w:r w:rsidR="005F6A5B">
        <w:rPr/>
        <w:t>februari</w:t>
      </w:r>
      <w:r w:rsidR="005F6A5B">
        <w:rPr/>
        <w:t xml:space="preserve"> – 7 </w:t>
      </w:r>
      <w:r w:rsidR="005F6A5B">
        <w:rPr/>
        <w:t>maart</w:t>
      </w:r>
      <w:r w:rsidR="005F6A5B">
        <w:rPr/>
        <w:t xml:space="preserve"> 2026).</w:t>
      </w:r>
    </w:p>
    <w:p w:rsidR="009D758D" w:rsidRDefault="005F6A5B" w14:paraId="14E82F4C" w14:textId="77777777">
      <w:pPr>
        <w:pStyle w:val="Heading3"/>
      </w:pPr>
      <w:r w:rsidR="005F6A5B">
        <w:rPr/>
        <w:t xml:space="preserve">1.4 </w:t>
      </w:r>
      <w:r w:rsidR="005F6A5B">
        <w:rPr/>
        <w:t>Handhaving</w:t>
      </w:r>
      <w:r w:rsidR="005F6A5B">
        <w:rPr/>
        <w:t xml:space="preserve"> </w:t>
      </w:r>
      <w:r w:rsidR="005F6A5B">
        <w:rPr/>
        <w:t>eerder</w:t>
      </w:r>
      <w:r w:rsidR="005F6A5B">
        <w:rPr/>
        <w:t xml:space="preserve"> </w:t>
      </w:r>
      <w:r w:rsidR="005F6A5B">
        <w:rPr/>
        <w:t>bezwaarschrift</w:t>
      </w:r>
    </w:p>
    <w:p w:rsidR="009D758D" w:rsidRDefault="005F6A5B" w14:paraId="3979764C" w14:textId="77777777">
      <w:r w:rsidR="005F6A5B">
        <w:rPr/>
        <w:t>Ondergetekende</w:t>
      </w:r>
      <w:r w:rsidR="005F6A5B">
        <w:rPr/>
        <w:t xml:space="preserve"> </w:t>
      </w:r>
      <w:r w:rsidR="005F6A5B">
        <w:rPr/>
        <w:t>heeft</w:t>
      </w:r>
      <w:r w:rsidR="005F6A5B">
        <w:rPr/>
        <w:t xml:space="preserve"> </w:t>
      </w:r>
      <w:r w:rsidR="005F6A5B">
        <w:rPr/>
        <w:t>tijdens</w:t>
      </w:r>
      <w:r w:rsidR="005F6A5B">
        <w:rPr/>
        <w:t xml:space="preserve"> het </w:t>
      </w:r>
      <w:r w:rsidR="005F6A5B">
        <w:rPr/>
        <w:t>eerste</w:t>
      </w:r>
      <w:r w:rsidR="005F6A5B">
        <w:rPr/>
        <w:t xml:space="preserve"> </w:t>
      </w:r>
      <w:r w:rsidR="005F6A5B">
        <w:rPr/>
        <w:t>openbaar</w:t>
      </w:r>
      <w:r w:rsidR="005F6A5B">
        <w:rPr/>
        <w:t xml:space="preserve"> </w:t>
      </w:r>
      <w:r w:rsidR="005F6A5B">
        <w:rPr/>
        <w:t>onderzoek</w:t>
      </w:r>
      <w:r w:rsidR="005F6A5B">
        <w:rPr/>
        <w:t xml:space="preserve"> (8 </w:t>
      </w:r>
      <w:r w:rsidR="005F6A5B">
        <w:rPr/>
        <w:t>november</w:t>
      </w:r>
      <w:r w:rsidR="005F6A5B">
        <w:rPr/>
        <w:t xml:space="preserve"> – 7 </w:t>
      </w:r>
      <w:r w:rsidR="005F6A5B">
        <w:rPr/>
        <w:t>december</w:t>
      </w:r>
      <w:r w:rsidR="005F6A5B">
        <w:rPr/>
        <w:t xml:space="preserve"> 2025) </w:t>
      </w:r>
      <w:r w:rsidR="005F6A5B">
        <w:rPr/>
        <w:t>reeds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bezwaarschrift</w:t>
      </w:r>
      <w:r w:rsidR="005F6A5B">
        <w:rPr/>
        <w:t xml:space="preserve"> </w:t>
      </w:r>
      <w:r w:rsidR="005F6A5B">
        <w:rPr/>
        <w:t>ingediend</w:t>
      </w:r>
      <w:r w:rsidR="005F6A5B">
        <w:rPr/>
        <w:t xml:space="preserve"> </w:t>
      </w:r>
      <w:r w:rsidR="005F6A5B">
        <w:rPr/>
        <w:t>tegen</w:t>
      </w:r>
      <w:r w:rsidR="005F6A5B">
        <w:rPr/>
        <w:t xml:space="preserve"> </w:t>
      </w:r>
      <w:r w:rsidR="005F6A5B">
        <w:rPr/>
        <w:t>dezelfde</w:t>
      </w:r>
      <w:r w:rsidR="005F6A5B">
        <w:rPr/>
        <w:t xml:space="preserve"> </w:t>
      </w:r>
      <w:r w:rsidR="005F6A5B">
        <w:rPr/>
        <w:t>omgevingsvergunningsaanvraag</w:t>
      </w:r>
      <w:r w:rsidR="005F6A5B">
        <w:rPr/>
        <w:t xml:space="preserve">. </w:t>
      </w:r>
      <w:r w:rsidRPr="6C968D7A" w:rsidR="005F6A5B">
        <w:rPr>
          <w:b w:val="1"/>
          <w:bCs w:val="1"/>
        </w:rPr>
        <w:t xml:space="preserve">Alle </w:t>
      </w:r>
      <w:r w:rsidRPr="6C968D7A" w:rsidR="005F6A5B">
        <w:rPr>
          <w:b w:val="1"/>
          <w:bCs w:val="1"/>
        </w:rPr>
        <w:t>bezwaren</w:t>
      </w:r>
      <w:r w:rsidRPr="6C968D7A" w:rsidR="005F6A5B">
        <w:rPr>
          <w:b w:val="1"/>
          <w:bCs w:val="1"/>
        </w:rPr>
        <w:t xml:space="preserve">, </w:t>
      </w:r>
      <w:r w:rsidRPr="6C968D7A" w:rsidR="005F6A5B">
        <w:rPr>
          <w:b w:val="1"/>
          <w:bCs w:val="1"/>
        </w:rPr>
        <w:t>argumenten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verzoeken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uit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dat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eerder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ingediende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bezwaarschrift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worden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hierbij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uitdrukkelijk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gehandhaafd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herhaald</w:t>
      </w:r>
      <w:r w:rsidR="005F6A5B">
        <w:rPr/>
        <w:t xml:space="preserve">, </w:t>
      </w:r>
      <w:r w:rsidR="005F6A5B">
        <w:rPr/>
        <w:t>en</w:t>
      </w:r>
      <w:r w:rsidR="005F6A5B">
        <w:rPr/>
        <w:t xml:space="preserve"> </w:t>
      </w:r>
      <w:r w:rsidR="005F6A5B">
        <w:rPr/>
        <w:t>maken</w:t>
      </w:r>
      <w:r w:rsidR="005F6A5B">
        <w:rPr/>
        <w:t xml:space="preserve"> </w:t>
      </w:r>
      <w:r w:rsidR="005F6A5B">
        <w:rPr/>
        <w:t>integraal</w:t>
      </w:r>
      <w:r w:rsidR="005F6A5B">
        <w:rPr/>
        <w:t xml:space="preserve"> </w:t>
      </w:r>
      <w:r w:rsidR="005F6A5B">
        <w:rPr/>
        <w:t>deel</w:t>
      </w:r>
      <w:r w:rsidR="005F6A5B">
        <w:rPr/>
        <w:t xml:space="preserve"> </w:t>
      </w:r>
      <w:r w:rsidR="005F6A5B">
        <w:rPr/>
        <w:t>uit</w:t>
      </w:r>
      <w:r w:rsidR="005F6A5B">
        <w:rPr/>
        <w:t xml:space="preserve"> van het </w:t>
      </w:r>
      <w:r w:rsidR="005F6A5B">
        <w:rPr/>
        <w:t>huidig</w:t>
      </w:r>
      <w:r w:rsidR="005F6A5B">
        <w:rPr/>
        <w:t xml:space="preserve"> </w:t>
      </w:r>
      <w:r w:rsidR="005F6A5B">
        <w:rPr/>
        <w:t>bezwaar</w:t>
      </w:r>
      <w:r w:rsidR="005F6A5B">
        <w:rPr/>
        <w:t xml:space="preserve">. Het </w:t>
      </w:r>
      <w:r w:rsidR="005F6A5B">
        <w:rPr/>
        <w:t>huidige</w:t>
      </w:r>
      <w:r w:rsidR="005F6A5B">
        <w:rPr/>
        <w:t xml:space="preserve"> </w:t>
      </w:r>
      <w:r w:rsidR="005F6A5B">
        <w:rPr/>
        <w:t>bezwaarschrift</w:t>
      </w:r>
      <w:r w:rsidR="005F6A5B">
        <w:rPr/>
        <w:t xml:space="preserve"> </w:t>
      </w:r>
      <w:r w:rsidR="005F6A5B">
        <w:rPr/>
        <w:t>bevat</w:t>
      </w:r>
      <w:r w:rsidR="005F6A5B">
        <w:rPr/>
        <w:t xml:space="preserve"> </w:t>
      </w:r>
      <w:r w:rsidR="005F6A5B">
        <w:rPr/>
        <w:t>aanvullende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versterkte</w:t>
      </w:r>
      <w:r w:rsidR="005F6A5B">
        <w:rPr/>
        <w:t xml:space="preserve"> </w:t>
      </w:r>
      <w:r w:rsidR="005F6A5B">
        <w:rPr/>
        <w:t>argumenten</w:t>
      </w:r>
      <w:r w:rsidR="005F6A5B">
        <w:rPr/>
        <w:t xml:space="preserve"> op basis van </w:t>
      </w:r>
      <w:r w:rsidR="005F6A5B">
        <w:rPr/>
        <w:t>verdere</w:t>
      </w:r>
      <w:r w:rsidR="005F6A5B">
        <w:rPr/>
        <w:t xml:space="preserve"> </w:t>
      </w:r>
      <w:r w:rsidR="005F6A5B">
        <w:rPr/>
        <w:t>analyse</w:t>
      </w:r>
      <w:r w:rsidR="005F6A5B">
        <w:rPr/>
        <w:t xml:space="preserve"> van het dossier.</w:t>
      </w:r>
    </w:p>
    <w:p w:rsidR="009D758D" w:rsidP="6C968D7A" w:rsidRDefault="009D758D" w14:paraId="5DAB6C7B" w14:textId="77777777">
      <w:pPr>
        <w:pBdr>
          <w:bottom w:val="single" w:color="CCCCCC" w:sz="6" w:space="1"/>
        </w:pBdr>
        <w:spacing w:before="240" w:after="240"/>
      </w:pPr>
    </w:p>
    <w:p w:rsidR="009D758D" w:rsidRDefault="005F6A5B" w14:paraId="738193E9" w14:textId="77777777">
      <w:pPr>
        <w:pStyle w:val="Heading2"/>
      </w:pPr>
      <w:r w:rsidR="005F6A5B">
        <w:rPr/>
        <w:t>2. FORMELE BEZWAREN — HET MER IS ONGELDIG</w:t>
      </w:r>
    </w:p>
    <w:p w:rsidR="009D758D" w:rsidRDefault="005F6A5B" w14:paraId="48B833DE" w14:textId="77777777">
      <w:r w:rsidR="005F6A5B">
        <w:rPr/>
        <w:t xml:space="preserve">Het project-MER </w:t>
      </w:r>
      <w:r w:rsidR="005F6A5B">
        <w:rPr/>
        <w:t>Ventilus</w:t>
      </w:r>
      <w:r w:rsidR="005F6A5B">
        <w:rPr/>
        <w:t xml:space="preserve"> v4, </w:t>
      </w:r>
      <w:r w:rsidR="005F6A5B">
        <w:rPr/>
        <w:t>opgesteld</w:t>
      </w:r>
      <w:r w:rsidR="005F6A5B">
        <w:rPr/>
        <w:t xml:space="preserve"> door </w:t>
      </w:r>
      <w:r w:rsidR="005F6A5B">
        <w:rPr/>
        <w:t>Antea</w:t>
      </w:r>
      <w:r w:rsidR="005F6A5B">
        <w:rPr/>
        <w:t xml:space="preserve"> Group in </w:t>
      </w:r>
      <w:r w:rsidR="005F6A5B">
        <w:rPr/>
        <w:t>opdracht</w:t>
      </w:r>
      <w:r w:rsidR="005F6A5B">
        <w:rPr/>
        <w:t xml:space="preserve"> van Elia Asset NV, </w:t>
      </w:r>
      <w:r w:rsidR="005F6A5B">
        <w:rPr/>
        <w:t>vertoont</w:t>
      </w:r>
      <w:r w:rsidR="005F6A5B">
        <w:rPr/>
        <w:t xml:space="preserve"> </w:t>
      </w:r>
      <w:r w:rsidRPr="6C968D7A" w:rsidR="005F6A5B">
        <w:rPr>
          <w:b w:val="1"/>
          <w:bCs w:val="1"/>
        </w:rPr>
        <w:t xml:space="preserve">fatale </w:t>
      </w:r>
      <w:r w:rsidRPr="6C968D7A" w:rsidR="005F6A5B">
        <w:rPr>
          <w:b w:val="1"/>
          <w:bCs w:val="1"/>
        </w:rPr>
        <w:t>formele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gebreken</w:t>
      </w:r>
      <w:r w:rsidR="005F6A5B">
        <w:rPr/>
        <w:t xml:space="preserve"> die het document </w:t>
      </w:r>
      <w:r w:rsidR="005F6A5B">
        <w:rPr/>
        <w:t>ongeschikt</w:t>
      </w:r>
      <w:r w:rsidR="005F6A5B">
        <w:rPr/>
        <w:t xml:space="preserve"> </w:t>
      </w:r>
      <w:r w:rsidR="005F6A5B">
        <w:rPr/>
        <w:t>maken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basis </w:t>
      </w:r>
      <w:r w:rsidR="005F6A5B">
        <w:rPr/>
        <w:t>voor</w:t>
      </w:r>
      <w:r w:rsidR="005F6A5B">
        <w:rPr/>
        <w:t xml:space="preserve"> </w:t>
      </w:r>
      <w:r w:rsidR="005F6A5B">
        <w:rPr/>
        <w:t>besluitvorming</w:t>
      </w:r>
      <w:r w:rsidR="005F6A5B">
        <w:rPr/>
        <w:t>.</w:t>
      </w:r>
    </w:p>
    <w:p w:rsidR="009D758D" w:rsidP="25A181EA" w:rsidRDefault="25A181EA" w14:paraId="1D5FFDD2" w14:textId="77777777">
      <w:pPr>
        <w:pStyle w:val="Heading3"/>
      </w:pPr>
      <w:r w:rsidR="25A181EA">
        <w:rPr/>
        <w:t xml:space="preserve">2.1 Het MER is </w:t>
      </w:r>
      <w:r w:rsidR="25A181EA">
        <w:rPr/>
        <w:t>niet</w:t>
      </w:r>
      <w:r w:rsidR="25A181EA">
        <w:rPr/>
        <w:t xml:space="preserve"> </w:t>
      </w:r>
      <w:r w:rsidR="25A181EA">
        <w:rPr/>
        <w:t>gefinaliseerd</w:t>
      </w:r>
      <w:r w:rsidR="25A181EA">
        <w:rPr/>
        <w:t xml:space="preserve"> — 510 Track Changes </w:t>
      </w:r>
      <w:r w:rsidR="25A181EA">
        <w:rPr/>
        <w:t>artefacten</w:t>
      </w:r>
    </w:p>
    <w:p w:rsidR="009D758D" w:rsidRDefault="005F6A5B" w14:paraId="059A2F8E" w14:textId="77777777">
      <w:r w:rsidR="005F6A5B">
        <w:rPr/>
        <w:t xml:space="preserve">Het </w:t>
      </w:r>
      <w:r w:rsidR="005F6A5B">
        <w:rPr/>
        <w:t>ingediende</w:t>
      </w:r>
      <w:r w:rsidR="005F6A5B">
        <w:rPr/>
        <w:t xml:space="preserve"> project-MER </w:t>
      </w:r>
      <w:r w:rsidR="005F6A5B">
        <w:rPr/>
        <w:t>bevat</w:t>
      </w:r>
      <w:r w:rsidR="005F6A5B">
        <w:rPr/>
        <w:t xml:space="preserve"> </w:t>
      </w:r>
      <w:r w:rsidRPr="6C968D7A" w:rsidR="005F6A5B">
        <w:rPr>
          <w:b w:val="1"/>
          <w:bCs w:val="1"/>
        </w:rPr>
        <w:t xml:space="preserve">510 </w:t>
      </w:r>
      <w:r w:rsidRPr="6C968D7A" w:rsidR="005F6A5B">
        <w:rPr>
          <w:b w:val="1"/>
          <w:bCs w:val="1"/>
        </w:rPr>
        <w:t>zichtbare</w:t>
      </w:r>
      <w:r w:rsidRPr="6C968D7A" w:rsidR="005F6A5B">
        <w:rPr>
          <w:b w:val="1"/>
          <w:bCs w:val="1"/>
        </w:rPr>
        <w:t xml:space="preserve"> Track Changes </w:t>
      </w:r>
      <w:r w:rsidRPr="6C968D7A" w:rsidR="005F6A5B">
        <w:rPr>
          <w:b w:val="1"/>
          <w:bCs w:val="1"/>
        </w:rPr>
        <w:t>artefacten</w:t>
      </w:r>
      <w:r w:rsidR="005F6A5B">
        <w:rPr/>
        <w:t xml:space="preserve"> ("</w:t>
      </w:r>
      <w:r w:rsidR="005F6A5B">
        <w:rPr/>
        <w:t>heeft</w:t>
      </w:r>
      <w:r w:rsidR="005F6A5B">
        <w:rPr/>
        <w:t xml:space="preserve"> </w:t>
      </w:r>
      <w:r w:rsidR="005F6A5B">
        <w:rPr/>
        <w:t>verwijderd</w:t>
      </w:r>
      <w:r w:rsidR="005F6A5B">
        <w:rPr/>
        <w:t xml:space="preserve">:") </w:t>
      </w:r>
      <w:r w:rsidR="005F6A5B">
        <w:rPr/>
        <w:t>verspreid</w:t>
      </w:r>
      <w:r w:rsidR="005F6A5B">
        <w:rPr/>
        <w:t xml:space="preserve"> over 10 van de 19 </w:t>
      </w:r>
      <w:r w:rsidR="005F6A5B">
        <w:rPr/>
        <w:t>hoofdstukken</w:t>
      </w:r>
      <w:r w:rsidR="005F6A5B">
        <w:rPr/>
        <w:t xml:space="preserve">. De </w:t>
      </w:r>
      <w:r w:rsidR="005F6A5B">
        <w:rPr/>
        <w:t>verdeling</w:t>
      </w:r>
      <w:r w:rsidR="005F6A5B">
        <w:rPr/>
        <w:t xml:space="preserve"> is </w:t>
      </w:r>
      <w:r w:rsidR="005F6A5B">
        <w:rPr/>
        <w:t>als</w:t>
      </w:r>
      <w:r w:rsidR="005F6A5B">
        <w:rPr/>
        <w:t xml:space="preserve"> </w:t>
      </w:r>
      <w:r w:rsidR="005F6A5B">
        <w:rPr/>
        <w:t>volgt</w:t>
      </w:r>
      <w:r w:rsidR="005F6A5B">
        <w:rPr/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9D758D" w:rsidTr="6C968D7A" w14:paraId="2B1C3D32" w14:textId="77777777">
        <w:tc>
          <w:tcPr>
            <w:tcW w:w="4703" w:type="dxa"/>
            <w:shd w:val="clear" w:color="auto" w:fill="244061" w:themeFill="accent1" w:themeFillShade="80"/>
            <w:tcMar/>
          </w:tcPr>
          <w:p w:rsidR="009D758D" w:rsidP="6C968D7A" w:rsidRDefault="005F6A5B" w14:paraId="31F3C00E" w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Hoofdstuk</w:t>
            </w:r>
          </w:p>
        </w:tc>
        <w:tc>
          <w:tcPr>
            <w:tcW w:w="4703" w:type="dxa"/>
            <w:shd w:val="clear" w:color="auto" w:fill="244061" w:themeFill="accent1" w:themeFillShade="80"/>
            <w:tcMar/>
          </w:tcPr>
          <w:p w:rsidR="009D758D" w:rsidP="6C968D7A" w:rsidRDefault="005F6A5B" w14:paraId="7B4673FD" w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Aantal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artefacten</w:t>
            </w:r>
          </w:p>
        </w:tc>
      </w:tr>
      <w:tr w:rsidR="009D758D" w:rsidTr="6C968D7A" w14:paraId="494A2653" w14:textId="77777777">
        <w:tc>
          <w:tcPr>
            <w:tcW w:w="4703" w:type="dxa"/>
            <w:shd w:val="clear" w:color="auto" w:fill="F2F6FC"/>
            <w:tcMar/>
          </w:tcPr>
          <w:p w:rsidR="009D758D" w:rsidRDefault="005F6A5B" w14:paraId="7DFD2280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Hfst</w:t>
            </w:r>
            <w:r w:rsidRPr="6C968D7A" w:rsidR="005F6A5B">
              <w:rPr>
                <w:sz w:val="19"/>
                <w:szCs w:val="19"/>
              </w:rPr>
              <w:t xml:space="preserve"> 8 Bodem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RDefault="005F6A5B" w14:paraId="3A96B3F4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200</w:t>
            </w:r>
          </w:p>
        </w:tc>
      </w:tr>
      <w:tr w:rsidR="009D758D" w:rsidTr="6C968D7A" w14:paraId="3CBE0DF6" w14:textId="77777777">
        <w:tc>
          <w:tcPr>
            <w:tcW w:w="4703" w:type="dxa"/>
            <w:tcMar/>
          </w:tcPr>
          <w:p w:rsidR="009D758D" w:rsidP="6C968D7A" w:rsidRDefault="005F6A5B" w14:paraId="41A1BB96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Hfst</w:t>
            </w:r>
            <w:r w:rsidRPr="6C968D7A" w:rsidR="005F6A5B">
              <w:rPr>
                <w:sz w:val="19"/>
                <w:szCs w:val="19"/>
              </w:rPr>
              <w:t xml:space="preserve"> 11 </w:t>
            </w:r>
            <w:r w:rsidRPr="6C968D7A" w:rsidR="005F6A5B">
              <w:rPr>
                <w:sz w:val="19"/>
                <w:szCs w:val="19"/>
              </w:rPr>
              <w:t>Landschap</w:t>
            </w:r>
          </w:p>
        </w:tc>
        <w:tc>
          <w:tcPr>
            <w:tcW w:w="4703" w:type="dxa"/>
            <w:tcMar/>
          </w:tcPr>
          <w:p w:rsidR="009D758D" w:rsidRDefault="005F6A5B" w14:paraId="50B4F369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178</w:t>
            </w:r>
          </w:p>
        </w:tc>
      </w:tr>
      <w:tr w:rsidR="009D758D" w:rsidTr="6C968D7A" w14:paraId="32C8637F" w14:textId="77777777">
        <w:tc>
          <w:tcPr>
            <w:tcW w:w="4703" w:type="dxa"/>
            <w:shd w:val="clear" w:color="auto" w:fill="F2F6FC"/>
            <w:tcMar/>
          </w:tcPr>
          <w:p w:rsidR="009D758D" w:rsidRDefault="005F6A5B" w14:paraId="6F0E1CF8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NTS (</w:t>
            </w:r>
            <w:r w:rsidRPr="6C968D7A" w:rsidR="005F6A5B">
              <w:rPr>
                <w:sz w:val="19"/>
                <w:szCs w:val="19"/>
              </w:rPr>
              <w:t>Niet-Technische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Samenvatting</w:t>
            </w:r>
            <w:r w:rsidRPr="6C968D7A" w:rsidR="005F6A5B">
              <w:rPr>
                <w:sz w:val="19"/>
                <w:szCs w:val="19"/>
              </w:rPr>
              <w:t>)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RDefault="005F6A5B" w14:paraId="704A35C2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40</w:t>
            </w:r>
          </w:p>
        </w:tc>
      </w:tr>
      <w:tr w:rsidR="009D758D" w:rsidTr="6C968D7A" w14:paraId="39F363DF" w14:textId="77777777">
        <w:tc>
          <w:tcPr>
            <w:tcW w:w="4703" w:type="dxa"/>
            <w:tcMar/>
          </w:tcPr>
          <w:p w:rsidR="009D758D" w:rsidP="6C968D7A" w:rsidRDefault="005F6A5B" w14:paraId="569B0543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Hfst</w:t>
            </w:r>
            <w:r w:rsidRPr="6C968D7A" w:rsidR="005F6A5B">
              <w:rPr>
                <w:sz w:val="19"/>
                <w:szCs w:val="19"/>
              </w:rPr>
              <w:t xml:space="preserve"> 18-19 </w:t>
            </w:r>
            <w:r w:rsidRPr="6C968D7A" w:rsidR="005F6A5B">
              <w:rPr>
                <w:sz w:val="19"/>
                <w:szCs w:val="19"/>
              </w:rPr>
              <w:t>Eindconclusies</w:t>
            </w:r>
          </w:p>
        </w:tc>
        <w:tc>
          <w:tcPr>
            <w:tcW w:w="4703" w:type="dxa"/>
            <w:tcMar/>
          </w:tcPr>
          <w:p w:rsidR="009D758D" w:rsidRDefault="005F6A5B" w14:paraId="219897CE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30</w:t>
            </w:r>
          </w:p>
        </w:tc>
      </w:tr>
      <w:tr w:rsidR="009D758D" w:rsidTr="6C968D7A" w14:paraId="1648CFF5" w14:textId="77777777"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684DC490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Hfst</w:t>
            </w:r>
            <w:r w:rsidRPr="6C968D7A" w:rsidR="005F6A5B">
              <w:rPr>
                <w:sz w:val="19"/>
                <w:szCs w:val="19"/>
              </w:rPr>
              <w:t xml:space="preserve"> 14 </w:t>
            </w:r>
            <w:r w:rsidRPr="6C968D7A" w:rsidR="005F6A5B">
              <w:rPr>
                <w:sz w:val="19"/>
                <w:szCs w:val="19"/>
              </w:rPr>
              <w:t>Mens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RDefault="005F6A5B" w14:paraId="44C26413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22</w:t>
            </w:r>
          </w:p>
        </w:tc>
      </w:tr>
      <w:tr w:rsidR="009D758D" w:rsidTr="6C968D7A" w14:paraId="120460F6" w14:textId="77777777">
        <w:tc>
          <w:tcPr>
            <w:tcW w:w="4703" w:type="dxa"/>
            <w:tcMar/>
          </w:tcPr>
          <w:p w:rsidR="009D758D" w:rsidRDefault="005F6A5B" w14:paraId="342AAB21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Hfst</w:t>
            </w:r>
            <w:r w:rsidRPr="6C968D7A" w:rsidR="005F6A5B">
              <w:rPr>
                <w:sz w:val="19"/>
                <w:szCs w:val="19"/>
              </w:rPr>
              <w:t xml:space="preserve"> 9 Water</w:t>
            </w:r>
          </w:p>
        </w:tc>
        <w:tc>
          <w:tcPr>
            <w:tcW w:w="4703" w:type="dxa"/>
            <w:tcMar/>
          </w:tcPr>
          <w:p w:rsidR="009D758D" w:rsidRDefault="005F6A5B" w14:paraId="7B568215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21</w:t>
            </w:r>
          </w:p>
        </w:tc>
      </w:tr>
      <w:tr w:rsidR="009D758D" w:rsidTr="6C968D7A" w14:paraId="1E954AB4" w14:textId="77777777">
        <w:tc>
          <w:tcPr>
            <w:tcW w:w="4703" w:type="dxa"/>
            <w:shd w:val="clear" w:color="auto" w:fill="F2F6FC"/>
            <w:tcMar/>
          </w:tcPr>
          <w:p w:rsidR="009D758D" w:rsidRDefault="005F6A5B" w14:paraId="5D0F889F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Overige</w:t>
            </w:r>
            <w:r w:rsidRPr="6C968D7A" w:rsidR="005F6A5B">
              <w:rPr>
                <w:sz w:val="19"/>
                <w:szCs w:val="19"/>
              </w:rPr>
              <w:t xml:space="preserve"> (</w:t>
            </w:r>
            <w:r w:rsidRPr="6C968D7A" w:rsidR="005F6A5B">
              <w:rPr>
                <w:sz w:val="19"/>
                <w:szCs w:val="19"/>
              </w:rPr>
              <w:t>Hfst</w:t>
            </w:r>
            <w:r w:rsidRPr="6C968D7A" w:rsidR="005F6A5B">
              <w:rPr>
                <w:sz w:val="19"/>
                <w:szCs w:val="19"/>
              </w:rPr>
              <w:t xml:space="preserve"> 10, 12, 13, 16-17)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RDefault="005F6A5B" w14:paraId="2847A633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19</w:t>
            </w:r>
          </w:p>
        </w:tc>
      </w:tr>
      <w:tr w:rsidR="009D758D" w:rsidTr="6C968D7A" w14:paraId="317A6AEF" w14:textId="77777777">
        <w:tc>
          <w:tcPr>
            <w:tcW w:w="4703" w:type="dxa"/>
            <w:tcMar/>
          </w:tcPr>
          <w:p w:rsidR="009D758D" w:rsidP="6C968D7A" w:rsidRDefault="005F6A5B" w14:paraId="73581B5A" w14:textId="77777777">
            <w:pPr>
              <w:spacing w:before="40" w:after="40"/>
              <w:rPr>
                <w:b w:val="1"/>
                <w:bCs w:val="1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Totaal</w:t>
            </w:r>
          </w:p>
        </w:tc>
        <w:tc>
          <w:tcPr>
            <w:tcW w:w="4703" w:type="dxa"/>
            <w:tcMar/>
          </w:tcPr>
          <w:p w:rsidR="009D758D" w:rsidRDefault="005F6A5B" w14:paraId="71AFE04B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510</w:t>
            </w:r>
          </w:p>
        </w:tc>
      </w:tr>
    </w:tbl>
    <w:p w:rsidR="009D758D" w:rsidRDefault="009D758D" w14:paraId="02EB378F" w14:textId="77777777"/>
    <w:p w:rsidR="009D758D" w:rsidRDefault="005F6A5B" w14:paraId="78AFD9F0" w14:textId="77777777">
      <w:r w:rsidR="005F6A5B">
        <w:rPr/>
        <w:t xml:space="preserve">Dit </w:t>
      </w:r>
      <w:r w:rsidR="005F6A5B">
        <w:rPr/>
        <w:t>toont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het MER </w:t>
      </w:r>
      <w:r w:rsidR="005F6A5B">
        <w:rPr/>
        <w:t>als</w:t>
      </w:r>
      <w:r w:rsidR="005F6A5B">
        <w:rPr/>
        <w:t xml:space="preserve"> Microsoft Word-document met </w:t>
      </w:r>
      <w:r w:rsidR="005F6A5B">
        <w:rPr/>
        <w:t>actieve</w:t>
      </w:r>
      <w:r w:rsidR="005F6A5B">
        <w:rPr/>
        <w:t xml:space="preserve"> </w:t>
      </w:r>
      <w:r w:rsidR="005F6A5B">
        <w:rPr/>
        <w:t>revisiemarkering</w:t>
      </w:r>
      <w:r w:rsidR="005F6A5B">
        <w:rPr/>
        <w:t xml:space="preserve"> (Track Changes) is </w:t>
      </w:r>
      <w:r w:rsidR="005F6A5B">
        <w:rPr/>
        <w:t>geconverteerd</w:t>
      </w:r>
      <w:r w:rsidR="005F6A5B">
        <w:rPr/>
        <w:t xml:space="preserve"> </w:t>
      </w:r>
      <w:r w:rsidR="005F6A5B">
        <w:rPr/>
        <w:t>naar</w:t>
      </w:r>
      <w:r w:rsidR="005F6A5B">
        <w:rPr/>
        <w:t xml:space="preserve"> PDF </w:t>
      </w:r>
      <w:r w:rsidR="005F6A5B">
        <w:rPr/>
        <w:t>zonder</w:t>
      </w:r>
      <w:r w:rsidR="005F6A5B">
        <w:rPr/>
        <w:t xml:space="preserve"> de </w:t>
      </w:r>
      <w:r w:rsidR="005F6A5B">
        <w:rPr/>
        <w:t>wijzigingen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accepteren</w:t>
      </w:r>
      <w:r w:rsidR="005F6A5B">
        <w:rPr/>
        <w:t xml:space="preserve"> of </w:t>
      </w:r>
      <w:r w:rsidR="005F6A5B">
        <w:rPr/>
        <w:t>te</w:t>
      </w:r>
      <w:r w:rsidR="005F6A5B">
        <w:rPr/>
        <w:t xml:space="preserve"> </w:t>
      </w:r>
      <w:r w:rsidR="005F6A5B">
        <w:rPr/>
        <w:t>verwerpen</w:t>
      </w:r>
      <w:r w:rsidR="005F6A5B">
        <w:rPr/>
        <w:t xml:space="preserve">. Het document is </w:t>
      </w:r>
      <w:r w:rsidR="005F6A5B">
        <w:rPr/>
        <w:t>derhalve</w:t>
      </w:r>
      <w:r w:rsidR="005F6A5B">
        <w:rPr/>
        <w:t xml:space="preserve"> </w:t>
      </w:r>
      <w:r w:rsidRPr="6C968D7A" w:rsidR="005F6A5B">
        <w:rPr>
          <w:b w:val="1"/>
          <w:bCs w:val="1"/>
        </w:rPr>
        <w:t>niet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gefinaliseerd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indiening</w:t>
      </w:r>
      <w:r w:rsidR="005F6A5B">
        <w:rPr/>
        <w:t>.</w:t>
      </w:r>
    </w:p>
    <w:p w:rsidR="009D758D" w:rsidRDefault="005F6A5B" w14:paraId="4D368B2C" w14:textId="77777777"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grondslag</w:t>
      </w:r>
      <w:r w:rsidRPr="6C968D7A" w:rsidR="005F6A5B">
        <w:rPr>
          <w:b w:val="1"/>
          <w:bCs w:val="1"/>
        </w:rPr>
        <w:t>:</w:t>
      </w:r>
      <w:r w:rsidR="005F6A5B">
        <w:rPr/>
        <w:t xml:space="preserve"> Art. 4.3.4 DABM </w:t>
      </w:r>
      <w:r w:rsidR="005F6A5B">
        <w:rPr/>
        <w:t>vereist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MER "</w:t>
      </w:r>
      <w:r w:rsidR="005F6A5B">
        <w:rPr/>
        <w:t>volledig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kwaliteitsvol</w:t>
      </w:r>
      <w:r w:rsidR="005F6A5B">
        <w:rPr/>
        <w:t xml:space="preserve">" is. Een document met 510 </w:t>
      </w:r>
      <w:r w:rsidR="005F6A5B">
        <w:rPr/>
        <w:t>zichtbare</w:t>
      </w:r>
      <w:r w:rsidR="005F6A5B">
        <w:rPr/>
        <w:t xml:space="preserve"> </w:t>
      </w:r>
      <w:r w:rsidR="005F6A5B">
        <w:rPr/>
        <w:t>conceptwijzigingen</w:t>
      </w:r>
      <w:r w:rsidR="005F6A5B">
        <w:rPr/>
        <w:t xml:space="preserve"> </w:t>
      </w:r>
      <w:r w:rsidR="005F6A5B">
        <w:rPr/>
        <w:t>voldoet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</w:t>
      </w:r>
      <w:r w:rsidR="005F6A5B">
        <w:rPr/>
        <w:t>deze</w:t>
      </w:r>
      <w:r w:rsidR="005F6A5B">
        <w:rPr/>
        <w:t xml:space="preserve"> </w:t>
      </w:r>
      <w:r w:rsidR="005F6A5B">
        <w:rPr/>
        <w:t>kwaliteitsvereiste</w:t>
      </w:r>
      <w:r w:rsidR="005F6A5B">
        <w:rPr/>
        <w:t xml:space="preserve">. Dit </w:t>
      </w:r>
      <w:r w:rsidR="005F6A5B">
        <w:rPr/>
        <w:t>formele</w:t>
      </w:r>
      <w:r w:rsidR="005F6A5B">
        <w:rPr/>
        <w:t xml:space="preserve"> </w:t>
      </w:r>
      <w:r w:rsidR="005F6A5B">
        <w:rPr/>
        <w:t>gebrek</w:t>
      </w:r>
      <w:r w:rsidR="005F6A5B">
        <w:rPr/>
        <w:t xml:space="preserve"> </w:t>
      </w:r>
      <w:r w:rsidR="005F6A5B">
        <w:rPr/>
        <w:t>maakt</w:t>
      </w:r>
      <w:r w:rsidR="005F6A5B">
        <w:rPr/>
        <w:t xml:space="preserve"> het MER </w:t>
      </w:r>
      <w:r w:rsidR="005F6A5B">
        <w:rPr/>
        <w:t>ongeschikt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basis </w:t>
      </w:r>
      <w:r w:rsidR="005F6A5B">
        <w:rPr/>
        <w:t>voor</w:t>
      </w:r>
      <w:r w:rsidR="005F6A5B">
        <w:rPr/>
        <w:t xml:space="preserve"> </w:t>
      </w:r>
      <w:r w:rsidR="005F6A5B">
        <w:rPr/>
        <w:t>besluitvorming</w:t>
      </w:r>
      <w:r w:rsidR="005F6A5B">
        <w:rPr/>
        <w:t>.</w:t>
      </w:r>
    </w:p>
    <w:p w:rsidR="009D758D" w:rsidP="25A181EA" w:rsidRDefault="25A181EA" w14:paraId="32E84CEC" w14:textId="2465EB5E">
      <w:pPr>
        <w:pStyle w:val="Heading3"/>
      </w:pPr>
      <w:r w:rsidR="25A181EA">
        <w:rPr/>
        <w:t>2.</w:t>
      </w:r>
      <w:r w:rsidR="09FE9589">
        <w:rPr/>
        <w:t>2</w:t>
      </w:r>
      <w:r w:rsidR="25A181EA">
        <w:rPr/>
        <w:t xml:space="preserve"> Kapotte </w:t>
      </w:r>
      <w:r w:rsidR="25A181EA">
        <w:rPr/>
        <w:t>verwijzing</w:t>
      </w:r>
      <w:r w:rsidR="25A181EA">
        <w:rPr/>
        <w:t xml:space="preserve"> in de Natura 2000-conclusie</w:t>
      </w:r>
    </w:p>
    <w:p w:rsidR="009D758D" w:rsidRDefault="005F6A5B" w14:paraId="4318FB99" w14:textId="77777777">
      <w:r w:rsidR="005F6A5B">
        <w:rPr/>
        <w:t xml:space="preserve">De </w:t>
      </w:r>
      <w:r w:rsidR="005F6A5B">
        <w:rPr/>
        <w:t>cruciale</w:t>
      </w:r>
      <w:r w:rsidR="005F6A5B">
        <w:rPr/>
        <w:t xml:space="preserve"> </w:t>
      </w:r>
      <w:r w:rsidR="005F6A5B">
        <w:rPr/>
        <w:t>conclusie</w:t>
      </w:r>
      <w:r w:rsidR="005F6A5B">
        <w:rPr/>
        <w:t xml:space="preserve"> van de </w:t>
      </w:r>
      <w:r w:rsidR="005F6A5B">
        <w:rPr/>
        <w:t>Passende</w:t>
      </w:r>
      <w:r w:rsidR="005F6A5B">
        <w:rPr/>
        <w:t xml:space="preserve"> </w:t>
      </w:r>
      <w:r w:rsidR="005F6A5B">
        <w:rPr/>
        <w:t>Beoordeling</w:t>
      </w:r>
      <w:r w:rsidR="005F6A5B">
        <w:rPr/>
        <w:t xml:space="preserve"> in </w:t>
      </w:r>
      <w:r w:rsidR="005F6A5B">
        <w:rPr/>
        <w:t>Hoofdstuk</w:t>
      </w:r>
      <w:r w:rsidR="005F6A5B">
        <w:rPr/>
        <w:t xml:space="preserve"> 10 </w:t>
      </w:r>
      <w:r w:rsidR="005F6A5B">
        <w:rPr/>
        <w:t>Biodiversiteit</w:t>
      </w:r>
      <w:r w:rsidR="005F6A5B">
        <w:rPr/>
        <w:t xml:space="preserve"> (p. 10-246) </w:t>
      </w:r>
      <w:r w:rsidR="005F6A5B">
        <w:rPr/>
        <w:t>luidt</w:t>
      </w:r>
      <w:r w:rsidR="005F6A5B">
        <w:rPr/>
        <w:t>:</w:t>
      </w:r>
    </w:p>
    <w:p w:rsidR="009D758D" w:rsidP="6C968D7A" w:rsidRDefault="25A181EA" w14:paraId="427929E8" w14:textId="77777777">
      <w:pPr>
        <w:pBdr>
          <w:left w:val="single" w:color="999999" w:sz="12" w:space="8"/>
        </w:pBdr>
        <w:spacing w:before="120"/>
        <w:ind w:left="850"/>
      </w:pPr>
      <w:r w:rsidRPr="6C968D7A" w:rsidR="25A181EA">
        <w:rPr>
          <w:i w:val="1"/>
          <w:iCs w:val="1"/>
          <w:color w:val="444444"/>
        </w:rPr>
        <w:t>"</w:t>
      </w:r>
      <w:r w:rsidRPr="6C968D7A" w:rsidR="25A181EA">
        <w:rPr>
          <w:i w:val="1"/>
          <w:iCs w:val="1"/>
          <w:color w:val="444444"/>
        </w:rPr>
        <w:t>Indien</w:t>
      </w:r>
      <w:r w:rsidRPr="6C968D7A" w:rsidR="25A181EA">
        <w:rPr>
          <w:i w:val="1"/>
          <w:iCs w:val="1"/>
          <w:color w:val="444444"/>
        </w:rPr>
        <w:t xml:space="preserve"> </w:t>
      </w:r>
      <w:r w:rsidRPr="6C968D7A" w:rsidR="25A181EA">
        <w:rPr>
          <w:i w:val="1"/>
          <w:iCs w:val="1"/>
          <w:color w:val="444444"/>
        </w:rPr>
        <w:t>voldaan</w:t>
      </w:r>
      <w:r w:rsidRPr="6C968D7A" w:rsidR="25A181EA">
        <w:rPr>
          <w:i w:val="1"/>
          <w:iCs w:val="1"/>
          <w:color w:val="444444"/>
        </w:rPr>
        <w:t xml:space="preserve"> </w:t>
      </w:r>
      <w:r w:rsidRPr="6C968D7A" w:rsidR="25A181EA">
        <w:rPr>
          <w:i w:val="1"/>
          <w:iCs w:val="1"/>
          <w:color w:val="444444"/>
        </w:rPr>
        <w:t>wordt</w:t>
      </w:r>
      <w:r w:rsidRPr="6C968D7A" w:rsidR="25A181EA">
        <w:rPr>
          <w:i w:val="1"/>
          <w:iCs w:val="1"/>
          <w:color w:val="444444"/>
        </w:rPr>
        <w:t xml:space="preserve"> </w:t>
      </w:r>
      <w:r w:rsidRPr="6C968D7A" w:rsidR="25A181EA">
        <w:rPr>
          <w:i w:val="1"/>
          <w:iCs w:val="1"/>
          <w:color w:val="444444"/>
        </w:rPr>
        <w:t>aan</w:t>
      </w:r>
      <w:r w:rsidRPr="6C968D7A" w:rsidR="25A181EA">
        <w:rPr>
          <w:i w:val="1"/>
          <w:iCs w:val="1"/>
          <w:color w:val="444444"/>
        </w:rPr>
        <w:t xml:space="preserve"> de </w:t>
      </w:r>
      <w:r w:rsidRPr="6C968D7A" w:rsidR="25A181EA">
        <w:rPr>
          <w:i w:val="1"/>
          <w:iCs w:val="1"/>
          <w:color w:val="444444"/>
        </w:rPr>
        <w:t>milderende</w:t>
      </w:r>
      <w:r w:rsidRPr="6C968D7A" w:rsidR="25A181EA">
        <w:rPr>
          <w:i w:val="1"/>
          <w:iCs w:val="1"/>
          <w:color w:val="444444"/>
        </w:rPr>
        <w:t xml:space="preserve"> </w:t>
      </w:r>
      <w:r w:rsidRPr="6C968D7A" w:rsidR="25A181EA">
        <w:rPr>
          <w:i w:val="1"/>
          <w:iCs w:val="1"/>
          <w:color w:val="444444"/>
        </w:rPr>
        <w:t>maatregelen</w:t>
      </w:r>
      <w:r w:rsidRPr="6C968D7A" w:rsidR="25A181EA">
        <w:rPr>
          <w:i w:val="1"/>
          <w:iCs w:val="1"/>
          <w:color w:val="444444"/>
        </w:rPr>
        <w:t xml:space="preserve"> </w:t>
      </w:r>
      <w:r w:rsidRPr="6C968D7A" w:rsidR="25A181EA">
        <w:rPr>
          <w:i w:val="1"/>
          <w:iCs w:val="1"/>
          <w:color w:val="444444"/>
        </w:rPr>
        <w:t>zoals</w:t>
      </w:r>
      <w:r w:rsidRPr="6C968D7A" w:rsidR="25A181EA">
        <w:rPr>
          <w:i w:val="1"/>
          <w:iCs w:val="1"/>
          <w:color w:val="444444"/>
        </w:rPr>
        <w:t xml:space="preserve"> </w:t>
      </w:r>
      <w:r w:rsidRPr="6C968D7A" w:rsidR="25A181EA">
        <w:rPr>
          <w:i w:val="1"/>
          <w:iCs w:val="1"/>
          <w:color w:val="444444"/>
        </w:rPr>
        <w:t>opgesomd</w:t>
      </w:r>
      <w:r w:rsidRPr="6C968D7A" w:rsidR="25A181EA">
        <w:rPr>
          <w:i w:val="1"/>
          <w:iCs w:val="1"/>
          <w:color w:val="444444"/>
        </w:rPr>
        <w:t xml:space="preserve"> in [Fout! </w:t>
      </w:r>
      <w:r w:rsidRPr="6C968D7A" w:rsidR="25A181EA">
        <w:rPr>
          <w:i w:val="1"/>
          <w:iCs w:val="1"/>
          <w:color w:val="444444"/>
        </w:rPr>
        <w:t>Verwijzingsbron</w:t>
      </w:r>
      <w:r w:rsidRPr="6C968D7A" w:rsidR="25A181EA">
        <w:rPr>
          <w:i w:val="1"/>
          <w:iCs w:val="1"/>
          <w:color w:val="444444"/>
        </w:rPr>
        <w:t xml:space="preserve"> </w:t>
      </w:r>
      <w:r w:rsidRPr="6C968D7A" w:rsidR="25A181EA">
        <w:rPr>
          <w:i w:val="1"/>
          <w:iCs w:val="1"/>
          <w:color w:val="444444"/>
        </w:rPr>
        <w:t>niet</w:t>
      </w:r>
      <w:r w:rsidRPr="6C968D7A" w:rsidR="25A181EA">
        <w:rPr>
          <w:i w:val="1"/>
          <w:iCs w:val="1"/>
          <w:color w:val="444444"/>
        </w:rPr>
        <w:t xml:space="preserve"> </w:t>
      </w:r>
      <w:r w:rsidRPr="6C968D7A" w:rsidR="25A181EA">
        <w:rPr>
          <w:i w:val="1"/>
          <w:iCs w:val="1"/>
          <w:color w:val="444444"/>
        </w:rPr>
        <w:t>gevonden</w:t>
      </w:r>
      <w:r w:rsidRPr="6C968D7A" w:rsidR="25A181EA">
        <w:rPr>
          <w:i w:val="1"/>
          <w:iCs w:val="1"/>
          <w:color w:val="444444"/>
        </w:rPr>
        <w:t>.]"</w:t>
      </w:r>
    </w:p>
    <w:p w:rsidR="0C34349E" w:rsidP="6C968D7A" w:rsidRDefault="0C34349E" w14:paraId="19E25063" w14:textId="578916B4">
      <w:pPr>
        <w:pBdr>
          <w:left w:val="single" w:color="999999" w:sz="12" w:space="8"/>
        </w:pBdr>
        <w:spacing w:before="120"/>
        <w:ind w:left="850"/>
      </w:pPr>
      <w:r w:rsidR="0C34349E">
        <w:drawing>
          <wp:inline wp14:editId="2F584AA9" wp14:anchorId="40BE93BB">
            <wp:extent cx="4709568" cy="1082134"/>
            <wp:effectExtent l="0" t="0" r="0" b="0"/>
            <wp:docPr id="626710673" name="drawing">
              <a:extLst>
                <a:ext uri="{FF2B5EF4-FFF2-40B4-BE49-F238E27FC236}">
                  <a16:creationId xmlns:a16="http://schemas.microsoft.com/office/drawing/2014/main" id="{3F2BA251-C412-4EFA-907C-782C52388966}"/>
                </a:ext>
              </a:extLst>
            </wp:docPr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26710673" name="Picture 626710673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9568" cy="10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58D" w:rsidRDefault="005F6A5B" w14:paraId="36672272" w14:textId="77777777">
      <w:r w:rsidR="005F6A5B">
        <w:rPr/>
        <w:t xml:space="preserve">De </w:t>
      </w:r>
      <w:r w:rsidR="005F6A5B">
        <w:rPr/>
        <w:t>conclusie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het project </w:t>
      </w:r>
      <w:r w:rsidR="005F6A5B">
        <w:rPr/>
        <w:t>geen</w:t>
      </w:r>
      <w:r w:rsidR="005F6A5B">
        <w:rPr/>
        <w:t xml:space="preserve"> </w:t>
      </w:r>
      <w:r w:rsidR="005F6A5B">
        <w:rPr/>
        <w:t>betekenisvol</w:t>
      </w:r>
      <w:r w:rsidR="005F6A5B">
        <w:rPr/>
        <w:t xml:space="preserve"> </w:t>
      </w:r>
      <w:r w:rsidR="005F6A5B">
        <w:rPr/>
        <w:t>negatieve</w:t>
      </w:r>
      <w:r w:rsidR="005F6A5B">
        <w:rPr/>
        <w:t xml:space="preserve"> </w:t>
      </w:r>
      <w:r w:rsidR="005F6A5B">
        <w:rPr/>
        <w:t>effecten</w:t>
      </w:r>
      <w:r w:rsidR="005F6A5B">
        <w:rPr/>
        <w:t xml:space="preserve"> </w:t>
      </w:r>
      <w:r w:rsidR="005F6A5B">
        <w:rPr/>
        <w:t>heeft</w:t>
      </w:r>
      <w:r w:rsidR="005F6A5B">
        <w:rPr/>
        <w:t xml:space="preserve"> op Natura 2000-gebieden </w:t>
      </w:r>
      <w:r w:rsidR="005F6A5B">
        <w:rPr/>
        <w:t>steunt</w:t>
      </w:r>
      <w:r w:rsidR="005F6A5B">
        <w:rPr/>
        <w:t xml:space="preserve"> op </w:t>
      </w:r>
      <w:r w:rsidR="005F6A5B">
        <w:rPr/>
        <w:t>milderende</w:t>
      </w:r>
      <w:r w:rsidR="005F6A5B">
        <w:rPr/>
        <w:t xml:space="preserve"> </w:t>
      </w:r>
      <w:r w:rsidR="005F6A5B">
        <w:rPr/>
        <w:t>maatregelen</w:t>
      </w:r>
      <w:r w:rsidR="005F6A5B">
        <w:rPr/>
        <w:t xml:space="preserve"> </w:t>
      </w:r>
      <w:r w:rsidR="005F6A5B">
        <w:rPr/>
        <w:t>waarnaar</w:t>
      </w:r>
      <w:r w:rsidR="005F6A5B">
        <w:rPr/>
        <w:t xml:space="preserve"> via </w:t>
      </w:r>
      <w:r w:rsidR="005F6A5B">
        <w:rPr/>
        <w:t>een</w:t>
      </w:r>
      <w:r w:rsidR="005F6A5B">
        <w:rPr/>
        <w:t xml:space="preserve"> </w:t>
      </w:r>
      <w:r w:rsidRPr="6C968D7A" w:rsidR="005F6A5B">
        <w:rPr>
          <w:b w:val="1"/>
          <w:bCs w:val="1"/>
        </w:rPr>
        <w:t>kapotte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documentverwijzing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verwezen</w:t>
      </w:r>
      <w:r w:rsidR="005F6A5B">
        <w:rPr/>
        <w:t xml:space="preserve">. Het is </w:t>
      </w:r>
      <w:r w:rsidR="005F6A5B">
        <w:rPr/>
        <w:t>hierdoor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verifieerbaar</w:t>
      </w:r>
      <w:r w:rsidR="005F6A5B">
        <w:rPr/>
        <w:t xml:space="preserve"> </w:t>
      </w:r>
      <w:r w:rsidR="005F6A5B">
        <w:rPr/>
        <w:t>welke</w:t>
      </w:r>
      <w:r w:rsidR="005F6A5B">
        <w:rPr/>
        <w:t xml:space="preserve"> </w:t>
      </w:r>
      <w:r w:rsidR="005F6A5B">
        <w:rPr/>
        <w:t>maatregelen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bedoeld</w:t>
      </w:r>
      <w:r w:rsidR="005F6A5B">
        <w:rPr/>
        <w:t xml:space="preserve">, </w:t>
      </w:r>
      <w:r w:rsidR="005F6A5B">
        <w:rPr/>
        <w:t>noch</w:t>
      </w:r>
      <w:r w:rsidR="005F6A5B">
        <w:rPr/>
        <w:t xml:space="preserve"> of </w:t>
      </w:r>
      <w:r w:rsidR="005F6A5B">
        <w:rPr/>
        <w:t>deze</w:t>
      </w:r>
      <w:r w:rsidR="005F6A5B">
        <w:rPr/>
        <w:t xml:space="preserve"> </w:t>
      </w:r>
      <w:r w:rsidR="005F6A5B">
        <w:rPr/>
        <w:t>toereikend</w:t>
      </w:r>
      <w:r w:rsidR="005F6A5B">
        <w:rPr/>
        <w:t xml:space="preserve"> </w:t>
      </w:r>
      <w:r w:rsidR="005F6A5B">
        <w:rPr/>
        <w:t>zijn</w:t>
      </w:r>
      <w:r w:rsidR="005F6A5B">
        <w:rPr/>
        <w:t>.</w:t>
      </w:r>
    </w:p>
    <w:p w:rsidR="009D758D" w:rsidRDefault="005F6A5B" w14:paraId="12D0A20B" w14:textId="77777777">
      <w:r w:rsidR="005F6A5B">
        <w:rPr/>
        <w:t xml:space="preserve">Het project </w:t>
      </w:r>
      <w:r w:rsidR="005F6A5B">
        <w:rPr/>
        <w:t>kruist</w:t>
      </w:r>
      <w:r w:rsidR="005F6A5B">
        <w:rPr/>
        <w:t xml:space="preserve"> of </w:t>
      </w:r>
      <w:r w:rsidR="005F6A5B">
        <w:rPr/>
        <w:t>grenst</w:t>
      </w:r>
      <w:r w:rsidR="005F6A5B">
        <w:rPr/>
        <w:t xml:space="preserve"> </w:t>
      </w:r>
      <w:r w:rsidR="005F6A5B">
        <w:rPr/>
        <w:t>aan</w:t>
      </w:r>
      <w:r w:rsidR="005F6A5B">
        <w:rPr/>
        <w:t>:</w:t>
      </w:r>
    </w:p>
    <w:p w:rsidR="009D758D" w:rsidRDefault="005F6A5B" w14:paraId="054BEEE8" w14:textId="77777777">
      <w:pPr>
        <w:pStyle w:val="ListBullet"/>
        <w:spacing w:after="60"/>
        <w:ind w:left="720"/>
        <w:rPr/>
      </w:pPr>
      <w:r w:rsidR="005F6A5B">
        <w:rPr/>
        <w:t xml:space="preserve">3 </w:t>
      </w:r>
      <w:r w:rsidR="005F6A5B">
        <w:rPr/>
        <w:t>Habitatrichtlijngebieden</w:t>
      </w:r>
      <w:r w:rsidR="005F6A5B">
        <w:rPr/>
        <w:t xml:space="preserve"> (SBZ-H): BE2500001 "</w:t>
      </w:r>
      <w:r w:rsidR="005F6A5B">
        <w:rPr/>
        <w:t>Duingebieden</w:t>
      </w:r>
      <w:r w:rsidR="005F6A5B">
        <w:rPr/>
        <w:t xml:space="preserve">", BE2500002 "Polders", BE2500004 "Bossen, </w:t>
      </w:r>
      <w:r w:rsidR="005F6A5B">
        <w:rPr/>
        <w:t>heiden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valleigebieden</w:t>
      </w:r>
      <w:r w:rsidR="005F6A5B">
        <w:rPr/>
        <w:t>"</w:t>
      </w:r>
    </w:p>
    <w:p w:rsidR="009D758D" w:rsidRDefault="005F6A5B" w14:paraId="42A22CDA" w14:textId="77777777">
      <w:pPr>
        <w:pStyle w:val="ListBullet"/>
        <w:spacing w:after="60"/>
        <w:ind w:left="720"/>
        <w:rPr/>
      </w:pPr>
      <w:r w:rsidR="005F6A5B">
        <w:rPr/>
        <w:t xml:space="preserve">1 </w:t>
      </w:r>
      <w:r w:rsidR="005F6A5B">
        <w:rPr/>
        <w:t>Vogelrichtlijngebied</w:t>
      </w:r>
      <w:r w:rsidR="005F6A5B">
        <w:rPr/>
        <w:t xml:space="preserve"> (SBZ-V): BE2500932 "</w:t>
      </w:r>
      <w:r w:rsidR="005F6A5B">
        <w:rPr/>
        <w:t>Poldercomplex</w:t>
      </w:r>
      <w:r w:rsidR="005F6A5B">
        <w:rPr/>
        <w:t>"</w:t>
      </w:r>
    </w:p>
    <w:p w:rsidR="009D758D" w:rsidRDefault="005F6A5B" w14:paraId="404C745F" w14:textId="77777777">
      <w:pPr>
        <w:pStyle w:val="ListBullet"/>
        <w:spacing w:after="60"/>
        <w:ind w:left="720"/>
        <w:rPr/>
      </w:pPr>
      <w:r w:rsidR="005F6A5B">
        <w:rPr/>
        <w:t>8 VEN-</w:t>
      </w:r>
      <w:r w:rsidR="005F6A5B">
        <w:rPr/>
        <w:t>gebieden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11 </w:t>
      </w:r>
      <w:r w:rsidR="005F6A5B">
        <w:rPr/>
        <w:t>natuurreservaten</w:t>
      </w:r>
    </w:p>
    <w:p w:rsidR="009D758D" w:rsidRDefault="005F6A5B" w14:paraId="44131FDB" w14:textId="77777777">
      <w:r w:rsidR="005F6A5B">
        <w:rPr/>
        <w:t xml:space="preserve">De </w:t>
      </w:r>
      <w:r w:rsidR="005F6A5B">
        <w:rPr/>
        <w:t>Passende</w:t>
      </w:r>
      <w:r w:rsidR="005F6A5B">
        <w:rPr/>
        <w:t xml:space="preserve"> </w:t>
      </w:r>
      <w:r w:rsidR="005F6A5B">
        <w:rPr/>
        <w:t>Beoordeling</w:t>
      </w:r>
      <w:r w:rsidR="005F6A5B">
        <w:rPr/>
        <w:t xml:space="preserve"> (</w:t>
      </w:r>
      <w:r w:rsidR="005F6A5B">
        <w:rPr/>
        <w:t>Bijlage</w:t>
      </w:r>
      <w:r w:rsidR="005F6A5B">
        <w:rPr/>
        <w:t xml:space="preserve"> 10.1) is </w:t>
      </w:r>
      <w:r w:rsidR="005F6A5B">
        <w:rPr/>
        <w:t>bovendien</w:t>
      </w:r>
      <w:r w:rsidR="005F6A5B">
        <w:rPr/>
        <w:t xml:space="preserve"> </w:t>
      </w:r>
      <w:r w:rsidRPr="6C968D7A" w:rsidR="005F6A5B">
        <w:rPr>
          <w:b w:val="1"/>
          <w:bCs w:val="1"/>
        </w:rPr>
        <w:t>niet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bijgewerkt</w:t>
      </w:r>
      <w:r w:rsidRPr="6C968D7A" w:rsidR="005F6A5B">
        <w:rPr>
          <w:b w:val="1"/>
          <w:bCs w:val="1"/>
        </w:rPr>
        <w:t xml:space="preserve"> in v4</w:t>
      </w:r>
      <w:r w:rsidR="005F6A5B">
        <w:rPr/>
        <w:t xml:space="preserve"> </w:t>
      </w:r>
      <w:r w:rsidR="005F6A5B">
        <w:rPr/>
        <w:t>ondanks</w:t>
      </w:r>
      <w:r w:rsidR="005F6A5B">
        <w:rPr/>
        <w:t xml:space="preserve"> </w:t>
      </w:r>
      <w:r w:rsidR="005F6A5B">
        <w:rPr/>
        <w:t>dit</w:t>
      </w:r>
      <w:r w:rsidR="005F6A5B">
        <w:rPr/>
        <w:t xml:space="preserve"> </w:t>
      </w:r>
      <w:r w:rsidR="005F6A5B">
        <w:rPr/>
        <w:t>formele</w:t>
      </w:r>
      <w:r w:rsidR="005F6A5B">
        <w:rPr/>
        <w:t xml:space="preserve"> </w:t>
      </w:r>
      <w:r w:rsidR="005F6A5B">
        <w:rPr/>
        <w:t>gebrek</w:t>
      </w:r>
      <w:r w:rsidR="005F6A5B">
        <w:rPr/>
        <w:t xml:space="preserve"> — het MER-</w:t>
      </w:r>
      <w:r w:rsidR="005F6A5B">
        <w:rPr/>
        <w:t>overzicht</w:t>
      </w:r>
      <w:r w:rsidR="005F6A5B">
        <w:rPr/>
        <w:t xml:space="preserve"> "</w:t>
      </w:r>
      <w:r w:rsidR="005F6A5B">
        <w:rPr/>
        <w:t>Aanpassingen</w:t>
      </w:r>
      <w:r w:rsidR="005F6A5B">
        <w:rPr/>
        <w:t xml:space="preserve"> PIV4" </w:t>
      </w:r>
      <w:r w:rsidR="005F6A5B">
        <w:rPr/>
        <w:t>bevestigt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de PB "</w:t>
      </w:r>
      <w:r w:rsidR="005F6A5B">
        <w:rPr/>
        <w:t>geen</w:t>
      </w:r>
      <w:r w:rsidR="005F6A5B">
        <w:rPr/>
        <w:t xml:space="preserve"> </w:t>
      </w:r>
      <w:r w:rsidR="005F6A5B">
        <w:rPr/>
        <w:t>aanpassingen</w:t>
      </w:r>
      <w:r w:rsidR="005F6A5B">
        <w:rPr/>
        <w:t xml:space="preserve">" </w:t>
      </w:r>
      <w:r w:rsidR="005F6A5B">
        <w:rPr/>
        <w:t>heeft</w:t>
      </w:r>
      <w:r w:rsidR="005F6A5B">
        <w:rPr/>
        <w:t xml:space="preserve"> </w:t>
      </w:r>
      <w:r w:rsidR="005F6A5B">
        <w:rPr/>
        <w:t>ondergaan</w:t>
      </w:r>
      <w:r w:rsidR="005F6A5B">
        <w:rPr/>
        <w:t>.</w:t>
      </w:r>
    </w:p>
    <w:p w:rsidR="009D758D" w:rsidRDefault="005F6A5B" w14:paraId="32EE433C" w14:textId="77777777"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grondslag</w:t>
      </w:r>
      <w:r w:rsidRPr="6C968D7A" w:rsidR="005F6A5B">
        <w:rPr>
          <w:b w:val="1"/>
          <w:bCs w:val="1"/>
        </w:rPr>
        <w:t>:</w:t>
      </w:r>
      <w:r w:rsidR="005F6A5B">
        <w:rPr/>
        <w:t xml:space="preserve"> Art. 6 lid 3 </w:t>
      </w:r>
      <w:r w:rsidR="005F6A5B">
        <w:rPr/>
        <w:t>Habitatrichtlijn</w:t>
      </w:r>
      <w:r w:rsidR="005F6A5B">
        <w:rPr/>
        <w:t xml:space="preserve"> (92/43/EEG) </w:t>
      </w:r>
      <w:r w:rsidR="005F6A5B">
        <w:rPr/>
        <w:t>vereist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passende</w:t>
      </w:r>
      <w:r w:rsidR="005F6A5B">
        <w:rPr/>
        <w:t xml:space="preserve"> </w:t>
      </w:r>
      <w:r w:rsidR="005F6A5B">
        <w:rPr/>
        <w:t>beoordeling</w:t>
      </w:r>
      <w:r w:rsidR="005F6A5B">
        <w:rPr/>
        <w:t xml:space="preserve"> de </w:t>
      </w:r>
      <w:r w:rsidR="005F6A5B">
        <w:rPr/>
        <w:t>zekerheid</w:t>
      </w:r>
      <w:r w:rsidR="005F6A5B">
        <w:rPr/>
        <w:t xml:space="preserve"> </w:t>
      </w:r>
      <w:r w:rsidR="005F6A5B">
        <w:rPr/>
        <w:t>geeft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het project </w:t>
      </w:r>
      <w:r w:rsidR="005F6A5B">
        <w:rPr/>
        <w:t>geen</w:t>
      </w:r>
      <w:r w:rsidR="005F6A5B">
        <w:rPr/>
        <w:t xml:space="preserve"> </w:t>
      </w:r>
      <w:r w:rsidR="005F6A5B">
        <w:rPr/>
        <w:t>significante</w:t>
      </w:r>
      <w:r w:rsidR="005F6A5B">
        <w:rPr/>
        <w:t xml:space="preserve"> </w:t>
      </w:r>
      <w:r w:rsidR="005F6A5B">
        <w:rPr/>
        <w:t>verstoring</w:t>
      </w:r>
      <w:r w:rsidR="005F6A5B">
        <w:rPr/>
        <w:t xml:space="preserve"> </w:t>
      </w:r>
      <w:r w:rsidR="005F6A5B">
        <w:rPr/>
        <w:t>veroorzaakt</w:t>
      </w:r>
      <w:r w:rsidR="005F6A5B">
        <w:rPr/>
        <w:t xml:space="preserve">. Het </w:t>
      </w:r>
      <w:r w:rsidR="005F6A5B">
        <w:rPr/>
        <w:t>HvJ</w:t>
      </w:r>
      <w:r w:rsidR="005F6A5B">
        <w:rPr/>
        <w:t xml:space="preserve">-EU (Sweetman, C-258/11) </w:t>
      </w:r>
      <w:r w:rsidR="005F6A5B">
        <w:rPr/>
        <w:t>heeft</w:t>
      </w:r>
      <w:r w:rsidR="005F6A5B">
        <w:rPr/>
        <w:t xml:space="preserve"> </w:t>
      </w:r>
      <w:r w:rsidR="005F6A5B">
        <w:rPr/>
        <w:t>geoordeeld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deze</w:t>
      </w:r>
      <w:r w:rsidR="005F6A5B">
        <w:rPr/>
        <w:t xml:space="preserve"> </w:t>
      </w:r>
      <w:r w:rsidR="005F6A5B">
        <w:rPr/>
        <w:t>zekerheid</w:t>
      </w:r>
      <w:r w:rsidR="005F6A5B">
        <w:rPr/>
        <w:t xml:space="preserve"> </w:t>
      </w:r>
      <w:r w:rsidR="005F6A5B">
        <w:rPr/>
        <w:t>wetenschappelijk</w:t>
      </w:r>
      <w:r w:rsidR="005F6A5B">
        <w:rPr/>
        <w:t xml:space="preserve"> </w:t>
      </w:r>
      <w:r w:rsidR="005F6A5B">
        <w:rPr/>
        <w:t>onderbouwd</w:t>
      </w:r>
      <w:r w:rsidR="005F6A5B">
        <w:rPr/>
        <w:t xml:space="preserve"> </w:t>
      </w:r>
      <w:r w:rsidR="005F6A5B">
        <w:rPr/>
        <w:t>moet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. Een </w:t>
      </w:r>
      <w:r w:rsidR="005F6A5B">
        <w:rPr/>
        <w:t>conclusie</w:t>
      </w:r>
      <w:r w:rsidR="005F6A5B">
        <w:rPr/>
        <w:t xml:space="preserve"> die </w:t>
      </w:r>
      <w:r w:rsidR="005F6A5B">
        <w:rPr/>
        <w:t>steunt</w:t>
      </w:r>
      <w:r w:rsidR="005F6A5B">
        <w:rPr/>
        <w:t xml:space="preserve"> op </w:t>
      </w:r>
      <w:r w:rsidR="005F6A5B">
        <w:rPr/>
        <w:t>een</w:t>
      </w:r>
      <w:r w:rsidR="005F6A5B">
        <w:rPr/>
        <w:t xml:space="preserve"> </w:t>
      </w:r>
      <w:r w:rsidR="005F6A5B">
        <w:rPr/>
        <w:t>kapotte</w:t>
      </w:r>
      <w:r w:rsidR="005F6A5B">
        <w:rPr/>
        <w:t xml:space="preserve"> </w:t>
      </w:r>
      <w:r w:rsidR="005F6A5B">
        <w:rPr/>
        <w:t>documentverwijzing</w:t>
      </w:r>
      <w:r w:rsidR="005F6A5B">
        <w:rPr/>
        <w:t xml:space="preserve"> </w:t>
      </w:r>
      <w:r w:rsidR="005F6A5B">
        <w:rPr/>
        <w:t>biedt</w:t>
      </w:r>
      <w:r w:rsidR="005F6A5B">
        <w:rPr/>
        <w:t xml:space="preserve"> die </w:t>
      </w:r>
      <w:r w:rsidR="005F6A5B">
        <w:rPr/>
        <w:t>zekerheid</w:t>
      </w:r>
      <w:r w:rsidR="005F6A5B">
        <w:rPr/>
        <w:t xml:space="preserve"> </w:t>
      </w:r>
      <w:r w:rsidR="005F6A5B">
        <w:rPr/>
        <w:t>niet</w:t>
      </w:r>
      <w:r w:rsidR="005F6A5B">
        <w:rPr/>
        <w:t>.</w:t>
      </w:r>
    </w:p>
    <w:p w:rsidR="009D758D" w:rsidP="6C968D7A" w:rsidRDefault="009D758D" w14:paraId="6A05A809" w14:textId="35EC1CB5">
      <w:pPr>
        <w:pStyle w:val="Heading3"/>
        <w:pBdr>
          <w:bottom w:val="single" w:color="CCCCCC" w:sz="6" w:space="1"/>
        </w:pBdr>
        <w:spacing w:after="240"/>
      </w:pPr>
    </w:p>
    <w:p w:rsidR="009D758D" w:rsidRDefault="005F6A5B" w14:paraId="1D863F83" w14:textId="77777777">
      <w:pPr>
        <w:pStyle w:val="Heading2"/>
      </w:pPr>
      <w:r w:rsidR="005F6A5B">
        <w:rPr/>
        <w:t>3. PROCEDURELE BEZWAREN</w:t>
      </w:r>
    </w:p>
    <w:p w:rsidR="009D758D" w:rsidRDefault="005F6A5B" w14:paraId="4F0D8D4B" w14:textId="77777777">
      <w:pPr>
        <w:pStyle w:val="Heading3"/>
      </w:pPr>
      <w:r w:rsidR="005F6A5B">
        <w:rPr/>
        <w:t xml:space="preserve">3.1 Geen </w:t>
      </w:r>
      <w:r w:rsidR="005F6A5B">
        <w:rPr/>
        <w:t>zelfstandig</w:t>
      </w:r>
      <w:r w:rsidR="005F6A5B">
        <w:rPr/>
        <w:t xml:space="preserve"> </w:t>
      </w:r>
      <w:r w:rsidR="005F6A5B">
        <w:rPr/>
        <w:t>alternatieven-onderzoek</w:t>
      </w:r>
      <w:r w:rsidR="005F6A5B">
        <w:rPr/>
        <w:t xml:space="preserve"> op </w:t>
      </w:r>
      <w:r w:rsidR="005F6A5B">
        <w:rPr/>
        <w:t>projectniveau</w:t>
      </w:r>
    </w:p>
    <w:p w:rsidR="009D758D" w:rsidRDefault="005F6A5B" w14:paraId="0A374058" w14:textId="77777777">
      <w:r w:rsidR="005F6A5B">
        <w:rPr/>
        <w:t xml:space="preserve">Het project-MER </w:t>
      </w:r>
      <w:r w:rsidR="005F6A5B">
        <w:rPr/>
        <w:t>bevat</w:t>
      </w:r>
      <w:r w:rsidR="005F6A5B">
        <w:rPr/>
        <w:t xml:space="preserve"> </w:t>
      </w:r>
      <w:r w:rsidRPr="6C968D7A" w:rsidR="005F6A5B">
        <w:rPr>
          <w:b w:val="1"/>
          <w:bCs w:val="1"/>
        </w:rPr>
        <w:t>geen</w:t>
      </w:r>
      <w:r w:rsidRPr="6C968D7A" w:rsidR="005F6A5B">
        <w:rPr>
          <w:b w:val="1"/>
          <w:bCs w:val="1"/>
        </w:rPr>
        <w:t xml:space="preserve"> eigen </w:t>
      </w:r>
      <w:r w:rsidRPr="6C968D7A" w:rsidR="005F6A5B">
        <w:rPr>
          <w:b w:val="1"/>
          <w:bCs w:val="1"/>
        </w:rPr>
        <w:t>alternatieven-onderzoek</w:t>
      </w:r>
      <w:r w:rsidR="005F6A5B">
        <w:rPr/>
        <w:t xml:space="preserve"> maar </w:t>
      </w:r>
      <w:r w:rsidR="005F6A5B">
        <w:rPr/>
        <w:t>verwijst</w:t>
      </w:r>
      <w:r w:rsidR="005F6A5B">
        <w:rPr/>
        <w:t xml:space="preserve"> </w:t>
      </w:r>
      <w:r w:rsidR="005F6A5B">
        <w:rPr/>
        <w:t>volledig</w:t>
      </w:r>
      <w:r w:rsidR="005F6A5B">
        <w:rPr/>
        <w:t xml:space="preserve"> </w:t>
      </w:r>
      <w:r w:rsidR="005F6A5B">
        <w:rPr/>
        <w:t>naar</w:t>
      </w:r>
      <w:r w:rsidR="005F6A5B">
        <w:rPr/>
        <w:t xml:space="preserve"> het plan-MER </w:t>
      </w:r>
      <w:r w:rsidR="005F6A5B">
        <w:rPr/>
        <w:t>dat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het GRUP (</w:t>
      </w:r>
      <w:r w:rsidR="005F6A5B">
        <w:rPr/>
        <w:t>Gewestelijk</w:t>
      </w:r>
      <w:r w:rsidR="005F6A5B">
        <w:rPr/>
        <w:t xml:space="preserve"> </w:t>
      </w:r>
      <w:r w:rsidR="005F6A5B">
        <w:rPr/>
        <w:t>Ruimtelijk</w:t>
      </w:r>
      <w:r w:rsidR="005F6A5B">
        <w:rPr/>
        <w:t xml:space="preserve"> </w:t>
      </w:r>
      <w:r w:rsidR="005F6A5B">
        <w:rPr/>
        <w:t>Uitvoeringsplan</w:t>
      </w:r>
      <w:r w:rsidR="005F6A5B">
        <w:rPr/>
        <w:t xml:space="preserve">) </w:t>
      </w:r>
      <w:r w:rsidR="005F6A5B">
        <w:rPr/>
        <w:t>Ventilus</w:t>
      </w:r>
      <w:r w:rsidR="005F6A5B">
        <w:rPr/>
        <w:t xml:space="preserve"> is </w:t>
      </w:r>
      <w:r w:rsidR="005F6A5B">
        <w:rPr/>
        <w:t>opgesteld</w:t>
      </w:r>
      <w:r w:rsidR="005F6A5B">
        <w:rPr/>
        <w:t xml:space="preserve">. Het MER </w:t>
      </w:r>
      <w:r w:rsidR="005F6A5B">
        <w:rPr/>
        <w:t>stelt</w:t>
      </w:r>
      <w:r w:rsidR="005F6A5B">
        <w:rPr/>
        <w:t xml:space="preserve"> </w:t>
      </w:r>
      <w:r w:rsidR="005F6A5B">
        <w:rPr/>
        <w:t>letterlijk</w:t>
      </w:r>
      <w:r w:rsidR="005F6A5B">
        <w:rPr/>
        <w:t>:</w:t>
      </w:r>
    </w:p>
    <w:p w:rsidR="009D758D" w:rsidP="6C968D7A" w:rsidRDefault="005F6A5B" w14:paraId="331079D8" w14:textId="77777777">
      <w:pPr>
        <w:pBdr>
          <w:left w:val="single" w:color="999999" w:sz="12" w:space="8"/>
        </w:pBdr>
        <w:spacing w:before="120"/>
        <w:ind w:left="850"/>
      </w:pPr>
      <w:r w:rsidRPr="6C968D7A" w:rsidR="005F6A5B">
        <w:rPr>
          <w:i w:val="1"/>
          <w:iCs w:val="1"/>
          <w:color w:val="444444"/>
        </w:rPr>
        <w:t>"</w:t>
      </w:r>
      <w:r w:rsidRPr="6C968D7A" w:rsidR="005F6A5B">
        <w:rPr>
          <w:i w:val="1"/>
          <w:iCs w:val="1"/>
          <w:color w:val="444444"/>
        </w:rPr>
        <w:t>Ondergrondse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en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bovengrondse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delen</w:t>
      </w:r>
      <w:r w:rsidRPr="6C968D7A" w:rsidR="005F6A5B">
        <w:rPr>
          <w:i w:val="1"/>
          <w:iCs w:val="1"/>
          <w:color w:val="444444"/>
        </w:rPr>
        <w:t xml:space="preserve"> van de </w:t>
      </w:r>
      <w:r w:rsidRPr="6C968D7A" w:rsidR="005F6A5B">
        <w:rPr>
          <w:i w:val="1"/>
          <w:iCs w:val="1"/>
          <w:color w:val="444444"/>
        </w:rPr>
        <w:t>hoogspanningsverbinding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liggen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dus</w:t>
      </w:r>
      <w:r w:rsidRPr="6C968D7A" w:rsidR="005F6A5B">
        <w:rPr>
          <w:i w:val="1"/>
          <w:iCs w:val="1"/>
          <w:color w:val="444444"/>
        </w:rPr>
        <w:t xml:space="preserve"> vast </w:t>
      </w:r>
      <w:r w:rsidRPr="6C968D7A" w:rsidR="005F6A5B">
        <w:rPr>
          <w:i w:val="1"/>
          <w:iCs w:val="1"/>
          <w:color w:val="444444"/>
        </w:rPr>
        <w:t>middels</w:t>
      </w:r>
      <w:r w:rsidRPr="6C968D7A" w:rsidR="005F6A5B">
        <w:rPr>
          <w:i w:val="1"/>
          <w:iCs w:val="1"/>
          <w:color w:val="444444"/>
        </w:rPr>
        <w:t xml:space="preserve"> het GRUP </w:t>
      </w:r>
      <w:r w:rsidRPr="6C968D7A" w:rsidR="005F6A5B">
        <w:rPr>
          <w:i w:val="1"/>
          <w:iCs w:val="1"/>
          <w:color w:val="444444"/>
        </w:rPr>
        <w:t>Ventilus</w:t>
      </w:r>
      <w:r w:rsidRPr="6C968D7A" w:rsidR="005F6A5B">
        <w:rPr>
          <w:i w:val="1"/>
          <w:iCs w:val="1"/>
          <w:color w:val="444444"/>
        </w:rPr>
        <w:t xml:space="preserve">. Er </w:t>
      </w:r>
      <w:r w:rsidRPr="6C968D7A" w:rsidR="005F6A5B">
        <w:rPr>
          <w:i w:val="1"/>
          <w:iCs w:val="1"/>
          <w:color w:val="444444"/>
        </w:rPr>
        <w:t>bestaan</w:t>
      </w:r>
      <w:r w:rsidRPr="6C968D7A" w:rsidR="005F6A5B">
        <w:rPr>
          <w:i w:val="1"/>
          <w:iCs w:val="1"/>
          <w:color w:val="444444"/>
        </w:rPr>
        <w:t xml:space="preserve"> op </w:t>
      </w:r>
      <w:r w:rsidRPr="6C968D7A" w:rsidR="005F6A5B">
        <w:rPr>
          <w:i w:val="1"/>
          <w:iCs w:val="1"/>
          <w:color w:val="444444"/>
        </w:rPr>
        <w:t>projectniveau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geen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redelijke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alternatieven</w:t>
      </w:r>
      <w:r w:rsidRPr="6C968D7A" w:rsidR="005F6A5B">
        <w:rPr>
          <w:i w:val="1"/>
          <w:iCs w:val="1"/>
          <w:color w:val="444444"/>
        </w:rPr>
        <w:t>." (NTS, p. 28)</w:t>
      </w:r>
    </w:p>
    <w:p w:rsidR="009D758D" w:rsidRDefault="005F6A5B" w14:paraId="5474C68F" w14:textId="77777777">
      <w:r w:rsidR="005F6A5B">
        <w:rPr/>
        <w:t xml:space="preserve">Het </w:t>
      </w:r>
      <w:r w:rsidR="005F6A5B">
        <w:rPr/>
        <w:t>nulalternatief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a priori </w:t>
      </w:r>
      <w:r w:rsidR="005F6A5B">
        <w:rPr/>
        <w:t>uitgesloten</w:t>
      </w:r>
      <w:r w:rsidR="005F6A5B">
        <w:rPr/>
        <w:t>:</w:t>
      </w:r>
    </w:p>
    <w:p w:rsidR="009D758D" w:rsidP="6C968D7A" w:rsidRDefault="005F6A5B" w14:paraId="1C8E6324" w14:textId="77777777">
      <w:pPr>
        <w:pBdr>
          <w:left w:val="single" w:color="999999" w:sz="12" w:space="8"/>
        </w:pBdr>
        <w:spacing w:before="120"/>
        <w:ind w:left="850"/>
      </w:pPr>
      <w:r w:rsidRPr="6C968D7A" w:rsidR="005F6A5B">
        <w:rPr>
          <w:i w:val="1"/>
          <w:iCs w:val="1"/>
          <w:color w:val="444444"/>
        </w:rPr>
        <w:t xml:space="preserve">"Het </w:t>
      </w:r>
      <w:r w:rsidRPr="6C968D7A" w:rsidR="005F6A5B">
        <w:rPr>
          <w:i w:val="1"/>
          <w:iCs w:val="1"/>
          <w:color w:val="444444"/>
        </w:rPr>
        <w:t>nulalternatief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wordt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niet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als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aan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valabel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alternatief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beschouwd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en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zal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niet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als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dusdanig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beoordeeld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worden</w:t>
      </w:r>
      <w:r w:rsidRPr="6C968D7A" w:rsidR="005F6A5B">
        <w:rPr>
          <w:i w:val="1"/>
          <w:iCs w:val="1"/>
          <w:color w:val="444444"/>
        </w:rPr>
        <w:t>." (NTS, p. 46)</w:t>
      </w:r>
    </w:p>
    <w:p w:rsidR="009D758D" w:rsidRDefault="2C03BC96" w14:paraId="78C398AB" w14:textId="64D31B2A">
      <w:r w:rsidRPr="6C968D7A" w:rsidR="2C03BC96">
        <w:rPr>
          <w:b w:val="1"/>
          <w:bCs w:val="1"/>
        </w:rPr>
        <w:t>Adviezen</w:t>
      </w:r>
      <w:r w:rsidRPr="6C968D7A" w:rsidR="2C03BC96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gemeenten</w:t>
      </w:r>
      <w:r w:rsidR="25A181EA">
        <w:rPr/>
        <w:t xml:space="preserve"> (</w:t>
      </w:r>
      <w:r w:rsidR="4847BB23">
        <w:rPr/>
        <w:t>o.a.</w:t>
      </w:r>
      <w:r w:rsidR="4847BB23">
        <w:rPr/>
        <w:t xml:space="preserve"> </w:t>
      </w:r>
      <w:r w:rsidR="25A181EA">
        <w:rPr/>
        <w:t>Deerlijk</w:t>
      </w:r>
      <w:r w:rsidR="25A181EA">
        <w:rPr/>
        <w:t xml:space="preserve">, </w:t>
      </w:r>
      <w:r w:rsidR="25A181EA">
        <w:rPr/>
        <w:t>Harelbeke</w:t>
      </w:r>
      <w:r w:rsidR="25A181EA">
        <w:rPr/>
        <w:t xml:space="preserve">, </w:t>
      </w:r>
      <w:r w:rsidR="25A181EA">
        <w:rPr/>
        <w:t>Izegem</w:t>
      </w:r>
      <w:r w:rsidR="25A181EA">
        <w:rPr/>
        <w:t xml:space="preserve">, </w:t>
      </w:r>
      <w:r w:rsidR="25A181EA">
        <w:rPr/>
        <w:t>Jabbeke</w:t>
      </w:r>
      <w:r w:rsidR="25A181EA">
        <w:rPr/>
        <w:t xml:space="preserve">, </w:t>
      </w:r>
      <w:r w:rsidR="25A181EA">
        <w:rPr/>
        <w:t>Lendelede</w:t>
      </w:r>
      <w:r w:rsidR="25A181EA">
        <w:rPr/>
        <w:t xml:space="preserve">, </w:t>
      </w:r>
      <w:r w:rsidR="25A181EA">
        <w:rPr/>
        <w:t>Lichtervelde</w:t>
      </w:r>
      <w:r w:rsidR="25A181EA">
        <w:rPr/>
        <w:t xml:space="preserve">, </w:t>
      </w:r>
      <w:r w:rsidR="25A181EA">
        <w:rPr/>
        <w:t>Oostkamp</w:t>
      </w:r>
      <w:r w:rsidR="25A181EA">
        <w:rPr/>
        <w:t xml:space="preserve">) </w:t>
      </w:r>
      <w:r w:rsidR="25A181EA">
        <w:rPr/>
        <w:t>bevestigen</w:t>
      </w:r>
      <w:r w:rsidR="25A181EA">
        <w:rPr/>
        <w:t xml:space="preserve"> </w:t>
      </w:r>
      <w:r w:rsidR="25A181EA">
        <w:rPr/>
        <w:t>dit</w:t>
      </w:r>
      <w:r w:rsidR="25A181EA">
        <w:rPr/>
        <w:t xml:space="preserve"> </w:t>
      </w:r>
      <w:r w:rsidR="25A181EA">
        <w:rPr/>
        <w:t>gebrek</w:t>
      </w:r>
      <w:r w:rsidR="25A181EA">
        <w:rPr/>
        <w:t xml:space="preserve">. De </w:t>
      </w:r>
      <w:r w:rsidR="25A181EA">
        <w:rPr/>
        <w:t>gemeente</w:t>
      </w:r>
      <w:r w:rsidR="25A181EA">
        <w:rPr/>
        <w:t xml:space="preserve"> </w:t>
      </w:r>
      <w:r w:rsidR="25A181EA">
        <w:rPr/>
        <w:t>Harelbeke</w:t>
      </w:r>
      <w:r w:rsidR="25A181EA">
        <w:rPr/>
        <w:t xml:space="preserve"> </w:t>
      </w:r>
      <w:r w:rsidR="25A181EA">
        <w:rPr/>
        <w:t>stelt</w:t>
      </w:r>
      <w:r w:rsidR="25A181EA">
        <w:rPr/>
        <w:t xml:space="preserve">: </w:t>
      </w:r>
      <w:r w:rsidRPr="6C968D7A" w:rsidR="25A181EA">
        <w:rPr>
          <w:i w:val="1"/>
          <w:iCs w:val="1"/>
        </w:rPr>
        <w:t xml:space="preserve">"Een </w:t>
      </w:r>
      <w:r w:rsidRPr="6C968D7A" w:rsidR="25A181EA">
        <w:rPr>
          <w:i w:val="1"/>
          <w:iCs w:val="1"/>
        </w:rPr>
        <w:t>zelfstandig</w:t>
      </w:r>
      <w:r w:rsidRPr="6C968D7A" w:rsidR="25A181EA">
        <w:rPr>
          <w:i w:val="1"/>
          <w:iCs w:val="1"/>
        </w:rPr>
        <w:t xml:space="preserve">, </w:t>
      </w:r>
      <w:r w:rsidRPr="6C968D7A" w:rsidR="25A181EA">
        <w:rPr>
          <w:i w:val="1"/>
          <w:iCs w:val="1"/>
        </w:rPr>
        <w:t>actueel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alternatievenonderzoek</w:t>
      </w:r>
      <w:r w:rsidRPr="6C968D7A" w:rsidR="25A181EA">
        <w:rPr>
          <w:i w:val="1"/>
          <w:iCs w:val="1"/>
        </w:rPr>
        <w:t xml:space="preserve"> op </w:t>
      </w:r>
      <w:r w:rsidRPr="6C968D7A" w:rsidR="25A181EA">
        <w:rPr>
          <w:i w:val="1"/>
          <w:iCs w:val="1"/>
        </w:rPr>
        <w:t>projectniveau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ontbreekt</w:t>
      </w:r>
      <w:r w:rsidRPr="6C968D7A" w:rsidR="25A181EA">
        <w:rPr>
          <w:i w:val="1"/>
          <w:iCs w:val="1"/>
        </w:rPr>
        <w:t>."</w:t>
      </w:r>
      <w:r w:rsidR="25A181EA">
        <w:rPr/>
        <w:t xml:space="preserve"> De </w:t>
      </w:r>
      <w:r w:rsidR="25A181EA">
        <w:rPr/>
        <w:t>gemeente</w:t>
      </w:r>
      <w:r w:rsidR="25A181EA">
        <w:rPr/>
        <w:t xml:space="preserve"> </w:t>
      </w:r>
      <w:r w:rsidR="25A181EA">
        <w:rPr/>
        <w:t>Lichtervelde</w:t>
      </w:r>
      <w:r w:rsidR="25A181EA">
        <w:rPr/>
        <w:t xml:space="preserve"> </w:t>
      </w:r>
      <w:r w:rsidR="25A181EA">
        <w:rPr/>
        <w:t>stelt</w:t>
      </w:r>
      <w:r w:rsidR="25A181EA">
        <w:rPr/>
        <w:t xml:space="preserve">: </w:t>
      </w:r>
      <w:r w:rsidRPr="6C968D7A" w:rsidR="25A181EA">
        <w:rPr>
          <w:i w:val="1"/>
          <w:iCs w:val="1"/>
        </w:rPr>
        <w:t xml:space="preserve">"Het </w:t>
      </w:r>
      <w:r w:rsidRPr="6C968D7A" w:rsidR="25A181EA">
        <w:rPr>
          <w:i w:val="1"/>
          <w:iCs w:val="1"/>
        </w:rPr>
        <w:t>ondergronds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trace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vormt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een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redelijk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alternatief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dat</w:t>
      </w:r>
      <w:r w:rsidRPr="6C968D7A" w:rsidR="25A181EA">
        <w:rPr>
          <w:i w:val="1"/>
          <w:iCs w:val="1"/>
        </w:rPr>
        <w:t xml:space="preserve"> ten </w:t>
      </w:r>
      <w:r w:rsidRPr="6C968D7A" w:rsidR="25A181EA">
        <w:rPr>
          <w:i w:val="1"/>
          <w:iCs w:val="1"/>
        </w:rPr>
        <w:t>onrechte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niet</w:t>
      </w:r>
      <w:r w:rsidRPr="6C968D7A" w:rsidR="25A181EA">
        <w:rPr>
          <w:i w:val="1"/>
          <w:iCs w:val="1"/>
        </w:rPr>
        <w:t xml:space="preserve"> in </w:t>
      </w:r>
      <w:r w:rsidRPr="6C968D7A" w:rsidR="25A181EA">
        <w:rPr>
          <w:i w:val="1"/>
          <w:iCs w:val="1"/>
        </w:rPr>
        <w:t>overweging</w:t>
      </w:r>
      <w:r w:rsidRPr="6C968D7A" w:rsidR="25A181EA">
        <w:rPr>
          <w:i w:val="1"/>
          <w:iCs w:val="1"/>
        </w:rPr>
        <w:t xml:space="preserve"> is </w:t>
      </w:r>
      <w:r w:rsidRPr="6C968D7A" w:rsidR="25A181EA">
        <w:rPr>
          <w:i w:val="1"/>
          <w:iCs w:val="1"/>
        </w:rPr>
        <w:t>genomen</w:t>
      </w:r>
      <w:r w:rsidRPr="6C968D7A" w:rsidR="25A181EA">
        <w:rPr>
          <w:i w:val="1"/>
          <w:iCs w:val="1"/>
        </w:rPr>
        <w:t>."</w:t>
      </w:r>
    </w:p>
    <w:p w:rsidR="009D758D" w:rsidRDefault="005F6A5B" w14:paraId="686CBD44" w14:textId="77777777">
      <w:r w:rsidR="005F6A5B">
        <w:rPr/>
        <w:t>Bovendien</w:t>
      </w:r>
      <w:r w:rsidR="005F6A5B">
        <w:rPr/>
        <w:t>:</w:t>
      </w:r>
    </w:p>
    <w:p w:rsidR="009D758D" w:rsidRDefault="25A181EA" w14:paraId="6018A027" w14:textId="0FBE159E">
      <w:pPr>
        <w:pStyle w:val="ListBullet"/>
        <w:spacing w:after="60"/>
        <w:ind w:left="720"/>
        <w:rPr/>
      </w:pPr>
      <w:r w:rsidR="25A181EA">
        <w:rPr/>
        <w:t xml:space="preserve">De </w:t>
      </w:r>
      <w:r w:rsidR="25A181EA">
        <w:rPr/>
        <w:t>afwijzing</w:t>
      </w:r>
      <w:r w:rsidR="25A181EA">
        <w:rPr/>
        <w:t xml:space="preserve"> van </w:t>
      </w:r>
      <w:r w:rsidRPr="6C968D7A" w:rsidR="25A181EA">
        <w:rPr>
          <w:b w:val="1"/>
          <w:bCs w:val="1"/>
        </w:rPr>
        <w:t>HVDC (</w:t>
      </w:r>
      <w:r w:rsidRPr="6C968D7A" w:rsidR="25A181EA">
        <w:rPr>
          <w:b w:val="1"/>
          <w:bCs w:val="1"/>
        </w:rPr>
        <w:t>gelijkstroom</w:t>
      </w:r>
      <w:r w:rsidRPr="6C968D7A" w:rsidR="25A181EA">
        <w:rPr>
          <w:b w:val="1"/>
          <w:bCs w:val="1"/>
        </w:rPr>
        <w:t>)</w:t>
      </w:r>
      <w:r w:rsidR="25A181EA">
        <w:rPr/>
        <w:t xml:space="preserve"> is </w:t>
      </w:r>
      <w:r w:rsidR="25A181EA">
        <w:rPr/>
        <w:t>gebaseerd</w:t>
      </w:r>
      <w:r w:rsidR="25A181EA">
        <w:rPr/>
        <w:t xml:space="preserve"> op </w:t>
      </w:r>
      <w:r w:rsidR="25A181EA">
        <w:rPr/>
        <w:t>een</w:t>
      </w:r>
      <w:r w:rsidR="25A181EA">
        <w:rPr/>
        <w:t xml:space="preserve"> "</w:t>
      </w:r>
      <w:r w:rsidR="25A181EA">
        <w:rPr/>
        <w:t>dubbelcheck</w:t>
      </w:r>
      <w:r w:rsidR="25A181EA">
        <w:rPr/>
        <w:t xml:space="preserve">" </w:t>
      </w:r>
      <w:r w:rsidR="25A181EA">
        <w:rPr/>
        <w:t>uit</w:t>
      </w:r>
      <w:r w:rsidR="25A181EA">
        <w:rPr/>
        <w:t xml:space="preserve"> 2022, </w:t>
      </w:r>
      <w:r w:rsidR="25A181EA">
        <w:rPr/>
        <w:t>terwijl</w:t>
      </w:r>
      <w:r w:rsidR="25A181EA">
        <w:rPr/>
        <w:t xml:space="preserve"> </w:t>
      </w:r>
      <w:r w:rsidR="25A181EA">
        <w:rPr/>
        <w:t>deze</w:t>
      </w:r>
      <w:r w:rsidR="25A181EA">
        <w:rPr/>
        <w:t xml:space="preserve"> </w:t>
      </w:r>
      <w:r w:rsidR="25A181EA">
        <w:rPr/>
        <w:t>technologie</w:t>
      </w:r>
      <w:r w:rsidR="25A181EA">
        <w:rPr/>
        <w:t xml:space="preserve"> </w:t>
      </w:r>
      <w:r w:rsidR="25A181EA">
        <w:rPr/>
        <w:t>sindsdien</w:t>
      </w:r>
      <w:r w:rsidR="25A181EA">
        <w:rPr/>
        <w:t xml:space="preserve"> significant is </w:t>
      </w:r>
      <w:r w:rsidR="25A181EA">
        <w:rPr/>
        <w:t>ge</w:t>
      </w:r>
      <w:r w:rsidR="7036B6C6">
        <w:rPr/>
        <w:t>ë</w:t>
      </w:r>
      <w:r w:rsidR="25A181EA">
        <w:rPr/>
        <w:t>volueerd</w:t>
      </w:r>
    </w:p>
    <w:p w:rsidR="009D758D" w:rsidRDefault="005F6A5B" w14:paraId="1B7B257D" w14:textId="77777777">
      <w:pPr>
        <w:pStyle w:val="ListBullet"/>
        <w:spacing w:after="60"/>
        <w:ind w:left="720"/>
        <w:rPr/>
      </w:pPr>
      <w:r w:rsidR="005F6A5B">
        <w:rPr/>
        <w:t xml:space="preserve">Het GRUP </w:t>
      </w:r>
      <w:r w:rsidR="005F6A5B">
        <w:rPr/>
        <w:t>Ventilus</w:t>
      </w:r>
      <w:r w:rsidR="005F6A5B">
        <w:rPr/>
        <w:t xml:space="preserve"> </w:t>
      </w:r>
      <w:r w:rsidR="005F6A5B">
        <w:rPr/>
        <w:t>zelf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Pr="6C968D7A" w:rsidR="005F6A5B">
        <w:rPr>
          <w:b w:val="1"/>
          <w:bCs w:val="1"/>
        </w:rPr>
        <w:t>aangevochten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bij</w:t>
      </w:r>
      <w:r w:rsidRPr="6C968D7A" w:rsidR="005F6A5B">
        <w:rPr>
          <w:b w:val="1"/>
          <w:bCs w:val="1"/>
        </w:rPr>
        <w:t xml:space="preserve"> de Raad van State</w:t>
      </w:r>
      <w:r w:rsidR="005F6A5B">
        <w:rPr/>
        <w:t xml:space="preserve"> (procedure </w:t>
      </w:r>
      <w:r w:rsidR="005F6A5B">
        <w:rPr/>
        <w:t>hangend</w:t>
      </w:r>
      <w:r w:rsidR="005F6A5B">
        <w:rPr/>
        <w:t xml:space="preserve"> </w:t>
      </w:r>
      <w:r w:rsidR="005F6A5B">
        <w:rPr/>
        <w:t>sinds</w:t>
      </w:r>
      <w:r w:rsidR="005F6A5B">
        <w:rPr/>
        <w:t xml:space="preserve"> </w:t>
      </w:r>
      <w:r w:rsidR="005F6A5B">
        <w:rPr/>
        <w:t>juli</w:t>
      </w:r>
      <w:r w:rsidR="005F6A5B">
        <w:rPr/>
        <w:t xml:space="preserve"> 2024)</w:t>
      </w:r>
    </w:p>
    <w:p w:rsidR="009D758D" w:rsidP="25A181EA" w:rsidRDefault="25A181EA" w14:paraId="717F9151" w14:textId="53809B79">
      <w:pPr>
        <w:spacing w:after="60"/>
        <w:ind w:left="720"/>
      </w:pPr>
      <w:r w:rsidRPr="6C968D7A" w:rsidR="25A181EA">
        <w:rPr>
          <w:b w:val="1"/>
          <w:bCs w:val="1"/>
        </w:rPr>
        <w:t>Juridische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grondslag</w:t>
      </w:r>
      <w:r w:rsidRPr="6C968D7A" w:rsidR="25A181EA">
        <w:rPr>
          <w:b w:val="1"/>
          <w:bCs w:val="1"/>
        </w:rPr>
        <w:t>:</w:t>
      </w:r>
      <w:r w:rsidR="25A181EA">
        <w:rPr/>
        <w:t xml:space="preserve"> Art. 4.3.7 DABM </w:t>
      </w:r>
      <w:r w:rsidR="25A181EA">
        <w:rPr/>
        <w:t>en</w:t>
      </w:r>
      <w:r w:rsidR="25A181EA">
        <w:rPr/>
        <w:t xml:space="preserve"> art. 5(1)(d) MER-</w:t>
      </w:r>
      <w:r w:rsidR="25A181EA">
        <w:rPr/>
        <w:t>richtlijn</w:t>
      </w:r>
      <w:r w:rsidR="25A181EA">
        <w:rPr/>
        <w:t xml:space="preserve"> 2014/52/EU </w:t>
      </w:r>
      <w:r w:rsidR="25A181EA">
        <w:rPr/>
        <w:t>vereisen</w:t>
      </w:r>
      <w:r w:rsidR="25A181EA">
        <w:rPr/>
        <w:t xml:space="preserve"> elk </w:t>
      </w:r>
      <w:r w:rsidR="25A181EA">
        <w:rPr/>
        <w:t>een</w:t>
      </w:r>
      <w:r w:rsidR="25A181EA">
        <w:rPr/>
        <w:t xml:space="preserve"> eigen </w:t>
      </w:r>
      <w:r w:rsidR="25A181EA">
        <w:rPr/>
        <w:t>alternati</w:t>
      </w:r>
      <w:r w:rsidR="05DB3A83">
        <w:rPr/>
        <w:t>e</w:t>
      </w:r>
      <w:r w:rsidR="25A181EA">
        <w:rPr/>
        <w:t>venbeoordeling</w:t>
      </w:r>
      <w:r w:rsidR="25A181EA">
        <w:rPr/>
        <w:t xml:space="preserve"> op </w:t>
      </w:r>
      <w:r w:rsidR="25A181EA">
        <w:rPr/>
        <w:t>projectniveau</w:t>
      </w:r>
      <w:r w:rsidR="25A181EA">
        <w:rPr/>
        <w:t xml:space="preserve">. Het </w:t>
      </w:r>
      <w:r w:rsidR="25A181EA">
        <w:rPr/>
        <w:t>doorverwijzen</w:t>
      </w:r>
      <w:r w:rsidR="25A181EA">
        <w:rPr/>
        <w:t xml:space="preserve"> </w:t>
      </w:r>
      <w:r w:rsidR="25A181EA">
        <w:rPr/>
        <w:t>naar</w:t>
      </w:r>
      <w:r w:rsidR="25A181EA">
        <w:rPr/>
        <w:t xml:space="preserve"> </w:t>
      </w:r>
      <w:r w:rsidR="25A181EA">
        <w:rPr/>
        <w:t>een</w:t>
      </w:r>
      <w:r w:rsidR="25A181EA">
        <w:rPr/>
        <w:t xml:space="preserve"> plan-MER </w:t>
      </w:r>
      <w:r w:rsidR="25A181EA">
        <w:rPr/>
        <w:t>bij</w:t>
      </w:r>
      <w:r w:rsidR="25A181EA">
        <w:rPr/>
        <w:t xml:space="preserve"> </w:t>
      </w:r>
      <w:r w:rsidR="25A181EA">
        <w:rPr/>
        <w:t>een</w:t>
      </w:r>
      <w:r w:rsidR="25A181EA">
        <w:rPr/>
        <w:t xml:space="preserve"> </w:t>
      </w:r>
      <w:r w:rsidR="25A181EA">
        <w:rPr/>
        <w:t>aangevochten</w:t>
      </w:r>
      <w:r w:rsidR="25A181EA">
        <w:rPr/>
        <w:t xml:space="preserve"> GRUP </w:t>
      </w:r>
      <w:r w:rsidR="25A181EA">
        <w:rPr/>
        <w:t>voldoet</w:t>
      </w:r>
      <w:r w:rsidR="25A181EA">
        <w:rPr/>
        <w:t xml:space="preserve"> </w:t>
      </w:r>
      <w:r w:rsidR="25A181EA">
        <w:rPr/>
        <w:t>hier</w:t>
      </w:r>
      <w:r w:rsidR="25A181EA">
        <w:rPr/>
        <w:t xml:space="preserve"> </w:t>
      </w:r>
      <w:r w:rsidR="25A181EA">
        <w:rPr/>
        <w:t>niet</w:t>
      </w:r>
      <w:r w:rsidR="25A181EA">
        <w:rPr/>
        <w:t xml:space="preserve"> </w:t>
      </w:r>
      <w:r w:rsidR="25A181EA">
        <w:rPr/>
        <w:t>aan</w:t>
      </w:r>
      <w:r w:rsidR="25A181EA">
        <w:rPr/>
        <w:t>.</w:t>
      </w:r>
    </w:p>
    <w:p w:rsidR="009D758D" w:rsidRDefault="005F6A5B" w14:paraId="40B94325" w14:textId="77777777">
      <w:pPr>
        <w:pStyle w:val="Heading4"/>
      </w:pPr>
      <w:r w:rsidR="005F6A5B">
        <w:rPr/>
        <w:t xml:space="preserve">3.1.1 </w:t>
      </w:r>
      <w:r w:rsidR="005F6A5B">
        <w:rPr/>
        <w:t>Internationale</w:t>
      </w:r>
      <w:r w:rsidR="005F6A5B">
        <w:rPr/>
        <w:t xml:space="preserve"> context: </w:t>
      </w:r>
      <w:r w:rsidR="005F6A5B">
        <w:rPr/>
        <w:t>ondergronds</w:t>
      </w:r>
      <w:r w:rsidR="005F6A5B">
        <w:rPr/>
        <w:t xml:space="preserve"> HVDC is </w:t>
      </w:r>
      <w:r w:rsidR="005F6A5B">
        <w:rPr/>
        <w:t>bewezen</w:t>
      </w:r>
      <w:r w:rsidR="005F6A5B">
        <w:rPr/>
        <w:t xml:space="preserve"> </w:t>
      </w:r>
      <w:r w:rsidR="005F6A5B">
        <w:rPr/>
        <w:t>technologie</w:t>
      </w:r>
    </w:p>
    <w:p w:rsidR="009D758D" w:rsidRDefault="005F6A5B" w14:paraId="5D7AD239" w14:textId="77777777">
      <w:r w:rsidR="005F6A5B">
        <w:rPr/>
        <w:t xml:space="preserve">De </w:t>
      </w:r>
      <w:r w:rsidR="005F6A5B">
        <w:rPr/>
        <w:t>afwijzing</w:t>
      </w:r>
      <w:r w:rsidR="005F6A5B">
        <w:rPr/>
        <w:t xml:space="preserve"> van het </w:t>
      </w:r>
      <w:r w:rsidR="005F6A5B">
        <w:rPr/>
        <w:t>ondergronds</w:t>
      </w:r>
      <w:r w:rsidR="005F6A5B">
        <w:rPr/>
        <w:t xml:space="preserve"> HVDC-</w:t>
      </w:r>
      <w:r w:rsidR="005F6A5B">
        <w:rPr/>
        <w:t>alternatief</w:t>
      </w:r>
      <w:r w:rsidR="005F6A5B">
        <w:rPr/>
        <w:t xml:space="preserve"> in de "</w:t>
      </w:r>
      <w:r w:rsidR="005F6A5B">
        <w:rPr/>
        <w:t>dubbelcheck</w:t>
      </w:r>
      <w:r w:rsidR="005F6A5B">
        <w:rPr/>
        <w:t xml:space="preserve">" van 2022 is </w:t>
      </w:r>
      <w:r w:rsidR="005F6A5B">
        <w:rPr/>
        <w:t>achterhaald</w:t>
      </w:r>
      <w:r w:rsidR="005F6A5B">
        <w:rPr/>
        <w:t xml:space="preserve"> door </w:t>
      </w:r>
      <w:r w:rsidR="005F6A5B">
        <w:rPr/>
        <w:t>technologische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regulatoire</w:t>
      </w:r>
      <w:r w:rsidR="005F6A5B">
        <w:rPr/>
        <w:t xml:space="preserve"> </w:t>
      </w:r>
      <w:r w:rsidR="005F6A5B">
        <w:rPr/>
        <w:t>ontwikkelingen</w:t>
      </w:r>
      <w:r w:rsidR="005F6A5B">
        <w:rPr/>
        <w:t xml:space="preserve"> die het MER </w:t>
      </w:r>
      <w:r w:rsidR="005F6A5B">
        <w:rPr/>
        <w:t>niet</w:t>
      </w:r>
      <w:r w:rsidR="005F6A5B">
        <w:rPr/>
        <w:t xml:space="preserve"> </w:t>
      </w:r>
      <w:r w:rsidR="005F6A5B">
        <w:rPr/>
        <w:t>heeft</w:t>
      </w:r>
      <w:r w:rsidR="005F6A5B">
        <w:rPr/>
        <w:t xml:space="preserve"> </w:t>
      </w:r>
      <w:r w:rsidR="005F6A5B">
        <w:rPr/>
        <w:t>meegenomen</w:t>
      </w:r>
      <w:r w:rsidR="005F6A5B">
        <w:rPr/>
        <w:t xml:space="preserve">. De </w:t>
      </w:r>
      <w:r w:rsidR="005F6A5B">
        <w:rPr/>
        <w:t>volgende</w:t>
      </w:r>
      <w:r w:rsidR="005F6A5B">
        <w:rPr/>
        <w:t xml:space="preserve"> </w:t>
      </w:r>
      <w:r w:rsidR="005F6A5B">
        <w:rPr/>
        <w:t>projecten</w:t>
      </w:r>
      <w:r w:rsidR="005F6A5B">
        <w:rPr/>
        <w:t xml:space="preserve"> </w:t>
      </w:r>
      <w:r w:rsidR="005F6A5B">
        <w:rPr/>
        <w:t>tonen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ondergronds</w:t>
      </w:r>
      <w:r w:rsidR="005F6A5B">
        <w:rPr/>
        <w:t xml:space="preserve"> HVDC op </w:t>
      </w:r>
      <w:r w:rsidR="005F6A5B">
        <w:rPr/>
        <w:t>vergelijkbare</w:t>
      </w:r>
      <w:r w:rsidR="005F6A5B">
        <w:rPr/>
        <w:t xml:space="preserve"> of </w:t>
      </w:r>
      <w:r w:rsidR="005F6A5B">
        <w:rPr/>
        <w:t>grotere</w:t>
      </w:r>
      <w:r w:rsidR="005F6A5B">
        <w:rPr/>
        <w:t xml:space="preserve"> </w:t>
      </w:r>
      <w:r w:rsidR="005F6A5B">
        <w:rPr/>
        <w:t>schaal</w:t>
      </w:r>
      <w:r w:rsidR="005F6A5B">
        <w:rPr/>
        <w:t xml:space="preserve"> </w:t>
      </w:r>
      <w:r w:rsidR="005F6A5B">
        <w:rPr/>
        <w:t>operationeel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haalbaar</w:t>
      </w:r>
      <w:r w:rsidR="005F6A5B">
        <w:rPr/>
        <w:t xml:space="preserve"> is:</w:t>
      </w:r>
    </w:p>
    <w:p w:rsidR="009D758D" w:rsidRDefault="005F6A5B" w14:paraId="6A3A2DEC" w14:textId="77777777">
      <w:r w:rsidRPr="6C968D7A" w:rsidR="005F6A5B">
        <w:rPr>
          <w:b w:val="1"/>
          <w:bCs w:val="1"/>
        </w:rPr>
        <w:t xml:space="preserve">(a) </w:t>
      </w:r>
      <w:r w:rsidRPr="6C968D7A" w:rsidR="005F6A5B">
        <w:rPr>
          <w:b w:val="1"/>
          <w:bCs w:val="1"/>
        </w:rPr>
        <w:t>ALEGrO</w:t>
      </w:r>
      <w:r w:rsidRPr="6C968D7A" w:rsidR="005F6A5B">
        <w:rPr>
          <w:b w:val="1"/>
          <w:bCs w:val="1"/>
        </w:rPr>
        <w:t xml:space="preserve"> — Elia </w:t>
      </w:r>
      <w:r w:rsidRPr="6C968D7A" w:rsidR="005F6A5B">
        <w:rPr>
          <w:b w:val="1"/>
          <w:bCs w:val="1"/>
        </w:rPr>
        <w:t>exploiteert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zelf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ondergrondse</w:t>
      </w:r>
      <w:r w:rsidRPr="6C968D7A" w:rsidR="005F6A5B">
        <w:rPr>
          <w:b w:val="1"/>
          <w:bCs w:val="1"/>
        </w:rPr>
        <w:t xml:space="preserve"> HVDC-</w:t>
      </w:r>
      <w:r w:rsidRPr="6C968D7A" w:rsidR="005F6A5B">
        <w:rPr>
          <w:b w:val="1"/>
          <w:bCs w:val="1"/>
        </w:rPr>
        <w:t>verbinding</w:t>
      </w:r>
      <w:r w:rsidRPr="6C968D7A" w:rsidR="005F6A5B">
        <w:rPr>
          <w:b w:val="1"/>
          <w:bCs w:val="1"/>
        </w:rPr>
        <w:t xml:space="preserve"> van 90 km</w:t>
      </w:r>
    </w:p>
    <w:p w:rsidR="009D758D" w:rsidRDefault="005F6A5B" w14:paraId="298FD5E0" w14:textId="77777777">
      <w:r w:rsidR="005F6A5B">
        <w:rPr/>
        <w:t xml:space="preserve">De </w:t>
      </w:r>
      <w:r w:rsidR="005F6A5B">
        <w:rPr/>
        <w:t>interconnector</w:t>
      </w:r>
      <w:r w:rsidR="005F6A5B">
        <w:rPr/>
        <w:t xml:space="preserve"> </w:t>
      </w:r>
      <w:r w:rsidR="005F6A5B">
        <w:rPr/>
        <w:t>ALEGrO</w:t>
      </w:r>
      <w:r w:rsidR="005F6A5B">
        <w:rPr/>
        <w:t xml:space="preserve"> </w:t>
      </w:r>
      <w:r w:rsidR="005F6A5B">
        <w:rPr/>
        <w:t>verbindt</w:t>
      </w:r>
      <w:r w:rsidR="005F6A5B">
        <w:rPr/>
        <w:t xml:space="preserve"> </w:t>
      </w:r>
      <w:r w:rsidR="005F6A5B">
        <w:rPr/>
        <w:t>Oberzier</w:t>
      </w:r>
      <w:r w:rsidR="005F6A5B">
        <w:rPr/>
        <w:t xml:space="preserve"> (</w:t>
      </w:r>
      <w:r w:rsidR="005F6A5B">
        <w:rPr/>
        <w:t>Duitsland</w:t>
      </w:r>
      <w:r w:rsidR="005F6A5B">
        <w:rPr/>
        <w:t xml:space="preserve">) met </w:t>
      </w:r>
      <w:r w:rsidR="005F6A5B">
        <w:rPr/>
        <w:t>Lixhe</w:t>
      </w:r>
      <w:r w:rsidR="005F6A5B">
        <w:rPr/>
        <w:t xml:space="preserve"> (</w:t>
      </w:r>
      <w:r w:rsidR="005F6A5B">
        <w:rPr/>
        <w:t>België</w:t>
      </w:r>
      <w:r w:rsidR="005F6A5B">
        <w:rPr/>
        <w:t xml:space="preserve">) over </w:t>
      </w:r>
      <w:r w:rsidR="005F6A5B">
        <w:rPr/>
        <w:t>een</w:t>
      </w:r>
      <w:r w:rsidR="005F6A5B">
        <w:rPr/>
        <w:t xml:space="preserve"> </w:t>
      </w:r>
      <w:r w:rsidR="005F6A5B">
        <w:rPr/>
        <w:t>afstand</w:t>
      </w:r>
      <w:r w:rsidR="005F6A5B">
        <w:rPr/>
        <w:t xml:space="preserve"> van 90 km via </w:t>
      </w:r>
      <w:r w:rsidR="005F6A5B">
        <w:rPr/>
        <w:t>volledig</w:t>
      </w:r>
      <w:r w:rsidR="005F6A5B">
        <w:rPr/>
        <w:t xml:space="preserve"> </w:t>
      </w:r>
      <w:r w:rsidR="005F6A5B">
        <w:rPr/>
        <w:t>ondergrondse</w:t>
      </w:r>
      <w:r w:rsidR="005F6A5B">
        <w:rPr/>
        <w:t xml:space="preserve"> DC-</w:t>
      </w:r>
      <w:r w:rsidR="005F6A5B">
        <w:rPr/>
        <w:t>kabels</w:t>
      </w:r>
      <w:r w:rsidR="005F6A5B">
        <w:rPr/>
        <w:t xml:space="preserve">. Het project </w:t>
      </w:r>
      <w:r w:rsidR="005F6A5B">
        <w:rPr/>
        <w:t>heeft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capaciteit</w:t>
      </w:r>
      <w:r w:rsidR="005F6A5B">
        <w:rPr/>
        <w:t xml:space="preserve"> van 1.000 MW </w:t>
      </w:r>
      <w:r w:rsidR="005F6A5B">
        <w:rPr/>
        <w:t>en</w:t>
      </w:r>
      <w:r w:rsidR="005F6A5B">
        <w:rPr/>
        <w:t xml:space="preserve"> </w:t>
      </w:r>
      <w:r w:rsidR="005F6A5B">
        <w:rPr/>
        <w:t>maakt</w:t>
      </w:r>
      <w:r w:rsidR="005F6A5B">
        <w:rPr/>
        <w:t xml:space="preserve"> </w:t>
      </w:r>
      <w:r w:rsidR="005F6A5B">
        <w:rPr/>
        <w:t>gebruik</w:t>
      </w:r>
      <w:r w:rsidR="005F6A5B">
        <w:rPr/>
        <w:t xml:space="preserve"> van Siemens HVDC PLUS-</w:t>
      </w:r>
      <w:r w:rsidR="005F6A5B">
        <w:rPr/>
        <w:t>technologie</w:t>
      </w:r>
      <w:r w:rsidR="005F6A5B">
        <w:rPr/>
        <w:t xml:space="preserve"> (Modular Multilevel Converter). </w:t>
      </w:r>
      <w:r w:rsidR="005F6A5B">
        <w:rPr/>
        <w:t>ALEGrO</w:t>
      </w:r>
      <w:r w:rsidR="005F6A5B">
        <w:rPr/>
        <w:t xml:space="preserve"> is </w:t>
      </w:r>
      <w:r w:rsidR="005F6A5B">
        <w:rPr/>
        <w:t>operationeel</w:t>
      </w:r>
      <w:r w:rsidR="005F6A5B">
        <w:rPr/>
        <w:t xml:space="preserve"> </w:t>
      </w:r>
      <w:r w:rsidR="005F6A5B">
        <w:rPr/>
        <w:t>sinds</w:t>
      </w:r>
      <w:r w:rsidR="005F6A5B">
        <w:rPr/>
        <w:t xml:space="preserve"> 18 </w:t>
      </w:r>
      <w:r w:rsidR="005F6A5B">
        <w:rPr/>
        <w:t>november</w:t>
      </w:r>
      <w:r w:rsidR="005F6A5B">
        <w:rPr/>
        <w:t xml:space="preserve"> 2020, </w:t>
      </w:r>
      <w:r w:rsidR="005F6A5B">
        <w:rPr/>
        <w:t>behaalde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beschikbaarheid</w:t>
      </w:r>
      <w:r w:rsidR="005F6A5B">
        <w:rPr/>
        <w:t xml:space="preserve"> van 93% in het </w:t>
      </w:r>
      <w:r w:rsidR="005F6A5B">
        <w:rPr/>
        <w:t>eerste</w:t>
      </w:r>
      <w:r w:rsidR="005F6A5B">
        <w:rPr/>
        <w:t xml:space="preserve"> </w:t>
      </w:r>
      <w:r w:rsidR="005F6A5B">
        <w:rPr/>
        <w:t>exploitatiejaar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beschikt</w:t>
      </w:r>
      <w:r w:rsidR="005F6A5B">
        <w:rPr/>
        <w:t xml:space="preserve"> over </w:t>
      </w:r>
      <w:r w:rsidR="005F6A5B">
        <w:rPr/>
        <w:t>black-start</w:t>
      </w:r>
      <w:r w:rsidR="005F6A5B">
        <w:rPr/>
        <w:t xml:space="preserve"> </w:t>
      </w:r>
      <w:r w:rsidR="005F6A5B">
        <w:rPr/>
        <w:t>capaciteit</w:t>
      </w:r>
      <w:r w:rsidR="005F6A5B">
        <w:rPr/>
        <w:t xml:space="preserve">. De </w:t>
      </w:r>
      <w:r w:rsidR="005F6A5B">
        <w:rPr/>
        <w:t>betrokken</w:t>
      </w:r>
      <w:r w:rsidR="005F6A5B">
        <w:rPr/>
        <w:t xml:space="preserve"> </w:t>
      </w:r>
      <w:r w:rsidR="005F6A5B">
        <w:rPr/>
        <w:t>transmissienetbeheerders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Amprion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Pr="6C968D7A" w:rsidR="005F6A5B">
        <w:rPr>
          <w:b w:val="1"/>
          <w:bCs w:val="1"/>
        </w:rPr>
        <w:t xml:space="preserve">Elia </w:t>
      </w:r>
      <w:r w:rsidRPr="6C968D7A" w:rsidR="005F6A5B">
        <w:rPr>
          <w:b w:val="1"/>
          <w:bCs w:val="1"/>
        </w:rPr>
        <w:t>zelf</w:t>
      </w:r>
      <w:r w:rsidR="005F6A5B">
        <w:rPr/>
        <w:t>.</w:t>
      </w:r>
    </w:p>
    <w:p w:rsidR="009D758D" w:rsidRDefault="005F6A5B" w14:paraId="3A5BB261" w14:textId="77777777">
      <w:r w:rsidR="005F6A5B">
        <w:rPr/>
        <w:t xml:space="preserve">De </w:t>
      </w:r>
      <w:r w:rsidR="005F6A5B">
        <w:rPr/>
        <w:t>contradictie</w:t>
      </w:r>
      <w:r w:rsidR="005F6A5B">
        <w:rPr/>
        <w:t xml:space="preserve"> is flagrant: Elia </w:t>
      </w:r>
      <w:r w:rsidR="005F6A5B">
        <w:rPr/>
        <w:t>claimt</w:t>
      </w:r>
      <w:r w:rsidR="005F6A5B">
        <w:rPr/>
        <w:t xml:space="preserve"> in het </w:t>
      </w:r>
      <w:r w:rsidR="005F6A5B">
        <w:rPr/>
        <w:t>Ventilus</w:t>
      </w:r>
      <w:r w:rsidR="005F6A5B">
        <w:rPr/>
        <w:t xml:space="preserve">-dossier </w:t>
      </w:r>
      <w:r w:rsidR="005F6A5B">
        <w:rPr/>
        <w:t>dat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ondergrondse</w:t>
      </w:r>
      <w:r w:rsidR="005F6A5B">
        <w:rPr/>
        <w:t xml:space="preserve"> HVDC-</w:t>
      </w:r>
      <w:r w:rsidR="005F6A5B">
        <w:rPr/>
        <w:t>verbinding</w:t>
      </w:r>
      <w:r w:rsidR="005F6A5B">
        <w:rPr/>
        <w:t xml:space="preserve"> </w:t>
      </w:r>
      <w:r w:rsidR="005F6A5B">
        <w:rPr/>
        <w:t>technisch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haalbaar</w:t>
      </w:r>
      <w:r w:rsidR="005F6A5B">
        <w:rPr/>
        <w:t xml:space="preserve"> of </w:t>
      </w:r>
      <w:r w:rsidR="005F6A5B">
        <w:rPr/>
        <w:t>onvoldoende</w:t>
      </w:r>
      <w:r w:rsidR="005F6A5B">
        <w:rPr/>
        <w:t xml:space="preserve"> </w:t>
      </w:r>
      <w:r w:rsidR="005F6A5B">
        <w:rPr/>
        <w:t>bewezen</w:t>
      </w:r>
      <w:r w:rsidR="005F6A5B">
        <w:rPr/>
        <w:t xml:space="preserve"> </w:t>
      </w:r>
      <w:r w:rsidR="005F6A5B">
        <w:rPr/>
        <w:t>zou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de 82 km van het </w:t>
      </w:r>
      <w:r w:rsidR="005F6A5B">
        <w:rPr/>
        <w:t>Ventilus</w:t>
      </w:r>
      <w:r w:rsidR="005F6A5B">
        <w:rPr/>
        <w:t>-tracé</w:t>
      </w:r>
      <w:r w:rsidR="005F6A5B">
        <w:rPr/>
        <w:t xml:space="preserve">, </w:t>
      </w:r>
      <w:r w:rsidR="005F6A5B">
        <w:rPr/>
        <w:t>terwijl</w:t>
      </w:r>
      <w:r w:rsidR="005F6A5B">
        <w:rPr/>
        <w:t xml:space="preserve"> het </w:t>
      </w:r>
      <w:r w:rsidR="005F6A5B">
        <w:rPr/>
        <w:t>bedrijf</w:t>
      </w:r>
      <w:r w:rsidR="005F6A5B">
        <w:rPr/>
        <w:t xml:space="preserve"> </w:t>
      </w:r>
      <w:r w:rsidR="005F6A5B">
        <w:rPr/>
        <w:t>zelf</w:t>
      </w:r>
      <w:r w:rsidR="005F6A5B">
        <w:rPr/>
        <w:t xml:space="preserve"> </w:t>
      </w:r>
      <w:r w:rsidR="005F6A5B">
        <w:rPr/>
        <w:t>reeds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langere</w:t>
      </w:r>
      <w:r w:rsidR="005F6A5B">
        <w:rPr/>
        <w:t xml:space="preserve"> </w:t>
      </w:r>
      <w:r w:rsidR="005F6A5B">
        <w:rPr/>
        <w:t>ondergrondse</w:t>
      </w:r>
      <w:r w:rsidR="005F6A5B">
        <w:rPr/>
        <w:t xml:space="preserve"> HVDC-</w:t>
      </w:r>
      <w:r w:rsidR="005F6A5B">
        <w:rPr/>
        <w:t>verbinding</w:t>
      </w:r>
      <w:r w:rsidR="005F6A5B">
        <w:rPr/>
        <w:t xml:space="preserve"> (90 km) </w:t>
      </w:r>
      <w:r w:rsidR="005F6A5B">
        <w:rPr/>
        <w:t>exploiteert</w:t>
      </w:r>
      <w:r w:rsidR="005F6A5B">
        <w:rPr/>
        <w:t xml:space="preserve"> met </w:t>
      </w:r>
      <w:r w:rsidR="005F6A5B">
        <w:rPr/>
        <w:t>bewezen</w:t>
      </w:r>
      <w:r w:rsidR="005F6A5B">
        <w:rPr/>
        <w:t xml:space="preserve"> </w:t>
      </w:r>
      <w:r w:rsidR="005F6A5B">
        <w:rPr/>
        <w:t>beschikbaarheid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betrouwbaarheid</w:t>
      </w:r>
      <w:r w:rsidR="005F6A5B">
        <w:rPr/>
        <w:t>.</w:t>
      </w:r>
    </w:p>
    <w:p w:rsidR="009D758D" w:rsidRDefault="005F6A5B" w14:paraId="1ED783B5" w14:textId="77777777">
      <w:r w:rsidRPr="6C968D7A" w:rsidR="005F6A5B">
        <w:rPr>
          <w:b w:val="1"/>
          <w:bCs w:val="1"/>
        </w:rPr>
        <w:t xml:space="preserve">(b) </w:t>
      </w:r>
      <w:r w:rsidRPr="6C968D7A" w:rsidR="005F6A5B">
        <w:rPr>
          <w:b w:val="1"/>
          <w:bCs w:val="1"/>
        </w:rPr>
        <w:t>SuedOstLink</w:t>
      </w:r>
      <w:r w:rsidRPr="6C968D7A" w:rsidR="005F6A5B">
        <w:rPr>
          <w:b w:val="1"/>
          <w:bCs w:val="1"/>
        </w:rPr>
        <w:t xml:space="preserve"> — Elia's </w:t>
      </w:r>
      <w:r w:rsidRPr="6C968D7A" w:rsidR="005F6A5B">
        <w:rPr>
          <w:b w:val="1"/>
          <w:bCs w:val="1"/>
        </w:rPr>
        <w:t>dochteronderneming</w:t>
      </w:r>
      <w:r w:rsidRPr="6C968D7A" w:rsidR="005F6A5B">
        <w:rPr>
          <w:b w:val="1"/>
          <w:bCs w:val="1"/>
        </w:rPr>
        <w:t xml:space="preserve"> 50Hertz </w:t>
      </w:r>
      <w:r w:rsidRPr="6C968D7A" w:rsidR="005F6A5B">
        <w:rPr>
          <w:b w:val="1"/>
          <w:bCs w:val="1"/>
        </w:rPr>
        <w:t>bouwt</w:t>
      </w:r>
      <w:r w:rsidRPr="6C968D7A" w:rsidR="005F6A5B">
        <w:rPr>
          <w:b w:val="1"/>
          <w:bCs w:val="1"/>
        </w:rPr>
        <w:t xml:space="preserve"> 543 km </w:t>
      </w:r>
      <w:r w:rsidRPr="6C968D7A" w:rsidR="005F6A5B">
        <w:rPr>
          <w:b w:val="1"/>
          <w:bCs w:val="1"/>
        </w:rPr>
        <w:t>ondergronds</w:t>
      </w:r>
      <w:r w:rsidRPr="6C968D7A" w:rsidR="005F6A5B">
        <w:rPr>
          <w:b w:val="1"/>
          <w:bCs w:val="1"/>
        </w:rPr>
        <w:t xml:space="preserve"> HVDC</w:t>
      </w:r>
    </w:p>
    <w:p w:rsidR="009D758D" w:rsidRDefault="005F6A5B" w14:paraId="2888F083" w14:textId="77777777">
      <w:r w:rsidR="005F6A5B">
        <w:rPr/>
        <w:t xml:space="preserve">Het </w:t>
      </w:r>
      <w:r w:rsidR="005F6A5B">
        <w:rPr/>
        <w:t>SuedOstLink</w:t>
      </w:r>
      <w:r w:rsidR="005F6A5B">
        <w:rPr/>
        <w:t xml:space="preserve">-project in </w:t>
      </w:r>
      <w:r w:rsidR="005F6A5B">
        <w:rPr/>
        <w:t>Duitsland</w:t>
      </w:r>
      <w:r w:rsidR="005F6A5B">
        <w:rPr/>
        <w:t xml:space="preserve"> </w:t>
      </w:r>
      <w:r w:rsidR="005F6A5B">
        <w:rPr/>
        <w:t>betreft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525 kV HVDC-</w:t>
      </w:r>
      <w:r w:rsidR="005F6A5B">
        <w:rPr/>
        <w:t>verbinding</w:t>
      </w:r>
      <w:r w:rsidR="005F6A5B">
        <w:rPr/>
        <w:t xml:space="preserve"> van </w:t>
      </w:r>
      <w:r w:rsidR="005F6A5B">
        <w:rPr/>
        <w:t>circa</w:t>
      </w:r>
      <w:r w:rsidR="005F6A5B">
        <w:rPr/>
        <w:t xml:space="preserve"> 543 km, </w:t>
      </w:r>
      <w:r w:rsidR="005F6A5B">
        <w:rPr/>
        <w:t>volledig</w:t>
      </w:r>
      <w:r w:rsidR="005F6A5B">
        <w:rPr/>
        <w:t xml:space="preserve"> </w:t>
      </w:r>
      <w:r w:rsidR="005F6A5B">
        <w:rPr/>
        <w:t>ondergronds</w:t>
      </w:r>
      <w:r w:rsidR="005F6A5B">
        <w:rPr/>
        <w:t xml:space="preserve"> </w:t>
      </w:r>
      <w:r w:rsidR="005F6A5B">
        <w:rPr/>
        <w:t>aangelegd</w:t>
      </w:r>
      <w:r w:rsidR="005F6A5B">
        <w:rPr/>
        <w:t xml:space="preserve"> met VSC-</w:t>
      </w:r>
      <w:r w:rsidR="005F6A5B">
        <w:rPr/>
        <w:t>omvormers</w:t>
      </w:r>
      <w:r w:rsidR="005F6A5B">
        <w:rPr/>
        <w:t xml:space="preserve">. Het project is </w:t>
      </w:r>
      <w:r w:rsidR="005F6A5B">
        <w:rPr/>
        <w:t>volledig</w:t>
      </w:r>
      <w:r w:rsidR="005F6A5B">
        <w:rPr/>
        <w:t xml:space="preserve"> </w:t>
      </w:r>
      <w:r w:rsidR="005F6A5B">
        <w:rPr/>
        <w:t>goedgekeurd</w:t>
      </w:r>
      <w:r w:rsidR="005F6A5B">
        <w:rPr/>
        <w:t xml:space="preserve"> door de </w:t>
      </w:r>
      <w:r w:rsidR="005F6A5B">
        <w:rPr/>
        <w:t>Bundesnetzagentur</w:t>
      </w:r>
      <w:r w:rsidR="005F6A5B">
        <w:rPr/>
        <w:t xml:space="preserve"> (</w:t>
      </w:r>
      <w:r w:rsidR="005F6A5B">
        <w:rPr/>
        <w:t>BNetzA</w:t>
      </w:r>
      <w:r w:rsidR="005F6A5B">
        <w:rPr/>
        <w:t xml:space="preserve">) in </w:t>
      </w:r>
      <w:r w:rsidR="005F6A5B">
        <w:rPr/>
        <w:t>juli</w:t>
      </w:r>
      <w:r w:rsidR="005F6A5B">
        <w:rPr/>
        <w:t xml:space="preserve"> 2025. De </w:t>
      </w:r>
      <w:r w:rsidR="005F6A5B">
        <w:rPr/>
        <w:t>kabelcontracten</w:t>
      </w:r>
      <w:r w:rsidR="005F6A5B">
        <w:rPr/>
        <w:t xml:space="preserve"> </w:t>
      </w:r>
      <w:r w:rsidR="005F6A5B">
        <w:rPr/>
        <w:t>vertegenwoordigen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waarde</w:t>
      </w:r>
      <w:r w:rsidR="005F6A5B">
        <w:rPr/>
        <w:t xml:space="preserve"> van EUR 4,6 </w:t>
      </w:r>
      <w:r w:rsidR="005F6A5B">
        <w:rPr/>
        <w:t>miljard</w:t>
      </w:r>
      <w:r w:rsidR="005F6A5B">
        <w:rPr/>
        <w:t xml:space="preserve"> (</w:t>
      </w:r>
      <w:r w:rsidR="005F6A5B">
        <w:rPr/>
        <w:t>toegekend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NKT </w:t>
      </w:r>
      <w:r w:rsidR="005F6A5B">
        <w:rPr/>
        <w:t>en</w:t>
      </w:r>
      <w:r w:rsidR="005F6A5B">
        <w:rPr/>
        <w:t xml:space="preserve"> </w:t>
      </w:r>
      <w:r w:rsidR="005F6A5B">
        <w:rPr/>
        <w:t>Prysmian</w:t>
      </w:r>
      <w:r w:rsidR="005F6A5B">
        <w:rPr/>
        <w:t xml:space="preserve">). </w:t>
      </w:r>
      <w:r w:rsidR="005F6A5B">
        <w:rPr/>
        <w:t>SuedOstLink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de </w:t>
      </w:r>
      <w:r w:rsidR="005F6A5B">
        <w:rPr/>
        <w:t>eerste</w:t>
      </w:r>
      <w:r w:rsidR="005F6A5B">
        <w:rPr/>
        <w:t xml:space="preserve"> </w:t>
      </w:r>
      <w:r w:rsidR="005F6A5B">
        <w:rPr/>
        <w:t>commerciële</w:t>
      </w:r>
      <w:r w:rsidR="005F6A5B">
        <w:rPr/>
        <w:t xml:space="preserve"> 525 kV XLPE HVDC </w:t>
      </w:r>
      <w:r w:rsidR="005F6A5B">
        <w:rPr/>
        <w:t>ondergrondse</w:t>
      </w:r>
      <w:r w:rsidR="005F6A5B">
        <w:rPr/>
        <w:t xml:space="preserve"> </w:t>
      </w:r>
      <w:r w:rsidR="005F6A5B">
        <w:rPr/>
        <w:t>transmissielijn</w:t>
      </w:r>
      <w:r w:rsidR="005F6A5B">
        <w:rPr/>
        <w:t xml:space="preserve"> ter </w:t>
      </w:r>
      <w:r w:rsidR="005F6A5B">
        <w:rPr/>
        <w:t>wereld</w:t>
      </w:r>
      <w:r w:rsidR="005F6A5B">
        <w:rPr/>
        <w:t>.</w:t>
      </w:r>
    </w:p>
    <w:p w:rsidR="009D758D" w:rsidRDefault="005F6A5B" w14:paraId="347075E7" w14:textId="77777777">
      <w:r w:rsidR="005F6A5B">
        <w:rPr/>
        <w:t xml:space="preserve">Dit project </w:t>
      </w:r>
      <w:r w:rsidR="005F6A5B">
        <w:rPr/>
        <w:t>wordt</w:t>
      </w:r>
      <w:r w:rsidR="005F6A5B">
        <w:rPr/>
        <w:t xml:space="preserve"> </w:t>
      </w:r>
      <w:r w:rsidR="005F6A5B">
        <w:rPr/>
        <w:t>ontwikkeld</w:t>
      </w:r>
      <w:r w:rsidR="005F6A5B">
        <w:rPr/>
        <w:t xml:space="preserve"> door </w:t>
      </w:r>
      <w:r w:rsidRPr="6C968D7A" w:rsidR="005F6A5B">
        <w:rPr>
          <w:b w:val="1"/>
          <w:bCs w:val="1"/>
        </w:rPr>
        <w:t>50Hertz</w:t>
      </w:r>
      <w:r w:rsidR="005F6A5B">
        <w:rPr/>
        <w:t xml:space="preserve">, </w:t>
      </w:r>
      <w:r w:rsidR="005F6A5B">
        <w:rPr/>
        <w:t>een</w:t>
      </w:r>
      <w:r w:rsidR="005F6A5B">
        <w:rPr/>
        <w:t xml:space="preserve"> </w:t>
      </w:r>
      <w:r w:rsidR="005F6A5B">
        <w:rPr/>
        <w:t>volledige</w:t>
      </w:r>
      <w:r w:rsidR="005F6A5B">
        <w:rPr/>
        <w:t xml:space="preserve"> </w:t>
      </w:r>
      <w:r w:rsidR="005F6A5B">
        <w:rPr/>
        <w:t>dochteronderneming</w:t>
      </w:r>
      <w:r w:rsidR="005F6A5B">
        <w:rPr/>
        <w:t xml:space="preserve"> van Elia Group. Het is </w:t>
      </w:r>
      <w:r w:rsidR="005F6A5B">
        <w:rPr/>
        <w:t>niet</w:t>
      </w:r>
      <w:r w:rsidR="005F6A5B">
        <w:rPr/>
        <w:t xml:space="preserve"> </w:t>
      </w:r>
      <w:r w:rsidR="005F6A5B">
        <w:rPr/>
        <w:t>geloofwaardig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Elia Group via </w:t>
      </w:r>
      <w:r w:rsidR="005F6A5B">
        <w:rPr/>
        <w:t>haar</w:t>
      </w:r>
      <w:r w:rsidR="005F6A5B">
        <w:rPr/>
        <w:t xml:space="preserve"> </w:t>
      </w:r>
      <w:r w:rsidR="005F6A5B">
        <w:rPr/>
        <w:t>dochter</w:t>
      </w:r>
      <w:r w:rsidR="005F6A5B">
        <w:rPr/>
        <w:t xml:space="preserve"> 50Hertz </w:t>
      </w:r>
      <w:r w:rsidR="005F6A5B">
        <w:rPr/>
        <w:t>investeert</w:t>
      </w:r>
      <w:r w:rsidR="005F6A5B">
        <w:rPr/>
        <w:t xml:space="preserve"> in 543 km </w:t>
      </w:r>
      <w:r w:rsidR="005F6A5B">
        <w:rPr/>
        <w:t>ondergrondse</w:t>
      </w:r>
      <w:r w:rsidR="005F6A5B">
        <w:rPr/>
        <w:t xml:space="preserve"> HVDC-</w:t>
      </w:r>
      <w:r w:rsidR="005F6A5B">
        <w:rPr/>
        <w:t>technologie</w:t>
      </w:r>
      <w:r w:rsidR="005F6A5B">
        <w:rPr/>
        <w:t xml:space="preserve"> in </w:t>
      </w:r>
      <w:r w:rsidR="005F6A5B">
        <w:rPr/>
        <w:t>Duitsland</w:t>
      </w:r>
      <w:r w:rsidR="005F6A5B">
        <w:rPr/>
        <w:t xml:space="preserve">, maar in </w:t>
      </w:r>
      <w:r w:rsidR="005F6A5B">
        <w:rPr/>
        <w:t>België</w:t>
      </w:r>
      <w:r w:rsidR="005F6A5B">
        <w:rPr/>
        <w:t xml:space="preserve"> </w:t>
      </w:r>
      <w:r w:rsidR="005F6A5B">
        <w:rPr/>
        <w:t>betoogt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dezelfde</w:t>
      </w:r>
      <w:r w:rsidR="005F6A5B">
        <w:rPr/>
        <w:t xml:space="preserve"> </w:t>
      </w:r>
      <w:r w:rsidR="005F6A5B">
        <w:rPr/>
        <w:t>technologie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haalbaar</w:t>
      </w:r>
      <w:r w:rsidR="005F6A5B">
        <w:rPr/>
        <w:t xml:space="preserve"> is </w:t>
      </w:r>
      <w:r w:rsidR="005F6A5B">
        <w:rPr/>
        <w:t>voor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tracé</w:t>
      </w:r>
      <w:r w:rsidR="005F6A5B">
        <w:rPr/>
        <w:t xml:space="preserve"> van 82 km.</w:t>
      </w:r>
    </w:p>
    <w:p w:rsidR="009D758D" w:rsidRDefault="005F6A5B" w14:paraId="3DE79E5D" w14:textId="77777777">
      <w:r w:rsidRPr="6C968D7A" w:rsidR="005F6A5B">
        <w:rPr>
          <w:b w:val="1"/>
          <w:bCs w:val="1"/>
        </w:rPr>
        <w:t xml:space="preserve">(c) </w:t>
      </w:r>
      <w:r w:rsidRPr="6C968D7A" w:rsidR="005F6A5B">
        <w:rPr>
          <w:b w:val="1"/>
          <w:bCs w:val="1"/>
        </w:rPr>
        <w:t>Duitsland</w:t>
      </w:r>
      <w:r w:rsidRPr="6C968D7A" w:rsidR="005F6A5B">
        <w:rPr>
          <w:b w:val="1"/>
          <w:bCs w:val="1"/>
        </w:rPr>
        <w:t xml:space="preserve">: </w:t>
      </w:r>
      <w:r w:rsidRPr="6C968D7A" w:rsidR="005F6A5B">
        <w:rPr>
          <w:b w:val="1"/>
          <w:bCs w:val="1"/>
        </w:rPr>
        <w:t>circa</w:t>
      </w:r>
      <w:r w:rsidRPr="6C968D7A" w:rsidR="005F6A5B">
        <w:rPr>
          <w:b w:val="1"/>
          <w:bCs w:val="1"/>
        </w:rPr>
        <w:t xml:space="preserve"> 1.540 km </w:t>
      </w:r>
      <w:r w:rsidRPr="6C968D7A" w:rsidR="005F6A5B">
        <w:rPr>
          <w:b w:val="1"/>
          <w:bCs w:val="1"/>
        </w:rPr>
        <w:t>ondergronds</w:t>
      </w:r>
      <w:r w:rsidRPr="6C968D7A" w:rsidR="005F6A5B">
        <w:rPr>
          <w:b w:val="1"/>
          <w:bCs w:val="1"/>
        </w:rPr>
        <w:t xml:space="preserve"> HVDC </w:t>
      </w:r>
      <w:r w:rsidRPr="6C968D7A" w:rsidR="005F6A5B">
        <w:rPr>
          <w:b w:val="1"/>
          <w:bCs w:val="1"/>
        </w:rPr>
        <w:t>goedgekeurd</w:t>
      </w:r>
      <w:r w:rsidRPr="6C968D7A" w:rsidR="005F6A5B">
        <w:rPr>
          <w:b w:val="1"/>
          <w:bCs w:val="1"/>
        </w:rPr>
        <w:t xml:space="preserve"> in 2025</w:t>
      </w:r>
    </w:p>
    <w:p w:rsidR="009D758D" w:rsidRDefault="005F6A5B" w14:paraId="0AE7D39D" w14:textId="77777777">
      <w:r w:rsidR="005F6A5B">
        <w:rPr/>
        <w:t xml:space="preserve">De </w:t>
      </w:r>
      <w:r w:rsidR="005F6A5B">
        <w:rPr/>
        <w:t>Duitse</w:t>
      </w:r>
      <w:r w:rsidR="005F6A5B">
        <w:rPr/>
        <w:t xml:space="preserve"> </w:t>
      </w:r>
      <w:r w:rsidR="005F6A5B">
        <w:rPr/>
        <w:t>federale</w:t>
      </w:r>
      <w:r w:rsidR="005F6A5B">
        <w:rPr/>
        <w:t xml:space="preserve"> </w:t>
      </w:r>
      <w:r w:rsidR="005F6A5B">
        <w:rPr/>
        <w:t>overheid</w:t>
      </w:r>
      <w:r w:rsidR="005F6A5B">
        <w:rPr/>
        <w:t xml:space="preserve"> </w:t>
      </w:r>
      <w:r w:rsidR="005F6A5B">
        <w:rPr/>
        <w:t>heeft</w:t>
      </w:r>
      <w:r w:rsidR="005F6A5B">
        <w:rPr/>
        <w:t xml:space="preserve"> in 2025 in </w:t>
      </w:r>
      <w:r w:rsidR="005F6A5B">
        <w:rPr/>
        <w:t>totaal</w:t>
      </w:r>
      <w:r w:rsidR="005F6A5B">
        <w:rPr/>
        <w:t xml:space="preserve"> </w:t>
      </w:r>
      <w:r w:rsidR="005F6A5B">
        <w:rPr/>
        <w:t>circa</w:t>
      </w:r>
      <w:r w:rsidR="005F6A5B">
        <w:rPr/>
        <w:t xml:space="preserve"> 1.540 km </w:t>
      </w:r>
      <w:r w:rsidR="005F6A5B">
        <w:rPr/>
        <w:t>aan</w:t>
      </w:r>
      <w:r w:rsidR="005F6A5B">
        <w:rPr/>
        <w:t xml:space="preserve"> </w:t>
      </w:r>
      <w:r w:rsidR="005F6A5B">
        <w:rPr/>
        <w:t>ondergrondse</w:t>
      </w:r>
      <w:r w:rsidR="005F6A5B">
        <w:rPr/>
        <w:t xml:space="preserve"> HVDC-</w:t>
      </w:r>
      <w:r w:rsidR="005F6A5B">
        <w:rPr/>
        <w:t>verbindingen</w:t>
      </w:r>
      <w:r w:rsidR="005F6A5B">
        <w:rPr/>
        <w:t xml:space="preserve"> </w:t>
      </w:r>
      <w:r w:rsidR="005F6A5B">
        <w:rPr/>
        <w:t>goedgekeurd</w:t>
      </w:r>
      <w:r w:rsidR="005F6A5B">
        <w:rPr/>
        <w:t xml:space="preserve">: </w:t>
      </w:r>
      <w:r w:rsidR="005F6A5B">
        <w:rPr/>
        <w:t>SuedOstLink</w:t>
      </w:r>
      <w:r w:rsidR="005F6A5B">
        <w:rPr/>
        <w:t xml:space="preserve"> (~543 km), </w:t>
      </w:r>
      <w:r w:rsidR="005F6A5B">
        <w:rPr/>
        <w:t>SuedLink</w:t>
      </w:r>
      <w:r w:rsidR="005F6A5B">
        <w:rPr/>
        <w:t xml:space="preserve"> (~700 km) </w:t>
      </w:r>
      <w:r w:rsidR="005F6A5B">
        <w:rPr/>
        <w:t>en</w:t>
      </w:r>
      <w:r w:rsidR="005F6A5B">
        <w:rPr/>
        <w:t xml:space="preserve"> A-Nord (~300 km). Het </w:t>
      </w:r>
      <w:r w:rsidR="005F6A5B">
        <w:rPr/>
        <w:t>Bundesbedarfsplangesetz</w:t>
      </w:r>
      <w:r w:rsidR="005F6A5B">
        <w:rPr/>
        <w:t xml:space="preserve"> </w:t>
      </w:r>
      <w:r w:rsidR="005F6A5B">
        <w:rPr/>
        <w:t>bepaalt</w:t>
      </w:r>
      <w:r w:rsidR="005F6A5B">
        <w:rPr/>
        <w:t xml:space="preserve"> in §3 </w:t>
      </w:r>
      <w:r w:rsidR="005F6A5B">
        <w:rPr/>
        <w:t>dat</w:t>
      </w:r>
      <w:r w:rsidR="005F6A5B">
        <w:rPr/>
        <w:t xml:space="preserve"> </w:t>
      </w:r>
      <w:r w:rsidR="005F6A5B">
        <w:rPr/>
        <w:t>ondergrondse</w:t>
      </w:r>
      <w:r w:rsidR="005F6A5B">
        <w:rPr/>
        <w:t xml:space="preserve"> </w:t>
      </w:r>
      <w:r w:rsidR="005F6A5B">
        <w:rPr/>
        <w:t>aanleg</w:t>
      </w:r>
      <w:r w:rsidR="005F6A5B">
        <w:rPr/>
        <w:t xml:space="preserve"> de </w:t>
      </w:r>
      <w:r w:rsidRPr="6C968D7A" w:rsidR="005F6A5B">
        <w:rPr>
          <w:b w:val="1"/>
          <w:bCs w:val="1"/>
        </w:rPr>
        <w:t>wettelijke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standaard</w:t>
      </w:r>
      <w:r w:rsidR="005F6A5B">
        <w:rPr/>
        <w:t xml:space="preserve"> is </w:t>
      </w:r>
      <w:r w:rsidR="005F6A5B">
        <w:rPr/>
        <w:t>voor</w:t>
      </w:r>
      <w:r w:rsidR="005F6A5B">
        <w:rPr/>
        <w:t xml:space="preserve"> </w:t>
      </w:r>
      <w:r w:rsidR="005F6A5B">
        <w:rPr/>
        <w:t>nieuwe</w:t>
      </w:r>
      <w:r w:rsidR="005F6A5B">
        <w:rPr/>
        <w:t xml:space="preserve"> HVDC-</w:t>
      </w:r>
      <w:r w:rsidR="005F6A5B">
        <w:rPr/>
        <w:t>transmissieleidingen</w:t>
      </w:r>
      <w:r w:rsidR="005F6A5B">
        <w:rPr/>
        <w:t xml:space="preserve">. De </w:t>
      </w:r>
      <w:r w:rsidR="005F6A5B">
        <w:rPr/>
        <w:t>BNetzA</w:t>
      </w:r>
      <w:r w:rsidR="005F6A5B">
        <w:rPr/>
        <w:t xml:space="preserve"> </w:t>
      </w:r>
      <w:r w:rsidR="005F6A5B">
        <w:rPr/>
        <w:t>handhaaft</w:t>
      </w:r>
      <w:r w:rsidR="005F6A5B">
        <w:rPr/>
        <w:t xml:space="preserve"> </w:t>
      </w:r>
      <w:r w:rsidR="005F6A5B">
        <w:rPr/>
        <w:t>dit</w:t>
      </w:r>
      <w:r w:rsidR="005F6A5B">
        <w:rPr/>
        <w:t xml:space="preserve"> </w:t>
      </w:r>
      <w:r w:rsidR="005F6A5B">
        <w:rPr/>
        <w:t>ondergronds</w:t>
      </w:r>
      <w:r w:rsidR="005F6A5B">
        <w:rPr/>
        <w:t xml:space="preserve"> </w:t>
      </w:r>
      <w:r w:rsidR="005F6A5B">
        <w:rPr/>
        <w:t>beleid</w:t>
      </w:r>
      <w:r w:rsidR="005F6A5B">
        <w:rPr/>
        <w:t xml:space="preserve"> </w:t>
      </w:r>
      <w:r w:rsidR="005F6A5B">
        <w:rPr/>
        <w:t>ondanks</w:t>
      </w:r>
      <w:r w:rsidR="005F6A5B">
        <w:rPr/>
        <w:t xml:space="preserve"> </w:t>
      </w:r>
      <w:r w:rsidR="005F6A5B">
        <w:rPr/>
        <w:t>lobbying</w:t>
      </w:r>
      <w:r w:rsidR="005F6A5B">
        <w:rPr/>
        <w:t xml:space="preserve"> van </w:t>
      </w:r>
      <w:r w:rsidR="005F6A5B">
        <w:rPr/>
        <w:t>netbeheerders</w:t>
      </w:r>
      <w:r w:rsidR="005F6A5B">
        <w:rPr/>
        <w:t>.</w:t>
      </w:r>
    </w:p>
    <w:p w:rsidR="009D758D" w:rsidP="6C968D7A" w:rsidRDefault="005F6A5B" w14:paraId="38EFD447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 xml:space="preserve">(d) Multi-terminal HVDC is </w:t>
      </w:r>
      <w:r w:rsidRPr="6C968D7A" w:rsidR="005F6A5B">
        <w:rPr>
          <w:b w:val="1"/>
          <w:bCs w:val="1"/>
        </w:rPr>
        <w:t>operationeel</w:t>
      </w:r>
      <w:r w:rsidRPr="6C968D7A" w:rsidR="005F6A5B">
        <w:rPr>
          <w:b w:val="1"/>
          <w:bCs w:val="1"/>
        </w:rPr>
        <w:t xml:space="preserve"> — </w:t>
      </w:r>
      <w:r w:rsidRPr="6C968D7A" w:rsidR="005F6A5B">
        <w:rPr>
          <w:b w:val="1"/>
          <w:bCs w:val="1"/>
        </w:rPr>
        <w:t>geen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toekomstmuziek</w:t>
      </w:r>
    </w:p>
    <w:p w:rsidR="009D758D" w:rsidRDefault="005F6A5B" w14:paraId="630EB94F" w14:textId="77777777">
      <w:r w:rsidR="005F6A5B">
        <w:rPr/>
        <w:t xml:space="preserve">Het </w:t>
      </w:r>
      <w:r w:rsidR="005F6A5B">
        <w:rPr/>
        <w:t>Caithness</w:t>
      </w:r>
      <w:r w:rsidR="005F6A5B">
        <w:rPr/>
        <w:t>-</w:t>
      </w:r>
      <w:r w:rsidR="005F6A5B">
        <w:rPr/>
        <w:t>Moray</w:t>
      </w:r>
      <w:r w:rsidR="005F6A5B">
        <w:rPr/>
        <w:t>-</w:t>
      </w:r>
      <w:r w:rsidR="005F6A5B">
        <w:rPr/>
        <w:t>Shetland</w:t>
      </w:r>
      <w:r w:rsidR="005F6A5B">
        <w:rPr/>
        <w:t xml:space="preserve">-project in </w:t>
      </w:r>
      <w:r w:rsidR="005F6A5B">
        <w:rPr/>
        <w:t>het</w:t>
      </w:r>
      <w:r w:rsidR="005F6A5B">
        <w:rPr/>
        <w:t xml:space="preserve"> </w:t>
      </w:r>
      <w:r w:rsidR="005F6A5B">
        <w:rPr/>
        <w:t>Verenigd</w:t>
      </w:r>
      <w:r w:rsidR="005F6A5B">
        <w:rPr/>
        <w:t xml:space="preserve"> </w:t>
      </w:r>
      <w:r w:rsidR="005F6A5B">
        <w:rPr/>
        <w:t>Koninkrijk</w:t>
      </w:r>
      <w:r w:rsidR="005F6A5B">
        <w:rPr/>
        <w:t xml:space="preserve"> is Europa's </w:t>
      </w:r>
      <w:r w:rsidR="005F6A5B">
        <w:rPr/>
        <w:t>eerste</w:t>
      </w:r>
      <w:r w:rsidR="005F6A5B">
        <w:rPr/>
        <w:t xml:space="preserve"> </w:t>
      </w:r>
      <w:r w:rsidR="005F6A5B">
        <w:rPr/>
        <w:t>multi</w:t>
      </w:r>
      <w:r w:rsidR="005F6A5B">
        <w:rPr/>
        <w:t>-terminal VSC-HVDC-</w:t>
      </w:r>
      <w:r w:rsidR="005F6A5B">
        <w:rPr/>
        <w:t>systeem</w:t>
      </w:r>
      <w:r w:rsidR="005F6A5B">
        <w:rPr/>
        <w:t xml:space="preserve">. Het project is in </w:t>
      </w:r>
      <w:r w:rsidR="005F6A5B">
        <w:rPr/>
        <w:t>augustus</w:t>
      </w:r>
      <w:r w:rsidR="005F6A5B">
        <w:rPr/>
        <w:t xml:space="preserve"> 2024 </w:t>
      </w:r>
      <w:r w:rsidR="005F6A5B">
        <w:rPr/>
        <w:t>vóór</w:t>
      </w:r>
      <w:r w:rsidR="005F6A5B">
        <w:rPr/>
        <w:t xml:space="preserve"> schema </w:t>
      </w:r>
      <w:r w:rsidR="005F6A5B">
        <w:rPr/>
        <w:t>en</w:t>
      </w:r>
      <w:r w:rsidR="005F6A5B">
        <w:rPr/>
        <w:t xml:space="preserve"> </w:t>
      </w:r>
      <w:r w:rsidR="005F6A5B">
        <w:rPr/>
        <w:t>binnen</w:t>
      </w:r>
      <w:r w:rsidR="005F6A5B">
        <w:rPr/>
        <w:t xml:space="preserve"> budget </w:t>
      </w:r>
      <w:r w:rsidR="005F6A5B">
        <w:rPr/>
        <w:t>geënergetiseerd</w:t>
      </w:r>
      <w:r w:rsidR="005F6A5B">
        <w:rPr/>
        <w:t xml:space="preserve">. Het argument </w:t>
      </w:r>
      <w:r w:rsidR="005F6A5B">
        <w:rPr/>
        <w:t>dat</w:t>
      </w:r>
      <w:r w:rsidR="005F6A5B">
        <w:rPr/>
        <w:t xml:space="preserve"> </w:t>
      </w:r>
      <w:r w:rsidR="005F6A5B">
        <w:rPr/>
        <w:t>multi</w:t>
      </w:r>
      <w:r w:rsidR="005F6A5B">
        <w:rPr/>
        <w:t>-terminal HVDC "</w:t>
      </w:r>
      <w:r w:rsidR="005F6A5B">
        <w:rPr/>
        <w:t>toekomstmuziek</w:t>
      </w:r>
      <w:r w:rsidR="005F6A5B">
        <w:rPr/>
        <w:t xml:space="preserve">" </w:t>
      </w:r>
      <w:r w:rsidR="005F6A5B">
        <w:rPr/>
        <w:t>zou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— </w:t>
      </w:r>
      <w:r w:rsidR="005F6A5B">
        <w:rPr/>
        <w:t>een</w:t>
      </w:r>
      <w:r w:rsidR="005F6A5B">
        <w:rPr/>
        <w:t xml:space="preserve"> argument </w:t>
      </w:r>
      <w:r w:rsidR="005F6A5B">
        <w:rPr/>
        <w:t>dat</w:t>
      </w:r>
      <w:r w:rsidR="005F6A5B">
        <w:rPr/>
        <w:t xml:space="preserve"> in het plan-MER </w:t>
      </w:r>
      <w:r w:rsidR="005F6A5B">
        <w:rPr/>
        <w:t>werd</w:t>
      </w:r>
      <w:r w:rsidR="005F6A5B">
        <w:rPr/>
        <w:t xml:space="preserve"> </w:t>
      </w:r>
      <w:r w:rsidR="005F6A5B">
        <w:rPr/>
        <w:t>gehanteerd</w:t>
      </w:r>
      <w:r w:rsidR="005F6A5B">
        <w:rPr/>
        <w:t xml:space="preserve"> om HVDC </w:t>
      </w:r>
      <w:r w:rsidR="005F6A5B">
        <w:rPr/>
        <w:t>als</w:t>
      </w:r>
      <w:r w:rsidR="005F6A5B">
        <w:rPr/>
        <w:t xml:space="preserve"> </w:t>
      </w:r>
      <w:r w:rsidR="005F6A5B">
        <w:rPr/>
        <w:t>alternatief</w:t>
      </w:r>
      <w:r w:rsidR="005F6A5B">
        <w:rPr/>
        <w:t xml:space="preserve"> </w:t>
      </w:r>
      <w:r w:rsidR="005F6A5B">
        <w:rPr/>
        <w:t>af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wijzen</w:t>
      </w:r>
      <w:r w:rsidR="005F6A5B">
        <w:rPr/>
        <w:t xml:space="preserve"> — is </w:t>
      </w:r>
      <w:r w:rsidR="005F6A5B">
        <w:rPr/>
        <w:t>hiermee</w:t>
      </w:r>
      <w:r w:rsidR="005F6A5B">
        <w:rPr/>
        <w:t xml:space="preserve"> </w:t>
      </w:r>
      <w:r w:rsidR="005F6A5B">
        <w:rPr/>
        <w:t>feitelijk</w:t>
      </w:r>
      <w:r w:rsidR="005F6A5B">
        <w:rPr/>
        <w:t xml:space="preserve"> </w:t>
      </w:r>
      <w:r w:rsidR="005F6A5B">
        <w:rPr/>
        <w:t>weerlegd</w:t>
      </w:r>
      <w:r w:rsidR="005F6A5B">
        <w:rPr/>
        <w:t>.</w:t>
      </w:r>
    </w:p>
    <w:p w:rsidR="009D758D" w:rsidP="6C968D7A" w:rsidRDefault="005F6A5B" w14:paraId="2DB94FC8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 xml:space="preserve">(e) </w:t>
      </w:r>
      <w:r w:rsidRPr="6C968D7A" w:rsidR="005F6A5B">
        <w:rPr>
          <w:b w:val="1"/>
          <w:bCs w:val="1"/>
        </w:rPr>
        <w:t>TenneT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investeert</w:t>
      </w:r>
      <w:r w:rsidRPr="6C968D7A" w:rsidR="005F6A5B">
        <w:rPr>
          <w:b w:val="1"/>
          <w:bCs w:val="1"/>
        </w:rPr>
        <w:t xml:space="preserve"> EUR 23 </w:t>
      </w:r>
      <w:r w:rsidRPr="6C968D7A" w:rsidR="005F6A5B">
        <w:rPr>
          <w:b w:val="1"/>
          <w:bCs w:val="1"/>
        </w:rPr>
        <w:t>miljard</w:t>
      </w:r>
      <w:r w:rsidRPr="6C968D7A" w:rsidR="005F6A5B">
        <w:rPr>
          <w:b w:val="1"/>
          <w:bCs w:val="1"/>
        </w:rPr>
        <w:t xml:space="preserve"> in 2 GW HVDC </w:t>
      </w:r>
      <w:r w:rsidRPr="6C968D7A" w:rsidR="005F6A5B">
        <w:rPr>
          <w:b w:val="1"/>
          <w:bCs w:val="1"/>
        </w:rPr>
        <w:t>als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standaard</w:t>
      </w:r>
    </w:p>
    <w:p w:rsidR="009D758D" w:rsidRDefault="005F6A5B" w14:paraId="7B7EF12C" w14:textId="77777777">
      <w:r w:rsidR="005F6A5B">
        <w:rPr/>
        <w:t xml:space="preserve">De Nederlandse </w:t>
      </w:r>
      <w:r w:rsidR="005F6A5B">
        <w:rPr/>
        <w:t>transmissienetbeheerder</w:t>
      </w:r>
      <w:r w:rsidR="005F6A5B">
        <w:rPr/>
        <w:t xml:space="preserve"> </w:t>
      </w:r>
      <w:r w:rsidR="005F6A5B">
        <w:rPr/>
        <w:t>TenneT</w:t>
      </w:r>
      <w:r w:rsidR="005F6A5B">
        <w:rPr/>
        <w:t xml:space="preserve"> </w:t>
      </w:r>
      <w:r w:rsidR="005F6A5B">
        <w:rPr/>
        <w:t>hanteert</w:t>
      </w:r>
      <w:r w:rsidR="005F6A5B">
        <w:rPr/>
        <w:t xml:space="preserve"> 2 GW HVDC </w:t>
      </w:r>
      <w:r w:rsidR="005F6A5B">
        <w:rPr/>
        <w:t>als</w:t>
      </w:r>
      <w:r w:rsidR="005F6A5B">
        <w:rPr/>
        <w:t xml:space="preserve"> </w:t>
      </w:r>
      <w:r w:rsidR="005F6A5B">
        <w:rPr/>
        <w:t>standaardoplossing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offshore </w:t>
      </w:r>
      <w:r w:rsidR="005F6A5B">
        <w:rPr/>
        <w:t>windaansluiting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investeert</w:t>
      </w:r>
      <w:r w:rsidR="005F6A5B">
        <w:rPr/>
        <w:t xml:space="preserve"> </w:t>
      </w:r>
      <w:r w:rsidR="005F6A5B">
        <w:rPr/>
        <w:t>hierin</w:t>
      </w:r>
      <w:r w:rsidR="005F6A5B">
        <w:rPr/>
        <w:t xml:space="preserve"> </w:t>
      </w:r>
      <w:r w:rsidR="005F6A5B">
        <w:rPr/>
        <w:t>circa</w:t>
      </w:r>
      <w:r w:rsidR="005F6A5B">
        <w:rPr/>
        <w:t xml:space="preserve"> EUR 23 </w:t>
      </w:r>
      <w:r w:rsidR="005F6A5B">
        <w:rPr/>
        <w:t>miljard</w:t>
      </w:r>
      <w:r w:rsidR="005F6A5B">
        <w:rPr/>
        <w:t xml:space="preserve">. Dit </w:t>
      </w:r>
      <w:r w:rsidR="005F6A5B">
        <w:rPr/>
        <w:t>bevestigt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HVDC-</w:t>
      </w:r>
      <w:r w:rsidR="005F6A5B">
        <w:rPr/>
        <w:t>technologie</w:t>
      </w:r>
      <w:r w:rsidR="005F6A5B">
        <w:rPr/>
        <w:t xml:space="preserve"> door </w:t>
      </w:r>
      <w:r w:rsidR="005F6A5B">
        <w:rPr/>
        <w:t>vergelijkbare</w:t>
      </w:r>
      <w:r w:rsidR="005F6A5B">
        <w:rPr/>
        <w:t xml:space="preserve"> </w:t>
      </w:r>
      <w:r w:rsidR="005F6A5B">
        <w:rPr/>
        <w:t>Europese</w:t>
      </w:r>
      <w:r w:rsidR="005F6A5B">
        <w:rPr/>
        <w:t xml:space="preserve"> </w:t>
      </w:r>
      <w:r w:rsidR="005F6A5B">
        <w:rPr/>
        <w:t>TSO's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beproefde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kostenefficiënte</w:t>
      </w:r>
      <w:r w:rsidR="005F6A5B">
        <w:rPr/>
        <w:t xml:space="preserve"> </w:t>
      </w:r>
      <w:r w:rsidR="005F6A5B">
        <w:rPr/>
        <w:t>standaardtechnologie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beschouwd</w:t>
      </w:r>
      <w:r w:rsidR="005F6A5B">
        <w:rPr/>
        <w:t>.</w:t>
      </w:r>
    </w:p>
    <w:p w:rsidR="009D758D" w:rsidP="6C968D7A" w:rsidRDefault="005F6A5B" w14:paraId="3DB3CC0B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 xml:space="preserve">(f) </w:t>
      </w:r>
      <w:r w:rsidRPr="6C968D7A" w:rsidR="005F6A5B">
        <w:rPr>
          <w:b w:val="1"/>
          <w:bCs w:val="1"/>
        </w:rPr>
        <w:t>Kabelfabrikanten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investeren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miljarden</w:t>
      </w:r>
      <w:r w:rsidRPr="6C968D7A" w:rsidR="005F6A5B">
        <w:rPr>
          <w:b w:val="1"/>
          <w:bCs w:val="1"/>
        </w:rPr>
        <w:t xml:space="preserve"> in </w:t>
      </w:r>
      <w:r w:rsidRPr="6C968D7A" w:rsidR="005F6A5B">
        <w:rPr>
          <w:b w:val="1"/>
          <w:bCs w:val="1"/>
        </w:rPr>
        <w:t>capaciteitsuitbreiding</w:t>
      </w:r>
    </w:p>
    <w:p w:rsidR="009D758D" w:rsidRDefault="25A181EA" w14:paraId="5680C9B8" w14:textId="35F56132">
      <w:r w:rsidR="25A181EA">
        <w:rPr/>
        <w:t xml:space="preserve">De </w:t>
      </w:r>
      <w:r w:rsidR="25A181EA">
        <w:rPr/>
        <w:t>markt</w:t>
      </w:r>
      <w:r w:rsidR="25A181EA">
        <w:rPr/>
        <w:t xml:space="preserve"> </w:t>
      </w:r>
      <w:r w:rsidR="25A181EA">
        <w:rPr/>
        <w:t>voor</w:t>
      </w:r>
      <w:r w:rsidR="25A181EA">
        <w:rPr/>
        <w:t xml:space="preserve"> 525 kV HVDC-</w:t>
      </w:r>
      <w:r w:rsidR="25A181EA">
        <w:rPr/>
        <w:t>kabels</w:t>
      </w:r>
      <w:r w:rsidR="25A181EA">
        <w:rPr/>
        <w:t xml:space="preserve"> is </w:t>
      </w:r>
      <w:r w:rsidR="2A9A03AB">
        <w:rPr/>
        <w:t>intussen</w:t>
      </w:r>
      <w:r w:rsidR="2A9A03AB">
        <w:rPr/>
        <w:t xml:space="preserve"> </w:t>
      </w:r>
      <w:r w:rsidR="25A181EA">
        <w:rPr/>
        <w:t>geen</w:t>
      </w:r>
      <w:r w:rsidR="25A181EA">
        <w:rPr/>
        <w:t xml:space="preserve"> </w:t>
      </w:r>
      <w:r w:rsidR="25A181EA">
        <w:rPr/>
        <w:t>nichetechnologie</w:t>
      </w:r>
      <w:r w:rsidR="25A181EA">
        <w:rPr/>
        <w:t xml:space="preserve"> </w:t>
      </w:r>
      <w:r w:rsidR="133DEA08">
        <w:rPr/>
        <w:t>meer</w:t>
      </w:r>
      <w:r w:rsidR="133DEA08">
        <w:rPr/>
        <w:t xml:space="preserve"> </w:t>
      </w:r>
      <w:r w:rsidR="25A181EA">
        <w:rPr/>
        <w:t xml:space="preserve">maar </w:t>
      </w:r>
      <w:r w:rsidR="25A181EA">
        <w:rPr/>
        <w:t>een</w:t>
      </w:r>
      <w:r w:rsidR="25A181EA">
        <w:rPr/>
        <w:t xml:space="preserve"> </w:t>
      </w:r>
      <w:r w:rsidR="25A181EA">
        <w:rPr/>
        <w:t>mature</w:t>
      </w:r>
      <w:r w:rsidR="25A181EA">
        <w:rPr/>
        <w:t xml:space="preserve"> </w:t>
      </w:r>
      <w:r w:rsidR="25A181EA">
        <w:rPr/>
        <w:t>industriële</w:t>
      </w:r>
      <w:r w:rsidR="25A181EA">
        <w:rPr/>
        <w:t xml:space="preserve"> sector met </w:t>
      </w:r>
      <w:r w:rsidR="25A181EA">
        <w:rPr/>
        <w:t>massale</w:t>
      </w:r>
      <w:r w:rsidR="25A181EA">
        <w:rPr/>
        <w:t xml:space="preserve"> </w:t>
      </w:r>
      <w:r w:rsidR="25A181EA">
        <w:rPr/>
        <w:t>investeringen</w:t>
      </w:r>
      <w:r w:rsidR="25A181EA">
        <w:rPr/>
        <w:t>:</w:t>
      </w:r>
    </w:p>
    <w:p w:rsidR="009D758D" w:rsidRDefault="005F6A5B" w14:paraId="10F89E41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Prysmian</w:t>
      </w:r>
      <w:r w:rsidRPr="6C968D7A" w:rsidR="005F6A5B">
        <w:rPr>
          <w:b w:val="1"/>
          <w:bCs w:val="1"/>
        </w:rPr>
        <w:t>:</w:t>
      </w:r>
      <w:r w:rsidR="005F6A5B">
        <w:rPr/>
        <w:t xml:space="preserve"> </w:t>
      </w:r>
      <w:r w:rsidR="005F6A5B">
        <w:rPr/>
        <w:t>contracten</w:t>
      </w:r>
      <w:r w:rsidR="005F6A5B">
        <w:rPr/>
        <w:t xml:space="preserve"> ter </w:t>
      </w:r>
      <w:r w:rsidR="005F6A5B">
        <w:rPr/>
        <w:t>waarde</w:t>
      </w:r>
      <w:r w:rsidR="005F6A5B">
        <w:rPr/>
        <w:t xml:space="preserve"> van EUR 5 </w:t>
      </w:r>
      <w:r w:rsidR="005F6A5B">
        <w:rPr/>
        <w:t>miljard</w:t>
      </w:r>
      <w:r w:rsidR="005F6A5B">
        <w:rPr/>
        <w:t xml:space="preserve"> met </w:t>
      </w:r>
      <w:r w:rsidR="005F6A5B">
        <w:rPr/>
        <w:t>Amprion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BalWin1, BalWin2 </w:t>
      </w:r>
      <w:r w:rsidR="005F6A5B">
        <w:rPr/>
        <w:t>en</w:t>
      </w:r>
      <w:r w:rsidR="005F6A5B">
        <w:rPr/>
        <w:t xml:space="preserve"> DC34 (~4.400 km 525 kV HVDC-</w:t>
      </w:r>
      <w:r w:rsidR="005F6A5B">
        <w:rPr/>
        <w:t>kabels</w:t>
      </w:r>
      <w:r w:rsidR="005F6A5B">
        <w:rPr/>
        <w:t xml:space="preserve">); </w:t>
      </w:r>
      <w:r w:rsidR="005F6A5B">
        <w:rPr/>
        <w:t>eerste</w:t>
      </w:r>
      <w:r w:rsidR="005F6A5B">
        <w:rPr/>
        <w:t xml:space="preserve"> </w:t>
      </w:r>
      <w:r w:rsidR="005F6A5B">
        <w:rPr/>
        <w:t>toepassing</w:t>
      </w:r>
      <w:r w:rsidR="005F6A5B">
        <w:rPr/>
        <w:t xml:space="preserve"> van P-Laser </w:t>
      </w:r>
      <w:r w:rsidR="005F6A5B">
        <w:rPr/>
        <w:t>isolatie</w:t>
      </w:r>
      <w:r w:rsidR="005F6A5B">
        <w:rPr/>
        <w:t xml:space="preserve"> (100% </w:t>
      </w:r>
      <w:r w:rsidR="005F6A5B">
        <w:rPr/>
        <w:t>recycleerbaar</w:t>
      </w:r>
      <w:r w:rsidR="005F6A5B">
        <w:rPr/>
        <w:t xml:space="preserve">, "zero-gas" </w:t>
      </w:r>
      <w:r w:rsidR="005F6A5B">
        <w:rPr/>
        <w:t>proces</w:t>
      </w:r>
      <w:r w:rsidR="005F6A5B">
        <w:rPr/>
        <w:t xml:space="preserve">, 30% minder CO2-uitstoot); USD 2 </w:t>
      </w:r>
      <w:r w:rsidR="005F6A5B">
        <w:rPr/>
        <w:t>miljard</w:t>
      </w:r>
      <w:r w:rsidR="005F6A5B">
        <w:rPr/>
        <w:t xml:space="preserve"> </w:t>
      </w:r>
      <w:r w:rsidR="005F6A5B">
        <w:rPr/>
        <w:t>investering</w:t>
      </w:r>
      <w:r w:rsidR="005F6A5B">
        <w:rPr/>
        <w:t xml:space="preserve"> in </w:t>
      </w:r>
      <w:r w:rsidR="005F6A5B">
        <w:rPr/>
        <w:t>capaciteitsuitbreiding</w:t>
      </w:r>
      <w:r w:rsidR="005F6A5B">
        <w:rPr/>
        <w:t xml:space="preserve"> t/m 2027, </w:t>
      </w:r>
      <w:r w:rsidR="005F6A5B">
        <w:rPr/>
        <w:t>inclusief</w:t>
      </w:r>
      <w:r w:rsidR="005F6A5B">
        <w:rPr/>
        <w:t xml:space="preserve"> </w:t>
      </w:r>
      <w:r w:rsidR="005F6A5B">
        <w:rPr/>
        <w:t>verdubbeling</w:t>
      </w:r>
      <w:r w:rsidR="005F6A5B">
        <w:rPr/>
        <w:t xml:space="preserve"> van de </w:t>
      </w:r>
      <w:r w:rsidR="005F6A5B">
        <w:rPr/>
        <w:t>productie</w:t>
      </w:r>
      <w:r w:rsidR="005F6A5B">
        <w:rPr/>
        <w:t xml:space="preserve"> van 525 kV </w:t>
      </w:r>
      <w:r w:rsidR="005F6A5B">
        <w:rPr/>
        <w:t>zeekabels</w:t>
      </w:r>
      <w:r w:rsidR="005F6A5B">
        <w:rPr/>
        <w:t>.</w:t>
      </w:r>
    </w:p>
    <w:p w:rsidR="009D758D" w:rsidRDefault="005F6A5B" w14:paraId="722C29EF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NKT:</w:t>
      </w:r>
      <w:r w:rsidR="005F6A5B">
        <w:rPr/>
        <w:t xml:space="preserve"> </w:t>
      </w:r>
      <w:r w:rsidR="005F6A5B">
        <w:rPr/>
        <w:t>uitbreiding</w:t>
      </w:r>
      <w:r w:rsidR="005F6A5B">
        <w:rPr/>
        <w:t xml:space="preserve"> </w:t>
      </w:r>
      <w:r w:rsidR="005F6A5B">
        <w:rPr/>
        <w:t>fabriek</w:t>
      </w:r>
      <w:r w:rsidR="005F6A5B">
        <w:rPr/>
        <w:t xml:space="preserve"> </w:t>
      </w:r>
      <w:r w:rsidR="005F6A5B">
        <w:rPr/>
        <w:t>Karlskrona</w:t>
      </w:r>
      <w:r w:rsidR="005F6A5B">
        <w:rPr/>
        <w:t xml:space="preserve"> </w:t>
      </w:r>
      <w:r w:rsidR="005F6A5B">
        <w:rPr/>
        <w:t>erkend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eerste</w:t>
      </w:r>
      <w:r w:rsidR="005F6A5B">
        <w:rPr/>
        <w:t xml:space="preserve"> </w:t>
      </w:r>
      <w:r w:rsidR="005F6A5B">
        <w:rPr/>
        <w:t>Europees</w:t>
      </w:r>
      <w:r w:rsidR="005F6A5B">
        <w:rPr/>
        <w:t xml:space="preserve"> net-zero </w:t>
      </w:r>
      <w:r w:rsidR="005F6A5B">
        <w:rPr/>
        <w:t>strategisch</w:t>
      </w:r>
      <w:r w:rsidR="005F6A5B">
        <w:rPr/>
        <w:t xml:space="preserve"> project </w:t>
      </w:r>
      <w:r w:rsidR="005F6A5B">
        <w:rPr/>
        <w:t>onder</w:t>
      </w:r>
      <w:r w:rsidR="005F6A5B">
        <w:rPr/>
        <w:t xml:space="preserve"> de EU Net-Zero </w:t>
      </w:r>
      <w:r w:rsidR="005F6A5B">
        <w:rPr/>
        <w:t>Industry</w:t>
      </w:r>
      <w:r w:rsidR="005F6A5B">
        <w:rPr/>
        <w:t xml:space="preserve"> Act; </w:t>
      </w:r>
      <w:r w:rsidR="005F6A5B">
        <w:rPr/>
        <w:t>derde</w:t>
      </w:r>
      <w:r w:rsidR="005F6A5B">
        <w:rPr/>
        <w:t xml:space="preserve"> </w:t>
      </w:r>
      <w:r w:rsidR="005F6A5B">
        <w:rPr/>
        <w:t>extrusietoren</w:t>
      </w:r>
      <w:r w:rsidR="005F6A5B">
        <w:rPr/>
        <w:t xml:space="preserve"> (200 m </w:t>
      </w:r>
      <w:r w:rsidR="005F6A5B">
        <w:rPr/>
        <w:t>hoog</w:t>
      </w:r>
      <w:r w:rsidR="005F6A5B">
        <w:rPr/>
        <w:t xml:space="preserve">) in </w:t>
      </w:r>
      <w:r w:rsidR="005F6A5B">
        <w:rPr/>
        <w:t>aanbouw</w:t>
      </w:r>
      <w:r w:rsidR="005F6A5B">
        <w:rPr/>
        <w:t xml:space="preserve">; </w:t>
      </w:r>
      <w:r w:rsidR="005F6A5B">
        <w:rPr/>
        <w:t>recordorders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vijf</w:t>
      </w:r>
      <w:r w:rsidR="005F6A5B">
        <w:rPr/>
        <w:t xml:space="preserve"> </w:t>
      </w:r>
      <w:r w:rsidR="005F6A5B">
        <w:rPr/>
        <w:t>kabelprojecten</w:t>
      </w:r>
      <w:r w:rsidR="005F6A5B">
        <w:rPr/>
        <w:t xml:space="preserve"> ter </w:t>
      </w:r>
      <w:r w:rsidR="005F6A5B">
        <w:rPr/>
        <w:t>ondersteuning</w:t>
      </w:r>
      <w:r w:rsidR="005F6A5B">
        <w:rPr/>
        <w:t xml:space="preserve"> van de </w:t>
      </w:r>
      <w:r w:rsidR="005F6A5B">
        <w:rPr/>
        <w:t>Duitse</w:t>
      </w:r>
      <w:r w:rsidR="005F6A5B">
        <w:rPr/>
        <w:t xml:space="preserve"> </w:t>
      </w:r>
      <w:r w:rsidR="005F6A5B">
        <w:rPr/>
        <w:t>Energiewende</w:t>
      </w:r>
      <w:r w:rsidR="005F6A5B">
        <w:rPr/>
        <w:t>.</w:t>
      </w:r>
    </w:p>
    <w:p w:rsidR="009D758D" w:rsidRDefault="005F6A5B" w14:paraId="714262DD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Nexans</w:t>
      </w:r>
      <w:r w:rsidRPr="6C968D7A" w:rsidR="005F6A5B">
        <w:rPr>
          <w:b w:val="1"/>
          <w:bCs w:val="1"/>
        </w:rPr>
        <w:t>:</w:t>
      </w:r>
      <w:r w:rsidR="005F6A5B">
        <w:rPr/>
        <w:t xml:space="preserve"> '</w:t>
      </w:r>
      <w:r w:rsidR="005F6A5B">
        <w:rPr/>
        <w:t xml:space="preserve">s </w:t>
      </w:r>
      <w:r w:rsidR="005F6A5B">
        <w:rPr/>
        <w:t>werelds</w:t>
      </w:r>
      <w:r w:rsidR="005F6A5B">
        <w:rPr/>
        <w:t xml:space="preserve"> </w:t>
      </w:r>
      <w:r w:rsidR="005F6A5B">
        <w:rPr/>
        <w:t>eerste</w:t>
      </w:r>
      <w:r w:rsidR="005F6A5B">
        <w:rPr/>
        <w:t xml:space="preserve"> SF6-vrije 525 kV DC-</w:t>
      </w:r>
      <w:r w:rsidR="005F6A5B">
        <w:rPr/>
        <w:t>kabelaansluitingen</w:t>
      </w:r>
      <w:r w:rsidR="005F6A5B">
        <w:rPr/>
        <w:t xml:space="preserve"> </w:t>
      </w:r>
      <w:r w:rsidR="005F6A5B">
        <w:rPr/>
        <w:t>succesvol</w:t>
      </w:r>
      <w:r w:rsidR="005F6A5B">
        <w:rPr/>
        <w:t xml:space="preserve"> </w:t>
      </w:r>
      <w:r w:rsidR="005F6A5B">
        <w:rPr/>
        <w:t>getypt</w:t>
      </w:r>
      <w:r w:rsidR="005F6A5B">
        <w:rPr/>
        <w:t xml:space="preserve"> in </w:t>
      </w:r>
      <w:r w:rsidR="005F6A5B">
        <w:rPr/>
        <w:t>maart</w:t>
      </w:r>
      <w:r w:rsidR="005F6A5B">
        <w:rPr/>
        <w:t xml:space="preserve"> 2024, met </w:t>
      </w:r>
      <w:r w:rsidR="005F6A5B">
        <w:rPr/>
        <w:t>reductie</w:t>
      </w:r>
      <w:r w:rsidR="005F6A5B">
        <w:rPr/>
        <w:t xml:space="preserve"> van </w:t>
      </w:r>
      <w:r w:rsidR="005F6A5B">
        <w:rPr/>
        <w:t>broeikasgasemissies</w:t>
      </w:r>
      <w:r w:rsidR="005F6A5B">
        <w:rPr/>
        <w:t xml:space="preserve"> van 99%+ door </w:t>
      </w:r>
      <w:r w:rsidR="005F6A5B">
        <w:rPr/>
        <w:t>eliminatie</w:t>
      </w:r>
      <w:r w:rsidR="005F6A5B">
        <w:rPr/>
        <w:t xml:space="preserve"> van SF6.</w:t>
      </w:r>
    </w:p>
    <w:p w:rsidR="009D758D" w:rsidRDefault="005F6A5B" w14:paraId="21A2D44D" w14:textId="77777777">
      <w:r w:rsidRPr="6C968D7A" w:rsidR="005F6A5B">
        <w:rPr>
          <w:b w:val="1"/>
          <w:bCs w:val="1"/>
        </w:rPr>
        <w:t xml:space="preserve">(g) </w:t>
      </w:r>
      <w:r w:rsidRPr="6C968D7A" w:rsidR="005F6A5B">
        <w:rPr>
          <w:b w:val="1"/>
          <w:bCs w:val="1"/>
        </w:rPr>
        <w:t>Nieuwe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Europese</w:t>
      </w:r>
      <w:r w:rsidRPr="6C968D7A" w:rsidR="005F6A5B">
        <w:rPr>
          <w:b w:val="1"/>
          <w:bCs w:val="1"/>
        </w:rPr>
        <w:t xml:space="preserve"> HVDC-</w:t>
      </w:r>
      <w:r w:rsidRPr="6C968D7A" w:rsidR="005F6A5B">
        <w:rPr>
          <w:b w:val="1"/>
          <w:bCs w:val="1"/>
        </w:rPr>
        <w:t>projecten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bevestigen</w:t>
      </w:r>
      <w:r w:rsidRPr="6C968D7A" w:rsidR="005F6A5B">
        <w:rPr>
          <w:b w:val="1"/>
          <w:bCs w:val="1"/>
        </w:rPr>
        <w:t xml:space="preserve"> de trend</w:t>
      </w:r>
    </w:p>
    <w:p w:rsidR="009D758D" w:rsidRDefault="005F6A5B" w14:paraId="35082409" w14:textId="77777777">
      <w:r w:rsidR="005F6A5B">
        <w:rPr/>
        <w:t>Naast</w:t>
      </w:r>
      <w:r w:rsidR="005F6A5B">
        <w:rPr/>
        <w:t xml:space="preserve"> de </w:t>
      </w:r>
      <w:r w:rsidR="005F6A5B">
        <w:rPr/>
        <w:t>reeds</w:t>
      </w:r>
      <w:r w:rsidR="005F6A5B">
        <w:rPr/>
        <w:t xml:space="preserve"> </w:t>
      </w:r>
      <w:r w:rsidR="005F6A5B">
        <w:rPr/>
        <w:t>vermelde</w:t>
      </w:r>
      <w:r w:rsidR="005F6A5B">
        <w:rPr/>
        <w:t xml:space="preserve"> </w:t>
      </w:r>
      <w:r w:rsidR="005F6A5B">
        <w:rPr/>
        <w:t>projecten</w:t>
      </w:r>
      <w:r w:rsidR="005F6A5B">
        <w:rPr/>
        <w:t xml:space="preserve"> </w:t>
      </w:r>
      <w:r w:rsidR="005F6A5B">
        <w:rPr/>
        <w:t>tonen</w:t>
      </w:r>
      <w:r w:rsidR="005F6A5B">
        <w:rPr/>
        <w:t xml:space="preserve"> de </w:t>
      </w:r>
      <w:r w:rsidR="005F6A5B">
        <w:rPr/>
        <w:t>volgende</w:t>
      </w:r>
      <w:r w:rsidR="005F6A5B">
        <w:rPr/>
        <w:t xml:space="preserve"> </w:t>
      </w:r>
      <w:r w:rsidR="005F6A5B">
        <w:rPr/>
        <w:t>lopende</w:t>
      </w:r>
      <w:r w:rsidR="005F6A5B">
        <w:rPr/>
        <w:t xml:space="preserve"> </w:t>
      </w:r>
      <w:r w:rsidR="005F6A5B">
        <w:rPr/>
        <w:t>projecten</w:t>
      </w:r>
      <w:r w:rsidR="005F6A5B">
        <w:rPr/>
        <w:t xml:space="preserve"> de </w:t>
      </w:r>
      <w:r w:rsidR="005F6A5B">
        <w:rPr/>
        <w:t>schaalgrootte</w:t>
      </w:r>
      <w:r w:rsidR="005F6A5B">
        <w:rPr/>
        <w:t xml:space="preserve"> van </w:t>
      </w:r>
      <w:r w:rsidR="005F6A5B">
        <w:rPr/>
        <w:t>ondergrondse</w:t>
      </w:r>
      <w:r w:rsidR="005F6A5B">
        <w:rPr/>
        <w:t xml:space="preserve"> HVDC in Europa: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5"/>
        <w:gridCol w:w="3135"/>
        <w:gridCol w:w="3135"/>
      </w:tblGrid>
      <w:tr w:rsidR="009D758D" w:rsidTr="6C968D7A" w14:paraId="278CB1A7" w14:textId="77777777">
        <w:tc>
          <w:tcPr>
            <w:tcW w:w="3135" w:type="dxa"/>
            <w:shd w:val="clear" w:color="auto" w:fill="244061" w:themeFill="accent1" w:themeFillShade="80"/>
            <w:tcMar/>
          </w:tcPr>
          <w:p w:rsidR="009D758D" w:rsidRDefault="005F6A5B" w14:paraId="3A9C41CD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Project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:rsidR="009D758D" w:rsidRDefault="005F6A5B" w14:paraId="25833555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Lengte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:rsidR="009D758D" w:rsidRDefault="005F6A5B" w14:paraId="1B9FBFDD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Status</w:t>
            </w:r>
          </w:p>
        </w:tc>
      </w:tr>
      <w:tr w:rsidR="009D758D" w:rsidTr="6C968D7A" w14:paraId="1B5C3B95" w14:textId="77777777">
        <w:tc>
          <w:tcPr>
            <w:tcW w:w="3135" w:type="dxa"/>
            <w:shd w:val="clear" w:color="auto" w:fill="F2F6FC"/>
            <w:tcMar/>
          </w:tcPr>
          <w:p w:rsidR="009D758D" w:rsidRDefault="005F6A5B" w14:paraId="0501E40E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A-Nord (</w:t>
            </w:r>
            <w:r w:rsidRPr="6C968D7A" w:rsidR="005F6A5B">
              <w:rPr>
                <w:sz w:val="19"/>
                <w:szCs w:val="19"/>
              </w:rPr>
              <w:t>Duitsland</w:t>
            </w:r>
            <w:r w:rsidRPr="6C968D7A" w:rsidR="005F6A5B">
              <w:rPr>
                <w:sz w:val="19"/>
                <w:szCs w:val="19"/>
              </w:rPr>
              <w:t>)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44CC7488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~300 km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523B5807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Kabelinstallatie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gestart</w:t>
            </w:r>
            <w:r w:rsidRPr="6C968D7A" w:rsidR="005F6A5B">
              <w:rPr>
                <w:sz w:val="19"/>
                <w:szCs w:val="19"/>
              </w:rPr>
              <w:t xml:space="preserve"> (</w:t>
            </w:r>
            <w:r w:rsidRPr="6C968D7A" w:rsidR="005F6A5B">
              <w:rPr>
                <w:sz w:val="19"/>
                <w:szCs w:val="19"/>
              </w:rPr>
              <w:t>juli</w:t>
            </w:r>
            <w:r w:rsidRPr="6C968D7A" w:rsidR="005F6A5B">
              <w:rPr>
                <w:sz w:val="19"/>
                <w:szCs w:val="19"/>
              </w:rPr>
              <w:t xml:space="preserve"> 2025)</w:t>
            </w:r>
          </w:p>
        </w:tc>
      </w:tr>
      <w:tr w:rsidR="009D758D" w:rsidTr="6C968D7A" w14:paraId="50025F75" w14:textId="77777777">
        <w:tc>
          <w:tcPr>
            <w:tcW w:w="3135" w:type="dxa"/>
            <w:tcMar/>
          </w:tcPr>
          <w:p w:rsidR="009D758D" w:rsidRDefault="005F6A5B" w14:paraId="006612A8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Celtic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Interconnector</w:t>
            </w:r>
            <w:r w:rsidRPr="6C968D7A" w:rsidR="005F6A5B">
              <w:rPr>
                <w:sz w:val="19"/>
                <w:szCs w:val="19"/>
              </w:rPr>
              <w:t xml:space="preserve"> (</w:t>
            </w:r>
            <w:r w:rsidRPr="6C968D7A" w:rsidR="005F6A5B">
              <w:rPr>
                <w:sz w:val="19"/>
                <w:szCs w:val="19"/>
              </w:rPr>
              <w:t>Ierland-Frankrijk</w:t>
            </w:r>
            <w:r w:rsidRPr="6C968D7A" w:rsidR="005F6A5B">
              <w:rPr>
                <w:sz w:val="19"/>
                <w:szCs w:val="19"/>
              </w:rPr>
              <w:t>)</w:t>
            </w:r>
          </w:p>
        </w:tc>
        <w:tc>
          <w:tcPr>
            <w:tcW w:w="3135" w:type="dxa"/>
            <w:tcMar/>
          </w:tcPr>
          <w:p w:rsidR="009D758D" w:rsidRDefault="005F6A5B" w14:paraId="62D2151F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~575 km</w:t>
            </w:r>
          </w:p>
        </w:tc>
        <w:tc>
          <w:tcPr>
            <w:tcW w:w="3135" w:type="dxa"/>
            <w:tcMar/>
          </w:tcPr>
          <w:p w:rsidR="009D758D" w:rsidRDefault="005F6A5B" w14:paraId="4D59DC37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60% onshore </w:t>
            </w:r>
            <w:r w:rsidRPr="6C968D7A" w:rsidR="005F6A5B">
              <w:rPr>
                <w:sz w:val="19"/>
                <w:szCs w:val="19"/>
              </w:rPr>
              <w:t>kabels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geplaatst</w:t>
            </w:r>
            <w:r w:rsidRPr="6C968D7A" w:rsidR="005F6A5B">
              <w:rPr>
                <w:sz w:val="19"/>
                <w:szCs w:val="19"/>
              </w:rPr>
              <w:t xml:space="preserve"> (</w:t>
            </w:r>
            <w:r w:rsidRPr="6C968D7A" w:rsidR="005F6A5B">
              <w:rPr>
                <w:sz w:val="19"/>
                <w:szCs w:val="19"/>
              </w:rPr>
              <w:t>aug</w:t>
            </w:r>
            <w:r w:rsidRPr="6C968D7A" w:rsidR="005F6A5B">
              <w:rPr>
                <w:sz w:val="19"/>
                <w:szCs w:val="19"/>
              </w:rPr>
              <w:t xml:space="preserve"> 2025)</w:t>
            </w:r>
          </w:p>
        </w:tc>
      </w:tr>
      <w:tr w:rsidR="009D758D" w:rsidTr="6C968D7A" w14:paraId="23CC5482" w14:textId="77777777">
        <w:tc>
          <w:tcPr>
            <w:tcW w:w="3135" w:type="dxa"/>
            <w:shd w:val="clear" w:color="auto" w:fill="F2F6FC"/>
            <w:tcMar/>
          </w:tcPr>
          <w:p w:rsidR="009D758D" w:rsidRDefault="005F6A5B" w14:paraId="150FAD7B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BalWin</w:t>
            </w:r>
            <w:r w:rsidRPr="6C968D7A" w:rsidR="005F6A5B">
              <w:rPr>
                <w:sz w:val="19"/>
                <w:szCs w:val="19"/>
              </w:rPr>
              <w:t>-corridor (</w:t>
            </w:r>
            <w:r w:rsidRPr="6C968D7A" w:rsidR="005F6A5B">
              <w:rPr>
                <w:sz w:val="19"/>
                <w:szCs w:val="19"/>
              </w:rPr>
              <w:t>Duitsland</w:t>
            </w:r>
            <w:r w:rsidRPr="6C968D7A" w:rsidR="005F6A5B">
              <w:rPr>
                <w:sz w:val="19"/>
                <w:szCs w:val="19"/>
              </w:rPr>
              <w:t>)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P="6C968D7A" w:rsidRDefault="005F6A5B" w14:paraId="5EEB4B03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~3.400 km </w:t>
            </w:r>
            <w:r w:rsidRPr="6C968D7A" w:rsidR="005F6A5B">
              <w:rPr>
                <w:sz w:val="19"/>
                <w:szCs w:val="19"/>
              </w:rPr>
              <w:t>landkabel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7B1934C9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Contracten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getekend</w:t>
            </w:r>
            <w:r w:rsidRPr="6C968D7A" w:rsidR="005F6A5B">
              <w:rPr>
                <w:sz w:val="19"/>
                <w:szCs w:val="19"/>
              </w:rPr>
              <w:t xml:space="preserve"> (EUR 5 </w:t>
            </w:r>
            <w:r w:rsidRPr="6C968D7A" w:rsidR="005F6A5B">
              <w:rPr>
                <w:sz w:val="19"/>
                <w:szCs w:val="19"/>
              </w:rPr>
              <w:t>mrd</w:t>
            </w:r>
            <w:r w:rsidRPr="6C968D7A" w:rsidR="005F6A5B">
              <w:rPr>
                <w:sz w:val="19"/>
                <w:szCs w:val="19"/>
              </w:rPr>
              <w:t>)</w:t>
            </w:r>
          </w:p>
        </w:tc>
      </w:tr>
    </w:tbl>
    <w:p w:rsidR="009D758D" w:rsidRDefault="009D758D" w14:paraId="5A39BBE3" w14:textId="77777777"/>
    <w:p w:rsidR="009D758D" w:rsidP="6C968D7A" w:rsidRDefault="005F6A5B" w14:paraId="41AA2B0A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 xml:space="preserve">(h) Het rapport </w:t>
      </w:r>
      <w:r w:rsidRPr="6C968D7A" w:rsidR="005F6A5B">
        <w:rPr>
          <w:b w:val="1"/>
          <w:bCs w:val="1"/>
        </w:rPr>
        <w:t>Westermann</w:t>
      </w:r>
      <w:r w:rsidRPr="6C968D7A" w:rsidR="005F6A5B">
        <w:rPr>
          <w:b w:val="1"/>
          <w:bCs w:val="1"/>
        </w:rPr>
        <w:t xml:space="preserve"> is </w:t>
      </w:r>
      <w:r w:rsidRPr="6C968D7A" w:rsidR="005F6A5B">
        <w:rPr>
          <w:b w:val="1"/>
          <w:bCs w:val="1"/>
        </w:rPr>
        <w:t>achterhaald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niet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onafhankelijk</w:t>
      </w:r>
    </w:p>
    <w:p w:rsidR="009D758D" w:rsidRDefault="005F6A5B" w14:paraId="3F162622" w14:textId="77777777">
      <w:r w:rsidR="005F6A5B">
        <w:rPr/>
        <w:t xml:space="preserve">Het rapport van Professor </w:t>
      </w:r>
      <w:r w:rsidR="005F6A5B">
        <w:rPr/>
        <w:t>Westermann</w:t>
      </w:r>
      <w:r w:rsidR="005F6A5B">
        <w:rPr/>
        <w:t xml:space="preserve"> (TU </w:t>
      </w:r>
      <w:r w:rsidR="005F6A5B">
        <w:rPr/>
        <w:t>Ilmenau</w:t>
      </w:r>
      <w:r w:rsidR="005F6A5B">
        <w:rPr/>
        <w:t xml:space="preserve">, 2022), </w:t>
      </w:r>
      <w:r w:rsidR="005F6A5B">
        <w:rPr/>
        <w:t>waarop</w:t>
      </w:r>
      <w:r w:rsidR="005F6A5B">
        <w:rPr/>
        <w:t xml:space="preserve"> de </w:t>
      </w:r>
      <w:r w:rsidR="005F6A5B">
        <w:rPr/>
        <w:t>afwijzing</w:t>
      </w:r>
      <w:r w:rsidR="005F6A5B">
        <w:rPr/>
        <w:t xml:space="preserve"> van HVDC </w:t>
      </w:r>
      <w:r w:rsidR="005F6A5B">
        <w:rPr/>
        <w:t>mede</w:t>
      </w:r>
      <w:r w:rsidR="005F6A5B">
        <w:rPr/>
        <w:t xml:space="preserve"> was </w:t>
      </w:r>
      <w:r w:rsidR="005F6A5B">
        <w:rPr/>
        <w:t>gebaseerd</w:t>
      </w:r>
      <w:r w:rsidR="005F6A5B">
        <w:rPr/>
        <w:t>, is</w:t>
      </w:r>
      <w:r w:rsidR="005F6A5B">
        <w:rPr/>
        <w:t xml:space="preserve"> op </w:t>
      </w:r>
      <w:r w:rsidR="005F6A5B">
        <w:rPr/>
        <w:t>meerdere</w:t>
      </w:r>
      <w:r w:rsidR="005F6A5B">
        <w:rPr/>
        <w:t xml:space="preserve"> </w:t>
      </w:r>
      <w:r w:rsidR="005F6A5B">
        <w:rPr/>
        <w:t>punten</w:t>
      </w:r>
      <w:r w:rsidR="005F6A5B">
        <w:rPr/>
        <w:t xml:space="preserve"> </w:t>
      </w:r>
      <w:r w:rsidR="005F6A5B">
        <w:rPr/>
        <w:t>weerlegd</w:t>
      </w:r>
      <w:r w:rsidR="005F6A5B">
        <w:rPr/>
        <w:t xml:space="preserve">. </w:t>
      </w:r>
      <w:r w:rsidR="005F6A5B">
        <w:rPr/>
        <w:t>Bovendien</w:t>
      </w:r>
      <w:r w:rsidR="005F6A5B">
        <w:rPr/>
        <w:t xml:space="preserve"> </w:t>
      </w:r>
      <w:r w:rsidR="005F6A5B">
        <w:rPr/>
        <w:t>rijzen</w:t>
      </w:r>
      <w:r w:rsidR="005F6A5B">
        <w:rPr/>
        <w:t xml:space="preserve"> </w:t>
      </w:r>
      <w:r w:rsidR="005F6A5B">
        <w:rPr/>
        <w:t>ernstige</w:t>
      </w:r>
      <w:r w:rsidR="005F6A5B">
        <w:rPr/>
        <w:t xml:space="preserve"> </w:t>
      </w:r>
      <w:r w:rsidR="005F6A5B">
        <w:rPr/>
        <w:t>vragen</w:t>
      </w:r>
      <w:r w:rsidR="005F6A5B">
        <w:rPr/>
        <w:t xml:space="preserve"> over de </w:t>
      </w:r>
      <w:r w:rsidRPr="6C968D7A" w:rsidR="005F6A5B">
        <w:rPr>
          <w:b w:val="1"/>
          <w:bCs w:val="1"/>
        </w:rPr>
        <w:t>onafhankelijkheid</w:t>
      </w:r>
      <w:r w:rsidR="005F6A5B">
        <w:rPr/>
        <w:t xml:space="preserve"> van de auteur: </w:t>
      </w:r>
      <w:r w:rsidR="005F6A5B">
        <w:rPr/>
        <w:t>uit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email van 26 </w:t>
      </w:r>
      <w:r w:rsidR="005F6A5B">
        <w:rPr/>
        <w:t>oktober</w:t>
      </w:r>
      <w:r w:rsidR="005F6A5B">
        <w:rPr/>
        <w:t xml:space="preserve"> 2022 </w:t>
      </w:r>
      <w:r w:rsidR="005F6A5B">
        <w:rPr/>
        <w:t>blijkt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Prof. </w:t>
      </w:r>
      <w:r w:rsidR="005F6A5B">
        <w:rPr/>
        <w:t>Westermann</w:t>
      </w:r>
      <w:r w:rsidR="005F6A5B">
        <w:rPr/>
        <w:t xml:space="preserve"> </w:t>
      </w:r>
      <w:r w:rsidR="005F6A5B">
        <w:rPr/>
        <w:t>gebonden</w:t>
      </w:r>
      <w:r w:rsidR="005F6A5B">
        <w:rPr/>
        <w:t xml:space="preserve"> was </w:t>
      </w:r>
      <w:r w:rsidR="005F6A5B">
        <w:rPr/>
        <w:t>aan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Pr="6C968D7A" w:rsidR="005F6A5B">
        <w:rPr>
          <w:b w:val="1"/>
          <w:bCs w:val="1"/>
        </w:rPr>
        <w:t>universitair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verbod</w:t>
      </w:r>
      <w:r w:rsidRPr="6C968D7A" w:rsidR="005F6A5B">
        <w:rPr>
          <w:b w:val="1"/>
          <w:bCs w:val="1"/>
        </w:rPr>
        <w:t xml:space="preserve"> om </w:t>
      </w:r>
      <w:r w:rsidRPr="6C968D7A" w:rsidR="005F6A5B">
        <w:rPr>
          <w:b w:val="1"/>
          <w:bCs w:val="1"/>
        </w:rPr>
        <w:t>voorstellen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te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formuleren</w:t>
      </w:r>
      <w:r w:rsidRPr="6C968D7A" w:rsidR="005F6A5B">
        <w:rPr>
          <w:b w:val="1"/>
          <w:bCs w:val="1"/>
        </w:rPr>
        <w:t xml:space="preserve"> die </w:t>
      </w:r>
      <w:r w:rsidRPr="6C968D7A" w:rsidR="005F6A5B">
        <w:rPr>
          <w:b w:val="1"/>
          <w:bCs w:val="1"/>
        </w:rPr>
        <w:t>indruisen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tegen</w:t>
      </w:r>
      <w:r w:rsidRPr="6C968D7A" w:rsidR="005F6A5B">
        <w:rPr>
          <w:b w:val="1"/>
          <w:bCs w:val="1"/>
        </w:rPr>
        <w:t xml:space="preserve"> de </w:t>
      </w:r>
      <w:r w:rsidRPr="6C968D7A" w:rsidR="005F6A5B">
        <w:rPr>
          <w:b w:val="1"/>
          <w:bCs w:val="1"/>
        </w:rPr>
        <w:t>belangen</w:t>
      </w:r>
      <w:r w:rsidRPr="6C968D7A" w:rsidR="005F6A5B">
        <w:rPr>
          <w:b w:val="1"/>
          <w:bCs w:val="1"/>
        </w:rPr>
        <w:t xml:space="preserve"> van </w:t>
      </w:r>
      <w:r w:rsidRPr="6C968D7A" w:rsidR="005F6A5B">
        <w:rPr>
          <w:b w:val="1"/>
          <w:bCs w:val="1"/>
        </w:rPr>
        <w:t>netwerkoperatoren</w:t>
      </w:r>
      <w:r w:rsidR="005F6A5B">
        <w:rPr/>
        <w:t xml:space="preserve">. Het rapport </w:t>
      </w:r>
      <w:r w:rsidR="005F6A5B">
        <w:rPr/>
        <w:t>waarop</w:t>
      </w:r>
      <w:r w:rsidR="005F6A5B">
        <w:rPr/>
        <w:t xml:space="preserve"> de </w:t>
      </w:r>
      <w:r w:rsidR="005F6A5B">
        <w:rPr/>
        <w:t>Vlaamse</w:t>
      </w:r>
      <w:r w:rsidR="005F6A5B">
        <w:rPr/>
        <w:t xml:space="preserve"> </w:t>
      </w:r>
      <w:r w:rsidR="005F6A5B">
        <w:rPr/>
        <w:t>overheid</w:t>
      </w:r>
      <w:r w:rsidR="005F6A5B">
        <w:rPr/>
        <w:t xml:space="preserve"> de </w:t>
      </w:r>
      <w:r w:rsidR="005F6A5B">
        <w:rPr/>
        <w:t>afwijzing</w:t>
      </w:r>
      <w:r w:rsidR="005F6A5B">
        <w:rPr/>
        <w:t xml:space="preserve"> van het HVDC-</w:t>
      </w:r>
      <w:r w:rsidR="005F6A5B">
        <w:rPr/>
        <w:t>alternatief</w:t>
      </w:r>
      <w:r w:rsidR="005F6A5B">
        <w:rPr/>
        <w:t xml:space="preserve"> </w:t>
      </w:r>
      <w:r w:rsidR="005F6A5B">
        <w:rPr/>
        <w:t>mede</w:t>
      </w:r>
      <w:r w:rsidR="005F6A5B">
        <w:rPr/>
        <w:t xml:space="preserve"> </w:t>
      </w:r>
      <w:r w:rsidR="005F6A5B">
        <w:rPr/>
        <w:t>heeft</w:t>
      </w:r>
      <w:r w:rsidR="005F6A5B">
        <w:rPr/>
        <w:t xml:space="preserve"> </w:t>
      </w:r>
      <w:r w:rsidR="005F6A5B">
        <w:rPr/>
        <w:t>gebaseerd</w:t>
      </w:r>
      <w:r w:rsidR="005F6A5B">
        <w:rPr/>
        <w:t xml:space="preserve">, is </w:t>
      </w:r>
      <w:r w:rsidR="005F6A5B">
        <w:rPr/>
        <w:t>derhalve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opgesteld</w:t>
      </w:r>
      <w:r w:rsidR="005F6A5B">
        <w:rPr/>
        <w:t xml:space="preserve"> met de </w:t>
      </w:r>
      <w:r w:rsidR="005F6A5B">
        <w:rPr/>
        <w:t>vereiste</w:t>
      </w:r>
      <w:r w:rsidR="005F6A5B">
        <w:rPr/>
        <w:t xml:space="preserve"> </w:t>
      </w:r>
      <w:r w:rsidR="005F6A5B">
        <w:rPr/>
        <w:t>wetenschappelijke</w:t>
      </w:r>
      <w:r w:rsidR="005F6A5B">
        <w:rPr/>
        <w:t xml:space="preserve"> </w:t>
      </w:r>
      <w:r w:rsidR="005F6A5B">
        <w:rPr/>
        <w:t>onafhankelijkheid</w:t>
      </w:r>
      <w:r w:rsidR="005F6A5B">
        <w:rPr/>
        <w:t xml:space="preserve"> — de auteur </w:t>
      </w:r>
      <w:r w:rsidR="005F6A5B">
        <w:rPr/>
        <w:t>kon</w:t>
      </w:r>
      <w:r w:rsidR="005F6A5B">
        <w:rPr/>
        <w:t xml:space="preserve"> per </w:t>
      </w:r>
      <w:r w:rsidR="005F6A5B">
        <w:rPr/>
        <w:t>definitie</w:t>
      </w:r>
      <w:r w:rsidR="005F6A5B">
        <w:rPr/>
        <w:t xml:space="preserve"> </w:t>
      </w:r>
      <w:r w:rsidR="005F6A5B">
        <w:rPr/>
        <w:t>geen</w:t>
      </w:r>
      <w:r w:rsidR="005F6A5B">
        <w:rPr/>
        <w:t xml:space="preserve"> </w:t>
      </w:r>
      <w:r w:rsidR="005F6A5B">
        <w:rPr/>
        <w:t>conclusie</w:t>
      </w:r>
      <w:r w:rsidR="005F6A5B">
        <w:rPr/>
        <w:t xml:space="preserve"> </w:t>
      </w:r>
      <w:r w:rsidR="005F6A5B">
        <w:rPr/>
        <w:t>formuleren</w:t>
      </w:r>
      <w:r w:rsidR="005F6A5B">
        <w:rPr/>
        <w:t xml:space="preserve"> die </w:t>
      </w:r>
      <w:r w:rsidR="005F6A5B">
        <w:rPr/>
        <w:t>ongunstig</w:t>
      </w:r>
      <w:r w:rsidR="005F6A5B">
        <w:rPr/>
        <w:t xml:space="preserve"> was </w:t>
      </w:r>
      <w:r w:rsidR="005F6A5B">
        <w:rPr/>
        <w:t>voor</w:t>
      </w:r>
      <w:r w:rsidR="005F6A5B">
        <w:rPr/>
        <w:t xml:space="preserve"> de </w:t>
      </w:r>
      <w:r w:rsidR="005F6A5B">
        <w:rPr/>
        <w:t>transmissienetbeheerder</w:t>
      </w:r>
      <w:r w:rsidR="005F6A5B">
        <w:rPr/>
        <w:t xml:space="preserve"> Elia. Dit </w:t>
      </w:r>
      <w:r w:rsidR="005F6A5B">
        <w:rPr/>
        <w:t>ondermijnt</w:t>
      </w:r>
      <w:r w:rsidR="005F6A5B">
        <w:rPr/>
        <w:t xml:space="preserve"> de </w:t>
      </w:r>
      <w:r w:rsidR="005F6A5B">
        <w:rPr/>
        <w:t>motivering</w:t>
      </w:r>
      <w:r w:rsidR="005F6A5B">
        <w:rPr/>
        <w:t xml:space="preserve"> van de </w:t>
      </w:r>
      <w:r w:rsidR="005F6A5B">
        <w:rPr/>
        <w:t>technologiekeuze</w:t>
      </w:r>
      <w:r w:rsidR="005F6A5B">
        <w:rPr/>
        <w:t xml:space="preserve"> in </w:t>
      </w:r>
      <w:r w:rsidR="005F6A5B">
        <w:rPr/>
        <w:t>haar</w:t>
      </w:r>
      <w:r w:rsidR="005F6A5B">
        <w:rPr/>
        <w:t xml:space="preserve"> kern.</w:t>
      </w:r>
    </w:p>
    <w:p w:rsidR="009D758D" w:rsidRDefault="009D758D" w14:paraId="234B4CEF" w14:textId="5315AF5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9D758D" w:rsidTr="6C968D7A" w14:paraId="0513787C" w14:textId="77777777">
        <w:tc>
          <w:tcPr>
            <w:tcW w:w="4703" w:type="dxa"/>
            <w:shd w:val="clear" w:color="auto" w:fill="244061" w:themeFill="accent1" w:themeFillShade="80"/>
            <w:tcMar/>
          </w:tcPr>
          <w:p w:rsidR="009D758D" w:rsidRDefault="005F6A5B" w14:paraId="049DEFC1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Punt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Westermann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(2022)</w:t>
            </w:r>
          </w:p>
        </w:tc>
        <w:tc>
          <w:tcPr>
            <w:tcW w:w="4703" w:type="dxa"/>
            <w:shd w:val="clear" w:color="auto" w:fill="244061" w:themeFill="accent1" w:themeFillShade="80"/>
            <w:tcMar/>
          </w:tcPr>
          <w:p w:rsidR="009D758D" w:rsidRDefault="005F6A5B" w14:paraId="44ACDB35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Status 2026</w:t>
            </w:r>
          </w:p>
        </w:tc>
      </w:tr>
      <w:tr w:rsidR="009D758D" w:rsidTr="6C968D7A" w14:paraId="49636402" w14:textId="77777777">
        <w:tc>
          <w:tcPr>
            <w:tcW w:w="4703" w:type="dxa"/>
            <w:shd w:val="clear" w:color="auto" w:fill="F2F6FC"/>
            <w:tcMar/>
          </w:tcPr>
          <w:p w:rsidR="009D758D" w:rsidRDefault="005F6A5B" w14:paraId="7173490C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"Geen </w:t>
            </w:r>
            <w:r w:rsidRPr="6C968D7A" w:rsidR="005F6A5B">
              <w:rPr>
                <w:sz w:val="19"/>
                <w:szCs w:val="19"/>
              </w:rPr>
              <w:t>operationele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ervaring</w:t>
            </w:r>
            <w:r w:rsidRPr="6C968D7A" w:rsidR="005F6A5B">
              <w:rPr>
                <w:sz w:val="19"/>
                <w:szCs w:val="19"/>
              </w:rPr>
              <w:t xml:space="preserve"> met 3 GW HVDC-</w:t>
            </w:r>
            <w:r w:rsidRPr="6C968D7A" w:rsidR="005F6A5B">
              <w:rPr>
                <w:sz w:val="19"/>
                <w:szCs w:val="19"/>
              </w:rPr>
              <w:t>landkabels</w:t>
            </w:r>
            <w:r w:rsidRPr="6C968D7A" w:rsidR="005F6A5B">
              <w:rPr>
                <w:sz w:val="19"/>
                <w:szCs w:val="19"/>
              </w:rPr>
              <w:t>"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6C122221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TenneT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bouwt</w:t>
            </w:r>
            <w:r w:rsidRPr="6C968D7A" w:rsidR="005F6A5B">
              <w:rPr>
                <w:sz w:val="19"/>
                <w:szCs w:val="19"/>
              </w:rPr>
              <w:t xml:space="preserve"> 11 x 2 GW </w:t>
            </w:r>
            <w:r w:rsidRPr="6C968D7A" w:rsidR="005F6A5B">
              <w:rPr>
                <w:sz w:val="19"/>
                <w:szCs w:val="19"/>
              </w:rPr>
              <w:t>systemen</w:t>
            </w:r>
            <w:r w:rsidRPr="6C968D7A" w:rsidR="005F6A5B">
              <w:rPr>
                <w:sz w:val="19"/>
                <w:szCs w:val="19"/>
              </w:rPr>
              <w:t xml:space="preserve">; </w:t>
            </w:r>
            <w:r w:rsidRPr="6C968D7A" w:rsidR="005F6A5B">
              <w:rPr>
                <w:sz w:val="19"/>
                <w:szCs w:val="19"/>
              </w:rPr>
              <w:t>SuedOstLink</w:t>
            </w:r>
            <w:r w:rsidRPr="6C968D7A" w:rsidR="005F6A5B">
              <w:rPr>
                <w:sz w:val="19"/>
                <w:szCs w:val="19"/>
              </w:rPr>
              <w:t xml:space="preserve"> in </w:t>
            </w:r>
            <w:r w:rsidRPr="6C968D7A" w:rsidR="005F6A5B">
              <w:rPr>
                <w:sz w:val="19"/>
                <w:szCs w:val="19"/>
              </w:rPr>
              <w:t>aanbouw</w:t>
            </w:r>
          </w:p>
        </w:tc>
      </w:tr>
      <w:tr w:rsidR="009D758D" w:rsidTr="6C968D7A" w14:paraId="5873836C" w14:textId="77777777">
        <w:tc>
          <w:tcPr>
            <w:tcW w:w="4703" w:type="dxa"/>
            <w:tcMar/>
          </w:tcPr>
          <w:p w:rsidR="009D758D" w:rsidRDefault="005F6A5B" w14:paraId="436CF622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"Multi-terminal is </w:t>
            </w:r>
            <w:r w:rsidRPr="6C968D7A" w:rsidR="005F6A5B">
              <w:rPr>
                <w:sz w:val="19"/>
                <w:szCs w:val="19"/>
              </w:rPr>
              <w:t>nog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niet</w:t>
            </w:r>
            <w:r w:rsidRPr="6C968D7A" w:rsidR="005F6A5B">
              <w:rPr>
                <w:sz w:val="19"/>
                <w:szCs w:val="19"/>
              </w:rPr>
              <w:t xml:space="preserve"> state-of-</w:t>
            </w:r>
            <w:r w:rsidRPr="6C968D7A" w:rsidR="005F6A5B">
              <w:rPr>
                <w:sz w:val="19"/>
                <w:szCs w:val="19"/>
              </w:rPr>
              <w:t>the</w:t>
            </w:r>
            <w:r w:rsidRPr="6C968D7A" w:rsidR="005F6A5B">
              <w:rPr>
                <w:sz w:val="19"/>
                <w:szCs w:val="19"/>
              </w:rPr>
              <w:t>-art"</w:t>
            </w:r>
          </w:p>
        </w:tc>
        <w:tc>
          <w:tcPr>
            <w:tcW w:w="4703" w:type="dxa"/>
            <w:tcMar/>
          </w:tcPr>
          <w:p w:rsidR="009D758D" w:rsidRDefault="005F6A5B" w14:paraId="32E81BB4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Caithness-Moray-Shetland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operationeel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sinds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aug</w:t>
            </w:r>
            <w:r w:rsidRPr="6C968D7A" w:rsidR="005F6A5B">
              <w:rPr>
                <w:sz w:val="19"/>
                <w:szCs w:val="19"/>
              </w:rPr>
              <w:t xml:space="preserve"> 2024</w:t>
            </w:r>
          </w:p>
        </w:tc>
      </w:tr>
      <w:tr w:rsidR="009D758D" w:rsidTr="6C968D7A" w14:paraId="1BB297B3" w14:textId="77777777">
        <w:tc>
          <w:tcPr>
            <w:tcW w:w="4703" w:type="dxa"/>
            <w:shd w:val="clear" w:color="auto" w:fill="F2F6FC"/>
            <w:tcMar/>
          </w:tcPr>
          <w:p w:rsidR="009D758D" w:rsidRDefault="005F6A5B" w14:paraId="06DB7501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"</w:t>
            </w:r>
            <w:r w:rsidRPr="6C968D7A" w:rsidR="005F6A5B">
              <w:rPr>
                <w:sz w:val="19"/>
                <w:szCs w:val="19"/>
              </w:rPr>
              <w:t>Grid-forming</w:t>
            </w:r>
            <w:r w:rsidRPr="6C968D7A" w:rsidR="005F6A5B">
              <w:rPr>
                <w:sz w:val="19"/>
                <w:szCs w:val="19"/>
              </w:rPr>
              <w:t xml:space="preserve"> mode </w:t>
            </w:r>
            <w:r w:rsidRPr="6C968D7A" w:rsidR="005F6A5B">
              <w:rPr>
                <w:sz w:val="19"/>
                <w:szCs w:val="19"/>
              </w:rPr>
              <w:t>nog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meerdere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jaren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ontwikkeling</w:t>
            </w:r>
            <w:r w:rsidRPr="6C968D7A" w:rsidR="005F6A5B">
              <w:rPr>
                <w:sz w:val="19"/>
                <w:szCs w:val="19"/>
              </w:rPr>
              <w:t>"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4648FF35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Technologie </w:t>
            </w:r>
            <w:r w:rsidRPr="6C968D7A" w:rsidR="005F6A5B">
              <w:rPr>
                <w:sz w:val="19"/>
                <w:szCs w:val="19"/>
              </w:rPr>
              <w:t>vordert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snel</w:t>
            </w:r>
            <w:r w:rsidRPr="6C968D7A" w:rsidR="005F6A5B">
              <w:rPr>
                <w:sz w:val="19"/>
                <w:szCs w:val="19"/>
              </w:rPr>
              <w:t xml:space="preserve">, </w:t>
            </w:r>
            <w:r w:rsidRPr="6C968D7A" w:rsidR="005F6A5B">
              <w:rPr>
                <w:sz w:val="19"/>
                <w:szCs w:val="19"/>
              </w:rPr>
              <w:t>meerdere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testprojecten</w:t>
            </w:r>
          </w:p>
        </w:tc>
      </w:tr>
      <w:tr w:rsidR="009D758D" w:rsidTr="6C968D7A" w14:paraId="31D1EB88" w14:textId="77777777">
        <w:tc>
          <w:tcPr>
            <w:tcW w:w="4703" w:type="dxa"/>
            <w:tcMar/>
          </w:tcPr>
          <w:p w:rsidR="009D758D" w:rsidRDefault="005F6A5B" w14:paraId="3DF30295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"Risico op </w:t>
            </w:r>
            <w:r w:rsidRPr="6C968D7A" w:rsidR="005F6A5B">
              <w:rPr>
                <w:sz w:val="19"/>
                <w:szCs w:val="19"/>
              </w:rPr>
              <w:t>sunk</w:t>
            </w:r>
            <w:r w:rsidRPr="6C968D7A" w:rsidR="005F6A5B">
              <w:rPr>
                <w:sz w:val="19"/>
                <w:szCs w:val="19"/>
              </w:rPr>
              <w:t xml:space="preserve"> investment door </w:t>
            </w:r>
            <w:r w:rsidRPr="6C968D7A" w:rsidR="005F6A5B">
              <w:rPr>
                <w:sz w:val="19"/>
                <w:szCs w:val="19"/>
              </w:rPr>
              <w:t>ontbreken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standaardtechnologie</w:t>
            </w:r>
            <w:r w:rsidRPr="6C968D7A" w:rsidR="005F6A5B">
              <w:rPr>
                <w:sz w:val="19"/>
                <w:szCs w:val="19"/>
              </w:rPr>
              <w:t>"</w:t>
            </w:r>
          </w:p>
        </w:tc>
        <w:tc>
          <w:tcPr>
            <w:tcW w:w="4703" w:type="dxa"/>
            <w:tcMar/>
          </w:tcPr>
          <w:p w:rsidR="009D758D" w:rsidP="6C968D7A" w:rsidRDefault="005F6A5B" w14:paraId="7743AA0E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2 GW HVDC </w:t>
            </w:r>
            <w:r w:rsidRPr="6C968D7A" w:rsidR="005F6A5B">
              <w:rPr>
                <w:sz w:val="19"/>
                <w:szCs w:val="19"/>
              </w:rPr>
              <w:t>ondergronds</w:t>
            </w:r>
            <w:r w:rsidRPr="6C968D7A" w:rsidR="005F6A5B">
              <w:rPr>
                <w:sz w:val="19"/>
                <w:szCs w:val="19"/>
              </w:rPr>
              <w:t xml:space="preserve"> is nu </w:t>
            </w:r>
            <w:r w:rsidRPr="6C968D7A" w:rsidR="005F6A5B">
              <w:rPr>
                <w:sz w:val="19"/>
                <w:szCs w:val="19"/>
              </w:rPr>
              <w:t>industriestandaard</w:t>
            </w:r>
            <w:r w:rsidRPr="6C968D7A" w:rsidR="005F6A5B">
              <w:rPr>
                <w:sz w:val="19"/>
                <w:szCs w:val="19"/>
              </w:rPr>
              <w:t xml:space="preserve"> (</w:t>
            </w:r>
            <w:r w:rsidRPr="6C968D7A" w:rsidR="005F6A5B">
              <w:rPr>
                <w:sz w:val="19"/>
                <w:szCs w:val="19"/>
              </w:rPr>
              <w:t>TenneT</w:t>
            </w:r>
            <w:r w:rsidRPr="6C968D7A" w:rsidR="005F6A5B">
              <w:rPr>
                <w:sz w:val="19"/>
                <w:szCs w:val="19"/>
              </w:rPr>
              <w:t xml:space="preserve">, 50Hertz); </w:t>
            </w:r>
            <w:r w:rsidRPr="6C968D7A" w:rsidR="005F6A5B">
              <w:rPr>
                <w:sz w:val="19"/>
                <w:szCs w:val="19"/>
              </w:rPr>
              <w:t>publicaties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bevestigen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gestandaardiseerde</w:t>
            </w:r>
            <w:r w:rsidRPr="6C968D7A" w:rsidR="005F6A5B">
              <w:rPr>
                <w:sz w:val="19"/>
                <w:szCs w:val="19"/>
              </w:rPr>
              <w:t xml:space="preserve"> 525 kV XLPE HVDC-</w:t>
            </w:r>
            <w:r w:rsidRPr="6C968D7A" w:rsidR="005F6A5B">
              <w:rPr>
                <w:sz w:val="19"/>
                <w:szCs w:val="19"/>
              </w:rPr>
              <w:t>kabeltechnologie</w:t>
            </w:r>
          </w:p>
        </w:tc>
      </w:tr>
    </w:tbl>
    <w:p w:rsidR="009D758D" w:rsidRDefault="009D758D" w14:paraId="41C8F396" w14:textId="77777777"/>
    <w:p w:rsidR="009D758D" w:rsidP="6C968D7A" w:rsidRDefault="005F6A5B" w14:paraId="64ED64FA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>(</w:t>
      </w:r>
      <w:r w:rsidRPr="6C968D7A" w:rsidR="005F6A5B">
        <w:rPr>
          <w:b w:val="1"/>
          <w:bCs w:val="1"/>
        </w:rPr>
        <w:t>i</w:t>
      </w:r>
      <w:r w:rsidRPr="6C968D7A" w:rsidR="005F6A5B">
        <w:rPr>
          <w:b w:val="1"/>
          <w:bCs w:val="1"/>
        </w:rPr>
        <w:t>) Het "</w:t>
      </w:r>
      <w:r w:rsidRPr="6C968D7A" w:rsidR="005F6A5B">
        <w:rPr>
          <w:b w:val="1"/>
          <w:bCs w:val="1"/>
        </w:rPr>
        <w:t>Prepare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for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Future</w:t>
      </w:r>
      <w:r w:rsidRPr="6C968D7A" w:rsidR="005F6A5B">
        <w:rPr>
          <w:b w:val="1"/>
          <w:bCs w:val="1"/>
        </w:rPr>
        <w:t xml:space="preserve">"-concept van Prof. Van </w:t>
      </w:r>
      <w:r w:rsidRPr="6C968D7A" w:rsidR="005F6A5B">
        <w:rPr>
          <w:b w:val="1"/>
          <w:bCs w:val="1"/>
        </w:rPr>
        <w:t>Hertem</w:t>
      </w:r>
      <w:r w:rsidRPr="6C968D7A" w:rsidR="005F6A5B">
        <w:rPr>
          <w:b w:val="1"/>
          <w:bCs w:val="1"/>
        </w:rPr>
        <w:t xml:space="preserve"> (KU Leuven) nooit </w:t>
      </w:r>
      <w:r w:rsidRPr="6C968D7A" w:rsidR="005F6A5B">
        <w:rPr>
          <w:b w:val="1"/>
          <w:bCs w:val="1"/>
        </w:rPr>
        <w:t>onderzocht</w:t>
      </w:r>
    </w:p>
    <w:p w:rsidR="009D758D" w:rsidRDefault="005F6A5B" w14:paraId="4B4FA34B" w14:textId="77777777">
      <w:r w:rsidR="005F6A5B">
        <w:rPr/>
        <w:t xml:space="preserve">Professor Dirk Van </w:t>
      </w:r>
      <w:r w:rsidR="005F6A5B">
        <w:rPr/>
        <w:t>Hertem</w:t>
      </w:r>
      <w:r w:rsidR="005F6A5B">
        <w:rPr/>
        <w:t xml:space="preserve"> (KU Leuven) </w:t>
      </w:r>
      <w:r w:rsidR="005F6A5B">
        <w:rPr/>
        <w:t>ontwierp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volledig</w:t>
      </w:r>
      <w:r w:rsidR="005F6A5B">
        <w:rPr/>
        <w:t xml:space="preserve"> </w:t>
      </w:r>
      <w:r w:rsidR="005F6A5B">
        <w:rPr/>
        <w:t>ondergronds</w:t>
      </w:r>
      <w:r w:rsidR="005F6A5B">
        <w:rPr/>
        <w:t xml:space="preserve"> HVDC-concept ("</w:t>
      </w:r>
      <w:r w:rsidR="005F6A5B">
        <w:rPr/>
        <w:t>Prepare</w:t>
      </w:r>
      <w:r w:rsidR="005F6A5B">
        <w:rPr/>
        <w:t xml:space="preserve"> </w:t>
      </w:r>
      <w:r w:rsidR="005F6A5B">
        <w:rPr/>
        <w:t>for</w:t>
      </w:r>
      <w:r w:rsidR="005F6A5B">
        <w:rPr/>
        <w:t xml:space="preserve"> </w:t>
      </w:r>
      <w:r w:rsidR="005F6A5B">
        <w:rPr/>
        <w:t>Future</w:t>
      </w:r>
      <w:r w:rsidR="005F6A5B">
        <w:rPr/>
        <w:t xml:space="preserve">") </w:t>
      </w:r>
      <w:r w:rsidR="005F6A5B">
        <w:rPr/>
        <w:t>dat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ondergronds</w:t>
      </w:r>
      <w:r w:rsidR="005F6A5B">
        <w:rPr/>
        <w:t xml:space="preserve"> </w:t>
      </w:r>
      <w:r w:rsidR="005F6A5B">
        <w:rPr/>
        <w:t>gelijkstroomnetwerk</w:t>
      </w:r>
      <w:r w:rsidR="005F6A5B">
        <w:rPr/>
        <w:t xml:space="preserve"> </w:t>
      </w:r>
      <w:r w:rsidR="005F6A5B">
        <w:rPr/>
        <w:t>omvat</w:t>
      </w:r>
      <w:r w:rsidR="005F6A5B">
        <w:rPr/>
        <w:t xml:space="preserve"> met </w:t>
      </w:r>
      <w:r w:rsidR="005F6A5B">
        <w:rPr/>
        <w:t>ondergrondse</w:t>
      </w:r>
      <w:r w:rsidR="005F6A5B">
        <w:rPr/>
        <w:t xml:space="preserve"> </w:t>
      </w:r>
      <w:r w:rsidR="005F6A5B">
        <w:rPr/>
        <w:t>aansluiting</w:t>
      </w:r>
      <w:r w:rsidR="005F6A5B">
        <w:rPr/>
        <w:t xml:space="preserve"> op het </w:t>
      </w:r>
      <w:r w:rsidR="005F6A5B">
        <w:rPr/>
        <w:t>bestaande</w:t>
      </w:r>
      <w:r w:rsidR="005F6A5B">
        <w:rPr/>
        <w:t xml:space="preserve"> net. Dit concept </w:t>
      </w:r>
      <w:r w:rsidR="005F6A5B">
        <w:rPr/>
        <w:t>werd</w:t>
      </w:r>
      <w:r w:rsidR="005F6A5B">
        <w:rPr/>
        <w:t xml:space="preserve"> </w:t>
      </w:r>
      <w:r w:rsidRPr="6C968D7A" w:rsidR="005F6A5B">
        <w:rPr>
          <w:b w:val="1"/>
          <w:bCs w:val="1"/>
        </w:rPr>
        <w:t xml:space="preserve">nooit </w:t>
      </w:r>
      <w:r w:rsidRPr="6C968D7A" w:rsidR="005F6A5B">
        <w:rPr>
          <w:b w:val="1"/>
          <w:bCs w:val="1"/>
        </w:rPr>
        <w:t>volwaardig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onderzocht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alternatief</w:t>
      </w:r>
      <w:r w:rsidR="005F6A5B">
        <w:rPr/>
        <w:t xml:space="preserve">, </w:t>
      </w:r>
      <w:r w:rsidR="005F6A5B">
        <w:rPr/>
        <w:t>hetgeen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fundamentele</w:t>
      </w:r>
      <w:r w:rsidR="005F6A5B">
        <w:rPr/>
        <w:t xml:space="preserve"> </w:t>
      </w:r>
      <w:r w:rsidR="005F6A5B">
        <w:rPr/>
        <w:t>tekortkoming</w:t>
      </w:r>
      <w:r w:rsidR="005F6A5B">
        <w:rPr/>
        <w:t xml:space="preserve"> </w:t>
      </w:r>
      <w:r w:rsidR="005F6A5B">
        <w:rPr/>
        <w:t>vormt</w:t>
      </w:r>
      <w:r w:rsidR="005F6A5B">
        <w:rPr/>
        <w:t xml:space="preserve"> in de </w:t>
      </w:r>
      <w:r w:rsidR="005F6A5B">
        <w:rPr/>
        <w:t>alternatieven</w:t>
      </w:r>
      <w:r w:rsidR="005F6A5B">
        <w:rPr/>
        <w:t xml:space="preserve"> </w:t>
      </w:r>
      <w:r w:rsidR="005F6A5B">
        <w:rPr/>
        <w:t>analyse</w:t>
      </w:r>
      <w:r w:rsidR="005F6A5B">
        <w:rPr/>
        <w:t>.</w:t>
      </w:r>
    </w:p>
    <w:p w:rsidR="009D758D" w:rsidRDefault="005F6A5B" w14:paraId="26587BC7" w14:textId="77777777">
      <w:r w:rsidRPr="6C968D7A" w:rsidR="005F6A5B">
        <w:rPr>
          <w:b w:val="1"/>
          <w:bCs w:val="1"/>
        </w:rPr>
        <w:t>Conclusie</w:t>
      </w:r>
      <w:r w:rsidRPr="6C968D7A" w:rsidR="005F6A5B">
        <w:rPr>
          <w:b w:val="1"/>
          <w:bCs w:val="1"/>
        </w:rPr>
        <w:t>:</w:t>
      </w:r>
      <w:r w:rsidR="005F6A5B">
        <w:rPr/>
        <w:t xml:space="preserve"> De "</w:t>
      </w:r>
      <w:r w:rsidR="005F6A5B">
        <w:rPr/>
        <w:t>dubbelcheck</w:t>
      </w:r>
      <w:r w:rsidR="005F6A5B">
        <w:rPr/>
        <w:t xml:space="preserve">" </w:t>
      </w:r>
      <w:r w:rsidR="005F6A5B">
        <w:rPr/>
        <w:t>uit</w:t>
      </w:r>
      <w:r w:rsidR="005F6A5B">
        <w:rPr/>
        <w:t xml:space="preserve"> 2022 die HVDC </w:t>
      </w:r>
      <w:r w:rsidR="005F6A5B">
        <w:rPr/>
        <w:t>als</w:t>
      </w:r>
      <w:r w:rsidR="005F6A5B">
        <w:rPr/>
        <w:t xml:space="preserve"> </w:t>
      </w:r>
      <w:r w:rsidR="005F6A5B">
        <w:rPr/>
        <w:t>alternatief</w:t>
      </w:r>
      <w:r w:rsidR="005F6A5B">
        <w:rPr/>
        <w:t xml:space="preserve"> </w:t>
      </w:r>
      <w:r w:rsidR="005F6A5B">
        <w:rPr/>
        <w:t>afwees</w:t>
      </w:r>
      <w:r w:rsidR="005F6A5B">
        <w:rPr/>
        <w:t xml:space="preserve">, is door de </w:t>
      </w:r>
      <w:r w:rsidR="005F6A5B">
        <w:rPr/>
        <w:t>hierboven</w:t>
      </w:r>
      <w:r w:rsidR="005F6A5B">
        <w:rPr/>
        <w:t xml:space="preserve"> </w:t>
      </w:r>
      <w:r w:rsidR="005F6A5B">
        <w:rPr/>
        <w:t>beschreven</w:t>
      </w:r>
      <w:r w:rsidR="005F6A5B">
        <w:rPr/>
        <w:t xml:space="preserve"> </w:t>
      </w:r>
      <w:r w:rsidR="005F6A5B">
        <w:rPr/>
        <w:t>ontwikkelingen</w:t>
      </w:r>
      <w:r w:rsidR="005F6A5B">
        <w:rPr/>
        <w:t xml:space="preserve"> </w:t>
      </w:r>
      <w:r w:rsidR="005F6A5B">
        <w:rPr/>
        <w:t>inhoudelijk</w:t>
      </w:r>
      <w:r w:rsidR="005F6A5B">
        <w:rPr/>
        <w:t xml:space="preserve"> </w:t>
      </w:r>
      <w:r w:rsidR="005F6A5B">
        <w:rPr/>
        <w:t>achterhaald</w:t>
      </w:r>
      <w:r w:rsidR="005F6A5B">
        <w:rPr/>
        <w:t xml:space="preserve">. Het rapport </w:t>
      </w:r>
      <w:r w:rsidR="005F6A5B">
        <w:rPr/>
        <w:t>Westermann</w:t>
      </w:r>
      <w:r w:rsidR="005F6A5B">
        <w:rPr/>
        <w:t xml:space="preserve">, </w:t>
      </w:r>
      <w:r w:rsidR="005F6A5B">
        <w:rPr/>
        <w:t>waarop</w:t>
      </w:r>
      <w:r w:rsidR="005F6A5B">
        <w:rPr/>
        <w:t xml:space="preserve"> de </w:t>
      </w:r>
      <w:r w:rsidR="005F6A5B">
        <w:rPr/>
        <w:t>afwijzing</w:t>
      </w:r>
      <w:r w:rsidR="005F6A5B">
        <w:rPr/>
        <w:t xml:space="preserve"> </w:t>
      </w:r>
      <w:r w:rsidR="005F6A5B">
        <w:rPr/>
        <w:t>mede</w:t>
      </w:r>
      <w:r w:rsidR="005F6A5B">
        <w:rPr/>
        <w:t xml:space="preserve"> was </w:t>
      </w:r>
      <w:r w:rsidR="005F6A5B">
        <w:rPr/>
        <w:t>gebaseerd</w:t>
      </w:r>
      <w:r w:rsidR="005F6A5B">
        <w:rPr/>
        <w:t>, is</w:t>
      </w:r>
      <w:r w:rsidR="005F6A5B">
        <w:rPr/>
        <w:t xml:space="preserve"> op </w:t>
      </w:r>
      <w:r w:rsidR="005F6A5B">
        <w:rPr/>
        <w:t>meerdere</w:t>
      </w:r>
      <w:r w:rsidR="005F6A5B">
        <w:rPr/>
        <w:t xml:space="preserve"> </w:t>
      </w:r>
      <w:r w:rsidR="005F6A5B">
        <w:rPr/>
        <w:t>punten</w:t>
      </w:r>
      <w:r w:rsidR="005F6A5B">
        <w:rPr/>
        <w:t xml:space="preserve"> </w:t>
      </w:r>
      <w:r w:rsidR="005F6A5B">
        <w:rPr/>
        <w:t>weerlegd</w:t>
      </w:r>
      <w:r w:rsidR="005F6A5B">
        <w:rPr/>
        <w:t xml:space="preserve"> door </w:t>
      </w:r>
      <w:r w:rsidR="005F6A5B">
        <w:rPr/>
        <w:t>operationele</w:t>
      </w:r>
      <w:r w:rsidR="005F6A5B">
        <w:rPr/>
        <w:t xml:space="preserve"> </w:t>
      </w:r>
      <w:r w:rsidR="005F6A5B">
        <w:rPr/>
        <w:t>projecten</w:t>
      </w:r>
      <w:r w:rsidR="005F6A5B">
        <w:rPr/>
        <w:t xml:space="preserve">. Het </w:t>
      </w:r>
      <w:r w:rsidR="005F6A5B">
        <w:rPr/>
        <w:t>nalaten</w:t>
      </w:r>
      <w:r w:rsidR="005F6A5B">
        <w:rPr/>
        <w:t xml:space="preserve"> om </w:t>
      </w:r>
      <w:r w:rsidR="005F6A5B">
        <w:rPr/>
        <w:t>deze</w:t>
      </w:r>
      <w:r w:rsidR="005F6A5B">
        <w:rPr/>
        <w:t xml:space="preserve"> </w:t>
      </w:r>
      <w:r w:rsidR="005F6A5B">
        <w:rPr/>
        <w:t>ontwikkelingen</w:t>
      </w:r>
      <w:r w:rsidR="005F6A5B">
        <w:rPr/>
        <w:t xml:space="preserve"> mee </w:t>
      </w:r>
      <w:r w:rsidR="005F6A5B">
        <w:rPr/>
        <w:t>te</w:t>
      </w:r>
      <w:r w:rsidR="005F6A5B">
        <w:rPr/>
        <w:t xml:space="preserve"> </w:t>
      </w:r>
      <w:r w:rsidR="005F6A5B">
        <w:rPr/>
        <w:t>nemen</w:t>
      </w:r>
      <w:r w:rsidR="005F6A5B">
        <w:rPr/>
        <w:t xml:space="preserve"> in </w:t>
      </w:r>
      <w:r w:rsidR="005F6A5B">
        <w:rPr/>
        <w:t>een</w:t>
      </w:r>
      <w:r w:rsidR="005F6A5B">
        <w:rPr/>
        <w:t xml:space="preserve"> </w:t>
      </w:r>
      <w:r w:rsidR="005F6A5B">
        <w:rPr/>
        <w:t>geactualiseerd</w:t>
      </w:r>
      <w:r w:rsidR="005F6A5B">
        <w:rPr/>
        <w:t xml:space="preserve"> </w:t>
      </w:r>
      <w:r w:rsidR="005F6A5B">
        <w:rPr/>
        <w:t>alternatieven-onderzoek</w:t>
      </w:r>
      <w:r w:rsidR="005F6A5B">
        <w:rPr/>
        <w:t xml:space="preserve"> op </w:t>
      </w:r>
      <w:r w:rsidR="005F6A5B">
        <w:rPr/>
        <w:t>projectniveau</w:t>
      </w:r>
      <w:r w:rsidR="005F6A5B">
        <w:rPr/>
        <w:t xml:space="preserve"> is in </w:t>
      </w:r>
      <w:r w:rsidR="005F6A5B">
        <w:rPr/>
        <w:t>strijd</w:t>
      </w:r>
      <w:r w:rsidR="005F6A5B">
        <w:rPr/>
        <w:t xml:space="preserve"> met art. 4.3.7 DABM </w:t>
      </w:r>
      <w:r w:rsidR="005F6A5B">
        <w:rPr/>
        <w:t>en</w:t>
      </w:r>
      <w:r w:rsidR="005F6A5B">
        <w:rPr/>
        <w:t xml:space="preserve"> art. 5(1)(d) MER-</w:t>
      </w:r>
      <w:r w:rsidR="005F6A5B">
        <w:rPr/>
        <w:t>richtlijn</w:t>
      </w:r>
      <w:r w:rsidR="005F6A5B">
        <w:rPr/>
        <w:t xml:space="preserve"> 2014/52/EU. De </w:t>
      </w:r>
      <w:r w:rsidR="005F6A5B">
        <w:rPr/>
        <w:t>vergunningverlenende</w:t>
      </w:r>
      <w:r w:rsidR="005F6A5B">
        <w:rPr/>
        <w:t xml:space="preserve"> </w:t>
      </w:r>
      <w:r w:rsidR="005F6A5B">
        <w:rPr/>
        <w:t>overheid</w:t>
      </w:r>
      <w:r w:rsidR="005F6A5B">
        <w:rPr/>
        <w:t xml:space="preserve"> </w:t>
      </w:r>
      <w:r w:rsidR="005F6A5B">
        <w:rPr/>
        <w:t>kan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voorbijgaan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het </w:t>
      </w:r>
      <w:r w:rsidR="005F6A5B">
        <w:rPr/>
        <w:t>feit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de </w:t>
      </w:r>
      <w:r w:rsidR="005F6A5B">
        <w:rPr/>
        <w:t>moedermaatschappij</w:t>
      </w:r>
      <w:r w:rsidR="005F6A5B">
        <w:rPr/>
        <w:t xml:space="preserve"> van de </w:t>
      </w:r>
      <w:r w:rsidR="005F6A5B">
        <w:rPr/>
        <w:t>aanvrager</w:t>
      </w:r>
      <w:r w:rsidR="005F6A5B">
        <w:rPr/>
        <w:t xml:space="preserve"> (Elia Group) via </w:t>
      </w:r>
      <w:r w:rsidR="005F6A5B">
        <w:rPr/>
        <w:t>haar</w:t>
      </w:r>
      <w:r w:rsidR="005F6A5B">
        <w:rPr/>
        <w:t xml:space="preserve"> </w:t>
      </w:r>
      <w:r w:rsidR="005F6A5B">
        <w:rPr/>
        <w:t>dochter</w:t>
      </w:r>
      <w:r w:rsidR="005F6A5B">
        <w:rPr/>
        <w:t xml:space="preserve"> 50Hertz </w:t>
      </w:r>
      <w:r w:rsidR="005F6A5B">
        <w:rPr/>
        <w:t>actief</w:t>
      </w:r>
      <w:r w:rsidR="005F6A5B">
        <w:rPr/>
        <w:t xml:space="preserve"> </w:t>
      </w:r>
      <w:r w:rsidR="005F6A5B">
        <w:rPr/>
        <w:t>investeert</w:t>
      </w:r>
      <w:r w:rsidR="005F6A5B">
        <w:rPr/>
        <w:t xml:space="preserve"> in </w:t>
      </w:r>
      <w:r w:rsidR="005F6A5B">
        <w:rPr/>
        <w:t>precies</w:t>
      </w:r>
      <w:r w:rsidR="005F6A5B">
        <w:rPr/>
        <w:t xml:space="preserve"> de </w:t>
      </w:r>
      <w:r w:rsidR="005F6A5B">
        <w:rPr/>
        <w:t>technologie</w:t>
      </w:r>
      <w:r w:rsidR="005F6A5B">
        <w:rPr/>
        <w:t xml:space="preserve"> die </w:t>
      </w:r>
      <w:r w:rsidR="005F6A5B">
        <w:rPr/>
        <w:t>zij</w:t>
      </w:r>
      <w:r w:rsidR="005F6A5B">
        <w:rPr/>
        <w:t xml:space="preserve"> in </w:t>
      </w:r>
      <w:r w:rsidR="005F6A5B">
        <w:rPr/>
        <w:t>België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niet-haalbaar</w:t>
      </w:r>
      <w:r w:rsidR="005F6A5B">
        <w:rPr/>
        <w:t xml:space="preserve"> </w:t>
      </w:r>
      <w:r w:rsidR="005F6A5B">
        <w:rPr/>
        <w:t>presenteert</w:t>
      </w:r>
      <w:r w:rsidR="005F6A5B">
        <w:rPr/>
        <w:t>.</w:t>
      </w:r>
    </w:p>
    <w:p w:rsidR="009D758D" w:rsidRDefault="005F6A5B" w14:paraId="1683CF66" w14:textId="77777777">
      <w:pPr>
        <w:pStyle w:val="Heading4"/>
      </w:pPr>
      <w:r w:rsidR="005F6A5B">
        <w:rPr/>
        <w:t xml:space="preserve">3.1.2 </w:t>
      </w:r>
      <w:r w:rsidR="005F6A5B">
        <w:rPr/>
        <w:t>Plandoelstellingen</w:t>
      </w:r>
      <w:r w:rsidR="005F6A5B">
        <w:rPr/>
        <w:t xml:space="preserve"> </w:t>
      </w:r>
      <w:r w:rsidR="005F6A5B">
        <w:rPr/>
        <w:t>sluiten</w:t>
      </w:r>
      <w:r w:rsidR="005F6A5B">
        <w:rPr/>
        <w:t xml:space="preserve"> HVDC op </w:t>
      </w:r>
      <w:r w:rsidR="005F6A5B">
        <w:rPr/>
        <w:t>voorhand</w:t>
      </w:r>
      <w:r w:rsidR="005F6A5B">
        <w:rPr/>
        <w:t xml:space="preserve"> </w:t>
      </w:r>
      <w:r w:rsidR="005F6A5B">
        <w:rPr/>
        <w:t>uit</w:t>
      </w:r>
      <w:r w:rsidR="005F6A5B">
        <w:rPr/>
        <w:t xml:space="preserve"> — </w:t>
      </w:r>
      <w:r w:rsidR="005F6A5B">
        <w:rPr/>
        <w:t>voorafname</w:t>
      </w:r>
      <w:r w:rsidR="005F6A5B">
        <w:rPr/>
        <w:t xml:space="preserve"> van de </w:t>
      </w:r>
      <w:r w:rsidR="005F6A5B">
        <w:rPr/>
        <w:t>beslissing</w:t>
      </w:r>
    </w:p>
    <w:p w:rsidR="009D758D" w:rsidRDefault="005F6A5B" w14:paraId="6DFAEDC6" w14:textId="77777777">
      <w:r w:rsidR="005F6A5B">
        <w:rPr/>
        <w:t xml:space="preserve">De </w:t>
      </w:r>
      <w:r w:rsidR="005F6A5B">
        <w:rPr/>
        <w:t>besluitvorming</w:t>
      </w:r>
      <w:r w:rsidR="005F6A5B">
        <w:rPr/>
        <w:t xml:space="preserve"> </w:t>
      </w:r>
      <w:r w:rsidR="005F6A5B">
        <w:rPr/>
        <w:t>rond</w:t>
      </w:r>
      <w:r w:rsidR="005F6A5B">
        <w:rPr/>
        <w:t xml:space="preserve"> het </w:t>
      </w:r>
      <w:r w:rsidR="005F6A5B">
        <w:rPr/>
        <w:t>Ventilus</w:t>
      </w:r>
      <w:r w:rsidR="005F6A5B">
        <w:rPr/>
        <w:t xml:space="preserve">-project </w:t>
      </w:r>
      <w:r w:rsidR="005F6A5B">
        <w:rPr/>
        <w:t>werd</w:t>
      </w:r>
      <w:r w:rsidR="005F6A5B">
        <w:rPr/>
        <w:t xml:space="preserve"> van </w:t>
      </w:r>
      <w:r w:rsidR="005F6A5B">
        <w:rPr/>
        <w:t>bij</w:t>
      </w:r>
      <w:r w:rsidR="005F6A5B">
        <w:rPr/>
        <w:t xml:space="preserve"> de </w:t>
      </w:r>
      <w:r w:rsidR="005F6A5B">
        <w:rPr/>
        <w:t>aanvang</w:t>
      </w:r>
      <w:r w:rsidR="005F6A5B">
        <w:rPr/>
        <w:t xml:space="preserve"> </w:t>
      </w:r>
      <w:r w:rsidR="005F6A5B">
        <w:rPr/>
        <w:t>gestuurd</w:t>
      </w:r>
      <w:r w:rsidR="005F6A5B">
        <w:rPr/>
        <w:t xml:space="preserve"> om de </w:t>
      </w:r>
      <w:r w:rsidR="005F6A5B">
        <w:rPr/>
        <w:t>voorkeurstechnologie</w:t>
      </w:r>
      <w:r w:rsidR="005F6A5B">
        <w:rPr/>
        <w:t xml:space="preserve"> van Elia (</w:t>
      </w:r>
      <w:r w:rsidR="005F6A5B">
        <w:rPr/>
        <w:t>bovengrondse</w:t>
      </w:r>
      <w:r w:rsidR="005F6A5B">
        <w:rPr/>
        <w:t xml:space="preserve"> </w:t>
      </w:r>
      <w:r w:rsidR="005F6A5B">
        <w:rPr/>
        <w:t>wisselstroom</w:t>
      </w:r>
      <w:r w:rsidR="005F6A5B">
        <w:rPr/>
        <w:t xml:space="preserve">) </w:t>
      </w:r>
      <w:r w:rsidR="005F6A5B">
        <w:rPr/>
        <w:t>te</w:t>
      </w:r>
      <w:r w:rsidR="005F6A5B">
        <w:rPr/>
        <w:t xml:space="preserve"> </w:t>
      </w:r>
      <w:r w:rsidR="005F6A5B">
        <w:rPr/>
        <w:t>legitimeren</w:t>
      </w:r>
      <w:r w:rsidR="005F6A5B">
        <w:rPr/>
        <w:t xml:space="preserve">. Dit </w:t>
      </w:r>
      <w:r w:rsidR="005F6A5B">
        <w:rPr/>
        <w:t>blijkt</w:t>
      </w:r>
      <w:r w:rsidR="005F6A5B">
        <w:rPr/>
        <w:t xml:space="preserve"> </w:t>
      </w:r>
      <w:r w:rsidR="005F6A5B">
        <w:rPr/>
        <w:t>uit</w:t>
      </w:r>
      <w:r w:rsidR="005F6A5B">
        <w:rPr/>
        <w:t xml:space="preserve"> het </w:t>
      </w:r>
      <w:r w:rsidR="005F6A5B">
        <w:rPr/>
        <w:t>Eindrapport</w:t>
      </w:r>
      <w:r w:rsidR="005F6A5B">
        <w:rPr/>
        <w:t xml:space="preserve"> van de </w:t>
      </w:r>
      <w:r w:rsidR="005F6A5B">
        <w:rPr/>
        <w:t>Ventilus</w:t>
      </w:r>
      <w:r w:rsidR="005F6A5B">
        <w:rPr/>
        <w:t>-Intendant (28/02/2022).</w:t>
      </w:r>
    </w:p>
    <w:p w:rsidR="009D758D" w:rsidP="6C968D7A" w:rsidRDefault="005F6A5B" w14:paraId="5EEF017E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 xml:space="preserve">(a) De </w:t>
      </w:r>
      <w:r w:rsidRPr="6C968D7A" w:rsidR="005F6A5B">
        <w:rPr>
          <w:b w:val="1"/>
          <w:bCs w:val="1"/>
        </w:rPr>
        <w:t>zes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plandoelstellingen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als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uitsluitingsmechanisme</w:t>
      </w:r>
    </w:p>
    <w:p w:rsidR="009D758D" w:rsidRDefault="005F6A5B" w14:paraId="5FF9C5A1" w14:textId="77777777">
      <w:r w:rsidR="005F6A5B">
        <w:rPr/>
        <w:t xml:space="preserve">In de </w:t>
      </w:r>
      <w:r w:rsidR="005F6A5B">
        <w:rPr/>
        <w:t>startnota</w:t>
      </w:r>
      <w:r w:rsidR="005F6A5B">
        <w:rPr/>
        <w:t xml:space="preserve"> van het GRUP </w:t>
      </w:r>
      <w:r w:rsidR="005F6A5B">
        <w:rPr/>
        <w:t>Ventilus</w:t>
      </w:r>
      <w:r w:rsidR="005F6A5B">
        <w:rPr/>
        <w:t xml:space="preserve"> </w:t>
      </w:r>
      <w:r w:rsidR="005F6A5B">
        <w:rPr/>
        <w:t>werden</w:t>
      </w:r>
      <w:r w:rsidR="005F6A5B">
        <w:rPr/>
        <w:t xml:space="preserve"> </w:t>
      </w:r>
      <w:r w:rsidR="005F6A5B">
        <w:rPr/>
        <w:t>zes</w:t>
      </w:r>
      <w:r w:rsidR="005F6A5B">
        <w:rPr/>
        <w:t xml:space="preserve"> </w:t>
      </w:r>
      <w:r w:rsidR="005F6A5B">
        <w:rPr/>
        <w:t>plandoelstellingen</w:t>
      </w:r>
      <w:r w:rsidR="005F6A5B">
        <w:rPr/>
        <w:t xml:space="preserve"> </w:t>
      </w:r>
      <w:r w:rsidR="005F6A5B">
        <w:rPr/>
        <w:t>geformuleerd</w:t>
      </w:r>
      <w:r w:rsidR="005F6A5B">
        <w:rPr/>
        <w:t xml:space="preserve"> </w:t>
      </w:r>
      <w:r w:rsidR="005F6A5B">
        <w:rPr/>
        <w:t>waaraan</w:t>
      </w:r>
      <w:r w:rsidR="005F6A5B">
        <w:rPr/>
        <w:t xml:space="preserve"> alle </w:t>
      </w:r>
      <w:r w:rsidR="005F6A5B">
        <w:rPr/>
        <w:t>alternatieven</w:t>
      </w:r>
      <w:r w:rsidR="005F6A5B">
        <w:rPr/>
        <w:t xml:space="preserve"> </w:t>
      </w:r>
      <w:r w:rsidRPr="6C968D7A" w:rsidR="005F6A5B">
        <w:rPr>
          <w:b w:val="1"/>
          <w:bCs w:val="1"/>
        </w:rPr>
        <w:t>cumulatief</w:t>
      </w:r>
      <w:r w:rsidR="005F6A5B">
        <w:rPr/>
        <w:t xml:space="preserve"> </w:t>
      </w:r>
      <w:r w:rsidR="005F6A5B">
        <w:rPr/>
        <w:t>moeten</w:t>
      </w:r>
      <w:r w:rsidR="005F6A5B">
        <w:rPr/>
        <w:t xml:space="preserve"> </w:t>
      </w:r>
      <w:r w:rsidR="005F6A5B">
        <w:rPr/>
        <w:t>voldoen</w:t>
      </w:r>
      <w:r w:rsidR="005F6A5B">
        <w:rPr/>
        <w:t>:</w:t>
      </w:r>
    </w:p>
    <w:p w:rsidR="009D758D" w:rsidRDefault="005F6A5B" w14:paraId="39EBE658" w14:textId="77777777">
      <w:pPr>
        <w:pStyle w:val="ListNumber"/>
        <w:spacing w:after="60"/>
        <w:ind w:left="720"/>
        <w:rPr/>
      </w:pPr>
      <w:r w:rsidR="005F6A5B">
        <w:rPr/>
        <w:t>Aansluiten</w:t>
      </w:r>
      <w:r w:rsidR="005F6A5B">
        <w:rPr/>
        <w:t xml:space="preserve"> offshore </w:t>
      </w:r>
      <w:r w:rsidR="005F6A5B">
        <w:rPr/>
        <w:t>windenergie</w:t>
      </w:r>
      <w:r w:rsidR="005F6A5B">
        <w:rPr/>
        <w:t xml:space="preserve"> op het 380 kV-net</w:t>
      </w:r>
    </w:p>
    <w:p w:rsidR="009D758D" w:rsidRDefault="005F6A5B" w14:paraId="5AAA3FCF" w14:textId="77777777">
      <w:pPr>
        <w:pStyle w:val="ListNumber"/>
        <w:spacing w:after="60"/>
        <w:ind w:left="720"/>
        <w:rPr/>
      </w:pPr>
      <w:r w:rsidR="005F6A5B">
        <w:rPr/>
        <w:t>Realiseren</w:t>
      </w:r>
      <w:r w:rsidR="005F6A5B">
        <w:rPr/>
        <w:t xml:space="preserve"> van </w:t>
      </w:r>
      <w:r w:rsidR="005F6A5B">
        <w:rPr/>
        <w:t>een</w:t>
      </w:r>
      <w:r w:rsidR="005F6A5B">
        <w:rPr/>
        <w:t xml:space="preserve"> </w:t>
      </w:r>
      <w:r w:rsidR="005F6A5B">
        <w:rPr/>
        <w:t>robuust</w:t>
      </w:r>
      <w:r w:rsidR="005F6A5B">
        <w:rPr/>
        <w:t xml:space="preserve"> net: 6 GW </w:t>
      </w:r>
      <w:r w:rsidR="005F6A5B">
        <w:rPr/>
        <w:t>verbinding</w:t>
      </w:r>
      <w:r w:rsidR="005F6A5B">
        <w:rPr/>
        <w:t xml:space="preserve"> Stevin-as – </w:t>
      </w:r>
      <w:r w:rsidR="005F6A5B">
        <w:rPr/>
        <w:t>Avelgem</w:t>
      </w:r>
    </w:p>
    <w:p w:rsidR="009D758D" w:rsidRDefault="005F6A5B" w14:paraId="46E9A0C8" w14:textId="77777777">
      <w:pPr>
        <w:pStyle w:val="ListNumber"/>
        <w:spacing w:after="60"/>
        <w:ind w:left="720"/>
        <w:rPr/>
      </w:pPr>
      <w:r w:rsidR="005F6A5B">
        <w:rPr/>
        <w:t>Onthaalcapaciteit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onshore-</w:t>
      </w:r>
      <w:r w:rsidR="005F6A5B">
        <w:rPr/>
        <w:t>energieproductie</w:t>
      </w:r>
      <w:r w:rsidR="005F6A5B">
        <w:rPr/>
        <w:t xml:space="preserve"> in West-Vlaanderen</w:t>
      </w:r>
    </w:p>
    <w:p w:rsidR="009D758D" w:rsidRDefault="005F6A5B" w14:paraId="0D95B8B4" w14:textId="77777777">
      <w:pPr>
        <w:pStyle w:val="ListNumber"/>
        <w:spacing w:after="60"/>
        <w:ind w:left="720"/>
        <w:rPr/>
      </w:pPr>
      <w:r w:rsidR="005F6A5B">
        <w:rPr/>
        <w:t>Aansluitingsmogelijkheid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tweede</w:t>
      </w:r>
      <w:r w:rsidR="005F6A5B">
        <w:rPr/>
        <w:t xml:space="preserve"> </w:t>
      </w:r>
      <w:r w:rsidR="005F6A5B">
        <w:rPr/>
        <w:t>interconnectie</w:t>
      </w:r>
      <w:r w:rsidR="005F6A5B">
        <w:rPr/>
        <w:t xml:space="preserve"> met het VK</w:t>
      </w:r>
    </w:p>
    <w:p w:rsidR="009D758D" w:rsidRDefault="005F6A5B" w14:paraId="3AC6E24A" w14:textId="77777777">
      <w:pPr>
        <w:pStyle w:val="ListNumber"/>
        <w:spacing w:after="60"/>
        <w:ind w:left="720"/>
        <w:rPr/>
      </w:pPr>
      <w:r w:rsidR="005F6A5B">
        <w:rPr/>
        <w:t>Optimaal</w:t>
      </w:r>
      <w:r w:rsidR="005F6A5B">
        <w:rPr/>
        <w:t xml:space="preserve"> </w:t>
      </w:r>
      <w:r w:rsidR="005F6A5B">
        <w:rPr/>
        <w:t>vervangen</w:t>
      </w:r>
      <w:r w:rsidR="005F6A5B">
        <w:rPr/>
        <w:t xml:space="preserve"> van de 150 kV-</w:t>
      </w:r>
      <w:r w:rsidR="005F6A5B">
        <w:rPr/>
        <w:t>lijn</w:t>
      </w:r>
      <w:r w:rsidR="005F6A5B">
        <w:rPr/>
        <w:t xml:space="preserve"> </w:t>
      </w:r>
      <w:r w:rsidR="005F6A5B">
        <w:rPr/>
        <w:t>Slijkens</w:t>
      </w:r>
      <w:r w:rsidR="005F6A5B">
        <w:rPr/>
        <w:t>-Brugge</w:t>
      </w:r>
    </w:p>
    <w:p w:rsidR="009D758D" w:rsidRDefault="005F6A5B" w14:paraId="09E7B269" w14:textId="77777777">
      <w:pPr>
        <w:pStyle w:val="ListNumber"/>
        <w:spacing w:after="60"/>
        <w:ind w:left="720"/>
        <w:rPr/>
      </w:pPr>
      <w:r w:rsidR="005F6A5B">
        <w:rPr/>
        <w:t>Versterken</w:t>
      </w:r>
      <w:r w:rsidR="005F6A5B">
        <w:rPr/>
        <w:t xml:space="preserve"> </w:t>
      </w:r>
      <w:r w:rsidR="005F6A5B">
        <w:rPr/>
        <w:t>voedingszekerheid</w:t>
      </w:r>
      <w:r w:rsidR="005F6A5B">
        <w:rPr/>
        <w:t xml:space="preserve"> regio </w:t>
      </w:r>
      <w:r w:rsidR="005F6A5B">
        <w:rPr/>
        <w:t>Izegem</w:t>
      </w:r>
    </w:p>
    <w:p w:rsidR="009D758D" w:rsidRDefault="005F6A5B" w14:paraId="2B1120BC" w14:textId="77777777">
      <w:r w:rsidR="005F6A5B">
        <w:rPr/>
        <w:t xml:space="preserve">De intendant </w:t>
      </w:r>
      <w:r w:rsidR="005F6A5B">
        <w:rPr/>
        <w:t>bevestigt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deze</w:t>
      </w:r>
      <w:r w:rsidR="005F6A5B">
        <w:rPr/>
        <w:t xml:space="preserve"> </w:t>
      </w:r>
      <w:r w:rsidR="005F6A5B">
        <w:rPr/>
        <w:t>strikte</w:t>
      </w:r>
      <w:r w:rsidR="005F6A5B">
        <w:rPr/>
        <w:t xml:space="preserve">, </w:t>
      </w:r>
      <w:r w:rsidR="005F6A5B">
        <w:rPr/>
        <w:t>cumulatieve</w:t>
      </w:r>
      <w:r w:rsidR="005F6A5B">
        <w:rPr/>
        <w:t xml:space="preserve"> </w:t>
      </w:r>
      <w:r w:rsidR="005F6A5B">
        <w:rPr/>
        <w:t>koppeling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direct </w:t>
      </w:r>
      <w:r w:rsidR="005F6A5B">
        <w:rPr/>
        <w:t>gevolg</w:t>
      </w:r>
      <w:r w:rsidR="005F6A5B">
        <w:rPr/>
        <w:t xml:space="preserve"> had </w:t>
      </w:r>
      <w:r w:rsidR="005F6A5B">
        <w:rPr/>
        <w:t>dat</w:t>
      </w:r>
      <w:r w:rsidR="005F6A5B">
        <w:rPr/>
        <w:t xml:space="preserve"> </w:t>
      </w:r>
      <w:r w:rsidR="005F6A5B">
        <w:rPr/>
        <w:t>technologische</w:t>
      </w:r>
      <w:r w:rsidR="005F6A5B">
        <w:rPr/>
        <w:t xml:space="preserve"> </w:t>
      </w:r>
      <w:r w:rsidR="005F6A5B">
        <w:rPr/>
        <w:t>opties</w:t>
      </w:r>
      <w:r w:rsidR="005F6A5B">
        <w:rPr/>
        <w:t xml:space="preserve"> die </w:t>
      </w:r>
      <w:r w:rsidR="005F6A5B">
        <w:rPr/>
        <w:t>niet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</w:t>
      </w:r>
      <w:r w:rsidR="005F6A5B">
        <w:rPr/>
        <w:t>álle</w:t>
      </w:r>
      <w:r w:rsidR="005F6A5B">
        <w:rPr/>
        <w:t xml:space="preserve"> </w:t>
      </w:r>
      <w:r w:rsidR="005F6A5B">
        <w:rPr/>
        <w:t>doelstellingen</w:t>
      </w:r>
      <w:r w:rsidR="005F6A5B">
        <w:rPr/>
        <w:t xml:space="preserve"> </w:t>
      </w:r>
      <w:r w:rsidR="005F6A5B">
        <w:rPr/>
        <w:t>tegelijk</w:t>
      </w:r>
      <w:r w:rsidR="005F6A5B">
        <w:rPr/>
        <w:t xml:space="preserve"> </w:t>
      </w:r>
      <w:r w:rsidR="005F6A5B">
        <w:rPr/>
        <w:t>voldeden</w:t>
      </w:r>
      <w:r w:rsidR="005F6A5B">
        <w:rPr/>
        <w:t xml:space="preserve">, op </w:t>
      </w:r>
      <w:r w:rsidR="005F6A5B">
        <w:rPr/>
        <w:t>voorhand</w:t>
      </w:r>
      <w:r w:rsidR="005F6A5B">
        <w:rPr/>
        <w:t xml:space="preserve"> </w:t>
      </w:r>
      <w:r w:rsidR="005F6A5B">
        <w:rPr/>
        <w:t>werden</w:t>
      </w:r>
      <w:r w:rsidR="005F6A5B">
        <w:rPr/>
        <w:t xml:space="preserve"> </w:t>
      </w:r>
      <w:r w:rsidR="005F6A5B">
        <w:rPr/>
        <w:t>uitgesloten</w:t>
      </w:r>
      <w:r w:rsidR="005F6A5B">
        <w:rPr/>
        <w:t>:</w:t>
      </w:r>
    </w:p>
    <w:p w:rsidR="009D758D" w:rsidP="6C968D7A" w:rsidRDefault="005F6A5B" w14:paraId="40CAFCDD" w14:textId="77777777">
      <w:pPr>
        <w:pBdr>
          <w:left w:val="single" w:color="999999" w:sz="12" w:space="8"/>
        </w:pBdr>
        <w:spacing w:before="120"/>
        <w:ind w:left="850"/>
      </w:pPr>
      <w:r w:rsidRPr="6C968D7A" w:rsidR="005F6A5B">
        <w:rPr>
          <w:i w:val="1"/>
          <w:iCs w:val="1"/>
          <w:color w:val="444444"/>
        </w:rPr>
        <w:t>"</w:t>
      </w:r>
      <w:r w:rsidRPr="6C968D7A" w:rsidR="005F6A5B">
        <w:rPr>
          <w:i w:val="1"/>
          <w:iCs w:val="1"/>
          <w:color w:val="444444"/>
        </w:rPr>
        <w:t>de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formulering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en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combinatie</w:t>
      </w:r>
      <w:r w:rsidRPr="6C968D7A" w:rsidR="005F6A5B">
        <w:rPr>
          <w:i w:val="1"/>
          <w:iCs w:val="1"/>
          <w:color w:val="444444"/>
        </w:rPr>
        <w:t xml:space="preserve"> [van de </w:t>
      </w:r>
      <w:r w:rsidRPr="6C968D7A" w:rsidR="005F6A5B">
        <w:rPr>
          <w:i w:val="1"/>
          <w:iCs w:val="1"/>
          <w:color w:val="444444"/>
        </w:rPr>
        <w:t>plandoelstellingen</w:t>
      </w:r>
      <w:r w:rsidRPr="6C968D7A" w:rsidR="005F6A5B">
        <w:rPr>
          <w:i w:val="1"/>
          <w:iCs w:val="1"/>
          <w:color w:val="444444"/>
        </w:rPr>
        <w:t xml:space="preserve">] </w:t>
      </w:r>
      <w:r w:rsidRPr="6C968D7A" w:rsidR="005F6A5B">
        <w:rPr>
          <w:i w:val="1"/>
          <w:iCs w:val="1"/>
          <w:color w:val="444444"/>
        </w:rPr>
        <w:t>hadden</w:t>
      </w:r>
      <w:r w:rsidRPr="6C968D7A" w:rsidR="005F6A5B">
        <w:rPr>
          <w:i w:val="1"/>
          <w:iCs w:val="1"/>
          <w:color w:val="444444"/>
        </w:rPr>
        <w:t xml:space="preserve"> tot direct </w:t>
      </w:r>
      <w:r w:rsidRPr="6C968D7A" w:rsidR="005F6A5B">
        <w:rPr>
          <w:i w:val="1"/>
          <w:iCs w:val="1"/>
          <w:color w:val="444444"/>
        </w:rPr>
        <w:t>gevolg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dat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bijvoorbeeld</w:t>
      </w:r>
      <w:r w:rsidRPr="6C968D7A" w:rsidR="005F6A5B">
        <w:rPr>
          <w:i w:val="1"/>
          <w:iCs w:val="1"/>
          <w:color w:val="444444"/>
        </w:rPr>
        <w:t xml:space="preserve"> HVDC </w:t>
      </w:r>
      <w:r w:rsidRPr="6C968D7A" w:rsidR="005F6A5B">
        <w:rPr>
          <w:i w:val="1"/>
          <w:iCs w:val="1"/>
          <w:color w:val="444444"/>
        </w:rPr>
        <w:t>niet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langer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als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optie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beschouwd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werd</w:t>
      </w:r>
      <w:r w:rsidRPr="6C968D7A" w:rsidR="005F6A5B">
        <w:rPr>
          <w:i w:val="1"/>
          <w:iCs w:val="1"/>
          <w:color w:val="444444"/>
        </w:rPr>
        <w:t xml:space="preserve">" — </w:t>
      </w:r>
      <w:r w:rsidRPr="6C968D7A" w:rsidR="005F6A5B">
        <w:rPr>
          <w:i w:val="1"/>
          <w:iCs w:val="1"/>
          <w:color w:val="444444"/>
        </w:rPr>
        <w:t>Eindrapport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Ventilus</w:t>
      </w:r>
      <w:r w:rsidRPr="6C968D7A" w:rsidR="005F6A5B">
        <w:rPr>
          <w:i w:val="1"/>
          <w:iCs w:val="1"/>
          <w:color w:val="444444"/>
        </w:rPr>
        <w:t>-Intendant (28/02/2022), p. 38-39</w:t>
      </w:r>
    </w:p>
    <w:p w:rsidR="009D758D" w:rsidP="6C968D7A" w:rsidRDefault="005F6A5B" w14:paraId="757443CA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 xml:space="preserve">(b) Elia's </w:t>
      </w:r>
      <w:r w:rsidRPr="6C968D7A" w:rsidR="005F6A5B">
        <w:rPr>
          <w:b w:val="1"/>
          <w:bCs w:val="1"/>
        </w:rPr>
        <w:t>betrokkenheid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bij</w:t>
      </w:r>
      <w:r w:rsidRPr="6C968D7A" w:rsidR="005F6A5B">
        <w:rPr>
          <w:b w:val="1"/>
          <w:bCs w:val="1"/>
        </w:rPr>
        <w:t xml:space="preserve"> de </w:t>
      </w:r>
      <w:r w:rsidRPr="6C968D7A" w:rsidR="005F6A5B">
        <w:rPr>
          <w:b w:val="1"/>
          <w:bCs w:val="1"/>
        </w:rPr>
        <w:t>formulering</w:t>
      </w:r>
    </w:p>
    <w:p w:rsidR="009D758D" w:rsidRDefault="005F6A5B" w14:paraId="7CDA0F4C" w14:textId="77777777">
      <w:r w:rsidR="005F6A5B">
        <w:rPr/>
        <w:t xml:space="preserve">De intendant </w:t>
      </w:r>
      <w:r w:rsidR="005F6A5B">
        <w:rPr/>
        <w:t>bevestigt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Elia, de </w:t>
      </w:r>
      <w:r w:rsidR="005F6A5B">
        <w:rPr/>
        <w:t>vergunningsaanvrager</w:t>
      </w:r>
      <w:r w:rsidR="005F6A5B">
        <w:rPr/>
        <w:t xml:space="preserve">, </w:t>
      </w:r>
      <w:r w:rsidRPr="6C968D7A" w:rsidR="005F6A5B">
        <w:rPr>
          <w:b w:val="1"/>
          <w:bCs w:val="1"/>
        </w:rPr>
        <w:t>actief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betrokken</w:t>
      </w:r>
      <w:r w:rsidRPr="6C968D7A" w:rsidR="005F6A5B">
        <w:rPr>
          <w:b w:val="1"/>
          <w:bCs w:val="1"/>
        </w:rPr>
        <w:t xml:space="preserve"> was </w:t>
      </w:r>
      <w:r w:rsidRPr="6C968D7A" w:rsidR="005F6A5B">
        <w:rPr>
          <w:b w:val="1"/>
          <w:bCs w:val="1"/>
        </w:rPr>
        <w:t>bij</w:t>
      </w:r>
      <w:r w:rsidRPr="6C968D7A" w:rsidR="005F6A5B">
        <w:rPr>
          <w:b w:val="1"/>
          <w:bCs w:val="1"/>
        </w:rPr>
        <w:t xml:space="preserve"> de </w:t>
      </w:r>
      <w:r w:rsidRPr="6C968D7A" w:rsidR="005F6A5B">
        <w:rPr>
          <w:b w:val="1"/>
          <w:bCs w:val="1"/>
        </w:rPr>
        <w:t>totstandkoming</w:t>
      </w:r>
      <w:r w:rsidRPr="6C968D7A" w:rsidR="005F6A5B">
        <w:rPr>
          <w:b w:val="1"/>
          <w:bCs w:val="1"/>
        </w:rPr>
        <w:t xml:space="preserve"> van de </w:t>
      </w:r>
      <w:r w:rsidRPr="6C968D7A" w:rsidR="005F6A5B">
        <w:rPr>
          <w:b w:val="1"/>
          <w:bCs w:val="1"/>
        </w:rPr>
        <w:t>plandoelstellingen</w:t>
      </w:r>
      <w:r w:rsidR="005F6A5B">
        <w:rPr/>
        <w:t xml:space="preserve">. Dit </w:t>
      </w:r>
      <w:r w:rsidR="005F6A5B">
        <w:rPr/>
        <w:t>ondermijnt</w:t>
      </w:r>
      <w:r w:rsidR="005F6A5B">
        <w:rPr/>
        <w:t xml:space="preserve"> de </w:t>
      </w:r>
      <w:r w:rsidR="005F6A5B">
        <w:rPr/>
        <w:t>vereiste</w:t>
      </w:r>
      <w:r w:rsidR="005F6A5B">
        <w:rPr/>
        <w:t xml:space="preserve"> </w:t>
      </w:r>
      <w:r w:rsidR="005F6A5B">
        <w:rPr/>
        <w:t>onpartijdigheid</w:t>
      </w:r>
      <w:r w:rsidR="005F6A5B">
        <w:rPr/>
        <w:t xml:space="preserve"> van het </w:t>
      </w:r>
      <w:r w:rsidR="005F6A5B">
        <w:rPr/>
        <w:t>besluitvormingsproces</w:t>
      </w:r>
      <w:r w:rsidR="005F6A5B">
        <w:rPr/>
        <w:t xml:space="preserve">: de </w:t>
      </w:r>
      <w:r w:rsidR="005F6A5B">
        <w:rPr/>
        <w:t>belanghebbende</w:t>
      </w:r>
      <w:r w:rsidR="005F6A5B">
        <w:rPr/>
        <w:t xml:space="preserve"> </w:t>
      </w:r>
      <w:r w:rsidR="005F6A5B">
        <w:rPr/>
        <w:t>partij</w:t>
      </w:r>
      <w:r w:rsidR="005F6A5B">
        <w:rPr/>
        <w:t xml:space="preserve"> </w:t>
      </w:r>
      <w:r w:rsidR="005F6A5B">
        <w:rPr/>
        <w:t>heeft</w:t>
      </w:r>
      <w:r w:rsidR="005F6A5B">
        <w:rPr/>
        <w:t xml:space="preserve"> de </w:t>
      </w:r>
      <w:r w:rsidR="005F6A5B">
        <w:rPr/>
        <w:t>spelregels</w:t>
      </w:r>
      <w:r w:rsidR="005F6A5B">
        <w:rPr/>
        <w:t xml:space="preserve"> </w:t>
      </w:r>
      <w:r w:rsidR="005F6A5B">
        <w:rPr/>
        <w:t>mede</w:t>
      </w:r>
      <w:r w:rsidR="005F6A5B">
        <w:rPr/>
        <w:t xml:space="preserve"> </w:t>
      </w:r>
      <w:r w:rsidR="005F6A5B">
        <w:rPr/>
        <w:t>bepaald</w:t>
      </w:r>
      <w:r w:rsidR="005F6A5B">
        <w:rPr/>
        <w:t xml:space="preserve">, </w:t>
      </w:r>
      <w:r w:rsidR="005F6A5B">
        <w:rPr/>
        <w:t>en</w:t>
      </w:r>
      <w:r w:rsidR="005F6A5B">
        <w:rPr/>
        <w:t xml:space="preserve"> </w:t>
      </w:r>
      <w:r w:rsidR="005F6A5B">
        <w:rPr/>
        <w:t>deze</w:t>
      </w:r>
      <w:r w:rsidR="005F6A5B">
        <w:rPr/>
        <w:t xml:space="preserve"> </w:t>
      </w:r>
      <w:r w:rsidR="005F6A5B">
        <w:rPr/>
        <w:t>spelregels</w:t>
      </w:r>
      <w:r w:rsidR="005F6A5B">
        <w:rPr/>
        <w:t xml:space="preserve"> </w:t>
      </w:r>
      <w:r w:rsidR="005F6A5B">
        <w:rPr/>
        <w:t>sluiten</w:t>
      </w:r>
      <w:r w:rsidR="005F6A5B">
        <w:rPr/>
        <w:t xml:space="preserve"> het </w:t>
      </w:r>
      <w:r w:rsidR="005F6A5B">
        <w:rPr/>
        <w:t>alternatief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Elia </w:t>
      </w:r>
      <w:r w:rsidR="005F6A5B">
        <w:rPr/>
        <w:t>niet</w:t>
      </w:r>
      <w:r w:rsidR="005F6A5B">
        <w:rPr/>
        <w:t xml:space="preserve"> </w:t>
      </w:r>
      <w:r w:rsidR="005F6A5B">
        <w:rPr/>
        <w:t>wenst</w:t>
      </w:r>
      <w:r w:rsidR="005F6A5B">
        <w:rPr/>
        <w:t xml:space="preserve"> (HVDC) op </w:t>
      </w:r>
      <w:r w:rsidR="005F6A5B">
        <w:rPr/>
        <w:t>voorhand</w:t>
      </w:r>
      <w:r w:rsidR="005F6A5B">
        <w:rPr/>
        <w:t xml:space="preserve"> </w:t>
      </w:r>
      <w:r w:rsidR="005F6A5B">
        <w:rPr/>
        <w:t>uit</w:t>
      </w:r>
      <w:r w:rsidR="005F6A5B">
        <w:rPr/>
        <w:t>.</w:t>
      </w:r>
    </w:p>
    <w:p w:rsidR="009D758D" w:rsidP="6C968D7A" w:rsidRDefault="005F6A5B" w14:paraId="07576DF6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 xml:space="preserve">(c) De intendant </w:t>
      </w:r>
      <w:r w:rsidRPr="6C968D7A" w:rsidR="005F6A5B">
        <w:rPr>
          <w:b w:val="1"/>
          <w:bCs w:val="1"/>
        </w:rPr>
        <w:t>geeft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burgerplatformen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gelijk</w:t>
      </w:r>
    </w:p>
    <w:p w:rsidR="009D758D" w:rsidRDefault="005F6A5B" w14:paraId="79319584" w14:textId="77777777">
      <w:r w:rsidR="005F6A5B">
        <w:rPr/>
        <w:t xml:space="preserve">De intendant </w:t>
      </w:r>
      <w:r w:rsidR="005F6A5B">
        <w:rPr/>
        <w:t>geeft</w:t>
      </w:r>
      <w:r w:rsidR="005F6A5B">
        <w:rPr/>
        <w:t xml:space="preserve"> de </w:t>
      </w:r>
      <w:r w:rsidR="005F6A5B">
        <w:rPr/>
        <w:t>burgerplatformen</w:t>
      </w:r>
      <w:r w:rsidR="005F6A5B">
        <w:rPr/>
        <w:t xml:space="preserve"> op twee </w:t>
      </w:r>
      <w:r w:rsidR="005F6A5B">
        <w:rPr/>
        <w:t>cruciale</w:t>
      </w:r>
      <w:r w:rsidR="005F6A5B">
        <w:rPr/>
        <w:t xml:space="preserve"> </w:t>
      </w:r>
      <w:r w:rsidR="005F6A5B">
        <w:rPr/>
        <w:t>punten</w:t>
      </w:r>
      <w:r w:rsidR="005F6A5B">
        <w:rPr/>
        <w:t xml:space="preserve"> </w:t>
      </w:r>
      <w:r w:rsidR="005F6A5B">
        <w:rPr/>
        <w:t>gelijk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oordeelt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hun</w:t>
      </w:r>
      <w:r w:rsidR="005F6A5B">
        <w:rPr/>
        <w:t xml:space="preserve"> </w:t>
      </w:r>
      <w:r w:rsidR="005F6A5B">
        <w:rPr/>
        <w:t>opmerkingen</w:t>
      </w:r>
      <w:r w:rsidR="005F6A5B">
        <w:rPr/>
        <w:t xml:space="preserve"> </w:t>
      </w:r>
      <w:r w:rsidRPr="6C968D7A" w:rsidR="005F6A5B">
        <w:rPr>
          <w:b w:val="1"/>
          <w:bCs w:val="1"/>
        </w:rPr>
        <w:t>"</w:t>
      </w:r>
      <w:r w:rsidRPr="6C968D7A" w:rsidR="005F6A5B">
        <w:rPr>
          <w:b w:val="1"/>
          <w:bCs w:val="1"/>
        </w:rPr>
        <w:t>terecht</w:t>
      </w:r>
      <w:r w:rsidRPr="6C968D7A" w:rsidR="005F6A5B">
        <w:rPr>
          <w:b w:val="1"/>
          <w:bCs w:val="1"/>
        </w:rPr>
        <w:t>"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(p. 40-41):</w:t>
      </w:r>
    </w:p>
    <w:p w:rsidR="009D758D" w:rsidP="25A181EA" w:rsidRDefault="25A181EA" w14:paraId="0FD7A3A0" w14:textId="77777777">
      <w:pPr>
        <w:pStyle w:val="ListNumber"/>
        <w:spacing w:after="60"/>
        <w:rPr/>
      </w:pPr>
      <w:r w:rsidR="25A181EA">
        <w:rPr/>
        <w:t xml:space="preserve">De </w:t>
      </w:r>
      <w:r w:rsidR="25A181EA">
        <w:rPr/>
        <w:t>Ventilus</w:t>
      </w:r>
      <w:r w:rsidR="25A181EA">
        <w:rPr/>
        <w:t>-verbinding</w:t>
      </w:r>
      <w:r w:rsidR="25A181EA">
        <w:rPr/>
        <w:t xml:space="preserve"> is </w:t>
      </w:r>
      <w:r w:rsidRPr="6C968D7A" w:rsidR="25A181EA">
        <w:rPr>
          <w:b w:val="1"/>
          <w:bCs w:val="1"/>
        </w:rPr>
        <w:t>"</w:t>
      </w:r>
      <w:r w:rsidRPr="6C968D7A" w:rsidR="25A181EA">
        <w:rPr>
          <w:b w:val="1"/>
          <w:bCs w:val="1"/>
        </w:rPr>
        <w:t>geen</w:t>
      </w:r>
      <w:r w:rsidRPr="6C968D7A" w:rsidR="25A181EA">
        <w:rPr>
          <w:b w:val="1"/>
          <w:bCs w:val="1"/>
        </w:rPr>
        <w:t xml:space="preserve"> absolute </w:t>
      </w:r>
      <w:r w:rsidRPr="6C968D7A" w:rsidR="25A181EA">
        <w:rPr>
          <w:b w:val="1"/>
          <w:bCs w:val="1"/>
        </w:rPr>
        <w:t>vereiste</w:t>
      </w:r>
      <w:r w:rsidRPr="6C968D7A" w:rsidR="25A181EA">
        <w:rPr>
          <w:b w:val="1"/>
          <w:bCs w:val="1"/>
        </w:rPr>
        <w:t>"</w:t>
      </w:r>
      <w:r w:rsidR="25A181EA">
        <w:rPr/>
        <w:t xml:space="preserve"> </w:t>
      </w:r>
      <w:r w:rsidR="25A181EA">
        <w:rPr/>
        <w:t>voor</w:t>
      </w:r>
      <w:r w:rsidR="25A181EA">
        <w:rPr/>
        <w:t xml:space="preserve"> de </w:t>
      </w:r>
      <w:r w:rsidR="25A181EA">
        <w:rPr/>
        <w:t>netwerkstabiliteit</w:t>
      </w:r>
    </w:p>
    <w:p w:rsidR="009D758D" w:rsidP="25A181EA" w:rsidRDefault="25A181EA" w14:paraId="33749571" w14:textId="77777777">
      <w:pPr>
        <w:pStyle w:val="ListNumber"/>
        <w:spacing w:after="60"/>
        <w:rPr/>
      </w:pPr>
      <w:r w:rsidR="25A181EA">
        <w:rPr/>
        <w:t>De West-</w:t>
      </w:r>
      <w:r w:rsidR="25A181EA">
        <w:rPr/>
        <w:t>Vlaamse</w:t>
      </w:r>
      <w:r w:rsidR="25A181EA">
        <w:rPr/>
        <w:t xml:space="preserve"> </w:t>
      </w:r>
      <w:r w:rsidR="25A181EA">
        <w:rPr/>
        <w:t>windproductie</w:t>
      </w:r>
      <w:r w:rsidR="25A181EA">
        <w:rPr/>
        <w:t xml:space="preserve"> </w:t>
      </w:r>
      <w:r w:rsidR="25A181EA">
        <w:rPr/>
        <w:t>wordt</w:t>
      </w:r>
      <w:r w:rsidR="25A181EA">
        <w:rPr/>
        <w:t xml:space="preserve"> </w:t>
      </w:r>
      <w:r w:rsidRPr="6C968D7A" w:rsidR="25A181EA">
        <w:rPr>
          <w:b w:val="1"/>
          <w:bCs w:val="1"/>
        </w:rPr>
        <w:t>niet</w:t>
      </w:r>
      <w:r w:rsidRPr="6C968D7A" w:rsidR="25A181EA">
        <w:rPr>
          <w:b w:val="1"/>
          <w:bCs w:val="1"/>
        </w:rPr>
        <w:t xml:space="preserve"> direct</w:t>
      </w:r>
      <w:r w:rsidR="25A181EA">
        <w:rPr/>
        <w:t xml:space="preserve"> op </w:t>
      </w:r>
      <w:r w:rsidR="25A181EA">
        <w:rPr/>
        <w:t>Ventilus</w:t>
      </w:r>
      <w:r w:rsidR="25A181EA">
        <w:rPr/>
        <w:t xml:space="preserve"> </w:t>
      </w:r>
      <w:r w:rsidR="25A181EA">
        <w:rPr/>
        <w:t>aangesloten</w:t>
      </w:r>
    </w:p>
    <w:p w:rsidR="009D758D" w:rsidP="6C968D7A" w:rsidRDefault="005F6A5B" w14:paraId="023257FE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 xml:space="preserve">(d) </w:t>
      </w:r>
      <w:r w:rsidRPr="6C968D7A" w:rsidR="005F6A5B">
        <w:rPr>
          <w:b w:val="1"/>
          <w:bCs w:val="1"/>
        </w:rPr>
        <w:t>Essentiële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informatie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laattijdig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ingebracht</w:t>
      </w:r>
    </w:p>
    <w:p w:rsidR="009D758D" w:rsidRDefault="005F6A5B" w14:paraId="3C9AA10F" w14:textId="77777777">
      <w:r w:rsidR="005F6A5B">
        <w:rPr/>
        <w:t xml:space="preserve">De </w:t>
      </w:r>
      <w:r w:rsidR="005F6A5B">
        <w:rPr/>
        <w:t>plannen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het </w:t>
      </w:r>
      <w:r w:rsidR="005F6A5B">
        <w:rPr/>
        <w:t>energie-eiland</w:t>
      </w:r>
      <w:r w:rsidR="005F6A5B">
        <w:rPr/>
        <w:t xml:space="preserve"> (Prinses Elisabeth Eiland), die </w:t>
      </w:r>
      <w:r w:rsidR="005F6A5B">
        <w:rPr/>
        <w:t>hybride</w:t>
      </w:r>
      <w:r w:rsidR="005F6A5B">
        <w:rPr/>
        <w:t xml:space="preserve"> HVDC-</w:t>
      </w:r>
      <w:r w:rsidR="005F6A5B">
        <w:rPr/>
        <w:t>verbindingen</w:t>
      </w:r>
      <w:r w:rsidR="005F6A5B">
        <w:rPr/>
        <w:t xml:space="preserve"> </w:t>
      </w:r>
      <w:r w:rsidR="005F6A5B">
        <w:rPr/>
        <w:t>mogelijk</w:t>
      </w:r>
      <w:r w:rsidR="005F6A5B">
        <w:rPr/>
        <w:t xml:space="preserve"> </w:t>
      </w:r>
      <w:r w:rsidR="005F6A5B">
        <w:rPr/>
        <w:t>maken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fundamentele</w:t>
      </w:r>
      <w:r w:rsidR="005F6A5B">
        <w:rPr/>
        <w:t xml:space="preserve"> impact </w:t>
      </w:r>
      <w:r w:rsidR="005F6A5B">
        <w:rPr/>
        <w:t>hebben</w:t>
      </w:r>
      <w:r w:rsidR="005F6A5B">
        <w:rPr/>
        <w:t xml:space="preserve"> op de </w:t>
      </w:r>
      <w:r w:rsidR="005F6A5B">
        <w:rPr/>
        <w:t>technologiekeuze</w:t>
      </w:r>
      <w:r w:rsidR="005F6A5B">
        <w:rPr/>
        <w:t xml:space="preserve">, </w:t>
      </w:r>
      <w:r w:rsidR="005F6A5B">
        <w:rPr/>
        <w:t>werden</w:t>
      </w:r>
      <w:r w:rsidR="005F6A5B">
        <w:rPr/>
        <w:t xml:space="preserve"> door Elia pas in </w:t>
      </w:r>
      <w:r w:rsidR="005F6A5B">
        <w:rPr/>
        <w:t>een</w:t>
      </w:r>
      <w:r w:rsidR="005F6A5B">
        <w:rPr/>
        <w:t xml:space="preserve"> </w:t>
      </w:r>
      <w:r w:rsidRPr="6C968D7A" w:rsidR="005F6A5B">
        <w:rPr>
          <w:b w:val="1"/>
          <w:bCs w:val="1"/>
        </w:rPr>
        <w:t>laat</w:t>
      </w:r>
      <w:r w:rsidRPr="6C968D7A" w:rsidR="005F6A5B">
        <w:rPr>
          <w:b w:val="1"/>
          <w:bCs w:val="1"/>
        </w:rPr>
        <w:t xml:space="preserve"> stadium</w:t>
      </w:r>
      <w:r w:rsidR="005F6A5B">
        <w:rPr/>
        <w:t xml:space="preserve"> van de procedure </w:t>
      </w:r>
      <w:r w:rsidR="005F6A5B">
        <w:rPr/>
        <w:t>voorgelegd</w:t>
      </w:r>
      <w:r w:rsidR="005F6A5B">
        <w:rPr/>
        <w:t xml:space="preserve"> (p. 24-25). Door </w:t>
      </w:r>
      <w:r w:rsidR="005F6A5B">
        <w:rPr/>
        <w:t>deze</w:t>
      </w:r>
      <w:r w:rsidR="005F6A5B">
        <w:rPr/>
        <w:t xml:space="preserve"> </w:t>
      </w:r>
      <w:r w:rsidR="005F6A5B">
        <w:rPr/>
        <w:t>essentiële</w:t>
      </w:r>
      <w:r w:rsidR="005F6A5B">
        <w:rPr/>
        <w:t xml:space="preserve"> </w:t>
      </w:r>
      <w:r w:rsidR="005F6A5B">
        <w:rPr/>
        <w:t>informatie</w:t>
      </w:r>
      <w:r w:rsidR="005F6A5B">
        <w:rPr/>
        <w:t xml:space="preserve"> pas </w:t>
      </w:r>
      <w:r w:rsidR="005F6A5B">
        <w:rPr/>
        <w:t>laattijdig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presenteren</w:t>
      </w:r>
      <w:r w:rsidR="005F6A5B">
        <w:rPr/>
        <w:t xml:space="preserve">, </w:t>
      </w:r>
      <w:r w:rsidR="005F6A5B">
        <w:rPr/>
        <w:t>werd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eerlijke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volledige</w:t>
      </w:r>
      <w:r w:rsidR="005F6A5B">
        <w:rPr/>
        <w:t xml:space="preserve"> </w:t>
      </w:r>
      <w:r w:rsidR="005F6A5B">
        <w:rPr/>
        <w:t>afweging</w:t>
      </w:r>
      <w:r w:rsidR="005F6A5B">
        <w:rPr/>
        <w:t xml:space="preserve"> van alle </w:t>
      </w:r>
      <w:r w:rsidR="005F6A5B">
        <w:rPr/>
        <w:t>relevante</w:t>
      </w:r>
      <w:r w:rsidR="005F6A5B">
        <w:rPr/>
        <w:t xml:space="preserve"> </w:t>
      </w:r>
      <w:r w:rsidR="005F6A5B">
        <w:rPr/>
        <w:t>opties</w:t>
      </w:r>
      <w:r w:rsidR="005F6A5B">
        <w:rPr/>
        <w:t xml:space="preserve"> </w:t>
      </w:r>
      <w:r w:rsidR="005F6A5B">
        <w:rPr/>
        <w:t>verhinderd</w:t>
      </w:r>
      <w:r w:rsidR="005F6A5B">
        <w:rPr/>
        <w:t>.</w:t>
      </w:r>
    </w:p>
    <w:p w:rsidR="009D758D" w:rsidRDefault="005F6A5B" w14:paraId="34DC5982" w14:textId="77777777"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kwalificatie</w:t>
      </w:r>
      <w:r w:rsidRPr="6C968D7A" w:rsidR="005F6A5B">
        <w:rPr>
          <w:b w:val="1"/>
          <w:bCs w:val="1"/>
        </w:rPr>
        <w:t>:</w:t>
      </w:r>
      <w:r w:rsidR="005F6A5B">
        <w:rPr/>
        <w:t xml:space="preserve"> De </w:t>
      </w:r>
      <w:r w:rsidR="005F6A5B">
        <w:rPr/>
        <w:t>formulering</w:t>
      </w:r>
      <w:r w:rsidR="005F6A5B">
        <w:rPr/>
        <w:t xml:space="preserve"> van </w:t>
      </w:r>
      <w:r w:rsidR="005F6A5B">
        <w:rPr/>
        <w:t>plandoelstellingen</w:t>
      </w:r>
      <w:r w:rsidR="005F6A5B">
        <w:rPr/>
        <w:t xml:space="preserve"> die </w:t>
      </w:r>
      <w:r w:rsidR="005F6A5B">
        <w:rPr/>
        <w:t>een</w:t>
      </w:r>
      <w:r w:rsidR="005F6A5B">
        <w:rPr/>
        <w:t xml:space="preserve"> </w:t>
      </w:r>
      <w:r w:rsidR="005F6A5B">
        <w:rPr/>
        <w:t>veiliger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technologisch</w:t>
      </w:r>
      <w:r w:rsidR="005F6A5B">
        <w:rPr/>
        <w:t xml:space="preserve"> </w:t>
      </w:r>
      <w:r w:rsidR="005F6A5B">
        <w:rPr/>
        <w:t>haalbaar</w:t>
      </w:r>
      <w:r w:rsidR="005F6A5B">
        <w:rPr/>
        <w:t xml:space="preserve"> </w:t>
      </w:r>
      <w:r w:rsidR="005F6A5B">
        <w:rPr/>
        <w:t>alternatief</w:t>
      </w:r>
      <w:r w:rsidR="005F6A5B">
        <w:rPr/>
        <w:t xml:space="preserve"> (HVDC) op </w:t>
      </w:r>
      <w:r w:rsidR="005F6A5B">
        <w:rPr/>
        <w:t>voorhand</w:t>
      </w:r>
      <w:r w:rsidR="005F6A5B">
        <w:rPr/>
        <w:t xml:space="preserve"> </w:t>
      </w:r>
      <w:r w:rsidR="005F6A5B">
        <w:rPr/>
        <w:t>uitsluiten</w:t>
      </w:r>
      <w:r w:rsidR="005F6A5B">
        <w:rPr/>
        <w:t xml:space="preserve">, met </w:t>
      </w:r>
      <w:r w:rsidR="005F6A5B">
        <w:rPr/>
        <w:t>actieve</w:t>
      </w:r>
      <w:r w:rsidR="005F6A5B">
        <w:rPr/>
        <w:t xml:space="preserve"> </w:t>
      </w:r>
      <w:r w:rsidR="005F6A5B">
        <w:rPr/>
        <w:t>betrokkenheid</w:t>
      </w:r>
      <w:r w:rsidR="005F6A5B">
        <w:rPr/>
        <w:t xml:space="preserve"> van de </w:t>
      </w:r>
      <w:r w:rsidR="005F6A5B">
        <w:rPr/>
        <w:t>vergunningsaanvrager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</w:t>
      </w:r>
      <w:r w:rsidR="005F6A5B">
        <w:rPr/>
        <w:t>deze</w:t>
      </w:r>
      <w:r w:rsidR="005F6A5B">
        <w:rPr/>
        <w:t xml:space="preserve"> </w:t>
      </w:r>
      <w:r w:rsidR="005F6A5B">
        <w:rPr/>
        <w:t>formulering</w:t>
      </w:r>
      <w:r w:rsidR="005F6A5B">
        <w:rPr/>
        <w:t xml:space="preserve">, </w:t>
      </w:r>
      <w:r w:rsidR="005F6A5B">
        <w:rPr/>
        <w:t>constitueert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Pr="6C968D7A" w:rsidR="005F6A5B">
        <w:rPr>
          <w:b w:val="1"/>
          <w:bCs w:val="1"/>
        </w:rPr>
        <w:t>voorafname</w:t>
      </w:r>
      <w:r w:rsidRPr="6C968D7A" w:rsidR="005F6A5B">
        <w:rPr>
          <w:b w:val="1"/>
          <w:bCs w:val="1"/>
        </w:rPr>
        <w:t xml:space="preserve"> van de </w:t>
      </w:r>
      <w:r w:rsidRPr="6C968D7A" w:rsidR="005F6A5B">
        <w:rPr>
          <w:b w:val="1"/>
          <w:bCs w:val="1"/>
        </w:rPr>
        <w:t>beslissing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Pr="6C968D7A" w:rsidR="005F6A5B">
        <w:rPr>
          <w:b w:val="1"/>
          <w:bCs w:val="1"/>
        </w:rPr>
        <w:t>schending</w:t>
      </w:r>
      <w:r w:rsidRPr="6C968D7A" w:rsidR="005F6A5B">
        <w:rPr>
          <w:b w:val="1"/>
          <w:bCs w:val="1"/>
        </w:rPr>
        <w:t xml:space="preserve"> van het </w:t>
      </w:r>
      <w:r w:rsidRPr="6C968D7A" w:rsidR="005F6A5B">
        <w:rPr>
          <w:b w:val="1"/>
          <w:bCs w:val="1"/>
        </w:rPr>
        <w:t>onpartijdigheidsbeginsel</w:t>
      </w:r>
      <w:r w:rsidR="005F6A5B">
        <w:rPr/>
        <w:t xml:space="preserve">. De intendant — de door de </w:t>
      </w:r>
      <w:r w:rsidR="005F6A5B">
        <w:rPr/>
        <w:t>overheid</w:t>
      </w:r>
      <w:r w:rsidR="005F6A5B">
        <w:rPr/>
        <w:t xml:space="preserve"> </w:t>
      </w:r>
      <w:r w:rsidR="005F6A5B">
        <w:rPr/>
        <w:t>aangestelde</w:t>
      </w:r>
      <w:r w:rsidR="005F6A5B">
        <w:rPr/>
        <w:t xml:space="preserve"> </w:t>
      </w:r>
      <w:r w:rsidR="005F6A5B">
        <w:rPr/>
        <w:t>bemiddelaar</w:t>
      </w:r>
      <w:r w:rsidR="005F6A5B">
        <w:rPr/>
        <w:t xml:space="preserve"> — </w:t>
      </w:r>
      <w:r w:rsidR="005F6A5B">
        <w:rPr/>
        <w:t>bevestigt</w:t>
      </w:r>
      <w:r w:rsidR="005F6A5B">
        <w:rPr/>
        <w:t xml:space="preserve"> </w:t>
      </w:r>
      <w:r w:rsidR="005F6A5B">
        <w:rPr/>
        <w:t>zelf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de burgers </w:t>
      </w:r>
      <w:r w:rsidR="005F6A5B">
        <w:rPr/>
        <w:t>gelijk</w:t>
      </w:r>
      <w:r w:rsidR="005F6A5B">
        <w:rPr/>
        <w:t xml:space="preserve"> </w:t>
      </w:r>
      <w:r w:rsidR="005F6A5B">
        <w:rPr/>
        <w:t>hadden</w:t>
      </w:r>
      <w:r w:rsidR="005F6A5B">
        <w:rPr/>
        <w:t xml:space="preserve">, maar </w:t>
      </w:r>
      <w:r w:rsidR="005F6A5B">
        <w:rPr/>
        <w:t>dit</w:t>
      </w:r>
      <w:r w:rsidR="005F6A5B">
        <w:rPr/>
        <w:t xml:space="preserve"> </w:t>
      </w:r>
      <w:r w:rsidR="005F6A5B">
        <w:rPr/>
        <w:t>heeft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geleid</w:t>
      </w:r>
      <w:r w:rsidR="005F6A5B">
        <w:rPr/>
        <w:t xml:space="preserve"> tot </w:t>
      </w:r>
      <w:r w:rsidR="005F6A5B">
        <w:rPr/>
        <w:t>een</w:t>
      </w:r>
      <w:r w:rsidR="005F6A5B">
        <w:rPr/>
        <w:t xml:space="preserve"> </w:t>
      </w:r>
      <w:r w:rsidR="005F6A5B">
        <w:rPr/>
        <w:t>herziening</w:t>
      </w:r>
      <w:r w:rsidR="005F6A5B">
        <w:rPr/>
        <w:t xml:space="preserve"> van de </w:t>
      </w:r>
      <w:r w:rsidR="005F6A5B">
        <w:rPr/>
        <w:t>technologiekeuze</w:t>
      </w:r>
      <w:r w:rsidR="005F6A5B">
        <w:rPr/>
        <w:t>.</w:t>
      </w:r>
    </w:p>
    <w:p w:rsidR="009D758D" w:rsidRDefault="005F6A5B" w14:paraId="79CCD37D" w14:textId="77777777">
      <w:r w:rsidRPr="6C968D7A" w:rsidR="005F6A5B">
        <w:rPr>
          <w:b w:val="1"/>
          <w:bCs w:val="1"/>
        </w:rPr>
        <w:t>Bronnen:</w:t>
      </w:r>
      <w:r w:rsidR="005F6A5B">
        <w:rPr/>
        <w:t xml:space="preserve"> </w:t>
      </w:r>
      <w:r w:rsidR="005F6A5B">
        <w:rPr/>
        <w:t>Eindrapport</w:t>
      </w:r>
      <w:r w:rsidR="005F6A5B">
        <w:rPr/>
        <w:t xml:space="preserve"> </w:t>
      </w:r>
      <w:r w:rsidR="005F6A5B">
        <w:rPr/>
        <w:t>Ventilus</w:t>
      </w:r>
      <w:r w:rsidR="005F6A5B">
        <w:rPr/>
        <w:t xml:space="preserve">-Intendant (28/02/2022), p. 24-25, 38-41; </w:t>
      </w:r>
      <w:r w:rsidR="005F6A5B">
        <w:rPr/>
        <w:t>Startnota</w:t>
      </w:r>
      <w:r w:rsidR="005F6A5B">
        <w:rPr/>
        <w:t xml:space="preserve"> GRUP </w:t>
      </w:r>
      <w:r w:rsidR="005F6A5B">
        <w:rPr/>
        <w:t>Ventilus</w:t>
      </w:r>
      <w:r w:rsidR="005F6A5B">
        <w:rPr/>
        <w:t>.</w:t>
      </w:r>
    </w:p>
    <w:p w:rsidR="009D758D" w:rsidRDefault="005F6A5B" w14:paraId="2A4097F6" w14:textId="77777777">
      <w:pPr>
        <w:pStyle w:val="Heading3"/>
      </w:pPr>
      <w:r w:rsidR="005F6A5B">
        <w:rPr/>
        <w:t xml:space="preserve">3.2 </w:t>
      </w:r>
      <w:r w:rsidR="005F6A5B">
        <w:rPr/>
        <w:t>Saucissonnering</w:t>
      </w:r>
      <w:r w:rsidR="005F6A5B">
        <w:rPr/>
        <w:t xml:space="preserve">: 7 tot 8 </w:t>
      </w:r>
      <w:r w:rsidR="005F6A5B">
        <w:rPr/>
        <w:t>deelvergunningen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project</w:t>
      </w:r>
    </w:p>
    <w:p w:rsidR="009D758D" w:rsidRDefault="005F6A5B" w14:paraId="3BEE4C57" w14:textId="77777777">
      <w:r w:rsidR="005F6A5B">
        <w:rPr/>
        <w:t xml:space="preserve">Het </w:t>
      </w:r>
      <w:r w:rsidR="005F6A5B">
        <w:rPr/>
        <w:t>Ventilus</w:t>
      </w:r>
      <w:r w:rsidR="005F6A5B">
        <w:rPr/>
        <w:t xml:space="preserve">-project is </w:t>
      </w:r>
      <w:r w:rsidR="005F6A5B">
        <w:rPr/>
        <w:t>functioneel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geheel</w:t>
      </w:r>
      <w:r w:rsidR="005F6A5B">
        <w:rPr/>
        <w:t xml:space="preserve"> — </w:t>
      </w:r>
      <w:r w:rsidR="005F6A5B">
        <w:rPr/>
        <w:t>een</w:t>
      </w:r>
      <w:r w:rsidR="005F6A5B">
        <w:rPr/>
        <w:t xml:space="preserve"> 380 kV </w:t>
      </w:r>
      <w:r w:rsidR="005F6A5B">
        <w:rPr/>
        <w:t>hoogspanningsverbinding</w:t>
      </w:r>
      <w:r w:rsidR="005F6A5B">
        <w:rPr/>
        <w:t xml:space="preserve"> van de </w:t>
      </w:r>
      <w:r w:rsidR="005F6A5B">
        <w:rPr/>
        <w:t>kust</w:t>
      </w:r>
      <w:r w:rsidR="005F6A5B">
        <w:rPr/>
        <w:t xml:space="preserve"> tot </w:t>
      </w:r>
      <w:r w:rsidR="005F6A5B">
        <w:rPr/>
        <w:t>Avelgem</w:t>
      </w:r>
      <w:r w:rsidR="005F6A5B">
        <w:rPr/>
        <w:t xml:space="preserve"> — maar is </w:t>
      </w:r>
      <w:r w:rsidR="005F6A5B">
        <w:rPr/>
        <w:t>procedureel</w:t>
      </w:r>
      <w:r w:rsidR="005F6A5B">
        <w:rPr/>
        <w:t xml:space="preserve"> </w:t>
      </w:r>
      <w:r w:rsidR="005F6A5B">
        <w:rPr/>
        <w:t>opgesplitst</w:t>
      </w:r>
      <w:r w:rsidR="005F6A5B">
        <w:rPr/>
        <w:t xml:space="preserve"> in:</w:t>
      </w:r>
    </w:p>
    <w:p w:rsidR="009D758D" w:rsidRDefault="25A181EA" w14:paraId="4EAF5C55" w14:textId="2B5C7FFE">
      <w:pPr>
        <w:pStyle w:val="ListBullet"/>
        <w:spacing w:after="60"/>
        <w:ind w:left="720"/>
        <w:rPr/>
      </w:pPr>
      <w:r w:rsidRPr="6C968D7A" w:rsidR="25A181EA">
        <w:rPr>
          <w:b w:val="1"/>
          <w:bCs w:val="1"/>
        </w:rPr>
        <w:t xml:space="preserve">5 </w:t>
      </w:r>
      <w:r w:rsidRPr="6C968D7A" w:rsidR="25A181EA">
        <w:rPr>
          <w:b w:val="1"/>
          <w:bCs w:val="1"/>
        </w:rPr>
        <w:t>omgevingsvergunningsaanvragen</w:t>
      </w:r>
      <w:r w:rsidRPr="6C968D7A" w:rsidR="25A181EA">
        <w:rPr>
          <w:b w:val="1"/>
          <w:bCs w:val="1"/>
        </w:rPr>
        <w:t>:</w:t>
      </w:r>
      <w:r w:rsidR="25A181EA">
        <w:rPr/>
        <w:t xml:space="preserve"> OMV 20250257</w:t>
      </w:r>
      <w:r w:rsidR="2BAA10B9">
        <w:rPr/>
        <w:t>79</w:t>
      </w:r>
      <w:r w:rsidR="25A181EA">
        <w:rPr/>
        <w:t xml:space="preserve"> t/m 202502578</w:t>
      </w:r>
      <w:r w:rsidR="739C8C86">
        <w:rPr/>
        <w:t>4</w:t>
      </w:r>
    </w:p>
    <w:p w:rsidR="009D758D" w:rsidRDefault="005F6A5B" w14:paraId="61FA7C68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 xml:space="preserve">2-3 </w:t>
      </w:r>
      <w:r w:rsidRPr="6C968D7A" w:rsidR="005F6A5B">
        <w:rPr>
          <w:b w:val="1"/>
          <w:bCs w:val="1"/>
        </w:rPr>
        <w:t>aparte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projecten</w:t>
      </w:r>
      <w:r w:rsidRPr="6C968D7A" w:rsidR="005F6A5B">
        <w:rPr>
          <w:b w:val="1"/>
          <w:bCs w:val="1"/>
        </w:rPr>
        <w:t>:</w:t>
      </w:r>
      <w:r w:rsidR="005F6A5B">
        <w:rPr/>
        <w:t xml:space="preserve"> 150 kV </w:t>
      </w:r>
      <w:r w:rsidR="005F6A5B">
        <w:rPr/>
        <w:t>Blauwe</w:t>
      </w:r>
      <w:r w:rsidR="005F6A5B">
        <w:rPr/>
        <w:t xml:space="preserve"> Toren-</w:t>
      </w:r>
      <w:r w:rsidR="005F6A5B">
        <w:rPr/>
        <w:t>Waggelwater</w:t>
      </w:r>
      <w:r w:rsidR="005F6A5B">
        <w:rPr/>
        <w:t xml:space="preserve">, </w:t>
      </w:r>
      <w:r w:rsidR="005F6A5B">
        <w:rPr/>
        <w:t>conversiestation</w:t>
      </w:r>
      <w:r w:rsidR="005F6A5B">
        <w:rPr/>
        <w:t xml:space="preserve"> Neptunus, 150 kV Brugge-</w:t>
      </w:r>
      <w:r w:rsidR="005F6A5B">
        <w:rPr/>
        <w:t>Slijkens</w:t>
      </w:r>
    </w:p>
    <w:p w:rsidR="009D758D" w:rsidRDefault="005F6A5B" w14:paraId="3B086CF0" w14:textId="77777777">
      <w:r w:rsidR="005F6A5B">
        <w:rPr/>
        <w:t xml:space="preserve">In </w:t>
      </w:r>
      <w:r w:rsidR="005F6A5B">
        <w:rPr/>
        <w:t>totaal</w:t>
      </w:r>
      <w:r w:rsidR="005F6A5B">
        <w:rPr/>
        <w:t xml:space="preserve"> </w:t>
      </w:r>
      <w:r w:rsidR="005F6A5B">
        <w:rPr/>
        <w:t>betreft</w:t>
      </w:r>
      <w:r w:rsidR="005F6A5B">
        <w:rPr/>
        <w:t xml:space="preserve"> het </w:t>
      </w:r>
      <w:r w:rsidRPr="6C968D7A" w:rsidR="005F6A5B">
        <w:rPr>
          <w:b w:val="1"/>
          <w:bCs w:val="1"/>
        </w:rPr>
        <w:t xml:space="preserve">7 tot 8 </w:t>
      </w:r>
      <w:r w:rsidRPr="6C968D7A" w:rsidR="005F6A5B">
        <w:rPr>
          <w:b w:val="1"/>
          <w:bCs w:val="1"/>
        </w:rPr>
        <w:t>deelvergunningen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wat </w:t>
      </w:r>
      <w:r w:rsidR="005F6A5B">
        <w:rPr/>
        <w:t>functioneel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samenhangend</w:t>
      </w:r>
      <w:r w:rsidR="005F6A5B">
        <w:rPr/>
        <w:t xml:space="preserve"> </w:t>
      </w:r>
      <w:r w:rsidR="005F6A5B">
        <w:rPr/>
        <w:t>project is</w:t>
      </w:r>
      <w:r w:rsidR="005F6A5B">
        <w:rPr/>
        <w:t xml:space="preserve">. De </w:t>
      </w:r>
      <w:r w:rsidR="005F6A5B">
        <w:rPr/>
        <w:t>cumulatieve</w:t>
      </w:r>
      <w:r w:rsidR="005F6A5B">
        <w:rPr/>
        <w:t xml:space="preserve"> </w:t>
      </w:r>
      <w:r w:rsidR="005F6A5B">
        <w:rPr/>
        <w:t>effecten</w:t>
      </w:r>
      <w:r w:rsidR="005F6A5B">
        <w:rPr/>
        <w:t xml:space="preserve"> van alle </w:t>
      </w:r>
      <w:r w:rsidR="005F6A5B">
        <w:rPr/>
        <w:t>onderdelen</w:t>
      </w:r>
      <w:r w:rsidR="005F6A5B">
        <w:rPr/>
        <w:t xml:space="preserve"> </w:t>
      </w:r>
      <w:r w:rsidR="005F6A5B">
        <w:rPr/>
        <w:t>samen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integraal</w:t>
      </w:r>
      <w:r w:rsidR="005F6A5B">
        <w:rPr/>
        <w:t xml:space="preserve"> </w:t>
      </w:r>
      <w:r w:rsidR="005F6A5B">
        <w:rPr/>
        <w:t>beoordeeld</w:t>
      </w:r>
      <w:r w:rsidR="005F6A5B">
        <w:rPr/>
        <w:t>.</w:t>
      </w:r>
    </w:p>
    <w:p w:rsidR="009D758D" w:rsidP="25A181EA" w:rsidRDefault="25A181EA" w14:paraId="3EE7955A" w14:textId="180CD300">
      <w:r w:rsidRPr="6C968D7A" w:rsidR="25A181EA">
        <w:rPr>
          <w:b w:val="1"/>
          <w:bCs w:val="1"/>
        </w:rPr>
        <w:t xml:space="preserve">Art. 7 </w:t>
      </w:r>
      <w:r w:rsidRPr="6C968D7A" w:rsidR="25A181EA">
        <w:rPr>
          <w:b w:val="1"/>
          <w:bCs w:val="1"/>
        </w:rPr>
        <w:t>Omgevingsvergunningsdecreet</w:t>
      </w:r>
      <w:r w:rsidRPr="6C968D7A" w:rsidR="25A181EA">
        <w:rPr>
          <w:b w:val="1"/>
          <w:bCs w:val="1"/>
        </w:rPr>
        <w:t xml:space="preserve"> — </w:t>
      </w:r>
      <w:r w:rsidRPr="6C968D7A" w:rsidR="25A181EA">
        <w:rPr>
          <w:b w:val="1"/>
          <w:bCs w:val="1"/>
        </w:rPr>
        <w:t>onlosmakelijk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geheel</w:t>
      </w:r>
      <w:r w:rsidRPr="6C968D7A" w:rsidR="25A181EA">
        <w:rPr>
          <w:b w:val="1"/>
          <w:bCs w:val="1"/>
        </w:rPr>
        <w:t>:</w:t>
      </w:r>
      <w:r w:rsidR="25A181EA">
        <w:rPr/>
        <w:t xml:space="preserve"> Art. 7, §2, </w:t>
      </w:r>
      <w:r w:rsidR="25A181EA">
        <w:rPr/>
        <w:t>eerste</w:t>
      </w:r>
      <w:r w:rsidR="25A181EA">
        <w:rPr/>
        <w:t xml:space="preserve"> lid </w:t>
      </w:r>
      <w:r w:rsidR="25A181EA">
        <w:rPr/>
        <w:t>Omgevingsvergunningsdecreet</w:t>
      </w:r>
      <w:r w:rsidR="25A181EA">
        <w:rPr/>
        <w:t xml:space="preserve"> </w:t>
      </w:r>
      <w:r w:rsidR="25A181EA">
        <w:rPr/>
        <w:t>bepaalt</w:t>
      </w:r>
      <w:r w:rsidR="25A181EA">
        <w:rPr/>
        <w:t xml:space="preserve"> </w:t>
      </w:r>
      <w:r w:rsidR="25A181EA">
        <w:rPr/>
        <w:t>dat</w:t>
      </w:r>
      <w:r w:rsidR="25A181EA">
        <w:rPr/>
        <w:t xml:space="preserve"> </w:t>
      </w:r>
      <w:r w:rsidR="25A181EA">
        <w:rPr/>
        <w:t>een</w:t>
      </w:r>
      <w:r w:rsidR="25A181EA">
        <w:rPr/>
        <w:t xml:space="preserve"> </w:t>
      </w:r>
      <w:r w:rsidR="25A181EA">
        <w:rPr/>
        <w:t>vergunning</w:t>
      </w:r>
      <w:r w:rsidR="25A181EA">
        <w:rPr/>
        <w:t xml:space="preserve"> </w:t>
      </w:r>
      <w:r w:rsidR="25A181EA">
        <w:rPr/>
        <w:t>betrekking</w:t>
      </w:r>
      <w:r w:rsidR="25A181EA">
        <w:rPr/>
        <w:t xml:space="preserve"> </w:t>
      </w:r>
      <w:r w:rsidR="25A181EA">
        <w:rPr/>
        <w:t>heeft</w:t>
      </w:r>
      <w:r w:rsidR="25A181EA">
        <w:rPr/>
        <w:t xml:space="preserve"> op het "</w:t>
      </w:r>
      <w:r w:rsidR="25A181EA">
        <w:rPr/>
        <w:t>onlosmakelijk</w:t>
      </w:r>
      <w:r w:rsidR="25A181EA">
        <w:rPr/>
        <w:t xml:space="preserve"> </w:t>
      </w:r>
      <w:r w:rsidR="25A181EA">
        <w:rPr/>
        <w:t>geheel</w:t>
      </w:r>
      <w:r w:rsidR="25A181EA">
        <w:rPr/>
        <w:t xml:space="preserve">" van </w:t>
      </w:r>
      <w:r w:rsidR="25A181EA">
        <w:rPr/>
        <w:t>stedenbouwkundige</w:t>
      </w:r>
      <w:r w:rsidR="25A181EA">
        <w:rPr/>
        <w:t xml:space="preserve"> </w:t>
      </w:r>
      <w:r w:rsidR="25A181EA">
        <w:rPr/>
        <w:t>handelingen</w:t>
      </w:r>
      <w:r w:rsidR="25A181EA">
        <w:rPr/>
        <w:t xml:space="preserve">, </w:t>
      </w:r>
      <w:r w:rsidR="25A181EA">
        <w:rPr/>
        <w:t>exploitatie</w:t>
      </w:r>
      <w:r w:rsidR="25A181EA">
        <w:rPr/>
        <w:t xml:space="preserve"> </w:t>
      </w:r>
      <w:r w:rsidR="25A181EA">
        <w:rPr/>
        <w:t>en</w:t>
      </w:r>
      <w:r w:rsidR="25A181EA">
        <w:rPr/>
        <w:t xml:space="preserve"> </w:t>
      </w:r>
      <w:r w:rsidR="25A181EA">
        <w:rPr/>
        <w:t>vegetatiewijzigingen</w:t>
      </w:r>
      <w:r w:rsidR="25A181EA">
        <w:rPr/>
        <w:t xml:space="preserve">. De Raad </w:t>
      </w:r>
      <w:r w:rsidR="25A181EA">
        <w:rPr/>
        <w:t>voor</w:t>
      </w:r>
      <w:r w:rsidR="25A181EA">
        <w:rPr/>
        <w:t xml:space="preserve"> </w:t>
      </w:r>
      <w:r w:rsidR="25A181EA">
        <w:rPr/>
        <w:t>Vergunningsbetwistingen</w:t>
      </w:r>
      <w:r w:rsidR="25A181EA">
        <w:rPr/>
        <w:t xml:space="preserve"> </w:t>
      </w:r>
      <w:r w:rsidR="25A181EA">
        <w:rPr/>
        <w:t>heeft</w:t>
      </w:r>
      <w:r w:rsidR="25A181EA">
        <w:rPr/>
        <w:t xml:space="preserve"> recent </w:t>
      </w:r>
      <w:r w:rsidR="25A181EA">
        <w:rPr/>
        <w:t>bevestigd</w:t>
      </w:r>
      <w:r w:rsidR="25A181EA">
        <w:rPr/>
        <w:t xml:space="preserve"> (</w:t>
      </w:r>
      <w:r w:rsidR="25A181EA">
        <w:rPr/>
        <w:t>RvVb</w:t>
      </w:r>
      <w:r w:rsidR="25A181EA">
        <w:rPr/>
        <w:t xml:space="preserve">/A/2425/0839 van 5 </w:t>
      </w:r>
      <w:r w:rsidR="25A181EA">
        <w:rPr/>
        <w:t>juni</w:t>
      </w:r>
      <w:r w:rsidR="25A181EA">
        <w:rPr/>
        <w:t xml:space="preserve"> 2025) </w:t>
      </w:r>
      <w:r w:rsidR="25A181EA">
        <w:rPr/>
        <w:t>dat</w:t>
      </w:r>
      <w:r w:rsidR="25A181EA">
        <w:rPr/>
        <w:t xml:space="preserve"> het </w:t>
      </w:r>
      <w:r w:rsidR="25A181EA">
        <w:rPr/>
        <w:t>een</w:t>
      </w:r>
      <w:r w:rsidR="25A181EA">
        <w:rPr/>
        <w:t xml:space="preserve"> </w:t>
      </w:r>
      <w:r w:rsidR="25A181EA">
        <w:rPr/>
        <w:t>aanvrager</w:t>
      </w:r>
      <w:r w:rsidR="25A181EA">
        <w:rPr/>
        <w:t xml:space="preserve"> in </w:t>
      </w:r>
      <w:r w:rsidR="25A181EA">
        <w:rPr/>
        <w:t>principe</w:t>
      </w:r>
      <w:r w:rsidR="25A181EA">
        <w:rPr/>
        <w:t xml:space="preserve"> </w:t>
      </w:r>
      <w:r w:rsidR="25A181EA">
        <w:rPr/>
        <w:t>vrijstaat</w:t>
      </w:r>
      <w:r w:rsidR="25A181EA">
        <w:rPr/>
        <w:t xml:space="preserve"> </w:t>
      </w:r>
      <w:r w:rsidR="25A181EA">
        <w:rPr/>
        <w:t>een</w:t>
      </w:r>
      <w:r w:rsidR="25A181EA">
        <w:rPr/>
        <w:t xml:space="preserve"> project op </w:t>
      </w:r>
      <w:r w:rsidR="25A181EA">
        <w:rPr/>
        <w:t>te</w:t>
      </w:r>
      <w:r w:rsidR="25A181EA">
        <w:rPr/>
        <w:t xml:space="preserve"> </w:t>
      </w:r>
      <w:r w:rsidR="25A181EA">
        <w:rPr/>
        <w:t>splitsen</w:t>
      </w:r>
      <w:r w:rsidR="25A181EA">
        <w:rPr/>
        <w:t xml:space="preserve"> in </w:t>
      </w:r>
      <w:r w:rsidR="25A181EA">
        <w:rPr/>
        <w:t>deelprojecten</w:t>
      </w:r>
      <w:r w:rsidR="25A181EA">
        <w:rPr/>
        <w:t xml:space="preserve">, </w:t>
      </w:r>
      <w:r w:rsidRPr="6C968D7A" w:rsidR="25A181EA">
        <w:rPr>
          <w:i w:val="1"/>
          <w:iCs w:val="1"/>
        </w:rPr>
        <w:t>"</w:t>
      </w:r>
      <w:r w:rsidRPr="6C968D7A" w:rsidR="25A181EA">
        <w:rPr>
          <w:i w:val="1"/>
          <w:iCs w:val="1"/>
        </w:rPr>
        <w:t>tenminste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voor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zover</w:t>
      </w:r>
      <w:r w:rsidRPr="6C968D7A" w:rsidR="25A181EA">
        <w:rPr>
          <w:i w:val="1"/>
          <w:iCs w:val="1"/>
        </w:rPr>
        <w:t xml:space="preserve"> het </w:t>
      </w:r>
      <w:r w:rsidRPr="6C968D7A" w:rsidR="25A181EA">
        <w:rPr>
          <w:i w:val="1"/>
          <w:iCs w:val="1"/>
        </w:rPr>
        <w:t>niet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gaat</w:t>
      </w:r>
      <w:r w:rsidRPr="6C968D7A" w:rsidR="25A181EA">
        <w:rPr>
          <w:i w:val="1"/>
          <w:iCs w:val="1"/>
        </w:rPr>
        <w:t xml:space="preserve"> om </w:t>
      </w:r>
      <w:r w:rsidRPr="6C968D7A" w:rsidR="25A181EA">
        <w:rPr>
          <w:i w:val="1"/>
          <w:iCs w:val="1"/>
        </w:rPr>
        <w:t>een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onlosmakelijk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geheel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zoals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bedoeld</w:t>
      </w:r>
      <w:r w:rsidRPr="6C968D7A" w:rsidR="25A181EA">
        <w:rPr>
          <w:i w:val="1"/>
          <w:iCs w:val="1"/>
        </w:rPr>
        <w:t xml:space="preserve"> in </w:t>
      </w:r>
      <w:r w:rsidRPr="6C968D7A" w:rsidR="25A181EA">
        <w:rPr>
          <w:i w:val="1"/>
          <w:iCs w:val="1"/>
        </w:rPr>
        <w:t>artikel</w:t>
      </w:r>
      <w:r w:rsidRPr="6C968D7A" w:rsidR="25A181EA">
        <w:rPr>
          <w:i w:val="1"/>
          <w:iCs w:val="1"/>
        </w:rPr>
        <w:t xml:space="preserve"> 7, §2, </w:t>
      </w:r>
      <w:r w:rsidRPr="6C968D7A" w:rsidR="25A181EA">
        <w:rPr>
          <w:i w:val="1"/>
          <w:iCs w:val="1"/>
        </w:rPr>
        <w:t>eerste</w:t>
      </w:r>
      <w:r w:rsidRPr="6C968D7A" w:rsidR="25A181EA">
        <w:rPr>
          <w:i w:val="1"/>
          <w:iCs w:val="1"/>
        </w:rPr>
        <w:t xml:space="preserve"> lid </w:t>
      </w:r>
      <w:r w:rsidRPr="6C968D7A" w:rsidR="25A181EA">
        <w:rPr>
          <w:i w:val="1"/>
          <w:iCs w:val="1"/>
        </w:rPr>
        <w:t>Omgevingsvergunningsdecreet</w:t>
      </w:r>
      <w:r w:rsidRPr="6C968D7A" w:rsidR="25A181EA">
        <w:rPr>
          <w:i w:val="1"/>
          <w:iCs w:val="1"/>
        </w:rPr>
        <w:t>."</w:t>
      </w:r>
      <w:r w:rsidR="25A181EA">
        <w:rPr/>
        <w:t xml:space="preserve"> In </w:t>
      </w:r>
      <w:r w:rsidR="25A181EA">
        <w:rPr/>
        <w:t>eerder</w:t>
      </w:r>
      <w:r w:rsidR="25A181EA">
        <w:rPr/>
        <w:t xml:space="preserve"> arrest (</w:t>
      </w:r>
      <w:r w:rsidR="25A181EA">
        <w:rPr/>
        <w:t>RvVb</w:t>
      </w:r>
      <w:r w:rsidR="25A181EA">
        <w:rPr/>
        <w:t xml:space="preserve">/A/1617/0546 van 7 </w:t>
      </w:r>
      <w:r w:rsidR="25A181EA">
        <w:rPr/>
        <w:t>februari</w:t>
      </w:r>
      <w:r w:rsidR="25A181EA">
        <w:rPr/>
        <w:t xml:space="preserve"> 2017) </w:t>
      </w:r>
      <w:r w:rsidR="25A181EA">
        <w:rPr/>
        <w:t>oordeelde</w:t>
      </w:r>
      <w:r w:rsidR="25A181EA">
        <w:rPr/>
        <w:t xml:space="preserve"> de Raad </w:t>
      </w:r>
      <w:r w:rsidR="25A181EA">
        <w:rPr/>
        <w:t>bovendien</w:t>
      </w:r>
      <w:r w:rsidR="25A181EA">
        <w:rPr/>
        <w:t xml:space="preserve"> </w:t>
      </w:r>
      <w:r w:rsidR="25A181EA">
        <w:rPr/>
        <w:t>dat</w:t>
      </w:r>
      <w:r w:rsidR="25A181EA">
        <w:rPr/>
        <w:t xml:space="preserve"> de </w:t>
      </w:r>
      <w:r w:rsidR="25A181EA">
        <w:rPr/>
        <w:t>bevoegde</w:t>
      </w:r>
      <w:r w:rsidR="25A181EA">
        <w:rPr/>
        <w:t xml:space="preserve"> </w:t>
      </w:r>
      <w:r w:rsidR="25A181EA">
        <w:rPr/>
        <w:t>overheid</w:t>
      </w:r>
      <w:r w:rsidR="25A181EA">
        <w:rPr/>
        <w:t xml:space="preserve"> </w:t>
      </w:r>
      <w:r w:rsidR="25A181EA">
        <w:rPr/>
        <w:t>bezwaren</w:t>
      </w:r>
      <w:r w:rsidR="25A181EA">
        <w:rPr/>
        <w:t xml:space="preserve"> </w:t>
      </w:r>
      <w:r w:rsidR="25A181EA">
        <w:rPr/>
        <w:t>moet</w:t>
      </w:r>
      <w:r w:rsidR="25A181EA">
        <w:rPr/>
        <w:t xml:space="preserve"> </w:t>
      </w:r>
      <w:r w:rsidR="25A181EA">
        <w:rPr/>
        <w:t>onderzoeken</w:t>
      </w:r>
      <w:r w:rsidR="25A181EA">
        <w:rPr/>
        <w:t xml:space="preserve"> </w:t>
      </w:r>
      <w:r w:rsidRPr="6C968D7A" w:rsidR="25A181EA">
        <w:rPr>
          <w:i w:val="1"/>
          <w:iCs w:val="1"/>
        </w:rPr>
        <w:t>"</w:t>
      </w:r>
      <w:r w:rsidRPr="6C968D7A" w:rsidR="25A181EA">
        <w:rPr>
          <w:i w:val="1"/>
          <w:iCs w:val="1"/>
        </w:rPr>
        <w:t>niet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alleen</w:t>
      </w:r>
      <w:r w:rsidRPr="6C968D7A" w:rsidR="25A181EA">
        <w:rPr>
          <w:i w:val="1"/>
          <w:iCs w:val="1"/>
        </w:rPr>
        <w:t xml:space="preserve"> ten </w:t>
      </w:r>
      <w:r w:rsidRPr="6C968D7A" w:rsidR="25A181EA">
        <w:rPr>
          <w:i w:val="1"/>
          <w:iCs w:val="1"/>
        </w:rPr>
        <w:t>aanzien</w:t>
      </w:r>
      <w:r w:rsidRPr="6C968D7A" w:rsidR="25A181EA">
        <w:rPr>
          <w:i w:val="1"/>
          <w:iCs w:val="1"/>
        </w:rPr>
        <w:t xml:space="preserve"> van het </w:t>
      </w:r>
      <w:r w:rsidRPr="6C968D7A" w:rsidR="25A181EA">
        <w:rPr>
          <w:i w:val="1"/>
          <w:iCs w:val="1"/>
        </w:rPr>
        <w:t>voorwerp</w:t>
      </w:r>
      <w:r w:rsidRPr="6C968D7A" w:rsidR="25A181EA">
        <w:rPr>
          <w:i w:val="1"/>
          <w:iCs w:val="1"/>
        </w:rPr>
        <w:t xml:space="preserve"> van de </w:t>
      </w:r>
      <w:r w:rsidRPr="6C968D7A" w:rsidR="25A181EA">
        <w:rPr>
          <w:i w:val="1"/>
          <w:iCs w:val="1"/>
        </w:rPr>
        <w:t>aanvraag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voor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een</w:t>
      </w:r>
      <w:r w:rsidRPr="6C968D7A" w:rsidR="25A181EA">
        <w:rPr>
          <w:i w:val="1"/>
          <w:iCs w:val="1"/>
        </w:rPr>
        <w:t xml:space="preserve"> van de </w:t>
      </w:r>
      <w:r w:rsidRPr="6C968D7A" w:rsidR="25A181EA">
        <w:rPr>
          <w:i w:val="1"/>
          <w:iCs w:val="1"/>
        </w:rPr>
        <w:t>deelprojecten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als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zodanig</w:t>
      </w:r>
      <w:r w:rsidRPr="6C968D7A" w:rsidR="25A181EA">
        <w:rPr>
          <w:i w:val="1"/>
          <w:iCs w:val="1"/>
        </w:rPr>
        <w:t xml:space="preserve">, maar </w:t>
      </w:r>
      <w:r w:rsidRPr="6C968D7A" w:rsidR="25A181EA">
        <w:rPr>
          <w:i w:val="1"/>
          <w:iCs w:val="1"/>
        </w:rPr>
        <w:t>tevens</w:t>
      </w:r>
      <w:r w:rsidRPr="6C968D7A" w:rsidR="25A181EA">
        <w:rPr>
          <w:i w:val="1"/>
          <w:iCs w:val="1"/>
        </w:rPr>
        <w:t xml:space="preserve">, </w:t>
      </w:r>
      <w:r w:rsidRPr="6C968D7A" w:rsidR="25A181EA">
        <w:rPr>
          <w:i w:val="1"/>
          <w:iCs w:val="1"/>
        </w:rPr>
        <w:t>wanneer</w:t>
      </w:r>
      <w:r w:rsidRPr="6C968D7A" w:rsidR="25A181EA">
        <w:rPr>
          <w:i w:val="1"/>
          <w:iCs w:val="1"/>
        </w:rPr>
        <w:t xml:space="preserve"> het </w:t>
      </w:r>
      <w:r w:rsidRPr="6C968D7A" w:rsidR="25A181EA">
        <w:rPr>
          <w:i w:val="1"/>
          <w:iCs w:val="1"/>
        </w:rPr>
        <w:t>bezwaren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betreft</w:t>
      </w:r>
      <w:r w:rsidRPr="6C968D7A" w:rsidR="25A181EA">
        <w:rPr>
          <w:i w:val="1"/>
          <w:iCs w:val="1"/>
        </w:rPr>
        <w:t xml:space="preserve"> die </w:t>
      </w:r>
      <w:r w:rsidRPr="6C968D7A" w:rsidR="25A181EA">
        <w:rPr>
          <w:i w:val="1"/>
          <w:iCs w:val="1"/>
        </w:rPr>
        <w:t>betrekking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hebben</w:t>
      </w:r>
      <w:r w:rsidRPr="6C968D7A" w:rsidR="25A181EA">
        <w:rPr>
          <w:i w:val="1"/>
          <w:iCs w:val="1"/>
        </w:rPr>
        <w:t xml:space="preserve"> op de </w:t>
      </w:r>
      <w:r w:rsidRPr="6C968D7A" w:rsidR="25A181EA">
        <w:rPr>
          <w:i w:val="1"/>
          <w:iCs w:val="1"/>
        </w:rPr>
        <w:t>gevolgen</w:t>
      </w:r>
      <w:r w:rsidRPr="6C968D7A" w:rsidR="25A181EA">
        <w:rPr>
          <w:i w:val="1"/>
          <w:iCs w:val="1"/>
        </w:rPr>
        <w:t xml:space="preserve"> van het </w:t>
      </w:r>
      <w:r w:rsidRPr="6C968D7A" w:rsidR="25A181EA">
        <w:rPr>
          <w:i w:val="1"/>
          <w:iCs w:val="1"/>
        </w:rPr>
        <w:t>totale</w:t>
      </w:r>
      <w:r w:rsidRPr="6C968D7A" w:rsidR="25A181EA">
        <w:rPr>
          <w:i w:val="1"/>
          <w:iCs w:val="1"/>
        </w:rPr>
        <w:t xml:space="preserve"> project </w:t>
      </w:r>
      <w:r w:rsidRPr="6C968D7A" w:rsidR="25A181EA">
        <w:rPr>
          <w:i w:val="1"/>
          <w:iCs w:val="1"/>
        </w:rPr>
        <w:t>waarvan</w:t>
      </w:r>
      <w:r w:rsidRPr="6C968D7A" w:rsidR="25A181EA">
        <w:rPr>
          <w:i w:val="1"/>
          <w:iCs w:val="1"/>
        </w:rPr>
        <w:t xml:space="preserve"> de </w:t>
      </w:r>
      <w:r w:rsidRPr="6C968D7A" w:rsidR="25A181EA">
        <w:rPr>
          <w:i w:val="1"/>
          <w:iCs w:val="1"/>
        </w:rPr>
        <w:t>aanvraag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een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onderdeel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uitmaakt</w:t>
      </w:r>
      <w:r w:rsidRPr="6C968D7A" w:rsidR="25A181EA">
        <w:rPr>
          <w:i w:val="1"/>
          <w:iCs w:val="1"/>
        </w:rPr>
        <w:t xml:space="preserve">, ten </w:t>
      </w:r>
      <w:r w:rsidRPr="6C968D7A" w:rsidR="25A181EA">
        <w:rPr>
          <w:i w:val="1"/>
          <w:iCs w:val="1"/>
        </w:rPr>
        <w:t>aanzien</w:t>
      </w:r>
      <w:r w:rsidRPr="6C968D7A" w:rsidR="25A181EA">
        <w:rPr>
          <w:i w:val="1"/>
          <w:iCs w:val="1"/>
        </w:rPr>
        <w:t xml:space="preserve"> van het </w:t>
      </w:r>
      <w:r w:rsidRPr="6C968D7A" w:rsidR="25A181EA">
        <w:rPr>
          <w:i w:val="1"/>
          <w:iCs w:val="1"/>
        </w:rPr>
        <w:t>totale</w:t>
      </w:r>
      <w:r w:rsidRPr="6C968D7A" w:rsidR="25A181EA">
        <w:rPr>
          <w:i w:val="1"/>
          <w:iCs w:val="1"/>
        </w:rPr>
        <w:t xml:space="preserve"> project </w:t>
      </w:r>
      <w:r w:rsidRPr="6C968D7A" w:rsidR="25A181EA">
        <w:rPr>
          <w:i w:val="1"/>
          <w:iCs w:val="1"/>
        </w:rPr>
        <w:t>en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zijn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gevolgen</w:t>
      </w:r>
      <w:r w:rsidRPr="6C968D7A" w:rsidR="25A181EA">
        <w:rPr>
          <w:i w:val="1"/>
          <w:iCs w:val="1"/>
        </w:rPr>
        <w:t>."</w:t>
      </w:r>
      <w:r w:rsidR="25A181EA">
        <w:rPr/>
        <w:t xml:space="preserve"> Dit </w:t>
      </w:r>
      <w:r w:rsidR="25A181EA">
        <w:rPr/>
        <w:t>wordt</w:t>
      </w:r>
      <w:r w:rsidR="25A181EA">
        <w:rPr/>
        <w:t xml:space="preserve"> </w:t>
      </w:r>
      <w:r w:rsidR="25A181EA">
        <w:rPr/>
        <w:t>versterkt</w:t>
      </w:r>
      <w:r w:rsidR="25A181EA">
        <w:rPr/>
        <w:t xml:space="preserve"> door het Hof van </w:t>
      </w:r>
      <w:r w:rsidR="25A181EA">
        <w:rPr/>
        <w:t>Justitie</w:t>
      </w:r>
      <w:r w:rsidR="25A181EA">
        <w:rPr/>
        <w:t xml:space="preserve"> (</w:t>
      </w:r>
      <w:r w:rsidR="25A181EA">
        <w:rPr/>
        <w:t>HvJ</w:t>
      </w:r>
      <w:r w:rsidR="25A181EA">
        <w:rPr/>
        <w:t xml:space="preserve"> 25 </w:t>
      </w:r>
      <w:r w:rsidR="25A181EA">
        <w:rPr/>
        <w:t>juli</w:t>
      </w:r>
      <w:r w:rsidR="25A181EA">
        <w:rPr/>
        <w:t xml:space="preserve"> 2008, C-142/07) </w:t>
      </w:r>
      <w:r w:rsidR="25A181EA">
        <w:rPr/>
        <w:t>en</w:t>
      </w:r>
      <w:r w:rsidR="25A181EA">
        <w:rPr/>
        <w:t xml:space="preserve"> de Raad van State (</w:t>
      </w:r>
      <w:r w:rsidR="25A181EA">
        <w:rPr/>
        <w:t>RvS</w:t>
      </w:r>
      <w:r w:rsidR="25A181EA">
        <w:rPr/>
        <w:t xml:space="preserve"> 26 </w:t>
      </w:r>
      <w:r w:rsidR="25A181EA">
        <w:rPr/>
        <w:t>augustus</w:t>
      </w:r>
      <w:r w:rsidR="25A181EA">
        <w:rPr/>
        <w:t xml:space="preserve"> 2010, nr. 207.013; </w:t>
      </w:r>
      <w:r w:rsidR="25A181EA">
        <w:rPr/>
        <w:t>RvS</w:t>
      </w:r>
      <w:r w:rsidR="25A181EA">
        <w:rPr/>
        <w:t xml:space="preserve"> 25 </w:t>
      </w:r>
      <w:r w:rsidR="25A181EA">
        <w:rPr/>
        <w:t>maart</w:t>
      </w:r>
      <w:r w:rsidR="25A181EA">
        <w:rPr/>
        <w:t xml:space="preserve"> 2021, nr. 250.223), die de </w:t>
      </w:r>
      <w:r w:rsidR="25A181EA">
        <w:rPr/>
        <w:t>functionele</w:t>
      </w:r>
      <w:r w:rsidR="25A181EA">
        <w:rPr/>
        <w:t xml:space="preserve"> </w:t>
      </w:r>
      <w:r w:rsidR="25A181EA">
        <w:rPr/>
        <w:t>onderlinge</w:t>
      </w:r>
      <w:r w:rsidR="25A181EA">
        <w:rPr/>
        <w:t xml:space="preserve"> </w:t>
      </w:r>
      <w:r w:rsidR="25A181EA">
        <w:rPr/>
        <w:t>afhankelijkheid</w:t>
      </w:r>
      <w:r w:rsidR="25A181EA">
        <w:rPr/>
        <w:t xml:space="preserve"> </w:t>
      </w:r>
      <w:r w:rsidR="25A181EA">
        <w:rPr/>
        <w:t>als</w:t>
      </w:r>
      <w:r w:rsidR="25A181EA">
        <w:rPr/>
        <w:t xml:space="preserve"> criterium </w:t>
      </w:r>
      <w:r w:rsidR="25A181EA">
        <w:rPr/>
        <w:t>hanteren</w:t>
      </w:r>
      <w:r w:rsidR="25A181EA">
        <w:rPr/>
        <w:t xml:space="preserve">. De </w:t>
      </w:r>
      <w:r w:rsidR="25A181EA">
        <w:rPr/>
        <w:t>vijf</w:t>
      </w:r>
      <w:r w:rsidR="25A181EA">
        <w:rPr/>
        <w:t xml:space="preserve"> </w:t>
      </w:r>
      <w:r w:rsidR="25A181EA">
        <w:rPr/>
        <w:t>omgevingsvergunningsaanvragen</w:t>
      </w:r>
      <w:r w:rsidR="25A181EA">
        <w:rPr/>
        <w:t xml:space="preserve"> </w:t>
      </w:r>
      <w:r w:rsidR="25A181EA">
        <w:rPr/>
        <w:t>zijn</w:t>
      </w:r>
      <w:r w:rsidR="25A181EA">
        <w:rPr/>
        <w:t xml:space="preserve"> </w:t>
      </w:r>
      <w:r w:rsidR="25A181EA">
        <w:rPr/>
        <w:t>onlosmakelijk</w:t>
      </w:r>
      <w:r w:rsidR="25A181EA">
        <w:rPr/>
        <w:t xml:space="preserve"> met </w:t>
      </w:r>
      <w:r w:rsidR="25A181EA">
        <w:rPr/>
        <w:t>elkaar</w:t>
      </w:r>
      <w:r w:rsidR="25A181EA">
        <w:rPr/>
        <w:t xml:space="preserve"> </w:t>
      </w:r>
      <w:r w:rsidR="25A181EA">
        <w:rPr/>
        <w:t>verbonden</w:t>
      </w:r>
      <w:r w:rsidR="25A181EA">
        <w:rPr/>
        <w:t xml:space="preserve">: de </w:t>
      </w:r>
      <w:r w:rsidR="25A181EA">
        <w:rPr/>
        <w:t>ene</w:t>
      </w:r>
      <w:r w:rsidR="25A181EA">
        <w:rPr/>
        <w:t xml:space="preserve"> </w:t>
      </w:r>
      <w:r w:rsidR="25A181EA">
        <w:rPr/>
        <w:t>aanvraag</w:t>
      </w:r>
      <w:r w:rsidR="25A181EA">
        <w:rPr/>
        <w:t xml:space="preserve"> </w:t>
      </w:r>
      <w:r w:rsidR="25A181EA">
        <w:rPr/>
        <w:t>kan</w:t>
      </w:r>
      <w:r w:rsidR="25A181EA">
        <w:rPr/>
        <w:t xml:space="preserve"> </w:t>
      </w:r>
      <w:r w:rsidR="25A181EA">
        <w:rPr/>
        <w:t>niet</w:t>
      </w:r>
      <w:r w:rsidR="25A181EA">
        <w:rPr/>
        <w:t xml:space="preserve"> </w:t>
      </w:r>
      <w:r w:rsidR="25A181EA">
        <w:rPr/>
        <w:t>zonder</w:t>
      </w:r>
      <w:r w:rsidR="25A181EA">
        <w:rPr/>
        <w:t xml:space="preserve"> de </w:t>
      </w:r>
      <w:r w:rsidR="25A181EA">
        <w:rPr/>
        <w:t>andere</w:t>
      </w:r>
      <w:r w:rsidR="25A181EA">
        <w:rPr/>
        <w:t xml:space="preserve"> </w:t>
      </w:r>
      <w:r w:rsidR="25A181EA">
        <w:rPr/>
        <w:t>worden</w:t>
      </w:r>
      <w:r w:rsidR="25A181EA">
        <w:rPr/>
        <w:t xml:space="preserve"> </w:t>
      </w:r>
      <w:r w:rsidR="25A181EA">
        <w:rPr/>
        <w:t>uitgevoerd</w:t>
      </w:r>
      <w:r w:rsidR="25A181EA">
        <w:rPr/>
        <w:t xml:space="preserve">, </w:t>
      </w:r>
      <w:r w:rsidR="25A181EA">
        <w:rPr/>
        <w:t>en</w:t>
      </w:r>
      <w:r w:rsidR="25A181EA">
        <w:rPr/>
        <w:t xml:space="preserve"> de </w:t>
      </w:r>
      <w:r w:rsidR="25A181EA">
        <w:rPr/>
        <w:t>doelstellingen</w:t>
      </w:r>
      <w:r w:rsidR="25A181EA">
        <w:rPr/>
        <w:t xml:space="preserve"> van het </w:t>
      </w:r>
      <w:r w:rsidR="25A181EA">
        <w:rPr/>
        <w:t>Ventilus</w:t>
      </w:r>
      <w:r w:rsidR="25A181EA">
        <w:rPr/>
        <w:t xml:space="preserve">-project </w:t>
      </w:r>
      <w:r w:rsidR="25A181EA">
        <w:rPr/>
        <w:t>kunnen</w:t>
      </w:r>
      <w:r w:rsidR="25A181EA">
        <w:rPr/>
        <w:t xml:space="preserve"> met </w:t>
      </w:r>
      <w:r w:rsidR="25A181EA">
        <w:rPr/>
        <w:t>een</w:t>
      </w:r>
      <w:r w:rsidR="25A181EA">
        <w:rPr/>
        <w:t xml:space="preserve"> </w:t>
      </w:r>
      <w:r w:rsidR="25A181EA">
        <w:rPr/>
        <w:t>gedeeltelijke</w:t>
      </w:r>
      <w:r w:rsidR="25A181EA">
        <w:rPr/>
        <w:t xml:space="preserve"> </w:t>
      </w:r>
      <w:r w:rsidR="25A181EA">
        <w:rPr/>
        <w:t>vergunning</w:t>
      </w:r>
      <w:r w:rsidR="25A181EA">
        <w:rPr/>
        <w:t xml:space="preserve"> </w:t>
      </w:r>
      <w:r w:rsidR="25A181EA">
        <w:rPr/>
        <w:t>niet</w:t>
      </w:r>
      <w:r w:rsidR="25A181EA">
        <w:rPr/>
        <w:t xml:space="preserve"> </w:t>
      </w:r>
      <w:r w:rsidR="25A181EA">
        <w:rPr/>
        <w:t>worden</w:t>
      </w:r>
      <w:r w:rsidR="25A181EA">
        <w:rPr/>
        <w:t xml:space="preserve"> </w:t>
      </w:r>
      <w:r w:rsidR="25A181EA">
        <w:rPr/>
        <w:t>bereikt</w:t>
      </w:r>
      <w:r w:rsidR="25A181EA">
        <w:rPr/>
        <w:t xml:space="preserve">. De </w:t>
      </w:r>
      <w:r w:rsidR="25A181EA">
        <w:rPr/>
        <w:t>opsplitsing</w:t>
      </w:r>
      <w:r w:rsidR="25A181EA">
        <w:rPr/>
        <w:t xml:space="preserve"> in </w:t>
      </w:r>
      <w:r w:rsidR="25A181EA">
        <w:rPr/>
        <w:t>vijf</w:t>
      </w:r>
      <w:r w:rsidR="25A181EA">
        <w:rPr/>
        <w:t xml:space="preserve"> </w:t>
      </w:r>
      <w:r w:rsidR="25A181EA">
        <w:rPr/>
        <w:t>deelvergunningen</w:t>
      </w:r>
      <w:r w:rsidR="25A181EA">
        <w:rPr/>
        <w:t xml:space="preserve"> is </w:t>
      </w:r>
      <w:r w:rsidR="25A181EA">
        <w:rPr/>
        <w:t>derhalve</w:t>
      </w:r>
      <w:r w:rsidR="25A181EA">
        <w:rPr/>
        <w:t xml:space="preserve"> </w:t>
      </w:r>
      <w:r w:rsidR="25A181EA">
        <w:rPr/>
        <w:t>juridisch</w:t>
      </w:r>
      <w:r w:rsidR="25A181EA">
        <w:rPr/>
        <w:t xml:space="preserve"> </w:t>
      </w:r>
      <w:r w:rsidR="25A181EA">
        <w:rPr/>
        <w:t>problematisch</w:t>
      </w:r>
      <w:r w:rsidR="25A181EA">
        <w:rPr/>
        <w:t>.</w:t>
      </w:r>
    </w:p>
    <w:p w:rsidR="009D758D" w:rsidRDefault="005F6A5B" w14:paraId="24AD5B46" w14:textId="77777777">
      <w:r w:rsidRPr="6C968D7A" w:rsidR="005F6A5B">
        <w:rPr>
          <w:b w:val="1"/>
          <w:bCs w:val="1"/>
        </w:rPr>
        <w:t>Doorschuiven</w:t>
      </w:r>
      <w:r w:rsidRPr="6C968D7A" w:rsidR="005F6A5B">
        <w:rPr>
          <w:b w:val="1"/>
          <w:bCs w:val="1"/>
        </w:rPr>
        <w:t xml:space="preserve"> van </w:t>
      </w:r>
      <w:r w:rsidRPr="6C968D7A" w:rsidR="005F6A5B">
        <w:rPr>
          <w:b w:val="1"/>
          <w:bCs w:val="1"/>
        </w:rPr>
        <w:t>effecten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naar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latere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deelvergunningen</w:t>
      </w:r>
      <w:r w:rsidRPr="6C968D7A" w:rsidR="005F6A5B">
        <w:rPr>
          <w:b w:val="1"/>
          <w:bCs w:val="1"/>
        </w:rPr>
        <w:t>:</w:t>
      </w:r>
      <w:r w:rsidR="005F6A5B">
        <w:rPr/>
        <w:t xml:space="preserve"> Door de </w:t>
      </w:r>
      <w:r w:rsidR="005F6A5B">
        <w:rPr/>
        <w:t>opsplitsing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essentiële</w:t>
      </w:r>
      <w:r w:rsidR="005F6A5B">
        <w:rPr/>
        <w:t xml:space="preserve"> </w:t>
      </w:r>
      <w:r w:rsidR="005F6A5B">
        <w:rPr/>
        <w:t>onderdelen</w:t>
      </w:r>
      <w:r w:rsidR="005F6A5B">
        <w:rPr/>
        <w:t xml:space="preserve"> die </w:t>
      </w:r>
      <w:r w:rsidR="005F6A5B">
        <w:rPr/>
        <w:t>onlosmakelijk</w:t>
      </w:r>
      <w:r w:rsidR="005F6A5B">
        <w:rPr/>
        <w:t xml:space="preserve"> </w:t>
      </w:r>
      <w:r w:rsidR="005F6A5B">
        <w:rPr/>
        <w:t>verbonden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met het project — </w:t>
      </w:r>
      <w:r w:rsidR="005F6A5B">
        <w:rPr/>
        <w:t>waaronder</w:t>
      </w:r>
      <w:r w:rsidR="005F6A5B">
        <w:rPr/>
        <w:t xml:space="preserve"> </w:t>
      </w:r>
      <w:r w:rsidR="005F6A5B">
        <w:rPr/>
        <w:t>bemalingen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het </w:t>
      </w:r>
      <w:r w:rsidR="005F6A5B">
        <w:rPr/>
        <w:t>ondergrondse</w:t>
      </w:r>
      <w:r w:rsidR="005F6A5B">
        <w:rPr/>
        <w:t xml:space="preserve"> </w:t>
      </w:r>
      <w:r w:rsidR="005F6A5B">
        <w:rPr/>
        <w:t>gedeelte</w:t>
      </w:r>
      <w:r w:rsidR="005F6A5B">
        <w:rPr/>
        <w:t xml:space="preserve">, </w:t>
      </w:r>
      <w:r w:rsidR="005F6A5B">
        <w:rPr/>
        <w:t>wijzigingen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drainages </w:t>
      </w:r>
      <w:r w:rsidR="005F6A5B">
        <w:rPr/>
        <w:t>bij</w:t>
      </w:r>
      <w:r w:rsidR="005F6A5B">
        <w:rPr/>
        <w:t xml:space="preserve"> </w:t>
      </w:r>
      <w:r w:rsidR="005F6A5B">
        <w:rPr/>
        <w:t>opstijgpunten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mastfunderingen</w:t>
      </w:r>
      <w:r w:rsidR="005F6A5B">
        <w:rPr/>
        <w:t xml:space="preserve">, </w:t>
      </w:r>
      <w:r w:rsidR="005F6A5B">
        <w:rPr/>
        <w:t>bepaalde</w:t>
      </w:r>
      <w:r w:rsidR="005F6A5B">
        <w:rPr/>
        <w:t xml:space="preserve"> </w:t>
      </w:r>
      <w:r w:rsidR="005F6A5B">
        <w:rPr/>
        <w:t>kapvergunningen</w:t>
      </w:r>
      <w:r w:rsidR="005F6A5B">
        <w:rPr/>
        <w:t xml:space="preserve">, het </w:t>
      </w:r>
      <w:r w:rsidR="005F6A5B">
        <w:rPr/>
        <w:t>plaatsen</w:t>
      </w:r>
      <w:r w:rsidR="005F6A5B">
        <w:rPr/>
        <w:t xml:space="preserve"> van </w:t>
      </w:r>
      <w:r w:rsidR="005F6A5B">
        <w:rPr/>
        <w:t>portieken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de </w:t>
      </w:r>
      <w:r w:rsidR="005F6A5B">
        <w:rPr/>
        <w:t>aanleg</w:t>
      </w:r>
      <w:r w:rsidR="005F6A5B">
        <w:rPr/>
        <w:t xml:space="preserve"> van </w:t>
      </w:r>
      <w:r w:rsidR="005F6A5B">
        <w:rPr/>
        <w:t>werfdepots</w:t>
      </w:r>
      <w:r w:rsidR="005F6A5B">
        <w:rPr/>
        <w:t xml:space="preserve"> — </w:t>
      </w:r>
      <w:r w:rsidR="005F6A5B">
        <w:rPr/>
        <w:t>doorgeschoven</w:t>
      </w:r>
      <w:r w:rsidR="005F6A5B">
        <w:rPr/>
        <w:t xml:space="preserve"> </w:t>
      </w:r>
      <w:r w:rsidR="005F6A5B">
        <w:rPr/>
        <w:t>naar</w:t>
      </w:r>
      <w:r w:rsidR="005F6A5B">
        <w:rPr/>
        <w:t xml:space="preserve"> </w:t>
      </w:r>
      <w:r w:rsidR="005F6A5B">
        <w:rPr/>
        <w:t>latere</w:t>
      </w:r>
      <w:r w:rsidR="005F6A5B">
        <w:rPr/>
        <w:t xml:space="preserve">, </w:t>
      </w:r>
      <w:r w:rsidR="005F6A5B">
        <w:rPr/>
        <w:t>afzonderlijke</w:t>
      </w:r>
      <w:r w:rsidR="005F6A5B">
        <w:rPr/>
        <w:t xml:space="preserve"> </w:t>
      </w:r>
      <w:r w:rsidR="005F6A5B">
        <w:rPr/>
        <w:t>aanvragen</w:t>
      </w:r>
      <w:r w:rsidR="005F6A5B">
        <w:rPr/>
        <w:t xml:space="preserve">. </w:t>
      </w:r>
      <w:r w:rsidR="005F6A5B">
        <w:rPr/>
        <w:t>Hierdoor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de </w:t>
      </w:r>
      <w:r w:rsidR="005F6A5B">
        <w:rPr/>
        <w:t>cumulatieve</w:t>
      </w:r>
      <w:r w:rsidR="005F6A5B">
        <w:rPr/>
        <w:t xml:space="preserve"> </w:t>
      </w:r>
      <w:r w:rsidR="005F6A5B">
        <w:rPr/>
        <w:t>effecten</w:t>
      </w:r>
      <w:r w:rsidR="005F6A5B">
        <w:rPr/>
        <w:t xml:space="preserve"> (</w:t>
      </w:r>
      <w:r w:rsidR="005F6A5B">
        <w:rPr/>
        <w:t>geluid</w:t>
      </w:r>
      <w:r w:rsidR="005F6A5B">
        <w:rPr/>
        <w:t xml:space="preserve">, </w:t>
      </w:r>
      <w:r w:rsidR="005F6A5B">
        <w:rPr/>
        <w:t>elektromagnetische</w:t>
      </w:r>
      <w:r w:rsidR="005F6A5B">
        <w:rPr/>
        <w:t xml:space="preserve"> </w:t>
      </w:r>
      <w:r w:rsidR="005F6A5B">
        <w:rPr/>
        <w:t>velden</w:t>
      </w:r>
      <w:r w:rsidR="005F6A5B">
        <w:rPr/>
        <w:t xml:space="preserve">, </w:t>
      </w:r>
      <w:r w:rsidR="005F6A5B">
        <w:rPr/>
        <w:t>landschap</w:t>
      </w:r>
      <w:r w:rsidR="005F6A5B">
        <w:rPr/>
        <w:t xml:space="preserve">, water) </w:t>
      </w:r>
      <w:r w:rsidR="005F6A5B">
        <w:rPr/>
        <w:t>niet</w:t>
      </w:r>
      <w:r w:rsidR="005F6A5B">
        <w:rPr/>
        <w:t xml:space="preserve"> </w:t>
      </w:r>
      <w:r w:rsidR="005F6A5B">
        <w:rPr/>
        <w:t>integraal</w:t>
      </w:r>
      <w:r w:rsidR="005F6A5B">
        <w:rPr/>
        <w:t xml:space="preserve"> </w:t>
      </w:r>
      <w:r w:rsidR="005F6A5B">
        <w:rPr/>
        <w:t>beoordeeld</w:t>
      </w:r>
      <w:r w:rsidR="005F6A5B">
        <w:rPr/>
        <w:t xml:space="preserve"> over het </w:t>
      </w:r>
      <w:r w:rsidR="005F6A5B">
        <w:rPr/>
        <w:t>volledige</w:t>
      </w:r>
      <w:r w:rsidR="005F6A5B">
        <w:rPr/>
        <w:t xml:space="preserve"> </w:t>
      </w:r>
      <w:r w:rsidR="005F6A5B">
        <w:rPr/>
        <w:t>tracé</w:t>
      </w:r>
      <w:r w:rsidR="005F6A5B">
        <w:rPr/>
        <w:t xml:space="preserve">. Een </w:t>
      </w:r>
      <w:r w:rsidR="005F6A5B">
        <w:rPr/>
        <w:t>integrale</w:t>
      </w:r>
      <w:r w:rsidR="005F6A5B">
        <w:rPr/>
        <w:t xml:space="preserve"> </w:t>
      </w:r>
      <w:r w:rsidR="005F6A5B">
        <w:rPr/>
        <w:t>impactbeoordeling</w:t>
      </w:r>
      <w:r w:rsidR="005F6A5B">
        <w:rPr/>
        <w:t xml:space="preserve"> over het </w:t>
      </w:r>
      <w:r w:rsidR="005F6A5B">
        <w:rPr/>
        <w:t>gehele</w:t>
      </w:r>
      <w:r w:rsidR="005F6A5B">
        <w:rPr/>
        <w:t xml:space="preserve"> project </w:t>
      </w:r>
      <w:r w:rsidR="005F6A5B">
        <w:rPr/>
        <w:t>ontbreekt</w:t>
      </w:r>
      <w:r w:rsidR="005F6A5B">
        <w:rPr/>
        <w:t>.</w:t>
      </w:r>
    </w:p>
    <w:p w:rsidR="009D758D" w:rsidRDefault="005F6A5B" w14:paraId="5DA4914C" w14:textId="77777777">
      <w:r w:rsidR="005F6A5B">
        <w:rPr/>
        <w:t xml:space="preserve">De </w:t>
      </w:r>
      <w:r w:rsidR="005F6A5B">
        <w:rPr/>
        <w:t>recente</w:t>
      </w:r>
      <w:r w:rsidR="005F6A5B">
        <w:rPr/>
        <w:t xml:space="preserve"> </w:t>
      </w:r>
      <w:r w:rsidR="005F6A5B">
        <w:rPr/>
        <w:t>jurisprudentie</w:t>
      </w:r>
      <w:r w:rsidR="005F6A5B">
        <w:rPr/>
        <w:t xml:space="preserve"> van de Raad </w:t>
      </w:r>
      <w:r w:rsidR="005F6A5B">
        <w:rPr/>
        <w:t>voor</w:t>
      </w:r>
      <w:r w:rsidR="005F6A5B">
        <w:rPr/>
        <w:t xml:space="preserve"> </w:t>
      </w:r>
      <w:r w:rsidR="005F6A5B">
        <w:rPr/>
        <w:t>Vergunningsbetwistingen</w:t>
      </w:r>
      <w:r w:rsidR="005F6A5B">
        <w:rPr/>
        <w:t xml:space="preserve"> </w:t>
      </w:r>
      <w:r w:rsidR="005F6A5B">
        <w:rPr/>
        <w:t>bevestigt</w:t>
      </w:r>
      <w:r w:rsidR="005F6A5B">
        <w:rPr/>
        <w:t xml:space="preserve"> </w:t>
      </w:r>
      <w:r w:rsidR="005F6A5B">
        <w:rPr/>
        <w:t>deze</w:t>
      </w:r>
      <w:r w:rsidR="005F6A5B">
        <w:rPr/>
        <w:t xml:space="preserve"> </w:t>
      </w:r>
      <w:r w:rsidR="005F6A5B">
        <w:rPr/>
        <w:t>verplichting</w:t>
      </w:r>
      <w:r w:rsidR="005F6A5B">
        <w:rPr/>
        <w:t xml:space="preserve"> </w:t>
      </w:r>
      <w:r w:rsidR="005F6A5B">
        <w:rPr/>
        <w:t>ondubbelzinnig</w:t>
      </w:r>
      <w:r w:rsidR="005F6A5B">
        <w:rPr/>
        <w:t xml:space="preserve">. In </w:t>
      </w:r>
      <w:r w:rsidRPr="6C968D7A" w:rsidR="005F6A5B">
        <w:rPr>
          <w:b w:val="1"/>
          <w:bCs w:val="1"/>
        </w:rPr>
        <w:t>RvVb</w:t>
      </w:r>
      <w:r w:rsidRPr="6C968D7A" w:rsidR="005F6A5B">
        <w:rPr>
          <w:b w:val="1"/>
          <w:bCs w:val="1"/>
        </w:rPr>
        <w:t xml:space="preserve">/A/2425/0839 van 5 </w:t>
      </w:r>
      <w:r w:rsidRPr="6C968D7A" w:rsidR="005F6A5B">
        <w:rPr>
          <w:b w:val="1"/>
          <w:bCs w:val="1"/>
        </w:rPr>
        <w:t>juni</w:t>
      </w:r>
      <w:r w:rsidRPr="6C968D7A" w:rsidR="005F6A5B">
        <w:rPr>
          <w:b w:val="1"/>
          <w:bCs w:val="1"/>
        </w:rPr>
        <w:t xml:space="preserve"> 2025</w:t>
      </w:r>
      <w:r w:rsidR="005F6A5B">
        <w:rPr/>
        <w:t xml:space="preserve"> </w:t>
      </w:r>
      <w:r w:rsidR="005F6A5B">
        <w:rPr/>
        <w:t>oordeelde</w:t>
      </w:r>
      <w:r w:rsidR="005F6A5B">
        <w:rPr/>
        <w:t xml:space="preserve"> de Raad </w:t>
      </w:r>
      <w:r w:rsidR="005F6A5B">
        <w:rPr/>
        <w:t>dat</w:t>
      </w:r>
      <w:r w:rsidR="005F6A5B">
        <w:rPr/>
        <w:t xml:space="preserve"> </w:t>
      </w:r>
      <w:r w:rsidR="005F6A5B">
        <w:rPr/>
        <w:t>functioneel</w:t>
      </w:r>
      <w:r w:rsidR="005F6A5B">
        <w:rPr/>
        <w:t xml:space="preserve"> </w:t>
      </w:r>
      <w:r w:rsidR="005F6A5B">
        <w:rPr/>
        <w:t>ondeelbare</w:t>
      </w:r>
      <w:r w:rsidR="005F6A5B">
        <w:rPr/>
        <w:t xml:space="preserve"> </w:t>
      </w:r>
      <w:r w:rsidR="005F6A5B">
        <w:rPr/>
        <w:t>projecten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totaalproject</w:t>
      </w:r>
      <w:r w:rsidR="005F6A5B">
        <w:rPr/>
        <w:t xml:space="preserve"> </w:t>
      </w:r>
      <w:r w:rsidR="005F6A5B">
        <w:rPr/>
        <w:t>moeten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beoordeeld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het </w:t>
      </w:r>
      <w:r w:rsidR="005F6A5B">
        <w:rPr/>
        <w:t>een</w:t>
      </w:r>
      <w:r w:rsidR="005F6A5B">
        <w:rPr/>
        <w:t xml:space="preserve"> </w:t>
      </w:r>
      <w:r w:rsidR="005F6A5B">
        <w:rPr/>
        <w:t>aanvrager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vrijstaat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dergelijk</w:t>
      </w:r>
      <w:r w:rsidR="005F6A5B">
        <w:rPr/>
        <w:t xml:space="preserve"> project op </w:t>
      </w:r>
      <w:r w:rsidR="005F6A5B">
        <w:rPr/>
        <w:t>te</w:t>
      </w:r>
      <w:r w:rsidR="005F6A5B">
        <w:rPr/>
        <w:t xml:space="preserve"> </w:t>
      </w:r>
      <w:r w:rsidR="005F6A5B">
        <w:rPr/>
        <w:t>splitsen</w:t>
      </w:r>
      <w:r w:rsidR="005F6A5B">
        <w:rPr/>
        <w:t xml:space="preserve"> </w:t>
      </w:r>
      <w:r w:rsidR="005F6A5B">
        <w:rPr/>
        <w:t>wanneer</w:t>
      </w:r>
      <w:r w:rsidR="005F6A5B">
        <w:rPr/>
        <w:t xml:space="preserve"> het </w:t>
      </w:r>
      <w:r w:rsidR="005F6A5B">
        <w:rPr/>
        <w:t>gaat</w:t>
      </w:r>
      <w:r w:rsidR="005F6A5B">
        <w:rPr/>
        <w:t xml:space="preserve"> om </w:t>
      </w:r>
      <w:r w:rsidR="005F6A5B">
        <w:rPr/>
        <w:t>een</w:t>
      </w:r>
      <w:r w:rsidR="005F6A5B">
        <w:rPr/>
        <w:t xml:space="preserve"> </w:t>
      </w:r>
      <w:r w:rsidR="005F6A5B">
        <w:rPr/>
        <w:t>onlosmakelijk</w:t>
      </w:r>
      <w:r w:rsidR="005F6A5B">
        <w:rPr/>
        <w:t xml:space="preserve"> </w:t>
      </w:r>
      <w:r w:rsidR="005F6A5B">
        <w:rPr/>
        <w:t>geheel</w:t>
      </w:r>
      <w:r w:rsidR="005F6A5B">
        <w:rPr/>
        <w:t xml:space="preserve"> in de zin van art. 7, §2 </w:t>
      </w:r>
      <w:r w:rsidR="005F6A5B">
        <w:rPr/>
        <w:t>Omgevingsvergunningsdecreet</w:t>
      </w:r>
      <w:r w:rsidR="005F6A5B">
        <w:rPr/>
        <w:t xml:space="preserve">. In </w:t>
      </w:r>
      <w:r w:rsidRPr="6C968D7A" w:rsidR="005F6A5B">
        <w:rPr>
          <w:b w:val="1"/>
          <w:bCs w:val="1"/>
        </w:rPr>
        <w:t>RvVb</w:t>
      </w:r>
      <w:r w:rsidRPr="6C968D7A" w:rsidR="005F6A5B">
        <w:rPr>
          <w:b w:val="1"/>
          <w:bCs w:val="1"/>
        </w:rPr>
        <w:t xml:space="preserve">/A/2425/0964 van 26 </w:t>
      </w:r>
      <w:r w:rsidRPr="6C968D7A" w:rsidR="005F6A5B">
        <w:rPr>
          <w:b w:val="1"/>
          <w:bCs w:val="1"/>
        </w:rPr>
        <w:t>juni</w:t>
      </w:r>
      <w:r w:rsidRPr="6C968D7A" w:rsidR="005F6A5B">
        <w:rPr>
          <w:b w:val="1"/>
          <w:bCs w:val="1"/>
        </w:rPr>
        <w:t xml:space="preserve"> 2025</w:t>
      </w:r>
      <w:r w:rsidR="005F6A5B">
        <w:rPr/>
        <w:t xml:space="preserve"> </w:t>
      </w:r>
      <w:r w:rsidR="005F6A5B">
        <w:rPr/>
        <w:t>bevestigde</w:t>
      </w:r>
      <w:r w:rsidR="005F6A5B">
        <w:rPr/>
        <w:t xml:space="preserve"> de Raad </w:t>
      </w:r>
      <w:r w:rsidR="005F6A5B">
        <w:rPr/>
        <w:t>nogmaals</w:t>
      </w:r>
      <w:r w:rsidR="005F6A5B">
        <w:rPr/>
        <w:t xml:space="preserve"> de </w:t>
      </w:r>
      <w:r w:rsidR="005F6A5B">
        <w:rPr/>
        <w:t>verplichting</w:t>
      </w:r>
      <w:r w:rsidR="005F6A5B">
        <w:rPr/>
        <w:t xml:space="preserve"> om de </w:t>
      </w:r>
      <w:r w:rsidR="005F6A5B">
        <w:rPr/>
        <w:t>gevolgen</w:t>
      </w:r>
      <w:r w:rsidR="005F6A5B">
        <w:rPr/>
        <w:t xml:space="preserve"> van het </w:t>
      </w:r>
      <w:r w:rsidR="005F6A5B">
        <w:rPr/>
        <w:t>totale</w:t>
      </w:r>
      <w:r w:rsidR="005F6A5B">
        <w:rPr/>
        <w:t xml:space="preserve"> project </w:t>
      </w:r>
      <w:r w:rsidR="005F6A5B">
        <w:rPr/>
        <w:t>integraal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beoordelen</w:t>
      </w:r>
      <w:r w:rsidR="005F6A5B">
        <w:rPr/>
        <w:t xml:space="preserve">, </w:t>
      </w:r>
      <w:r w:rsidR="005F6A5B">
        <w:rPr/>
        <w:t>inclusief</w:t>
      </w:r>
      <w:r w:rsidR="005F6A5B">
        <w:rPr/>
        <w:t xml:space="preserve"> de </w:t>
      </w:r>
      <w:r w:rsidR="005F6A5B">
        <w:rPr/>
        <w:t>cumulatieve</w:t>
      </w:r>
      <w:r w:rsidR="005F6A5B">
        <w:rPr/>
        <w:t xml:space="preserve"> </w:t>
      </w:r>
      <w:r w:rsidR="005F6A5B">
        <w:rPr/>
        <w:t>effecten</w:t>
      </w:r>
      <w:r w:rsidR="005F6A5B">
        <w:rPr/>
        <w:t xml:space="preserve"> van alle </w:t>
      </w:r>
      <w:r w:rsidR="005F6A5B">
        <w:rPr/>
        <w:t>deelprojecten</w:t>
      </w:r>
      <w:r w:rsidR="005F6A5B">
        <w:rPr/>
        <w:t xml:space="preserve"> </w:t>
      </w:r>
      <w:r w:rsidR="005F6A5B">
        <w:rPr/>
        <w:t>samen</w:t>
      </w:r>
      <w:r w:rsidR="005F6A5B">
        <w:rPr/>
        <w:t xml:space="preserve">. </w:t>
      </w:r>
      <w:r w:rsidR="005F6A5B">
        <w:rPr/>
        <w:t>Beide</w:t>
      </w:r>
      <w:r w:rsidR="005F6A5B">
        <w:rPr/>
        <w:t xml:space="preserve"> </w:t>
      </w:r>
      <w:r w:rsidR="005F6A5B">
        <w:rPr/>
        <w:t>arresten</w:t>
      </w:r>
      <w:r w:rsidR="005F6A5B">
        <w:rPr/>
        <w:t xml:space="preserve"> </w:t>
      </w:r>
      <w:r w:rsidR="005F6A5B">
        <w:rPr/>
        <w:t>dateren</w:t>
      </w:r>
      <w:r w:rsidR="005F6A5B">
        <w:rPr/>
        <w:t xml:space="preserve"> van </w:t>
      </w:r>
      <w:r w:rsidR="005F6A5B">
        <w:rPr/>
        <w:t>na</w:t>
      </w:r>
      <w:r w:rsidR="005F6A5B">
        <w:rPr/>
        <w:t xml:space="preserve"> de </w:t>
      </w:r>
      <w:r w:rsidR="005F6A5B">
        <w:rPr/>
        <w:t>indiening</w:t>
      </w:r>
      <w:r w:rsidR="005F6A5B">
        <w:rPr/>
        <w:t xml:space="preserve"> van de </w:t>
      </w:r>
      <w:r w:rsidR="005F6A5B">
        <w:rPr/>
        <w:t>Ventilus</w:t>
      </w:r>
      <w:r w:rsidR="005F6A5B">
        <w:rPr/>
        <w:t>-aanvragen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versterken</w:t>
      </w:r>
      <w:r w:rsidR="005F6A5B">
        <w:rPr/>
        <w:t xml:space="preserve"> de </w:t>
      </w:r>
      <w:r w:rsidR="005F6A5B">
        <w:rPr/>
        <w:t>juridische</w:t>
      </w:r>
      <w:r w:rsidR="005F6A5B">
        <w:rPr/>
        <w:t xml:space="preserve"> </w:t>
      </w:r>
      <w:r w:rsidR="005F6A5B">
        <w:rPr/>
        <w:t>grondslag</w:t>
      </w:r>
      <w:r w:rsidR="005F6A5B">
        <w:rPr/>
        <w:t xml:space="preserve"> van het </w:t>
      </w:r>
      <w:r w:rsidR="005F6A5B">
        <w:rPr/>
        <w:t>saucissonneringsbezwaar</w:t>
      </w:r>
      <w:r w:rsidR="005F6A5B">
        <w:rPr/>
        <w:t>.</w:t>
      </w:r>
    </w:p>
    <w:p w:rsidR="009D758D" w:rsidRDefault="005F6A5B" w14:paraId="23025B1A" w14:textId="77777777"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grondslag</w:t>
      </w:r>
      <w:r w:rsidRPr="6C968D7A" w:rsidR="005F6A5B">
        <w:rPr>
          <w:b w:val="1"/>
          <w:bCs w:val="1"/>
        </w:rPr>
        <w:t>:</w:t>
      </w:r>
      <w:r w:rsidR="005F6A5B">
        <w:rPr/>
        <w:t xml:space="preserve"> De MER-</w:t>
      </w:r>
      <w:r w:rsidR="005F6A5B">
        <w:rPr/>
        <w:t>richtlijn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de </w:t>
      </w:r>
      <w:r w:rsidR="005F6A5B">
        <w:rPr/>
        <w:t>jurisprudentie</w:t>
      </w:r>
      <w:r w:rsidR="005F6A5B">
        <w:rPr/>
        <w:t xml:space="preserve"> van het </w:t>
      </w:r>
      <w:r w:rsidR="005F6A5B">
        <w:rPr/>
        <w:t>HvJ</w:t>
      </w:r>
      <w:r w:rsidR="005F6A5B">
        <w:rPr/>
        <w:t xml:space="preserve">-EU </w:t>
      </w:r>
      <w:r w:rsidR="005F6A5B">
        <w:rPr/>
        <w:t>vereisen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functioneel</w:t>
      </w:r>
      <w:r w:rsidR="005F6A5B">
        <w:rPr/>
        <w:t xml:space="preserve"> </w:t>
      </w:r>
      <w:r w:rsidR="005F6A5B">
        <w:rPr/>
        <w:t>samenhangende</w:t>
      </w:r>
      <w:r w:rsidR="005F6A5B">
        <w:rPr/>
        <w:t xml:space="preserve"> </w:t>
      </w:r>
      <w:r w:rsidR="005F6A5B">
        <w:rPr/>
        <w:t>projecten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geheel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beoordeeld</w:t>
      </w:r>
      <w:r w:rsidR="005F6A5B">
        <w:rPr/>
        <w:t xml:space="preserve">. </w:t>
      </w:r>
      <w:r w:rsidR="005F6A5B">
        <w:rPr/>
        <w:t>Opsplitsing</w:t>
      </w:r>
      <w:r w:rsidR="005F6A5B">
        <w:rPr/>
        <w:t xml:space="preserve"> ("</w:t>
      </w:r>
      <w:r w:rsidR="005F6A5B">
        <w:rPr/>
        <w:t>saucissonnering</w:t>
      </w:r>
      <w:r w:rsidR="005F6A5B">
        <w:rPr/>
        <w:t>" of "salami-</w:t>
      </w:r>
      <w:r w:rsidR="005F6A5B">
        <w:rPr/>
        <w:t>slicing</w:t>
      </w:r>
      <w:r w:rsidR="005F6A5B">
        <w:rPr/>
        <w:t xml:space="preserve">") met </w:t>
      </w:r>
      <w:r w:rsidR="005F6A5B">
        <w:rPr/>
        <w:t>als</w:t>
      </w:r>
      <w:r w:rsidR="005F6A5B">
        <w:rPr/>
        <w:t xml:space="preserve"> </w:t>
      </w:r>
      <w:r w:rsidR="005F6A5B">
        <w:rPr/>
        <w:t>doel</w:t>
      </w:r>
      <w:r w:rsidR="005F6A5B">
        <w:rPr/>
        <w:t xml:space="preserve"> de </w:t>
      </w:r>
      <w:r w:rsidR="005F6A5B">
        <w:rPr/>
        <w:t>cumulatieve</w:t>
      </w:r>
      <w:r w:rsidR="005F6A5B">
        <w:rPr/>
        <w:t xml:space="preserve"> </w:t>
      </w:r>
      <w:r w:rsidR="005F6A5B">
        <w:rPr/>
        <w:t>effecten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verbergen</w:t>
      </w:r>
      <w:r w:rsidR="005F6A5B">
        <w:rPr/>
        <w:t>, is</w:t>
      </w:r>
      <w:r w:rsidR="005F6A5B">
        <w:rPr/>
        <w:t xml:space="preserve"> </w:t>
      </w:r>
      <w:r w:rsidR="005F6A5B">
        <w:rPr/>
        <w:t>strijdig</w:t>
      </w:r>
      <w:r w:rsidR="005F6A5B">
        <w:rPr/>
        <w:t xml:space="preserve"> met het </w:t>
      </w:r>
      <w:r w:rsidR="005F6A5B">
        <w:rPr/>
        <w:t>doel</w:t>
      </w:r>
      <w:r w:rsidR="005F6A5B">
        <w:rPr/>
        <w:t xml:space="preserve"> van de MER-</w:t>
      </w:r>
      <w:r w:rsidR="005F6A5B">
        <w:rPr/>
        <w:t>richtlijn</w:t>
      </w:r>
      <w:r w:rsidR="005F6A5B">
        <w:rPr/>
        <w:t xml:space="preserve">. Art. 7, §2, </w:t>
      </w:r>
      <w:r w:rsidR="005F6A5B">
        <w:rPr/>
        <w:t>eerste</w:t>
      </w:r>
      <w:r w:rsidR="005F6A5B">
        <w:rPr/>
        <w:t xml:space="preserve"> lid </w:t>
      </w:r>
      <w:r w:rsidR="005F6A5B">
        <w:rPr/>
        <w:t>Omgevingsvergunningsdecreet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de </w:t>
      </w:r>
      <w:r w:rsidR="005F6A5B">
        <w:rPr/>
        <w:t>consistente</w:t>
      </w:r>
      <w:r w:rsidR="005F6A5B">
        <w:rPr/>
        <w:t xml:space="preserve"> </w:t>
      </w:r>
      <w:r w:rsidR="005F6A5B">
        <w:rPr/>
        <w:t>jurisprudentie</w:t>
      </w:r>
      <w:r w:rsidR="005F6A5B">
        <w:rPr/>
        <w:t xml:space="preserve"> van de </w:t>
      </w:r>
      <w:r w:rsidR="005F6A5B">
        <w:rPr/>
        <w:t>RvVb</w:t>
      </w:r>
      <w:r w:rsidR="005F6A5B">
        <w:rPr/>
        <w:t xml:space="preserve"> — </w:t>
      </w:r>
      <w:r w:rsidR="005F6A5B">
        <w:rPr/>
        <w:t>meest</w:t>
      </w:r>
      <w:r w:rsidR="005F6A5B">
        <w:rPr/>
        <w:t xml:space="preserve"> recent </w:t>
      </w:r>
      <w:r w:rsidR="005F6A5B">
        <w:rPr/>
        <w:t>bevestigd</w:t>
      </w:r>
      <w:r w:rsidR="005F6A5B">
        <w:rPr/>
        <w:t xml:space="preserve"> in </w:t>
      </w:r>
      <w:r w:rsidR="005F6A5B">
        <w:rPr/>
        <w:t>RvVb</w:t>
      </w:r>
      <w:r w:rsidR="005F6A5B">
        <w:rPr/>
        <w:t xml:space="preserve">/A/2425/0839 (5 </w:t>
      </w:r>
      <w:r w:rsidR="005F6A5B">
        <w:rPr/>
        <w:t>juni</w:t>
      </w:r>
      <w:r w:rsidR="005F6A5B">
        <w:rPr/>
        <w:t xml:space="preserve"> 2025) </w:t>
      </w:r>
      <w:r w:rsidR="005F6A5B">
        <w:rPr/>
        <w:t>en</w:t>
      </w:r>
      <w:r w:rsidR="005F6A5B">
        <w:rPr/>
        <w:t xml:space="preserve"> </w:t>
      </w:r>
      <w:r w:rsidR="005F6A5B">
        <w:rPr/>
        <w:t>RvVb</w:t>
      </w:r>
      <w:r w:rsidR="005F6A5B">
        <w:rPr/>
        <w:t xml:space="preserve">/A/2425/0964 (26 </w:t>
      </w:r>
      <w:r w:rsidR="005F6A5B">
        <w:rPr/>
        <w:t>juni</w:t>
      </w:r>
      <w:r w:rsidR="005F6A5B">
        <w:rPr/>
        <w:t xml:space="preserve"> 2025) — </w:t>
      </w:r>
      <w:r w:rsidR="005F6A5B">
        <w:rPr/>
        <w:t>bevestigen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het begrip "</w:t>
      </w:r>
      <w:r w:rsidR="005F6A5B">
        <w:rPr/>
        <w:t>onlosmakelijk</w:t>
      </w:r>
      <w:r w:rsidR="005F6A5B">
        <w:rPr/>
        <w:t xml:space="preserve"> </w:t>
      </w:r>
      <w:r w:rsidR="005F6A5B">
        <w:rPr/>
        <w:t>geheel</w:t>
      </w:r>
      <w:r w:rsidR="005F6A5B">
        <w:rPr/>
        <w:t xml:space="preserve">" </w:t>
      </w:r>
      <w:r w:rsidR="005F6A5B">
        <w:rPr/>
        <w:t>een</w:t>
      </w:r>
      <w:r w:rsidR="005F6A5B">
        <w:rPr/>
        <w:t xml:space="preserve"> </w:t>
      </w:r>
      <w:r w:rsidR="005F6A5B">
        <w:rPr/>
        <w:t>inhoudelijke</w:t>
      </w:r>
      <w:r w:rsidR="005F6A5B">
        <w:rPr/>
        <w:t xml:space="preserve"> </w:t>
      </w:r>
      <w:r w:rsidR="005F6A5B">
        <w:rPr/>
        <w:t>toets</w:t>
      </w:r>
      <w:r w:rsidR="005F6A5B">
        <w:rPr/>
        <w:t xml:space="preserve"> </w:t>
      </w:r>
      <w:r w:rsidR="005F6A5B">
        <w:rPr/>
        <w:t>vereist</w:t>
      </w:r>
      <w:r w:rsidR="005F6A5B">
        <w:rPr/>
        <w:t>.</w:t>
      </w:r>
    </w:p>
    <w:p w:rsidR="009D758D" w:rsidRDefault="25A181EA" w14:paraId="6A163CC7" w14:textId="47599CF7">
      <w:pPr>
        <w:pStyle w:val="Heading3"/>
      </w:pPr>
      <w:r w:rsidR="25A181EA">
        <w:rPr/>
        <w:t xml:space="preserve">3.3 </w:t>
      </w:r>
      <w:r w:rsidR="25A181EA">
        <w:rPr/>
        <w:t>Verdrag</w:t>
      </w:r>
      <w:r w:rsidR="25A181EA">
        <w:rPr/>
        <w:t xml:space="preserve"> van Aarhus </w:t>
      </w:r>
      <w:r w:rsidR="25A181EA">
        <w:rPr/>
        <w:t>geschonden</w:t>
      </w:r>
      <w:r w:rsidR="25A181EA">
        <w:rPr/>
        <w:t xml:space="preserve"> — </w:t>
      </w:r>
      <w:r w:rsidR="25A181EA">
        <w:rPr/>
        <w:t>geen</w:t>
      </w:r>
      <w:r w:rsidR="25A181EA">
        <w:rPr/>
        <w:t xml:space="preserve"> </w:t>
      </w:r>
      <w:r w:rsidR="25A181EA">
        <w:rPr/>
        <w:t>publieke</w:t>
      </w:r>
      <w:r w:rsidR="25A181EA">
        <w:rPr/>
        <w:t xml:space="preserve"> </w:t>
      </w:r>
      <w:r w:rsidR="25A181EA">
        <w:rPr/>
        <w:t>participatie</w:t>
      </w:r>
      <w:r w:rsidR="25A181EA">
        <w:rPr/>
        <w:t xml:space="preserve"> in </w:t>
      </w:r>
      <w:r w:rsidR="25A181EA">
        <w:rPr/>
        <w:t>scopingsfase</w:t>
      </w:r>
    </w:p>
    <w:p w:rsidR="009D758D" w:rsidRDefault="005F6A5B" w14:paraId="658C01E0" w14:textId="77777777">
      <w:r w:rsidR="005F6A5B">
        <w:rPr/>
        <w:t xml:space="preserve">Het MER </w:t>
      </w:r>
      <w:r w:rsidR="005F6A5B">
        <w:rPr/>
        <w:t>erkent</w:t>
      </w:r>
      <w:r w:rsidR="005F6A5B">
        <w:rPr/>
        <w:t xml:space="preserve"> </w:t>
      </w:r>
      <w:r w:rsidR="005F6A5B">
        <w:rPr/>
        <w:t>expliciet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er </w:t>
      </w:r>
      <w:r w:rsidR="005F6A5B">
        <w:rPr/>
        <w:t>bewust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is </w:t>
      </w:r>
      <w:r w:rsidR="005F6A5B">
        <w:rPr/>
        <w:t>gekozen</w:t>
      </w:r>
      <w:r w:rsidR="005F6A5B">
        <w:rPr/>
        <w:t xml:space="preserve"> om </w:t>
      </w:r>
      <w:r w:rsidR="005F6A5B">
        <w:rPr/>
        <w:t>geen</w:t>
      </w:r>
      <w:r w:rsidR="005F6A5B">
        <w:rPr/>
        <w:t xml:space="preserve"> </w:t>
      </w:r>
      <w:r w:rsidR="005F6A5B">
        <w:rPr/>
        <w:t>publieke</w:t>
      </w:r>
      <w:r w:rsidR="005F6A5B">
        <w:rPr/>
        <w:t xml:space="preserve"> </w:t>
      </w:r>
      <w:r w:rsidR="005F6A5B">
        <w:rPr/>
        <w:t>participatie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organiseren</w:t>
      </w:r>
      <w:r w:rsidR="005F6A5B">
        <w:rPr/>
        <w:t xml:space="preserve"> in de </w:t>
      </w:r>
      <w:r w:rsidR="005F6A5B">
        <w:rPr/>
        <w:t>scopingsfase</w:t>
      </w:r>
      <w:r w:rsidR="005F6A5B">
        <w:rPr/>
        <w:t>:</w:t>
      </w:r>
    </w:p>
    <w:p w:rsidR="009D758D" w:rsidP="6C968D7A" w:rsidRDefault="005F6A5B" w14:paraId="7316E38A" w14:textId="77777777">
      <w:pPr>
        <w:pBdr>
          <w:left w:val="single" w:color="999999" w:sz="12" w:space="8"/>
        </w:pBdr>
        <w:spacing w:before="120"/>
        <w:ind w:left="850"/>
      </w:pPr>
      <w:r w:rsidRPr="6C968D7A" w:rsidR="005F6A5B">
        <w:rPr>
          <w:i w:val="1"/>
          <w:iCs w:val="1"/>
          <w:color w:val="444444"/>
        </w:rPr>
        <w:t>"</w:t>
      </w:r>
      <w:r w:rsidRPr="6C968D7A" w:rsidR="005F6A5B">
        <w:rPr>
          <w:i w:val="1"/>
          <w:iCs w:val="1"/>
          <w:color w:val="444444"/>
        </w:rPr>
        <w:t>Overeenkomstig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artikel</w:t>
      </w:r>
      <w:r w:rsidRPr="6C968D7A" w:rsidR="005F6A5B">
        <w:rPr>
          <w:i w:val="1"/>
          <w:iCs w:val="1"/>
          <w:color w:val="444444"/>
        </w:rPr>
        <w:t xml:space="preserve"> 4.3.4 </w:t>
      </w:r>
      <w:r w:rsidRPr="6C968D7A" w:rsidR="005F6A5B">
        <w:rPr>
          <w:i w:val="1"/>
          <w:iCs w:val="1"/>
          <w:color w:val="444444"/>
        </w:rPr>
        <w:t>werd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geopteerd</w:t>
      </w:r>
      <w:r w:rsidRPr="6C968D7A" w:rsidR="005F6A5B">
        <w:rPr>
          <w:i w:val="1"/>
          <w:iCs w:val="1"/>
          <w:color w:val="444444"/>
        </w:rPr>
        <w:t xml:space="preserve"> om de </w:t>
      </w:r>
      <w:r w:rsidRPr="6C968D7A" w:rsidR="005F6A5B">
        <w:rPr>
          <w:i w:val="1"/>
          <w:iCs w:val="1"/>
          <w:color w:val="444444"/>
        </w:rPr>
        <w:t>kennisgeving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niet</w:t>
      </w:r>
      <w:r w:rsidRPr="6C968D7A" w:rsidR="005F6A5B">
        <w:rPr>
          <w:i w:val="1"/>
          <w:iCs w:val="1"/>
          <w:color w:val="444444"/>
        </w:rPr>
        <w:t xml:space="preserve"> ter </w:t>
      </w:r>
      <w:r w:rsidRPr="6C968D7A" w:rsidR="005F6A5B">
        <w:rPr>
          <w:i w:val="1"/>
          <w:iCs w:val="1"/>
          <w:color w:val="444444"/>
        </w:rPr>
        <w:t>inzage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te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leggen</w:t>
      </w:r>
      <w:r w:rsidRPr="6C968D7A" w:rsidR="005F6A5B">
        <w:rPr>
          <w:i w:val="1"/>
          <w:iCs w:val="1"/>
          <w:color w:val="444444"/>
        </w:rPr>
        <w:t>." (NTS, p.9)</w:t>
      </w:r>
    </w:p>
    <w:p w:rsidR="009D758D" w:rsidRDefault="005F6A5B" w14:paraId="69D98FE9" w14:textId="77777777">
      <w:r w:rsidR="005F6A5B">
        <w:rPr/>
        <w:t>Hierdoor</w:t>
      </w:r>
      <w:r w:rsidR="005F6A5B">
        <w:rPr/>
        <w:t xml:space="preserve"> </w:t>
      </w:r>
      <w:r w:rsidR="005F6A5B">
        <w:rPr/>
        <w:t>kon</w:t>
      </w:r>
      <w:r w:rsidR="005F6A5B">
        <w:rPr/>
        <w:t xml:space="preserve"> het </w:t>
      </w:r>
      <w:r w:rsidR="005F6A5B">
        <w:rPr/>
        <w:t>publiek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participeren</w:t>
      </w:r>
      <w:r w:rsidR="005F6A5B">
        <w:rPr/>
        <w:t xml:space="preserve"> in de </w:t>
      </w:r>
      <w:r w:rsidR="005F6A5B">
        <w:rPr/>
        <w:t>fase</w:t>
      </w:r>
      <w:r w:rsidR="005F6A5B">
        <w:rPr/>
        <w:t xml:space="preserve"> </w:t>
      </w:r>
      <w:r w:rsidR="005F6A5B">
        <w:rPr/>
        <w:t>waarin</w:t>
      </w:r>
      <w:r w:rsidR="005F6A5B">
        <w:rPr/>
        <w:t xml:space="preserve"> de </w:t>
      </w:r>
      <w:r w:rsidR="005F6A5B">
        <w:rPr/>
        <w:t>reikwijdte</w:t>
      </w:r>
      <w:r w:rsidR="005F6A5B">
        <w:rPr/>
        <w:t xml:space="preserve">, de </w:t>
      </w:r>
      <w:r w:rsidR="005F6A5B">
        <w:rPr/>
        <w:t>methodologie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de </w:t>
      </w:r>
      <w:r w:rsidR="005F6A5B">
        <w:rPr/>
        <w:t>onderzochte</w:t>
      </w:r>
      <w:r w:rsidR="005F6A5B">
        <w:rPr/>
        <w:t xml:space="preserve"> </w:t>
      </w:r>
      <w:r w:rsidR="005F6A5B">
        <w:rPr/>
        <w:t>alternatieven</w:t>
      </w:r>
      <w:r w:rsidR="005F6A5B">
        <w:rPr/>
        <w:t xml:space="preserve"> van het MER </w:t>
      </w:r>
      <w:r w:rsidR="005F6A5B">
        <w:rPr/>
        <w:t>werden</w:t>
      </w:r>
      <w:r w:rsidR="005F6A5B">
        <w:rPr/>
        <w:t xml:space="preserve"> </w:t>
      </w:r>
      <w:r w:rsidR="005F6A5B">
        <w:rPr/>
        <w:t>vastgelegd</w:t>
      </w:r>
      <w:r w:rsidR="005F6A5B">
        <w:rPr/>
        <w:t xml:space="preserve"> — het moment "</w:t>
      </w:r>
      <w:r w:rsidR="005F6A5B">
        <w:rPr/>
        <w:t>wanneer</w:t>
      </w:r>
      <w:r w:rsidR="005F6A5B">
        <w:rPr/>
        <w:t xml:space="preserve"> alle </w:t>
      </w:r>
      <w:r w:rsidR="005F6A5B">
        <w:rPr/>
        <w:t>opties</w:t>
      </w:r>
      <w:r w:rsidR="005F6A5B">
        <w:rPr/>
        <w:t xml:space="preserve"> </w:t>
      </w:r>
      <w:r w:rsidR="005F6A5B">
        <w:rPr/>
        <w:t>nog</w:t>
      </w:r>
      <w:r w:rsidR="005F6A5B">
        <w:rPr/>
        <w:t xml:space="preserve"> open </w:t>
      </w:r>
      <w:r w:rsidR="005F6A5B">
        <w:rPr/>
        <w:t>zijn</w:t>
      </w:r>
      <w:r w:rsidR="005F6A5B">
        <w:rPr/>
        <w:t>."</w:t>
      </w:r>
    </w:p>
    <w:p w:rsidR="009D758D" w:rsidP="25A181EA" w:rsidRDefault="25A181EA" w14:paraId="1731D262" w14:textId="62F47461">
      <w:r w:rsidR="25A181EA">
        <w:rPr/>
        <w:t xml:space="preserve">De </w:t>
      </w:r>
      <w:r w:rsidR="25A181EA">
        <w:rPr/>
        <w:t>schending</w:t>
      </w:r>
      <w:r w:rsidR="25A181EA">
        <w:rPr/>
        <w:t xml:space="preserve"> van het </w:t>
      </w:r>
      <w:r w:rsidR="25A181EA">
        <w:rPr/>
        <w:t>Verdrag</w:t>
      </w:r>
      <w:r w:rsidR="25A181EA">
        <w:rPr/>
        <w:t xml:space="preserve"> van Aarhus </w:t>
      </w:r>
      <w:r w:rsidR="25A181EA">
        <w:rPr/>
        <w:t>wordt</w:t>
      </w:r>
      <w:r w:rsidR="25A181EA">
        <w:rPr/>
        <w:t xml:space="preserve"> </w:t>
      </w:r>
      <w:r w:rsidR="25A181EA">
        <w:rPr/>
        <w:t>versterkt</w:t>
      </w:r>
      <w:r w:rsidR="25A181EA">
        <w:rPr/>
        <w:t xml:space="preserve"> door de </w:t>
      </w:r>
      <w:r w:rsidR="25A181EA">
        <w:rPr/>
        <w:t>wijze</w:t>
      </w:r>
      <w:r w:rsidR="25A181EA">
        <w:rPr/>
        <w:t xml:space="preserve"> </w:t>
      </w:r>
      <w:r w:rsidR="25A181EA">
        <w:rPr/>
        <w:t>waarop</w:t>
      </w:r>
      <w:r w:rsidR="25A181EA">
        <w:rPr/>
        <w:t xml:space="preserve"> de </w:t>
      </w:r>
      <w:r w:rsidR="25A181EA">
        <w:rPr/>
        <w:t>zogenaamde</w:t>
      </w:r>
      <w:r w:rsidR="25A181EA">
        <w:rPr/>
        <w:t xml:space="preserve"> "</w:t>
      </w:r>
      <w:r w:rsidR="25A181EA">
        <w:rPr/>
        <w:t>infomarkten</w:t>
      </w:r>
      <w:r w:rsidR="25A181EA">
        <w:rPr/>
        <w:t xml:space="preserve">" </w:t>
      </w:r>
      <w:r w:rsidR="25A181EA">
        <w:rPr/>
        <w:t>werden</w:t>
      </w:r>
      <w:r w:rsidR="25A181EA">
        <w:rPr/>
        <w:t xml:space="preserve"> </w:t>
      </w:r>
      <w:r w:rsidR="25A181EA">
        <w:rPr/>
        <w:t>georganiseerd</w:t>
      </w:r>
      <w:r w:rsidR="25A181EA">
        <w:rPr/>
        <w:t xml:space="preserve">. </w:t>
      </w:r>
      <w:r w:rsidR="25A181EA">
        <w:rPr/>
        <w:t>Getuigenissen</w:t>
      </w:r>
      <w:r w:rsidR="25A181EA">
        <w:rPr/>
        <w:t xml:space="preserve"> van </w:t>
      </w:r>
      <w:r w:rsidR="25A181EA">
        <w:rPr/>
        <w:t>aanwezigen</w:t>
      </w:r>
      <w:r w:rsidR="25A181EA">
        <w:rPr/>
        <w:t xml:space="preserve"> </w:t>
      </w:r>
      <w:r w:rsidR="25A181EA">
        <w:rPr/>
        <w:t>bevestigen</w:t>
      </w:r>
      <w:r w:rsidR="25A181EA">
        <w:rPr/>
        <w:t xml:space="preserve"> </w:t>
      </w:r>
      <w:r w:rsidR="25A181EA">
        <w:rPr/>
        <w:t>dat</w:t>
      </w:r>
      <w:r w:rsidR="25A181EA">
        <w:rPr/>
        <w:t xml:space="preserve"> op </w:t>
      </w:r>
      <w:r w:rsidR="25A181EA">
        <w:rPr/>
        <w:t>deze</w:t>
      </w:r>
      <w:r w:rsidR="25A181EA">
        <w:rPr/>
        <w:t xml:space="preserve"> </w:t>
      </w:r>
      <w:r w:rsidR="25A181EA">
        <w:rPr/>
        <w:t>infomarkten</w:t>
      </w:r>
      <w:r w:rsidR="25A181EA">
        <w:rPr/>
        <w:t xml:space="preserve"> </w:t>
      </w:r>
      <w:r w:rsidRPr="6C968D7A" w:rsidR="25A181EA">
        <w:rPr>
          <w:b w:val="1"/>
          <w:bCs w:val="1"/>
        </w:rPr>
        <w:t>geen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technisch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deskundigen</w:t>
      </w:r>
      <w:r w:rsidR="25A181EA">
        <w:rPr/>
        <w:t xml:space="preserve"> </w:t>
      </w:r>
      <w:r w:rsidR="25A181EA">
        <w:rPr/>
        <w:t>aanwezig</w:t>
      </w:r>
      <w:r w:rsidR="25A181EA">
        <w:rPr/>
        <w:t xml:space="preserve"> </w:t>
      </w:r>
      <w:r w:rsidR="25A181EA">
        <w:rPr/>
        <w:t>waren</w:t>
      </w:r>
      <w:r w:rsidR="25A181EA">
        <w:rPr/>
        <w:t xml:space="preserve">, maar </w:t>
      </w:r>
      <w:r w:rsidR="25A181EA">
        <w:rPr/>
        <w:t>medewerkers</w:t>
      </w:r>
      <w:r w:rsidR="25A181EA">
        <w:rPr/>
        <w:t xml:space="preserve"> van </w:t>
      </w:r>
      <w:r w:rsidRPr="6C968D7A" w:rsidR="25A181EA">
        <w:rPr>
          <w:b w:val="1"/>
          <w:bCs w:val="1"/>
        </w:rPr>
        <w:t>communicatiebureau</w:t>
      </w:r>
      <w:r w:rsidRPr="6C968D7A" w:rsidR="25A181EA">
        <w:rPr>
          <w:b w:val="1"/>
          <w:bCs w:val="1"/>
        </w:rPr>
        <w:t xml:space="preserve"> Conrad Consulting</w:t>
      </w:r>
      <w:r w:rsidR="25A181EA">
        <w:rPr/>
        <w:t xml:space="preserve"> die </w:t>
      </w:r>
      <w:r w:rsidR="25A181EA">
        <w:rPr/>
        <w:t>technische</w:t>
      </w:r>
      <w:r w:rsidR="25A181EA">
        <w:rPr/>
        <w:t xml:space="preserve"> </w:t>
      </w:r>
      <w:r w:rsidR="25A181EA">
        <w:rPr/>
        <w:t>vragen</w:t>
      </w:r>
      <w:r w:rsidR="25A181EA">
        <w:rPr/>
        <w:t xml:space="preserve"> over het project </w:t>
      </w:r>
      <w:r w:rsidR="25A181EA">
        <w:rPr/>
        <w:t>niet</w:t>
      </w:r>
      <w:r w:rsidR="25A181EA">
        <w:rPr/>
        <w:t xml:space="preserve"> </w:t>
      </w:r>
      <w:r w:rsidR="25A181EA">
        <w:rPr/>
        <w:t>konden</w:t>
      </w:r>
      <w:r w:rsidR="25A181EA">
        <w:rPr/>
        <w:t xml:space="preserve"> </w:t>
      </w:r>
      <w:r w:rsidR="25A181EA">
        <w:rPr/>
        <w:t>beantwoorden</w:t>
      </w:r>
      <w:r w:rsidR="25A181EA">
        <w:rPr/>
        <w:t xml:space="preserve">.  </w:t>
      </w:r>
      <w:r w:rsidR="25A181EA">
        <w:rPr/>
        <w:t xml:space="preserve">De </w:t>
      </w:r>
      <w:r w:rsidR="25A181EA">
        <w:rPr/>
        <w:t>inspraak</w:t>
      </w:r>
      <w:r w:rsidR="25A181EA">
        <w:rPr/>
        <w:t xml:space="preserve"> was </w:t>
      </w:r>
      <w:r w:rsidR="25A181EA">
        <w:rPr/>
        <w:t>aldus</w:t>
      </w:r>
      <w:r w:rsidR="25A181EA">
        <w:rPr/>
        <w:t xml:space="preserve"> </w:t>
      </w:r>
      <w:r w:rsidR="25A181EA">
        <w:rPr/>
        <w:t>niet</w:t>
      </w:r>
      <w:r w:rsidR="25A181EA">
        <w:rPr/>
        <w:t xml:space="preserve"> </w:t>
      </w:r>
      <w:r w:rsidR="25A181EA">
        <w:rPr/>
        <w:t>alleen</w:t>
      </w:r>
      <w:r w:rsidR="25A181EA">
        <w:rPr/>
        <w:t xml:space="preserve"> </w:t>
      </w:r>
      <w:r w:rsidR="25A181EA">
        <w:rPr/>
        <w:t>te</w:t>
      </w:r>
      <w:r w:rsidR="25A181EA">
        <w:rPr/>
        <w:t xml:space="preserve"> </w:t>
      </w:r>
      <w:r w:rsidR="25A181EA">
        <w:rPr/>
        <w:t>laat</w:t>
      </w:r>
      <w:r w:rsidR="25A181EA">
        <w:rPr/>
        <w:t xml:space="preserve"> (</w:t>
      </w:r>
      <w:r w:rsidR="25A181EA">
        <w:rPr/>
        <w:t>na</w:t>
      </w:r>
      <w:r w:rsidR="25A181EA">
        <w:rPr/>
        <w:t xml:space="preserve"> de </w:t>
      </w:r>
      <w:r w:rsidR="25A181EA">
        <w:rPr/>
        <w:t>scopingsfase</w:t>
      </w:r>
      <w:r w:rsidR="25A181EA">
        <w:rPr/>
        <w:t xml:space="preserve">) </w:t>
      </w:r>
      <w:r w:rsidR="25A181EA">
        <w:rPr/>
        <w:t>en</w:t>
      </w:r>
      <w:r w:rsidR="25A181EA">
        <w:rPr/>
        <w:t xml:space="preserve"> </w:t>
      </w:r>
      <w:r w:rsidR="25A181EA">
        <w:rPr/>
        <w:t>te</w:t>
      </w:r>
      <w:r w:rsidR="25A181EA">
        <w:rPr/>
        <w:t xml:space="preserve"> </w:t>
      </w:r>
      <w:r w:rsidR="25A181EA">
        <w:rPr/>
        <w:t>kort</w:t>
      </w:r>
      <w:r w:rsidR="25A181EA">
        <w:rPr/>
        <w:t xml:space="preserve"> (30 </w:t>
      </w:r>
      <w:r w:rsidR="25A181EA">
        <w:rPr/>
        <w:t>dagen</w:t>
      </w:r>
      <w:r w:rsidR="25A181EA">
        <w:rPr/>
        <w:t xml:space="preserve">), maar </w:t>
      </w:r>
      <w:r w:rsidR="25A181EA">
        <w:rPr/>
        <w:t>ook</w:t>
      </w:r>
      <w:r w:rsidR="25A181EA">
        <w:rPr/>
        <w:t xml:space="preserve"> </w:t>
      </w:r>
      <w:r w:rsidR="25A181EA">
        <w:rPr/>
        <w:t>inhoudelijk</w:t>
      </w:r>
      <w:r w:rsidR="25A181EA">
        <w:rPr/>
        <w:t xml:space="preserve"> </w:t>
      </w:r>
      <w:r w:rsidR="25A181EA">
        <w:rPr/>
        <w:t>ontoereikend</w:t>
      </w:r>
      <w:r w:rsidR="25A181EA">
        <w:rPr/>
        <w:t xml:space="preserve">: burgers </w:t>
      </w:r>
      <w:r w:rsidR="25A181EA">
        <w:rPr/>
        <w:t>kregen</w:t>
      </w:r>
      <w:r w:rsidR="25A181EA">
        <w:rPr/>
        <w:t xml:space="preserve"> </w:t>
      </w:r>
      <w:r w:rsidR="25A181EA">
        <w:rPr/>
        <w:t>geen</w:t>
      </w:r>
      <w:r w:rsidR="25A181EA">
        <w:rPr/>
        <w:t xml:space="preserve"> </w:t>
      </w:r>
      <w:r w:rsidR="25A181EA">
        <w:rPr/>
        <w:t>toegang</w:t>
      </w:r>
      <w:r w:rsidR="25A181EA">
        <w:rPr/>
        <w:t xml:space="preserve"> tot </w:t>
      </w:r>
      <w:r w:rsidR="25A181EA">
        <w:rPr/>
        <w:t>deskundigen</w:t>
      </w:r>
      <w:r w:rsidR="25A181EA">
        <w:rPr/>
        <w:t xml:space="preserve"> die </w:t>
      </w:r>
      <w:r w:rsidR="25A181EA">
        <w:rPr/>
        <w:t>hun</w:t>
      </w:r>
      <w:r w:rsidR="25A181EA">
        <w:rPr/>
        <w:t xml:space="preserve"> </w:t>
      </w:r>
      <w:r w:rsidR="25A181EA">
        <w:rPr/>
        <w:t>vragen</w:t>
      </w:r>
      <w:r w:rsidR="25A181EA">
        <w:rPr/>
        <w:t xml:space="preserve"> </w:t>
      </w:r>
      <w:r w:rsidR="25A181EA">
        <w:rPr/>
        <w:t>konden</w:t>
      </w:r>
      <w:r w:rsidR="25A181EA">
        <w:rPr/>
        <w:t xml:space="preserve"> </w:t>
      </w:r>
      <w:r w:rsidR="25A181EA">
        <w:rPr/>
        <w:t>beantwoorden</w:t>
      </w:r>
      <w:r w:rsidR="25A181EA">
        <w:rPr/>
        <w:t>.</w:t>
      </w:r>
    </w:p>
    <w:p w:rsidR="009D758D" w:rsidRDefault="005F6A5B" w14:paraId="5C926ED3" w14:textId="77777777"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grondslag</w:t>
      </w:r>
      <w:r w:rsidRPr="6C968D7A" w:rsidR="005F6A5B">
        <w:rPr>
          <w:b w:val="1"/>
          <w:bCs w:val="1"/>
        </w:rPr>
        <w:t>:</w:t>
      </w:r>
      <w:r w:rsidR="005F6A5B">
        <w:rPr/>
        <w:t xml:space="preserve"> Art. 6 lid 4 </w:t>
      </w:r>
      <w:r w:rsidR="005F6A5B">
        <w:rPr/>
        <w:t>Verdrag</w:t>
      </w:r>
      <w:r w:rsidR="005F6A5B">
        <w:rPr/>
        <w:t xml:space="preserve"> van Aarhus </w:t>
      </w:r>
      <w:r w:rsidR="005F6A5B">
        <w:rPr/>
        <w:t>vereist</w:t>
      </w:r>
      <w:r w:rsidR="005F6A5B">
        <w:rPr/>
        <w:t xml:space="preserve"> </w:t>
      </w:r>
      <w:r w:rsidR="005F6A5B">
        <w:rPr/>
        <w:t>publieke</w:t>
      </w:r>
      <w:r w:rsidR="005F6A5B">
        <w:rPr/>
        <w:t xml:space="preserve"> </w:t>
      </w:r>
      <w:r w:rsidR="005F6A5B">
        <w:rPr/>
        <w:t>participatie</w:t>
      </w:r>
      <w:r w:rsidR="005F6A5B">
        <w:rPr/>
        <w:t xml:space="preserve"> "</w:t>
      </w:r>
      <w:r w:rsidR="005F6A5B">
        <w:rPr/>
        <w:t>wanneer</w:t>
      </w:r>
      <w:r w:rsidR="005F6A5B">
        <w:rPr/>
        <w:t xml:space="preserve"> alle </w:t>
      </w:r>
      <w:r w:rsidR="005F6A5B">
        <w:rPr/>
        <w:t>opties</w:t>
      </w:r>
      <w:r w:rsidR="005F6A5B">
        <w:rPr/>
        <w:t xml:space="preserve"> </w:t>
      </w:r>
      <w:r w:rsidR="005F6A5B">
        <w:rPr/>
        <w:t>nog</w:t>
      </w:r>
      <w:r w:rsidR="005F6A5B">
        <w:rPr/>
        <w:t xml:space="preserve"> open </w:t>
      </w:r>
      <w:r w:rsidR="005F6A5B">
        <w:rPr/>
        <w:t>zijn</w:t>
      </w:r>
      <w:r w:rsidR="005F6A5B">
        <w:rPr/>
        <w:t xml:space="preserve">." Het </w:t>
      </w:r>
      <w:r w:rsidR="005F6A5B">
        <w:rPr/>
        <w:t>bewust</w:t>
      </w:r>
      <w:r w:rsidR="005F6A5B">
        <w:rPr/>
        <w:t xml:space="preserve"> </w:t>
      </w:r>
      <w:r w:rsidR="005F6A5B">
        <w:rPr/>
        <w:t>uitsluiten</w:t>
      </w:r>
      <w:r w:rsidR="005F6A5B">
        <w:rPr/>
        <w:t xml:space="preserve"> van het </w:t>
      </w:r>
      <w:r w:rsidR="005F6A5B">
        <w:rPr/>
        <w:t>publiek</w:t>
      </w:r>
      <w:r w:rsidR="005F6A5B">
        <w:rPr/>
        <w:t xml:space="preserve"> in de </w:t>
      </w:r>
      <w:r w:rsidR="005F6A5B">
        <w:rPr/>
        <w:t>scopingsfase</w:t>
      </w:r>
      <w:r w:rsidR="005F6A5B">
        <w:rPr/>
        <w:t xml:space="preserve"> is in </w:t>
      </w:r>
      <w:r w:rsidR="005F6A5B">
        <w:rPr/>
        <w:t>strijd</w:t>
      </w:r>
      <w:r w:rsidR="005F6A5B">
        <w:rPr/>
        <w:t xml:space="preserve"> met </w:t>
      </w:r>
      <w:r w:rsidR="005F6A5B">
        <w:rPr/>
        <w:t>dit</w:t>
      </w:r>
      <w:r w:rsidR="005F6A5B">
        <w:rPr/>
        <w:t xml:space="preserve"> </w:t>
      </w:r>
      <w:r w:rsidR="005F6A5B">
        <w:rPr/>
        <w:t>verdrag</w:t>
      </w:r>
      <w:r w:rsidR="005F6A5B">
        <w:rPr/>
        <w:t xml:space="preserve">. Art. 6 lid 2 </w:t>
      </w:r>
      <w:r w:rsidR="005F6A5B">
        <w:rPr/>
        <w:t>vereist</w:t>
      </w:r>
      <w:r w:rsidR="005F6A5B">
        <w:rPr/>
        <w:t xml:space="preserve"> </w:t>
      </w:r>
      <w:r w:rsidR="005F6A5B">
        <w:rPr/>
        <w:t>bovendien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het </w:t>
      </w:r>
      <w:r w:rsidR="005F6A5B">
        <w:rPr/>
        <w:t>publiek</w:t>
      </w:r>
      <w:r w:rsidR="005F6A5B">
        <w:rPr/>
        <w:t xml:space="preserve"> "</w:t>
      </w:r>
      <w:r w:rsidR="005F6A5B">
        <w:rPr/>
        <w:t>doeltreffend</w:t>
      </w:r>
      <w:r w:rsidR="005F6A5B">
        <w:rPr/>
        <w:t xml:space="preserve">" </w:t>
      </w:r>
      <w:r w:rsidR="005F6A5B">
        <w:rPr/>
        <w:t>wordt</w:t>
      </w:r>
      <w:r w:rsidR="005F6A5B">
        <w:rPr/>
        <w:t xml:space="preserve"> </w:t>
      </w:r>
      <w:r w:rsidR="005F6A5B">
        <w:rPr/>
        <w:t>geïnformeerd</w:t>
      </w:r>
      <w:r w:rsidR="005F6A5B">
        <w:rPr/>
        <w:t xml:space="preserve"> — het </w:t>
      </w:r>
      <w:r w:rsidR="005F6A5B">
        <w:rPr/>
        <w:t>inzetten</w:t>
      </w:r>
      <w:r w:rsidR="005F6A5B">
        <w:rPr/>
        <w:t xml:space="preserve"> van </w:t>
      </w:r>
      <w:r w:rsidR="005F6A5B">
        <w:rPr/>
        <w:t>een</w:t>
      </w:r>
      <w:r w:rsidR="005F6A5B">
        <w:rPr/>
        <w:t xml:space="preserve"> </w:t>
      </w:r>
      <w:r w:rsidR="005F6A5B">
        <w:rPr/>
        <w:t>communicatiebureau</w:t>
      </w:r>
      <w:r w:rsidR="005F6A5B">
        <w:rPr/>
        <w:t xml:space="preserve"> in </w:t>
      </w:r>
      <w:r w:rsidR="005F6A5B">
        <w:rPr/>
        <w:t>plaats</w:t>
      </w:r>
      <w:r w:rsidR="005F6A5B">
        <w:rPr/>
        <w:t xml:space="preserve"> van </w:t>
      </w:r>
      <w:r w:rsidR="005F6A5B">
        <w:rPr/>
        <w:t>technische</w:t>
      </w:r>
      <w:r w:rsidR="005F6A5B">
        <w:rPr/>
        <w:t xml:space="preserve"> </w:t>
      </w:r>
      <w:r w:rsidR="005F6A5B">
        <w:rPr/>
        <w:t>deskundigen</w:t>
      </w:r>
      <w:r w:rsidR="005F6A5B">
        <w:rPr/>
        <w:t xml:space="preserve"> op </w:t>
      </w:r>
      <w:r w:rsidR="005F6A5B">
        <w:rPr/>
        <w:t>infomarkten</w:t>
      </w:r>
      <w:r w:rsidR="005F6A5B">
        <w:rPr/>
        <w:t xml:space="preserve"> </w:t>
      </w:r>
      <w:r w:rsidR="005F6A5B">
        <w:rPr/>
        <w:t>voldoet</w:t>
      </w:r>
      <w:r w:rsidR="005F6A5B">
        <w:rPr/>
        <w:t xml:space="preserve"> </w:t>
      </w:r>
      <w:r w:rsidR="005F6A5B">
        <w:rPr/>
        <w:t>hier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aan</w:t>
      </w:r>
      <w:r w:rsidR="005F6A5B">
        <w:rPr/>
        <w:t>.</w:t>
      </w:r>
    </w:p>
    <w:p w:rsidR="009D758D" w:rsidRDefault="25A181EA" w14:paraId="0DF4E609" w14:textId="49A64F93">
      <w:pPr>
        <w:pStyle w:val="Heading3"/>
      </w:pPr>
      <w:r w:rsidR="25A181EA">
        <w:rPr/>
        <w:t xml:space="preserve">3.4 </w:t>
      </w:r>
      <w:r w:rsidR="25A181EA">
        <w:rPr/>
        <w:t>Omgevingsvergunning</w:t>
      </w:r>
      <w:r w:rsidR="25A181EA">
        <w:rPr/>
        <w:t xml:space="preserve"> is </w:t>
      </w:r>
      <w:r w:rsidR="25A181EA">
        <w:rPr/>
        <w:t>onuitvoerbaar</w:t>
      </w:r>
    </w:p>
    <w:p w:rsidR="009D758D" w:rsidRDefault="005F6A5B" w14:paraId="39935FAB" w14:textId="77777777">
      <w:r w:rsidR="005F6A5B">
        <w:rPr/>
        <w:t xml:space="preserve">Het </w:t>
      </w:r>
      <w:r w:rsidR="005F6A5B">
        <w:rPr/>
        <w:t>Agentschap</w:t>
      </w:r>
      <w:r w:rsidR="005F6A5B">
        <w:rPr/>
        <w:t xml:space="preserve"> </w:t>
      </w:r>
      <w:r w:rsidR="005F6A5B">
        <w:rPr/>
        <w:t>Wegen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Verkeer</w:t>
      </w:r>
      <w:r w:rsidR="005F6A5B">
        <w:rPr/>
        <w:t xml:space="preserve"> (AWV) </w:t>
      </w:r>
      <w:r w:rsidR="005F6A5B">
        <w:rPr/>
        <w:t>stelt</w:t>
      </w:r>
      <w:r w:rsidR="005F6A5B">
        <w:rPr/>
        <w:t xml:space="preserve"> in </w:t>
      </w:r>
      <w:r w:rsidR="005F6A5B">
        <w:rPr/>
        <w:t>haar</w:t>
      </w:r>
      <w:r w:rsidR="005F6A5B">
        <w:rPr/>
        <w:t xml:space="preserve"> </w:t>
      </w:r>
      <w:r w:rsidR="005F6A5B">
        <w:rPr/>
        <w:t>voorwaardelijk</w:t>
      </w:r>
      <w:r w:rsidR="005F6A5B">
        <w:rPr/>
        <w:t xml:space="preserve"> </w:t>
      </w:r>
      <w:r w:rsidR="005F6A5B">
        <w:rPr/>
        <w:t>gunstig</w:t>
      </w:r>
      <w:r w:rsidR="005F6A5B">
        <w:rPr/>
        <w:t xml:space="preserve"> </w:t>
      </w:r>
      <w:r w:rsidR="005F6A5B">
        <w:rPr/>
        <w:t>advies</w:t>
      </w:r>
      <w:r w:rsidR="005F6A5B">
        <w:rPr/>
        <w:t>:</w:t>
      </w:r>
    </w:p>
    <w:p w:rsidR="009D758D" w:rsidP="6C968D7A" w:rsidRDefault="005F6A5B" w14:paraId="0175C067" w14:textId="77777777">
      <w:pPr>
        <w:pBdr>
          <w:left w:val="single" w:color="999999" w:sz="12" w:space="8"/>
        </w:pBdr>
        <w:spacing w:before="120"/>
        <w:ind w:left="850"/>
      </w:pPr>
      <w:r w:rsidRPr="6C968D7A" w:rsidR="005F6A5B">
        <w:rPr>
          <w:i w:val="1"/>
          <w:iCs w:val="1"/>
          <w:color w:val="444444"/>
        </w:rPr>
        <w:t>"</w:t>
      </w:r>
      <w:r w:rsidRPr="6C968D7A" w:rsidR="005F6A5B">
        <w:rPr>
          <w:i w:val="1"/>
          <w:iCs w:val="1"/>
          <w:color w:val="444444"/>
        </w:rPr>
        <w:t>Minstens</w:t>
      </w:r>
      <w:r w:rsidRPr="6C968D7A" w:rsidR="005F6A5B">
        <w:rPr>
          <w:i w:val="1"/>
          <w:iCs w:val="1"/>
          <w:color w:val="444444"/>
        </w:rPr>
        <w:t xml:space="preserve"> is de </w:t>
      </w:r>
      <w:r w:rsidRPr="6C968D7A" w:rsidR="005F6A5B">
        <w:rPr>
          <w:i w:val="1"/>
          <w:iCs w:val="1"/>
          <w:color w:val="444444"/>
        </w:rPr>
        <w:t>eventueel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afgeleverde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omgevingsvergunning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onuitvoerbaar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zolang</w:t>
      </w:r>
      <w:r w:rsidRPr="6C968D7A" w:rsidR="005F6A5B">
        <w:rPr>
          <w:i w:val="1"/>
          <w:iCs w:val="1"/>
          <w:color w:val="444444"/>
        </w:rPr>
        <w:t xml:space="preserve"> de </w:t>
      </w:r>
      <w:r w:rsidRPr="6C968D7A" w:rsidR="005F6A5B">
        <w:rPr>
          <w:i w:val="1"/>
          <w:iCs w:val="1"/>
          <w:color w:val="444444"/>
        </w:rPr>
        <w:t>domeinvergunning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niet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verkregen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wordt</w:t>
      </w:r>
      <w:r w:rsidRPr="6C968D7A" w:rsidR="005F6A5B">
        <w:rPr>
          <w:i w:val="1"/>
          <w:iCs w:val="1"/>
          <w:color w:val="444444"/>
        </w:rPr>
        <w:t>."</w:t>
      </w:r>
    </w:p>
    <w:p w:rsidR="009D758D" w:rsidRDefault="005F6A5B" w14:paraId="6431D6C2" w14:textId="77777777">
      <w:r w:rsidR="005F6A5B">
        <w:rPr/>
        <w:t xml:space="preserve">De </w:t>
      </w:r>
      <w:r w:rsidR="005F6A5B">
        <w:rPr/>
        <w:t>vereiste</w:t>
      </w:r>
      <w:r w:rsidR="005F6A5B">
        <w:rPr/>
        <w:t xml:space="preserve"> </w:t>
      </w:r>
      <w:r w:rsidR="005F6A5B">
        <w:rPr/>
        <w:t>domeinvergunningen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op het moment van de </w:t>
      </w:r>
      <w:r w:rsidR="005F6A5B">
        <w:rPr/>
        <w:t>aanvraag</w:t>
      </w:r>
      <w:r w:rsidR="005F6A5B">
        <w:rPr/>
        <w:t xml:space="preserve"> </w:t>
      </w:r>
      <w:r w:rsidRPr="6C968D7A" w:rsidR="005F6A5B">
        <w:rPr>
          <w:b w:val="1"/>
          <w:bCs w:val="1"/>
        </w:rPr>
        <w:t>nog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niet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aangevraagd</w:t>
      </w:r>
      <w:r w:rsidR="005F6A5B">
        <w:rPr/>
        <w:t xml:space="preserve">. </w:t>
      </w:r>
      <w:r w:rsidR="005F6A5B">
        <w:rPr/>
        <w:t>Mastlocatie</w:t>
      </w:r>
      <w:r w:rsidR="005F6A5B">
        <w:rPr/>
        <w:t xml:space="preserve"> P26N </w:t>
      </w:r>
      <w:r w:rsidR="005F6A5B">
        <w:rPr/>
        <w:t>bevindt</w:t>
      </w:r>
      <w:r w:rsidR="005F6A5B">
        <w:rPr/>
        <w:t xml:space="preserve"> </w:t>
      </w:r>
      <w:r w:rsidR="005F6A5B">
        <w:rPr/>
        <w:t>zich</w:t>
      </w:r>
      <w:r w:rsidR="005F6A5B">
        <w:rPr/>
        <w:t xml:space="preserve"> op </w:t>
      </w:r>
      <w:r w:rsidR="005F6A5B">
        <w:rPr/>
        <w:t>privaat</w:t>
      </w:r>
      <w:r w:rsidR="005F6A5B">
        <w:rPr/>
        <w:t xml:space="preserve"> </w:t>
      </w:r>
      <w:r w:rsidR="005F6A5B">
        <w:rPr/>
        <w:t>domein</w:t>
      </w:r>
      <w:r w:rsidR="005F6A5B">
        <w:rPr/>
        <w:t xml:space="preserve"> van het </w:t>
      </w:r>
      <w:r w:rsidR="005F6A5B">
        <w:rPr/>
        <w:t>Vlaams</w:t>
      </w:r>
      <w:r w:rsidR="005F6A5B">
        <w:rPr/>
        <w:t xml:space="preserve"> </w:t>
      </w:r>
      <w:r w:rsidR="005F6A5B">
        <w:rPr/>
        <w:t>Gewest</w:t>
      </w:r>
      <w:r w:rsidR="005F6A5B">
        <w:rPr/>
        <w:t xml:space="preserve"> </w:t>
      </w:r>
      <w:r w:rsidR="005F6A5B">
        <w:rPr/>
        <w:t>zonder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overeenkomst</w:t>
      </w:r>
      <w:r w:rsidR="005F6A5B">
        <w:rPr/>
        <w:t xml:space="preserve"> is </w:t>
      </w:r>
      <w:r w:rsidR="005F6A5B">
        <w:rPr/>
        <w:t>afgesloten</w:t>
      </w:r>
      <w:r w:rsidR="005F6A5B">
        <w:rPr/>
        <w:t>.</w:t>
      </w:r>
    </w:p>
    <w:p w:rsidR="009D758D" w:rsidRDefault="005F6A5B" w14:paraId="32453843" w14:textId="77777777"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grondslag</w:t>
      </w:r>
      <w:r w:rsidRPr="6C968D7A" w:rsidR="005F6A5B">
        <w:rPr>
          <w:b w:val="1"/>
          <w:bCs w:val="1"/>
        </w:rPr>
        <w:t>:</w:t>
      </w:r>
      <w:r w:rsidR="005F6A5B">
        <w:rPr/>
        <w:t xml:space="preserve"> Een </w:t>
      </w:r>
      <w:r w:rsidR="005F6A5B">
        <w:rPr/>
        <w:t>vergunning</w:t>
      </w:r>
      <w:r w:rsidR="005F6A5B">
        <w:rPr/>
        <w:t xml:space="preserve"> </w:t>
      </w:r>
      <w:r w:rsidR="005F6A5B">
        <w:rPr/>
        <w:t>verlenen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project </w:t>
      </w:r>
      <w:r w:rsidR="005F6A5B">
        <w:rPr/>
        <w:t>waarvan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Vlaams</w:t>
      </w:r>
      <w:r w:rsidR="005F6A5B">
        <w:rPr/>
        <w:t xml:space="preserve"> </w:t>
      </w:r>
      <w:r w:rsidR="005F6A5B">
        <w:rPr/>
        <w:t>agentschap</w:t>
      </w:r>
      <w:r w:rsidR="005F6A5B">
        <w:rPr/>
        <w:t xml:space="preserve"> </w:t>
      </w:r>
      <w:r w:rsidR="005F6A5B">
        <w:rPr/>
        <w:t>expliciet</w:t>
      </w:r>
      <w:r w:rsidR="005F6A5B">
        <w:rPr/>
        <w:t xml:space="preserve"> </w:t>
      </w:r>
      <w:r w:rsidR="005F6A5B">
        <w:rPr/>
        <w:t>stelt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het </w:t>
      </w:r>
      <w:r w:rsidR="005F6A5B">
        <w:rPr/>
        <w:t>onuitvoerbaar</w:t>
      </w:r>
      <w:r w:rsidR="005F6A5B">
        <w:rPr/>
        <w:t xml:space="preserve"> is</w:t>
      </w:r>
      <w:r w:rsidR="005F6A5B">
        <w:rPr/>
        <w:t>, is</w:t>
      </w:r>
      <w:r w:rsidR="005F6A5B">
        <w:rPr/>
        <w:t xml:space="preserve"> in </w:t>
      </w:r>
      <w:r w:rsidR="005F6A5B">
        <w:rPr/>
        <w:t>strijd</w:t>
      </w:r>
      <w:r w:rsidR="005F6A5B">
        <w:rPr/>
        <w:t xml:space="preserve"> met de </w:t>
      </w:r>
      <w:r w:rsidR="005F6A5B">
        <w:rPr/>
        <w:t>beginselen</w:t>
      </w:r>
      <w:r w:rsidR="005F6A5B">
        <w:rPr/>
        <w:t xml:space="preserve"> van </w:t>
      </w:r>
      <w:r w:rsidR="005F6A5B">
        <w:rPr/>
        <w:t>behoorlijk</w:t>
      </w:r>
      <w:r w:rsidR="005F6A5B">
        <w:rPr/>
        <w:t xml:space="preserve"> </w:t>
      </w:r>
      <w:r w:rsidR="005F6A5B">
        <w:rPr/>
        <w:t>bestuur</w:t>
      </w:r>
      <w:r w:rsidR="005F6A5B">
        <w:rPr/>
        <w:t>.</w:t>
      </w:r>
    </w:p>
    <w:p w:rsidR="009D758D" w:rsidRDefault="005F6A5B" w14:paraId="220A0013" w14:textId="77777777">
      <w:pPr>
        <w:pStyle w:val="Heading3"/>
      </w:pPr>
      <w:r w:rsidR="005F6A5B">
        <w:rPr/>
        <w:t xml:space="preserve">3.5 GRUP </w:t>
      </w:r>
      <w:r w:rsidR="005F6A5B">
        <w:rPr/>
        <w:t>aangevochten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de Raad van State</w:t>
      </w:r>
    </w:p>
    <w:p w:rsidR="009D758D" w:rsidRDefault="25A181EA" w14:paraId="20342F49" w14:textId="25403D62">
      <w:r w:rsidR="25A181EA">
        <w:rPr/>
        <w:t xml:space="preserve">Het GRUP </w:t>
      </w:r>
      <w:r w:rsidR="25A181EA">
        <w:rPr/>
        <w:t>Ventilus</w:t>
      </w:r>
      <w:r w:rsidR="25A181EA">
        <w:rPr/>
        <w:t xml:space="preserve">, </w:t>
      </w:r>
      <w:r w:rsidR="25A181EA">
        <w:rPr/>
        <w:t>waarop</w:t>
      </w:r>
      <w:r w:rsidR="25A181EA">
        <w:rPr/>
        <w:t xml:space="preserve"> het hele project is </w:t>
      </w:r>
      <w:r w:rsidR="25A181EA">
        <w:rPr/>
        <w:t>gebaseerd</w:t>
      </w:r>
      <w:r w:rsidR="25A181EA">
        <w:rPr/>
        <w:t xml:space="preserve">, </w:t>
      </w:r>
      <w:r w:rsidR="25A181EA">
        <w:rPr/>
        <w:t>wordt</w:t>
      </w:r>
      <w:r w:rsidR="25A181EA">
        <w:rPr/>
        <w:t xml:space="preserve"> </w:t>
      </w:r>
      <w:r w:rsidRPr="6C968D7A" w:rsidR="25A181EA">
        <w:rPr>
          <w:b w:val="1"/>
          <w:bCs w:val="1"/>
        </w:rPr>
        <w:t>aangevochten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bij</w:t>
      </w:r>
      <w:r w:rsidRPr="6C968D7A" w:rsidR="25A181EA">
        <w:rPr>
          <w:b w:val="1"/>
          <w:bCs w:val="1"/>
        </w:rPr>
        <w:t xml:space="preserve"> de Raad van State</w:t>
      </w:r>
      <w:r w:rsidR="25A181EA">
        <w:rPr/>
        <w:t xml:space="preserve"> (procedure </w:t>
      </w:r>
      <w:r w:rsidR="25A181EA">
        <w:rPr/>
        <w:t>hangend</w:t>
      </w:r>
      <w:r w:rsidR="25A181EA">
        <w:rPr/>
        <w:t xml:space="preserve"> </w:t>
      </w:r>
      <w:r w:rsidR="25A181EA">
        <w:rPr/>
        <w:t>sinds</w:t>
      </w:r>
      <w:r w:rsidR="25A181EA">
        <w:rPr/>
        <w:t xml:space="preserve"> </w:t>
      </w:r>
      <w:r w:rsidR="25A181EA">
        <w:rPr/>
        <w:t>juli</w:t>
      </w:r>
      <w:r w:rsidR="25A181EA">
        <w:rPr/>
        <w:t xml:space="preserve"> 2024)</w:t>
      </w:r>
      <w:r w:rsidR="25A181EA">
        <w:rPr/>
        <w:t xml:space="preserve">.  </w:t>
      </w:r>
      <w:r w:rsidR="25A181EA">
        <w:rPr/>
        <w:t xml:space="preserve">Een </w:t>
      </w:r>
      <w:r w:rsidR="25A181EA">
        <w:rPr/>
        <w:t>vergunning</w:t>
      </w:r>
      <w:r w:rsidR="25A181EA">
        <w:rPr/>
        <w:t xml:space="preserve"> </w:t>
      </w:r>
      <w:r w:rsidR="25A181EA">
        <w:rPr/>
        <w:t>verlenen</w:t>
      </w:r>
      <w:r w:rsidR="25A181EA">
        <w:rPr/>
        <w:t xml:space="preserve"> op basis van </w:t>
      </w:r>
      <w:r w:rsidR="25A181EA">
        <w:rPr/>
        <w:t>een</w:t>
      </w:r>
      <w:r w:rsidR="25A181EA">
        <w:rPr/>
        <w:t xml:space="preserve"> </w:t>
      </w:r>
      <w:r w:rsidR="25A181EA">
        <w:rPr/>
        <w:t>aangevochten</w:t>
      </w:r>
      <w:r w:rsidR="25A181EA">
        <w:rPr/>
        <w:t xml:space="preserve"> GRUP </w:t>
      </w:r>
      <w:r w:rsidR="25A181EA">
        <w:rPr/>
        <w:t>brengt</w:t>
      </w:r>
      <w:r w:rsidR="25A181EA">
        <w:rPr/>
        <w:t xml:space="preserve"> </w:t>
      </w:r>
      <w:r w:rsidR="25A181EA">
        <w:rPr/>
        <w:t>rechtsonzekerheid</w:t>
      </w:r>
      <w:r w:rsidR="25A181EA">
        <w:rPr/>
        <w:t xml:space="preserve"> mee.</w:t>
      </w:r>
    </w:p>
    <w:p w:rsidR="009D758D" w:rsidRDefault="005F6A5B" w14:paraId="09DFCCCD" w14:textId="77777777">
      <w:pPr>
        <w:pStyle w:val="Heading3"/>
      </w:pPr>
      <w:r w:rsidR="005F6A5B">
        <w:rPr/>
        <w:t xml:space="preserve">3.6 </w:t>
      </w:r>
      <w:r w:rsidR="005F6A5B">
        <w:rPr/>
        <w:t>Weggevallen</w:t>
      </w:r>
      <w:r w:rsidR="005F6A5B">
        <w:rPr/>
        <w:t xml:space="preserve"> </w:t>
      </w:r>
      <w:r w:rsidR="005F6A5B">
        <w:rPr/>
        <w:t>urgentie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overdimensionering</w:t>
      </w:r>
    </w:p>
    <w:p w:rsidR="009D758D" w:rsidRDefault="005F6A5B" w14:paraId="0F5D93AD" w14:textId="77777777">
      <w:r w:rsidR="005F6A5B">
        <w:rPr/>
        <w:t xml:space="preserve">De </w:t>
      </w:r>
      <w:r w:rsidR="005F6A5B">
        <w:rPr/>
        <w:t>rechtvaardiging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de </w:t>
      </w:r>
      <w:r w:rsidR="005F6A5B">
        <w:rPr/>
        <w:t>geplande</w:t>
      </w:r>
      <w:r w:rsidR="005F6A5B">
        <w:rPr/>
        <w:t xml:space="preserve"> 6 GW-</w:t>
      </w:r>
      <w:r w:rsidR="005F6A5B">
        <w:rPr/>
        <w:t>capaciteit</w:t>
      </w:r>
      <w:r w:rsidR="005F6A5B">
        <w:rPr/>
        <w:t xml:space="preserve"> van de </w:t>
      </w:r>
      <w:r w:rsidR="005F6A5B">
        <w:rPr/>
        <w:t>Ventilus</w:t>
      </w:r>
      <w:r w:rsidR="005F6A5B">
        <w:rPr/>
        <w:t>-verbinding</w:t>
      </w:r>
      <w:r w:rsidR="005F6A5B">
        <w:rPr/>
        <w:t xml:space="preserve"> is </w:t>
      </w:r>
      <w:r w:rsidR="005F6A5B">
        <w:rPr/>
        <w:t>sinds</w:t>
      </w:r>
      <w:r w:rsidR="005F6A5B">
        <w:rPr/>
        <w:t xml:space="preserve"> de </w:t>
      </w:r>
      <w:r w:rsidR="005F6A5B">
        <w:rPr/>
        <w:t>indiening</w:t>
      </w:r>
      <w:r w:rsidR="005F6A5B">
        <w:rPr/>
        <w:t xml:space="preserve"> van het MER </w:t>
      </w:r>
      <w:r w:rsidRPr="6C968D7A" w:rsidR="005F6A5B">
        <w:rPr>
          <w:b w:val="1"/>
          <w:bCs w:val="1"/>
        </w:rPr>
        <w:t>structureel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weggevallen</w:t>
      </w:r>
      <w:r w:rsidR="005F6A5B">
        <w:rPr/>
        <w:t xml:space="preserve"> door het </w:t>
      </w:r>
      <w:r w:rsidR="005F6A5B">
        <w:rPr/>
        <w:t>schrappen</w:t>
      </w:r>
      <w:r w:rsidR="005F6A5B">
        <w:rPr/>
        <w:t xml:space="preserve">, </w:t>
      </w:r>
      <w:r w:rsidR="005F6A5B">
        <w:rPr/>
        <w:t>uitstappen</w:t>
      </w:r>
      <w:r w:rsidR="005F6A5B">
        <w:rPr/>
        <w:t xml:space="preserve"> of </w:t>
      </w:r>
      <w:r w:rsidR="005F6A5B">
        <w:rPr/>
        <w:t>vertragen</w:t>
      </w:r>
      <w:r w:rsidR="005F6A5B">
        <w:rPr/>
        <w:t xml:space="preserve"> van de </w:t>
      </w:r>
      <w:r w:rsidR="005F6A5B">
        <w:rPr/>
        <w:t>projecten</w:t>
      </w:r>
      <w:r w:rsidR="005F6A5B">
        <w:rPr/>
        <w:t xml:space="preserve"> die </w:t>
      </w:r>
      <w:r w:rsidR="005F6A5B">
        <w:rPr/>
        <w:t>deze</w:t>
      </w:r>
      <w:r w:rsidR="005F6A5B">
        <w:rPr/>
        <w:t xml:space="preserve"> </w:t>
      </w:r>
      <w:r w:rsidR="005F6A5B">
        <w:rPr/>
        <w:t>capaciteit</w:t>
      </w:r>
      <w:r w:rsidR="005F6A5B">
        <w:rPr/>
        <w:t xml:space="preserve"> </w:t>
      </w:r>
      <w:r w:rsidR="005F6A5B">
        <w:rPr/>
        <w:t>zouden</w:t>
      </w:r>
      <w:r w:rsidR="005F6A5B">
        <w:rPr/>
        <w:t xml:space="preserve"> </w:t>
      </w:r>
      <w:r w:rsidR="005F6A5B">
        <w:rPr/>
        <w:t>benutten</w:t>
      </w:r>
      <w:r w:rsidR="005F6A5B">
        <w:rPr/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1"/>
        <w:gridCol w:w="2351"/>
        <w:gridCol w:w="2351"/>
        <w:gridCol w:w="2351"/>
      </w:tblGrid>
      <w:tr w:rsidR="009D758D" w:rsidTr="6C968D7A" w14:paraId="2619FF6A" w14:textId="77777777">
        <w:tc>
          <w:tcPr>
            <w:tcW w:w="2351" w:type="dxa"/>
            <w:shd w:val="clear" w:color="auto" w:fill="244061" w:themeFill="accent1" w:themeFillShade="80"/>
            <w:tcMar/>
          </w:tcPr>
          <w:p w:rsidR="009D758D" w:rsidRDefault="005F6A5B" w14:paraId="1416433A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Project</w:t>
            </w:r>
          </w:p>
        </w:tc>
        <w:tc>
          <w:tcPr>
            <w:tcW w:w="2351" w:type="dxa"/>
            <w:shd w:val="clear" w:color="auto" w:fill="244061" w:themeFill="accent1" w:themeFillShade="80"/>
            <w:tcMar/>
          </w:tcPr>
          <w:p w:rsidR="009D758D" w:rsidRDefault="005F6A5B" w14:paraId="3AB3EEAD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Type</w:t>
            </w:r>
          </w:p>
        </w:tc>
        <w:tc>
          <w:tcPr>
            <w:tcW w:w="2351" w:type="dxa"/>
            <w:shd w:val="clear" w:color="auto" w:fill="244061" w:themeFill="accent1" w:themeFillShade="80"/>
            <w:tcMar/>
          </w:tcPr>
          <w:p w:rsidR="009D758D" w:rsidRDefault="005F6A5B" w14:paraId="148A0D60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Status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februari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2026</w:t>
            </w:r>
          </w:p>
        </w:tc>
        <w:tc>
          <w:tcPr>
            <w:tcW w:w="2351" w:type="dxa"/>
            <w:shd w:val="clear" w:color="auto" w:fill="244061" w:themeFill="accent1" w:themeFillShade="80"/>
            <w:tcMar/>
          </w:tcPr>
          <w:p w:rsidR="009D758D" w:rsidP="6C968D7A" w:rsidRDefault="005F6A5B" w14:paraId="0C684E8B" w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Impact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op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Ventilus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-capaciteitsbehoefte</w:t>
            </w:r>
          </w:p>
        </w:tc>
      </w:tr>
      <w:tr w:rsidR="009D758D" w:rsidTr="6C968D7A" w14:paraId="612DE986" w14:textId="77777777">
        <w:tc>
          <w:tcPr>
            <w:tcW w:w="2351" w:type="dxa"/>
            <w:shd w:val="clear" w:color="auto" w:fill="F2F6FC"/>
            <w:tcMar/>
          </w:tcPr>
          <w:p w:rsidR="009D758D" w:rsidP="6C968D7A" w:rsidRDefault="005F6A5B" w14:paraId="650294C5" w14:textId="77777777">
            <w:pPr>
              <w:spacing w:before="40" w:after="40"/>
              <w:rPr>
                <w:b w:val="1"/>
                <w:bCs w:val="1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Cronos</w:t>
            </w:r>
          </w:p>
        </w:tc>
        <w:tc>
          <w:tcPr>
            <w:tcW w:w="2351" w:type="dxa"/>
            <w:shd w:val="clear" w:color="auto" w:fill="F2F6FC"/>
            <w:tcMar/>
          </w:tcPr>
          <w:p w:rsidR="009D758D" w:rsidRDefault="005F6A5B" w14:paraId="6C606C7D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Interconnector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Verenigd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Koninkrijk</w:t>
            </w:r>
            <w:r w:rsidRPr="6C968D7A" w:rsidR="005F6A5B">
              <w:rPr>
                <w:sz w:val="19"/>
                <w:szCs w:val="19"/>
              </w:rPr>
              <w:t>, 1,4 GW</w:t>
            </w:r>
          </w:p>
        </w:tc>
        <w:tc>
          <w:tcPr>
            <w:tcW w:w="2351" w:type="dxa"/>
            <w:shd w:val="clear" w:color="auto" w:fill="F2F6FC"/>
            <w:tcMar/>
          </w:tcPr>
          <w:p w:rsidR="009D758D" w:rsidRDefault="005F6A5B" w14:paraId="70C6A236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Afgewezen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 xml:space="preserve"> door 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>Ofgem</w:t>
            </w:r>
            <w:r w:rsidRPr="6C968D7A" w:rsidR="005F6A5B">
              <w:rPr>
                <w:sz w:val="19"/>
                <w:szCs w:val="19"/>
              </w:rPr>
              <w:t xml:space="preserve"> (</w:t>
            </w:r>
            <w:r w:rsidRPr="6C968D7A" w:rsidR="005F6A5B">
              <w:rPr>
                <w:sz w:val="19"/>
                <w:szCs w:val="19"/>
              </w:rPr>
              <w:t>Window</w:t>
            </w:r>
            <w:r w:rsidRPr="6C968D7A" w:rsidR="005F6A5B">
              <w:rPr>
                <w:sz w:val="19"/>
                <w:szCs w:val="19"/>
              </w:rPr>
              <w:t xml:space="preserve"> 3 IPA </w:t>
            </w:r>
            <w:r w:rsidRPr="6C968D7A" w:rsidR="005F6A5B">
              <w:rPr>
                <w:sz w:val="19"/>
                <w:szCs w:val="19"/>
              </w:rPr>
              <w:t>Decision</w:t>
            </w:r>
            <w:r w:rsidRPr="6C968D7A" w:rsidR="005F6A5B">
              <w:rPr>
                <w:sz w:val="19"/>
                <w:szCs w:val="19"/>
              </w:rPr>
              <w:t xml:space="preserve">, </w:t>
            </w:r>
            <w:r w:rsidRPr="6C968D7A" w:rsidR="005F6A5B">
              <w:rPr>
                <w:sz w:val="19"/>
                <w:szCs w:val="19"/>
              </w:rPr>
              <w:t>november</w:t>
            </w:r>
            <w:r w:rsidRPr="6C968D7A" w:rsidR="005F6A5B">
              <w:rPr>
                <w:sz w:val="19"/>
                <w:szCs w:val="19"/>
              </w:rPr>
              <w:t xml:space="preserve"> 2024)</w:t>
            </w:r>
          </w:p>
        </w:tc>
        <w:tc>
          <w:tcPr>
            <w:tcW w:w="2351" w:type="dxa"/>
            <w:shd w:val="clear" w:color="auto" w:fill="F2F6FC"/>
            <w:tcMar/>
          </w:tcPr>
          <w:p w:rsidR="009D758D" w:rsidP="6C968D7A" w:rsidRDefault="005F6A5B" w14:paraId="0C3692C5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Definitief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geschrapt</w:t>
            </w:r>
            <w:r w:rsidRPr="6C968D7A" w:rsidR="005F6A5B">
              <w:rPr>
                <w:sz w:val="19"/>
                <w:szCs w:val="19"/>
              </w:rPr>
              <w:t xml:space="preserve"> — </w:t>
            </w:r>
            <w:r w:rsidRPr="6C968D7A" w:rsidR="005F6A5B">
              <w:rPr>
                <w:sz w:val="19"/>
                <w:szCs w:val="19"/>
              </w:rPr>
              <w:t>capaciteitsvraag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vervalt</w:t>
            </w:r>
          </w:p>
        </w:tc>
      </w:tr>
      <w:tr w:rsidR="009D758D" w:rsidTr="6C968D7A" w14:paraId="6AC1B27C" w14:textId="77777777">
        <w:tc>
          <w:tcPr>
            <w:tcW w:w="2351" w:type="dxa"/>
            <w:tcMar/>
          </w:tcPr>
          <w:p w:rsidR="009D758D" w:rsidP="6C968D7A" w:rsidRDefault="005F6A5B" w14:paraId="5A4BAF72" w14:textId="77777777">
            <w:pPr>
              <w:spacing w:before="40" w:after="40"/>
              <w:rPr>
                <w:b w:val="1"/>
                <w:bCs w:val="1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TritonLink</w:t>
            </w:r>
          </w:p>
        </w:tc>
        <w:tc>
          <w:tcPr>
            <w:tcW w:w="2351" w:type="dxa"/>
            <w:tcMar/>
          </w:tcPr>
          <w:p w:rsidR="009D758D" w:rsidP="6C968D7A" w:rsidRDefault="005F6A5B" w14:paraId="532BFD39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Interconnector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Denemarken</w:t>
            </w:r>
          </w:p>
        </w:tc>
        <w:tc>
          <w:tcPr>
            <w:tcW w:w="2351" w:type="dxa"/>
            <w:tcMar/>
          </w:tcPr>
          <w:p w:rsidR="009D758D" w:rsidRDefault="005F6A5B" w14:paraId="5E58B5CA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België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 xml:space="preserve"> 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>uitgestapt</w:t>
            </w:r>
            <w:r w:rsidRPr="6C968D7A" w:rsidR="005F6A5B">
              <w:rPr>
                <w:sz w:val="19"/>
                <w:szCs w:val="19"/>
              </w:rPr>
              <w:t xml:space="preserve"> (2024)</w:t>
            </w:r>
          </w:p>
        </w:tc>
        <w:tc>
          <w:tcPr>
            <w:tcW w:w="2351" w:type="dxa"/>
            <w:tcMar/>
          </w:tcPr>
          <w:p w:rsidR="009D758D" w:rsidP="6C968D7A" w:rsidRDefault="005F6A5B" w14:paraId="1D4B0EB4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Verbinding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hoogst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onzeker</w:t>
            </w:r>
            <w:r w:rsidRPr="6C968D7A" w:rsidR="005F6A5B">
              <w:rPr>
                <w:sz w:val="19"/>
                <w:szCs w:val="19"/>
              </w:rPr>
              <w:t xml:space="preserve"> — </w:t>
            </w:r>
            <w:r w:rsidRPr="6C968D7A" w:rsidR="005F6A5B">
              <w:rPr>
                <w:sz w:val="19"/>
                <w:szCs w:val="19"/>
              </w:rPr>
              <w:t>capaciteitsvraag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vervalt</w:t>
            </w:r>
          </w:p>
        </w:tc>
      </w:tr>
      <w:tr w:rsidR="009D758D" w:rsidTr="6C968D7A" w14:paraId="410EED00" w14:textId="77777777">
        <w:tc>
          <w:tcPr>
            <w:tcW w:w="2351" w:type="dxa"/>
            <w:shd w:val="clear" w:color="auto" w:fill="F2F6FC"/>
            <w:tcMar/>
          </w:tcPr>
          <w:p w:rsidR="009D758D" w:rsidRDefault="005F6A5B" w14:paraId="143ECF40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Nautilus</w:t>
            </w:r>
          </w:p>
        </w:tc>
        <w:tc>
          <w:tcPr>
            <w:tcW w:w="2351" w:type="dxa"/>
            <w:shd w:val="clear" w:color="auto" w:fill="F2F6FC"/>
            <w:tcMar/>
          </w:tcPr>
          <w:p w:rsidR="009D758D" w:rsidRDefault="005F6A5B" w14:paraId="49B07208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Interconnector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Verenigd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Koninkrijk</w:t>
            </w:r>
            <w:r w:rsidRPr="6C968D7A" w:rsidR="005F6A5B">
              <w:rPr>
                <w:sz w:val="19"/>
                <w:szCs w:val="19"/>
              </w:rPr>
              <w:t>, 1,4 GW</w:t>
            </w:r>
          </w:p>
        </w:tc>
        <w:tc>
          <w:tcPr>
            <w:tcW w:w="2351" w:type="dxa"/>
            <w:shd w:val="clear" w:color="auto" w:fill="F2F6FC"/>
            <w:tcMar/>
          </w:tcPr>
          <w:p w:rsidR="009D758D" w:rsidRDefault="005F6A5B" w14:paraId="01D8B396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Vertraagd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 xml:space="preserve"> 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>naar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 xml:space="preserve"> 2035+</w:t>
            </w:r>
          </w:p>
        </w:tc>
        <w:tc>
          <w:tcPr>
            <w:tcW w:w="2351" w:type="dxa"/>
            <w:shd w:val="clear" w:color="auto" w:fill="F2F6FC"/>
            <w:tcMar/>
          </w:tcPr>
          <w:p w:rsidR="009D758D" w:rsidRDefault="005F6A5B" w14:paraId="2FA5B187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Circa</w:t>
            </w:r>
            <w:r w:rsidRPr="6C968D7A" w:rsidR="005F6A5B">
              <w:rPr>
                <w:sz w:val="19"/>
                <w:szCs w:val="19"/>
              </w:rPr>
              <w:t xml:space="preserve"> 3 </w:t>
            </w:r>
            <w:r w:rsidRPr="6C968D7A" w:rsidR="005F6A5B">
              <w:rPr>
                <w:sz w:val="19"/>
                <w:szCs w:val="19"/>
              </w:rPr>
              <w:t>jaar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vertraging</w:t>
            </w:r>
            <w:r w:rsidRPr="6C968D7A" w:rsidR="005F6A5B">
              <w:rPr>
                <w:sz w:val="19"/>
                <w:szCs w:val="19"/>
              </w:rPr>
              <w:t xml:space="preserve"> ten </w:t>
            </w:r>
            <w:r w:rsidRPr="6C968D7A" w:rsidR="005F6A5B">
              <w:rPr>
                <w:sz w:val="19"/>
                <w:szCs w:val="19"/>
              </w:rPr>
              <w:t>opzichte</w:t>
            </w:r>
            <w:r w:rsidRPr="6C968D7A" w:rsidR="005F6A5B">
              <w:rPr>
                <w:sz w:val="19"/>
                <w:szCs w:val="19"/>
              </w:rPr>
              <w:t xml:space="preserve"> van </w:t>
            </w:r>
            <w:r w:rsidRPr="6C968D7A" w:rsidR="005F6A5B">
              <w:rPr>
                <w:sz w:val="19"/>
                <w:szCs w:val="19"/>
              </w:rPr>
              <w:t>oorspronkelijke</w:t>
            </w:r>
            <w:r w:rsidRPr="6C968D7A" w:rsidR="005F6A5B">
              <w:rPr>
                <w:sz w:val="19"/>
                <w:szCs w:val="19"/>
              </w:rPr>
              <w:t xml:space="preserve"> planning</w:t>
            </w:r>
          </w:p>
        </w:tc>
      </w:tr>
      <w:tr w:rsidR="009D758D" w:rsidTr="6C968D7A" w14:paraId="1D372B9B" w14:textId="77777777">
        <w:tc>
          <w:tcPr>
            <w:tcW w:w="2351" w:type="dxa"/>
            <w:tcMar/>
          </w:tcPr>
          <w:p w:rsidR="009D758D" w:rsidP="6C968D7A" w:rsidRDefault="005F6A5B" w14:paraId="19B9553A" w14:textId="77777777">
            <w:pPr>
              <w:spacing w:before="40" w:after="40"/>
              <w:rPr>
                <w:b w:val="1"/>
                <w:bCs w:val="1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Prinses Elisabeth Eiland — HVDC-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>fase</w:t>
            </w:r>
          </w:p>
        </w:tc>
        <w:tc>
          <w:tcPr>
            <w:tcW w:w="2351" w:type="dxa"/>
            <w:tcMar/>
          </w:tcPr>
          <w:p w:rsidR="009D758D" w:rsidP="6C968D7A" w:rsidRDefault="005F6A5B" w14:paraId="27D4C3EF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Energie-</w:t>
            </w:r>
            <w:r w:rsidRPr="6C968D7A" w:rsidR="005F6A5B">
              <w:rPr>
                <w:sz w:val="19"/>
                <w:szCs w:val="19"/>
              </w:rPr>
              <w:t>eiland</w:t>
            </w:r>
            <w:r w:rsidRPr="6C968D7A" w:rsidR="005F6A5B">
              <w:rPr>
                <w:sz w:val="19"/>
                <w:szCs w:val="19"/>
              </w:rPr>
              <w:t xml:space="preserve">, 2e </w:t>
            </w:r>
            <w:r w:rsidRPr="6C968D7A" w:rsidR="005F6A5B">
              <w:rPr>
                <w:sz w:val="19"/>
                <w:szCs w:val="19"/>
              </w:rPr>
              <w:t>fase</w:t>
            </w:r>
          </w:p>
        </w:tc>
        <w:tc>
          <w:tcPr>
            <w:tcW w:w="2351" w:type="dxa"/>
            <w:tcMar/>
          </w:tcPr>
          <w:p w:rsidR="009D758D" w:rsidRDefault="005F6A5B" w14:paraId="6FE686FD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Geschrapt</w:t>
            </w:r>
            <w:r w:rsidRPr="6C968D7A" w:rsidR="005F6A5B">
              <w:rPr>
                <w:sz w:val="19"/>
                <w:szCs w:val="19"/>
              </w:rPr>
              <w:t xml:space="preserve"> (Elia Group </w:t>
            </w:r>
            <w:r w:rsidRPr="6C968D7A" w:rsidR="005F6A5B">
              <w:rPr>
                <w:sz w:val="19"/>
                <w:szCs w:val="19"/>
              </w:rPr>
              <w:t>persbericht</w:t>
            </w:r>
            <w:r w:rsidRPr="6C968D7A" w:rsidR="005F6A5B">
              <w:rPr>
                <w:sz w:val="19"/>
                <w:szCs w:val="19"/>
              </w:rPr>
              <w:t xml:space="preserve"> 5 </w:t>
            </w:r>
            <w:r w:rsidRPr="6C968D7A" w:rsidR="005F6A5B">
              <w:rPr>
                <w:sz w:val="19"/>
                <w:szCs w:val="19"/>
              </w:rPr>
              <w:t>juni</w:t>
            </w:r>
            <w:r w:rsidRPr="6C968D7A" w:rsidR="005F6A5B">
              <w:rPr>
                <w:sz w:val="19"/>
                <w:szCs w:val="19"/>
              </w:rPr>
              <w:t xml:space="preserve"> 2025)</w:t>
            </w:r>
          </w:p>
        </w:tc>
        <w:tc>
          <w:tcPr>
            <w:tcW w:w="2351" w:type="dxa"/>
            <w:tcMar/>
          </w:tcPr>
          <w:p w:rsidR="009D758D" w:rsidP="6C968D7A" w:rsidRDefault="005F6A5B" w14:paraId="06885675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1,4 GW minder </w:t>
            </w:r>
            <w:r w:rsidRPr="6C968D7A" w:rsidR="005F6A5B">
              <w:rPr>
                <w:sz w:val="19"/>
                <w:szCs w:val="19"/>
              </w:rPr>
              <w:t>aan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te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sluiten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capaciteit</w:t>
            </w:r>
          </w:p>
        </w:tc>
      </w:tr>
    </w:tbl>
    <w:p w:rsidR="009D758D" w:rsidRDefault="009D758D" w14:paraId="72A3D3EC" w14:textId="77777777"/>
    <w:p w:rsidR="009D758D" w:rsidRDefault="005F6A5B" w14:paraId="2EE482AA" w14:textId="77777777">
      <w:r w:rsidR="005F6A5B">
        <w:rPr/>
        <w:t xml:space="preserve">De </w:t>
      </w:r>
      <w:r w:rsidR="005F6A5B">
        <w:rPr/>
        <w:t>gevolgen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de </w:t>
      </w:r>
      <w:r w:rsidR="005F6A5B">
        <w:rPr/>
        <w:t>dimensionering</w:t>
      </w:r>
      <w:r w:rsidR="005F6A5B">
        <w:rPr/>
        <w:t xml:space="preserve"> van </w:t>
      </w:r>
      <w:r w:rsidR="005F6A5B">
        <w:rPr/>
        <w:t>Ventilus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ingrijpend</w:t>
      </w:r>
      <w:r w:rsidR="005F6A5B">
        <w:rPr/>
        <w:t>:</w:t>
      </w:r>
    </w:p>
    <w:p w:rsidR="009D758D" w:rsidRDefault="005F6A5B" w14:paraId="2EEA2541" w14:textId="77777777">
      <w:pPr>
        <w:pStyle w:val="ListBullet"/>
        <w:spacing w:after="60"/>
        <w:ind w:left="720"/>
        <w:rPr/>
      </w:pPr>
      <w:r w:rsidR="005F6A5B">
        <w:rPr/>
        <w:t xml:space="preserve">De </w:t>
      </w:r>
      <w:r w:rsidR="005F6A5B">
        <w:rPr/>
        <w:t>werkelijke</w:t>
      </w:r>
      <w:r w:rsidR="005F6A5B">
        <w:rPr/>
        <w:t xml:space="preserve"> </w:t>
      </w:r>
      <w:r w:rsidRPr="6C968D7A" w:rsidR="005F6A5B">
        <w:rPr>
          <w:b w:val="1"/>
          <w:bCs w:val="1"/>
        </w:rPr>
        <w:t>exportcapaciteit</w:t>
      </w:r>
      <w:r w:rsidR="005F6A5B">
        <w:rPr/>
        <w:t xml:space="preserve"> </w:t>
      </w:r>
      <w:r w:rsidR="005F6A5B">
        <w:rPr/>
        <w:t>waarvoor</w:t>
      </w:r>
      <w:r w:rsidR="005F6A5B">
        <w:rPr/>
        <w:t xml:space="preserve"> </w:t>
      </w:r>
      <w:r w:rsidR="005F6A5B">
        <w:rPr/>
        <w:t>Ventilus</w:t>
      </w:r>
      <w:r w:rsidR="005F6A5B">
        <w:rPr/>
        <w:t xml:space="preserve"> is </w:t>
      </w:r>
      <w:r w:rsidR="005F6A5B">
        <w:rPr/>
        <w:t>ontworpen</w:t>
      </w:r>
      <w:r w:rsidR="005F6A5B">
        <w:rPr/>
        <w:t xml:space="preserve">, is </w:t>
      </w:r>
      <w:r w:rsidR="005F6A5B">
        <w:rPr/>
        <w:t>gehalveerd</w:t>
      </w:r>
      <w:r w:rsidR="005F6A5B">
        <w:rPr/>
        <w:t xml:space="preserve">: van </w:t>
      </w:r>
      <w:r w:rsidR="005F6A5B">
        <w:rPr/>
        <w:t>circa</w:t>
      </w:r>
      <w:r w:rsidR="005F6A5B">
        <w:rPr/>
        <w:t xml:space="preserve"> 4,8 GW </w:t>
      </w:r>
      <w:r w:rsidR="005F6A5B">
        <w:rPr/>
        <w:t>naar</w:t>
      </w:r>
      <w:r w:rsidR="005F6A5B">
        <w:rPr/>
        <w:t xml:space="preserve"> </w:t>
      </w:r>
      <w:r w:rsidR="005F6A5B">
        <w:rPr/>
        <w:t>circa</w:t>
      </w:r>
      <w:r w:rsidR="005F6A5B">
        <w:rPr/>
        <w:t xml:space="preserve"> 2,4 GW.</w:t>
      </w:r>
    </w:p>
    <w:p w:rsidR="009D758D" w:rsidRDefault="005F6A5B" w14:paraId="7897C4D8" w14:textId="77777777">
      <w:pPr>
        <w:pStyle w:val="ListBullet"/>
        <w:spacing w:after="60"/>
        <w:ind w:left="720"/>
        <w:rPr/>
      </w:pPr>
      <w:r w:rsidR="005F6A5B">
        <w:rPr/>
        <w:t xml:space="preserve">De </w:t>
      </w:r>
      <w:r w:rsidR="005F6A5B">
        <w:rPr/>
        <w:t>aan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sluiten</w:t>
      </w:r>
      <w:r w:rsidR="005F6A5B">
        <w:rPr/>
        <w:t xml:space="preserve"> </w:t>
      </w:r>
      <w:r w:rsidRPr="6C968D7A" w:rsidR="005F6A5B">
        <w:rPr>
          <w:b w:val="1"/>
          <w:bCs w:val="1"/>
        </w:rPr>
        <w:t xml:space="preserve">offshore </w:t>
      </w:r>
      <w:r w:rsidRPr="6C968D7A" w:rsidR="005F6A5B">
        <w:rPr>
          <w:b w:val="1"/>
          <w:bCs w:val="1"/>
        </w:rPr>
        <w:t>windcapaciteit</w:t>
      </w:r>
      <w:r w:rsidR="005F6A5B">
        <w:rPr/>
        <w:t xml:space="preserve"> is </w:t>
      </w:r>
      <w:r w:rsidR="005F6A5B">
        <w:rPr/>
        <w:t>teruggevallen</w:t>
      </w:r>
      <w:r w:rsidR="005F6A5B">
        <w:rPr/>
        <w:t xml:space="preserve"> van 3,5 GW </w:t>
      </w:r>
      <w:r w:rsidR="005F6A5B">
        <w:rPr/>
        <w:t>naar</w:t>
      </w:r>
      <w:r w:rsidR="005F6A5B">
        <w:rPr/>
        <w:t xml:space="preserve"> 2,1 GW.</w:t>
      </w:r>
    </w:p>
    <w:p w:rsidR="009D758D" w:rsidRDefault="005F6A5B" w14:paraId="3A84F923" w14:textId="77777777">
      <w:pPr>
        <w:pStyle w:val="ListBullet"/>
        <w:spacing w:after="60"/>
        <w:ind w:left="720"/>
        <w:rPr/>
      </w:pPr>
      <w:r w:rsidR="005F6A5B">
        <w:rPr/>
        <w:t xml:space="preserve">De </w:t>
      </w:r>
      <w:r w:rsidRPr="6C968D7A" w:rsidR="005F6A5B">
        <w:rPr>
          <w:b w:val="1"/>
          <w:bCs w:val="1"/>
        </w:rPr>
        <w:t>intendant</w:t>
      </w:r>
      <w:r w:rsidR="005F6A5B">
        <w:rPr/>
        <w:t xml:space="preserve"> </w:t>
      </w:r>
      <w:r w:rsidR="005F6A5B">
        <w:rPr/>
        <w:t>heeft</w:t>
      </w:r>
      <w:r w:rsidR="005F6A5B">
        <w:rPr/>
        <w:t xml:space="preserve"> in </w:t>
      </w:r>
      <w:r w:rsidR="005F6A5B">
        <w:rPr/>
        <w:t>zijn</w:t>
      </w:r>
      <w:r w:rsidR="005F6A5B">
        <w:rPr/>
        <w:t xml:space="preserve"> </w:t>
      </w:r>
      <w:r w:rsidR="005F6A5B">
        <w:rPr/>
        <w:t>eindrapport</w:t>
      </w:r>
      <w:r w:rsidR="005F6A5B">
        <w:rPr/>
        <w:t xml:space="preserve"> (p. 40-41) </w:t>
      </w:r>
      <w:r w:rsidR="005F6A5B">
        <w:rPr/>
        <w:t>zelf</w:t>
      </w:r>
      <w:r w:rsidR="005F6A5B">
        <w:rPr/>
        <w:t xml:space="preserve"> </w:t>
      </w:r>
      <w:r w:rsidR="005F6A5B">
        <w:rPr/>
        <w:t>bevestigd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Ventilus</w:t>
      </w:r>
      <w:r w:rsidR="005F6A5B">
        <w:rPr/>
        <w:t xml:space="preserve"> "</w:t>
      </w:r>
      <w:r w:rsidR="005F6A5B">
        <w:rPr/>
        <w:t>geen</w:t>
      </w:r>
      <w:r w:rsidR="005F6A5B">
        <w:rPr/>
        <w:t xml:space="preserve"> absolute </w:t>
      </w:r>
      <w:r w:rsidR="005F6A5B">
        <w:rPr/>
        <w:t>vereiste</w:t>
      </w:r>
      <w:r w:rsidR="005F6A5B">
        <w:rPr/>
        <w:t xml:space="preserve">" is, maar </w:t>
      </w:r>
      <w:r w:rsidR="005F6A5B">
        <w:rPr/>
        <w:t>een</w:t>
      </w:r>
      <w:r w:rsidR="005F6A5B">
        <w:rPr/>
        <w:t xml:space="preserve"> </w:t>
      </w:r>
      <w:r w:rsidR="005F6A5B">
        <w:rPr/>
        <w:t>keuze</w:t>
      </w:r>
      <w:r w:rsidR="005F6A5B">
        <w:rPr/>
        <w:t>.</w:t>
      </w:r>
    </w:p>
    <w:p w:rsidR="009D758D" w:rsidRDefault="005F6A5B" w14:paraId="5E6E04C6" w14:textId="77777777">
      <w:pPr>
        <w:pStyle w:val="ListBullet"/>
        <w:spacing w:after="60"/>
        <w:ind w:left="720"/>
        <w:rPr/>
      </w:pPr>
      <w:r w:rsidR="005F6A5B">
        <w:rPr/>
        <w:t xml:space="preserve">De </w:t>
      </w:r>
      <w:r w:rsidRPr="6C968D7A" w:rsidR="005F6A5B">
        <w:rPr>
          <w:b w:val="1"/>
          <w:bCs w:val="1"/>
        </w:rPr>
        <w:t>vertragingen</w:t>
      </w:r>
      <w:r w:rsidR="005F6A5B">
        <w:rPr/>
        <w:t xml:space="preserve"> van de </w:t>
      </w:r>
      <w:r w:rsidR="005F6A5B">
        <w:rPr/>
        <w:t>resterende</w:t>
      </w:r>
      <w:r w:rsidR="005F6A5B">
        <w:rPr/>
        <w:t xml:space="preserve"> </w:t>
      </w:r>
      <w:r w:rsidR="005F6A5B">
        <w:rPr/>
        <w:t>projecten</w:t>
      </w:r>
      <w:r w:rsidR="005F6A5B">
        <w:rPr/>
        <w:t xml:space="preserve"> (Nautilus </w:t>
      </w:r>
      <w:r w:rsidR="005F6A5B">
        <w:rPr/>
        <w:t>naar</w:t>
      </w:r>
      <w:r w:rsidR="005F6A5B">
        <w:rPr/>
        <w:t xml:space="preserve"> 2035+) </w:t>
      </w:r>
      <w:r w:rsidR="005F6A5B">
        <w:rPr/>
        <w:t>bieden</w:t>
      </w:r>
      <w:r w:rsidR="005F6A5B">
        <w:rPr/>
        <w:t xml:space="preserve"> </w:t>
      </w:r>
      <w:r w:rsidR="005F6A5B">
        <w:rPr/>
        <w:t>ruimschoots</w:t>
      </w:r>
      <w:r w:rsidR="005F6A5B">
        <w:rPr/>
        <w:t xml:space="preserve"> de </w:t>
      </w:r>
      <w:r w:rsidR="005F6A5B">
        <w:rPr/>
        <w:t>tijd</w:t>
      </w:r>
      <w:r w:rsidR="005F6A5B">
        <w:rPr/>
        <w:t xml:space="preserve"> om </w:t>
      </w:r>
      <w:r w:rsidR="005F6A5B">
        <w:rPr/>
        <w:t>een</w:t>
      </w:r>
      <w:r w:rsidR="005F6A5B">
        <w:rPr/>
        <w:t xml:space="preserve"> </w:t>
      </w:r>
      <w:r w:rsidR="005F6A5B">
        <w:rPr/>
        <w:t>ondergronds</w:t>
      </w:r>
      <w:r w:rsidR="005F6A5B">
        <w:rPr/>
        <w:t xml:space="preserve"> HVDC-</w:t>
      </w:r>
      <w:r w:rsidR="005F6A5B">
        <w:rPr/>
        <w:t>alternatief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onderzoeken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uit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voeren</w:t>
      </w:r>
      <w:r w:rsidR="005F6A5B">
        <w:rPr/>
        <w:t xml:space="preserve">, </w:t>
      </w:r>
      <w:r w:rsidR="005F6A5B">
        <w:rPr/>
        <w:t>een</w:t>
      </w:r>
      <w:r w:rsidR="005F6A5B">
        <w:rPr/>
        <w:t xml:space="preserve"> </w:t>
      </w:r>
      <w:r w:rsidR="005F6A5B">
        <w:rPr/>
        <w:t>optie</w:t>
      </w:r>
      <w:r w:rsidR="005F6A5B">
        <w:rPr/>
        <w:t xml:space="preserve"> die in het MER ten </w:t>
      </w:r>
      <w:r w:rsidR="005F6A5B">
        <w:rPr/>
        <w:t>onrechte</w:t>
      </w:r>
      <w:r w:rsidR="005F6A5B">
        <w:rPr/>
        <w:t xml:space="preserve"> is </w:t>
      </w:r>
      <w:r w:rsidR="005F6A5B">
        <w:rPr/>
        <w:t>afgewezen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niet-haalbaar</w:t>
      </w:r>
      <w:r w:rsidR="005F6A5B">
        <w:rPr/>
        <w:t>.</w:t>
      </w:r>
    </w:p>
    <w:p w:rsidR="009D758D" w:rsidRDefault="005F6A5B" w14:paraId="4D39A369" w14:textId="77777777">
      <w:r w:rsidR="005F6A5B">
        <w:rPr/>
        <w:t xml:space="preserve">Het </w:t>
      </w:r>
      <w:r w:rsidR="005F6A5B">
        <w:rPr/>
        <w:t>wegvallen</w:t>
      </w:r>
      <w:r w:rsidR="005F6A5B">
        <w:rPr/>
        <w:t xml:space="preserve"> van </w:t>
      </w:r>
      <w:r w:rsidR="005F6A5B">
        <w:rPr/>
        <w:t>deze</w:t>
      </w:r>
      <w:r w:rsidR="005F6A5B">
        <w:rPr/>
        <w:t xml:space="preserve"> </w:t>
      </w:r>
      <w:r w:rsidR="005F6A5B">
        <w:rPr/>
        <w:t>projecten</w:t>
      </w:r>
      <w:r w:rsidR="005F6A5B">
        <w:rPr/>
        <w:t xml:space="preserve"> </w:t>
      </w:r>
      <w:r w:rsidR="005F6A5B">
        <w:rPr/>
        <w:t>onthult</w:t>
      </w:r>
      <w:r w:rsidR="005F6A5B">
        <w:rPr/>
        <w:t xml:space="preserve"> </w:t>
      </w:r>
      <w:r w:rsidR="005F6A5B">
        <w:rPr/>
        <w:t>bovendien</w:t>
      </w:r>
      <w:r w:rsidR="005F6A5B">
        <w:rPr/>
        <w:t xml:space="preserve"> de </w:t>
      </w:r>
      <w:r w:rsidRPr="6C968D7A" w:rsidR="005F6A5B">
        <w:rPr>
          <w:b w:val="1"/>
          <w:bCs w:val="1"/>
        </w:rPr>
        <w:t>werkelijke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functie</w:t>
      </w:r>
      <w:r w:rsidR="005F6A5B">
        <w:rPr/>
        <w:t xml:space="preserve"> van de </w:t>
      </w:r>
      <w:r w:rsidR="005F6A5B">
        <w:rPr/>
        <w:t>Ventilus</w:t>
      </w:r>
      <w:r w:rsidR="005F6A5B">
        <w:rPr/>
        <w:t>-verbinding</w:t>
      </w:r>
      <w:r w:rsidR="005F6A5B">
        <w:rPr/>
        <w:t xml:space="preserve">. Het project </w:t>
      </w:r>
      <w:r w:rsidR="005F6A5B">
        <w:rPr/>
        <w:t>wordt</w:t>
      </w:r>
      <w:r w:rsidR="005F6A5B">
        <w:rPr/>
        <w:t xml:space="preserve"> </w:t>
      </w:r>
      <w:r w:rsidR="005F6A5B">
        <w:rPr/>
        <w:t>gepresenteerd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noodzakelijk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de </w:t>
      </w:r>
      <w:r w:rsidR="005F6A5B">
        <w:rPr/>
        <w:t>integratie</w:t>
      </w:r>
      <w:r w:rsidR="005F6A5B">
        <w:rPr/>
        <w:t xml:space="preserve"> van </w:t>
      </w:r>
      <w:r w:rsidR="005F6A5B">
        <w:rPr/>
        <w:t>hernieuwbare</w:t>
      </w:r>
      <w:r w:rsidR="005F6A5B">
        <w:rPr/>
        <w:t xml:space="preserve"> </w:t>
      </w:r>
      <w:r w:rsidR="005F6A5B">
        <w:rPr/>
        <w:t>energie</w:t>
      </w:r>
      <w:r w:rsidR="005F6A5B">
        <w:rPr/>
        <w:t xml:space="preserve">, maar de </w:t>
      </w:r>
      <w:r w:rsidR="005F6A5B">
        <w:rPr/>
        <w:t>feitelijke</w:t>
      </w:r>
      <w:r w:rsidR="005F6A5B">
        <w:rPr/>
        <w:t xml:space="preserve"> </w:t>
      </w:r>
      <w:r w:rsidR="005F6A5B">
        <w:rPr/>
        <w:t>capaciteitsbehoefte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grotendeels</w:t>
      </w:r>
      <w:r w:rsidR="005F6A5B">
        <w:rPr/>
        <w:t xml:space="preserve"> </w:t>
      </w:r>
      <w:r w:rsidR="005F6A5B">
        <w:rPr/>
        <w:t>bepaald</w:t>
      </w:r>
      <w:r w:rsidR="005F6A5B">
        <w:rPr/>
        <w:t xml:space="preserve"> door </w:t>
      </w:r>
      <w:r w:rsidRPr="6C968D7A" w:rsidR="005F6A5B">
        <w:rPr>
          <w:b w:val="1"/>
          <w:bCs w:val="1"/>
        </w:rPr>
        <w:t>internationale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interconnectoren</w:t>
      </w:r>
      <w:r w:rsidR="005F6A5B">
        <w:rPr/>
        <w:t xml:space="preserve"> (</w:t>
      </w:r>
      <w:r w:rsidR="005F6A5B">
        <w:rPr/>
        <w:t>Cronos</w:t>
      </w:r>
      <w:r w:rsidR="005F6A5B">
        <w:rPr/>
        <w:t xml:space="preserve">, </w:t>
      </w:r>
      <w:r w:rsidR="005F6A5B">
        <w:rPr/>
        <w:t>TritonLink</w:t>
      </w:r>
      <w:r w:rsidR="005F6A5B">
        <w:rPr/>
        <w:t xml:space="preserve">, Nautilus) — </w:t>
      </w:r>
      <w:r w:rsidR="005F6A5B">
        <w:rPr/>
        <w:t>verbindingen</w:t>
      </w:r>
      <w:r w:rsidR="005F6A5B">
        <w:rPr/>
        <w:t xml:space="preserve"> die </w:t>
      </w:r>
      <w:r w:rsidR="005F6A5B">
        <w:rPr/>
        <w:t>primair</w:t>
      </w:r>
      <w:r w:rsidR="005F6A5B">
        <w:rPr/>
        <w:t xml:space="preserve"> de </w:t>
      </w:r>
      <w:r w:rsidR="005F6A5B">
        <w:rPr/>
        <w:t>lucratieve</w:t>
      </w:r>
      <w:r w:rsidR="005F6A5B">
        <w:rPr/>
        <w:t xml:space="preserve"> </w:t>
      </w:r>
      <w:r w:rsidR="005F6A5B">
        <w:rPr/>
        <w:t>internationale</w:t>
      </w:r>
      <w:r w:rsidR="005F6A5B">
        <w:rPr/>
        <w:t xml:space="preserve"> </w:t>
      </w:r>
      <w:r w:rsidR="005F6A5B">
        <w:rPr/>
        <w:t>elektriciteitshandel</w:t>
      </w:r>
      <w:r w:rsidR="005F6A5B">
        <w:rPr/>
        <w:t xml:space="preserve"> </w:t>
      </w:r>
      <w:r w:rsidR="005F6A5B">
        <w:rPr/>
        <w:t>faciliteren</w:t>
      </w:r>
      <w:r w:rsidR="005F6A5B">
        <w:rPr/>
        <w:t xml:space="preserve">, </w:t>
      </w:r>
      <w:r w:rsidR="005F6A5B">
        <w:rPr/>
        <w:t>niet</w:t>
      </w:r>
      <w:r w:rsidR="005F6A5B">
        <w:rPr/>
        <w:t xml:space="preserve"> de </w:t>
      </w:r>
      <w:r w:rsidR="005F6A5B">
        <w:rPr/>
        <w:t>Vlaamse</w:t>
      </w:r>
      <w:r w:rsidR="005F6A5B">
        <w:rPr/>
        <w:t xml:space="preserve"> </w:t>
      </w:r>
      <w:r w:rsidR="005F6A5B">
        <w:rPr/>
        <w:t>energietransitie</w:t>
      </w:r>
      <w:r w:rsidR="005F6A5B">
        <w:rPr/>
        <w:t xml:space="preserve">. De </w:t>
      </w:r>
      <w:r w:rsidR="005F6A5B">
        <w:rPr/>
        <w:t>presentatie</w:t>
      </w:r>
      <w:r w:rsidR="005F6A5B">
        <w:rPr/>
        <w:t xml:space="preserve"> van </w:t>
      </w:r>
      <w:r w:rsidR="005F6A5B">
        <w:rPr/>
        <w:t>Ventilus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"</w:t>
      </w:r>
      <w:r w:rsidR="005F6A5B">
        <w:rPr/>
        <w:t>groen</w:t>
      </w:r>
      <w:r w:rsidR="005F6A5B">
        <w:rPr/>
        <w:t xml:space="preserve"> project</w:t>
      </w:r>
      <w:r w:rsidR="005F6A5B">
        <w:rPr/>
        <w:t xml:space="preserve">" is in die zin </w:t>
      </w:r>
      <w:r w:rsidR="005F6A5B">
        <w:rPr/>
        <w:t>een</w:t>
      </w:r>
      <w:r w:rsidR="005F6A5B">
        <w:rPr/>
        <w:t xml:space="preserve"> </w:t>
      </w:r>
      <w:r w:rsidR="005F6A5B">
        <w:rPr/>
        <w:t>vorm</w:t>
      </w:r>
      <w:r w:rsidR="005F6A5B">
        <w:rPr/>
        <w:t xml:space="preserve"> van greenwashing: de </w:t>
      </w:r>
      <w:r w:rsidR="005F6A5B">
        <w:rPr/>
        <w:t>werkelijke</w:t>
      </w:r>
      <w:r w:rsidR="005F6A5B">
        <w:rPr/>
        <w:t xml:space="preserve"> </w:t>
      </w:r>
      <w:r w:rsidR="005F6A5B">
        <w:rPr/>
        <w:t>drijfveer</w:t>
      </w:r>
      <w:r w:rsidR="005F6A5B">
        <w:rPr/>
        <w:t xml:space="preserve"> is </w:t>
      </w:r>
      <w:r w:rsidR="005F6A5B">
        <w:rPr/>
        <w:t>commercieel</w:t>
      </w:r>
      <w:r w:rsidR="005F6A5B">
        <w:rPr/>
        <w:t xml:space="preserve">, </w:t>
      </w:r>
      <w:r w:rsidR="005F6A5B">
        <w:rPr/>
        <w:t>niet</w:t>
      </w:r>
      <w:r w:rsidR="005F6A5B">
        <w:rPr/>
        <w:t xml:space="preserve"> </w:t>
      </w:r>
      <w:r w:rsidR="005F6A5B">
        <w:rPr/>
        <w:t>ecologisch</w:t>
      </w:r>
      <w:r w:rsidR="005F6A5B">
        <w:rPr/>
        <w:t xml:space="preserve">. Dit is relevant </w:t>
      </w:r>
      <w:r w:rsidR="005F6A5B">
        <w:rPr/>
        <w:t>voor</w:t>
      </w:r>
      <w:r w:rsidR="005F6A5B">
        <w:rPr/>
        <w:t xml:space="preserve"> de </w:t>
      </w:r>
      <w:r w:rsidR="005F6A5B">
        <w:rPr/>
        <w:t>proportionaliteitsafweging</w:t>
      </w:r>
      <w:r w:rsidR="005F6A5B">
        <w:rPr/>
        <w:t>: het "</w:t>
      </w:r>
      <w:r w:rsidR="005F6A5B">
        <w:rPr/>
        <w:t>openbaar</w:t>
      </w:r>
      <w:r w:rsidR="005F6A5B">
        <w:rPr/>
        <w:t xml:space="preserve"> nut" </w:t>
      </w:r>
      <w:r w:rsidR="005F6A5B">
        <w:rPr/>
        <w:t>dat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aangevoerd</w:t>
      </w:r>
      <w:r w:rsidR="005F6A5B">
        <w:rPr/>
        <w:t xml:space="preserve"> om de </w:t>
      </w:r>
      <w:r w:rsidR="005F6A5B">
        <w:rPr/>
        <w:t>aanzienlijke</w:t>
      </w:r>
      <w:r w:rsidR="005F6A5B">
        <w:rPr/>
        <w:t xml:space="preserve"> milieu- </w:t>
      </w:r>
      <w:r w:rsidR="005F6A5B">
        <w:rPr/>
        <w:t>en</w:t>
      </w:r>
      <w:r w:rsidR="005F6A5B">
        <w:rPr/>
        <w:t xml:space="preserve"> </w:t>
      </w:r>
      <w:r w:rsidR="005F6A5B">
        <w:rPr/>
        <w:t>gezondheidseffecten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rechtvaardigen</w:t>
      </w:r>
      <w:r w:rsidR="005F6A5B">
        <w:rPr/>
        <w:t xml:space="preserve">, is minder </w:t>
      </w:r>
      <w:r w:rsidR="005F6A5B">
        <w:rPr/>
        <w:t>vanzelfsprekend</w:t>
      </w:r>
      <w:r w:rsidR="005F6A5B">
        <w:rPr/>
        <w:t xml:space="preserve"> dan het </w:t>
      </w:r>
      <w:r w:rsidR="005F6A5B">
        <w:rPr/>
        <w:t>aanvraagdossier</w:t>
      </w:r>
      <w:r w:rsidR="005F6A5B">
        <w:rPr/>
        <w:t xml:space="preserve"> </w:t>
      </w:r>
      <w:r w:rsidR="005F6A5B">
        <w:rPr/>
        <w:t>doet</w:t>
      </w:r>
      <w:r w:rsidR="005F6A5B">
        <w:rPr/>
        <w:t xml:space="preserve"> </w:t>
      </w:r>
      <w:r w:rsidR="005F6A5B">
        <w:rPr/>
        <w:t>voorkomen</w:t>
      </w:r>
      <w:r w:rsidR="005F6A5B">
        <w:rPr/>
        <w:t>.</w:t>
      </w:r>
    </w:p>
    <w:p w:rsidR="009D758D" w:rsidRDefault="25A181EA" w14:paraId="4E1622D6" w14:textId="63900E58">
      <w:r w:rsidRPr="6C968D7A" w:rsidR="25A181EA">
        <w:rPr>
          <w:b w:val="1"/>
          <w:bCs w:val="1"/>
        </w:rPr>
        <w:t>Bronnen:</w:t>
      </w:r>
      <w:r w:rsidR="25A181EA">
        <w:rPr/>
        <w:t xml:space="preserve"> </w:t>
      </w:r>
      <w:r w:rsidR="25A181EA">
        <w:rPr/>
        <w:t>Ofgem</w:t>
      </w:r>
      <w:r w:rsidR="25A181EA">
        <w:rPr/>
        <w:t xml:space="preserve"> </w:t>
      </w:r>
      <w:r w:rsidR="25A181EA">
        <w:rPr/>
        <w:t>Window</w:t>
      </w:r>
      <w:r w:rsidR="25A181EA">
        <w:rPr/>
        <w:t xml:space="preserve"> 3 IPA </w:t>
      </w:r>
      <w:r w:rsidR="25A181EA">
        <w:rPr/>
        <w:t>Decision</w:t>
      </w:r>
      <w:r w:rsidR="25A181EA">
        <w:rPr/>
        <w:t xml:space="preserve">, </w:t>
      </w:r>
      <w:r w:rsidR="25A181EA">
        <w:rPr/>
        <w:t>november</w:t>
      </w:r>
      <w:r w:rsidR="25A181EA">
        <w:rPr/>
        <w:t xml:space="preserve"> 2024; Elia </w:t>
      </w:r>
      <w:r w:rsidR="25A181EA">
        <w:rPr/>
        <w:t>persbericht</w:t>
      </w:r>
      <w:r w:rsidR="25A181EA">
        <w:rPr/>
        <w:t xml:space="preserve"> 12 </w:t>
      </w:r>
      <w:r w:rsidR="25A181EA">
        <w:rPr/>
        <w:t>november</w:t>
      </w:r>
      <w:r w:rsidR="25A181EA">
        <w:rPr/>
        <w:t xml:space="preserve"> 2024; Brussels Times (</w:t>
      </w:r>
      <w:r w:rsidR="25A181EA">
        <w:rPr/>
        <w:t>TritonLink</w:t>
      </w:r>
      <w:r w:rsidR="25A181EA">
        <w:rPr/>
        <w:t xml:space="preserve">); Elia Group </w:t>
      </w:r>
      <w:r w:rsidR="25A181EA">
        <w:rPr/>
        <w:t>persbericht</w:t>
      </w:r>
      <w:r w:rsidR="25A181EA">
        <w:rPr/>
        <w:t xml:space="preserve"> 5 </w:t>
      </w:r>
      <w:r w:rsidR="25A181EA">
        <w:rPr/>
        <w:t>juni</w:t>
      </w:r>
      <w:r w:rsidR="25A181EA">
        <w:rPr/>
        <w:t xml:space="preserve"> 2025 (Prinses Elisabeth Eiland)</w:t>
      </w:r>
      <w:r w:rsidR="4938663A">
        <w:rPr/>
        <w:t>.</w:t>
      </w:r>
      <w:r w:rsidR="25A181EA">
        <w:rPr/>
        <w:t xml:space="preserve"> </w:t>
      </w:r>
    </w:p>
    <w:p w:rsidR="009D758D" w:rsidRDefault="005F6A5B" w14:paraId="04009FFC" w14:textId="77777777">
      <w:r w:rsidRPr="6C968D7A" w:rsidR="005F6A5B">
        <w:rPr>
          <w:b w:val="1"/>
          <w:bCs w:val="1"/>
        </w:rPr>
        <w:t>Aanvullende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onderbouwing</w:t>
      </w:r>
      <w:r w:rsidRPr="6C968D7A" w:rsidR="005F6A5B">
        <w:rPr>
          <w:b w:val="1"/>
          <w:bCs w:val="1"/>
        </w:rPr>
        <w:t xml:space="preserve">: </w:t>
      </w:r>
      <w:r w:rsidRPr="6C968D7A" w:rsidR="005F6A5B">
        <w:rPr>
          <w:b w:val="1"/>
          <w:bCs w:val="1"/>
        </w:rPr>
        <w:t>kostenexplosie</w:t>
      </w:r>
      <w:r w:rsidRPr="6C968D7A" w:rsidR="005F6A5B">
        <w:rPr>
          <w:b w:val="1"/>
          <w:bCs w:val="1"/>
        </w:rPr>
        <w:t xml:space="preserve"> Prinses Elisabeth Eiland</w:t>
      </w:r>
    </w:p>
    <w:p w:rsidR="009D758D" w:rsidRDefault="005F6A5B" w14:paraId="23D0D08A" w14:textId="77777777">
      <w:r w:rsidR="005F6A5B">
        <w:rPr/>
        <w:t xml:space="preserve">De </w:t>
      </w:r>
      <w:r w:rsidR="005F6A5B">
        <w:rPr/>
        <w:t>schrapping</w:t>
      </w:r>
      <w:r w:rsidR="005F6A5B">
        <w:rPr/>
        <w:t xml:space="preserve"> van de HVDC-</w:t>
      </w:r>
      <w:r w:rsidR="005F6A5B">
        <w:rPr/>
        <w:t>fase</w:t>
      </w:r>
      <w:r w:rsidR="005F6A5B">
        <w:rPr/>
        <w:t xml:space="preserve"> van het Prinses Elisabeth Eiland </w:t>
      </w:r>
      <w:r w:rsidR="005F6A5B">
        <w:rPr/>
        <w:t>verdient</w:t>
      </w:r>
      <w:r w:rsidR="005F6A5B">
        <w:rPr/>
        <w:t xml:space="preserve"> </w:t>
      </w:r>
      <w:r w:rsidR="005F6A5B">
        <w:rPr/>
        <w:t>nadere</w:t>
      </w:r>
      <w:r w:rsidR="005F6A5B">
        <w:rPr/>
        <w:t xml:space="preserve"> </w:t>
      </w:r>
      <w:r w:rsidR="005F6A5B">
        <w:rPr/>
        <w:t>toelichting</w:t>
      </w:r>
      <w:r w:rsidR="005F6A5B">
        <w:rPr/>
        <w:t>:</w:t>
      </w:r>
    </w:p>
    <w:p w:rsidR="009D758D" w:rsidRDefault="005F6A5B" w14:paraId="58802186" w14:textId="77777777">
      <w:pPr>
        <w:pStyle w:val="ListBullet"/>
        <w:spacing w:after="60"/>
        <w:ind w:left="720"/>
        <w:rPr/>
      </w:pPr>
      <w:r w:rsidR="005F6A5B">
        <w:rPr/>
        <w:t xml:space="preserve">De </w:t>
      </w:r>
      <w:r w:rsidR="005F6A5B">
        <w:rPr/>
        <w:t>kosten</w:t>
      </w:r>
      <w:r w:rsidR="005F6A5B">
        <w:rPr/>
        <w:t xml:space="preserve"> van het </w:t>
      </w:r>
      <w:r w:rsidR="005F6A5B">
        <w:rPr/>
        <w:t>energie-eiland</w:t>
      </w:r>
      <w:r w:rsidR="005F6A5B">
        <w:rPr/>
        <w:t xml:space="preserve"> </w:t>
      </w:r>
      <w:r w:rsidR="005F6A5B">
        <w:rPr/>
        <w:t>waren</w:t>
      </w:r>
      <w:r w:rsidR="005F6A5B">
        <w:rPr/>
        <w:t xml:space="preserve"> </w:t>
      </w:r>
      <w:r w:rsidR="005F6A5B">
        <w:rPr/>
        <w:t>gestegen</w:t>
      </w:r>
      <w:r w:rsidR="005F6A5B">
        <w:rPr/>
        <w:t xml:space="preserve"> van </w:t>
      </w:r>
      <w:r w:rsidRPr="6C968D7A" w:rsidR="005F6A5B">
        <w:rPr>
          <w:b w:val="1"/>
          <w:bCs w:val="1"/>
        </w:rPr>
        <w:t xml:space="preserve">EUR 2,12 </w:t>
      </w:r>
      <w:r w:rsidRPr="6C968D7A" w:rsidR="005F6A5B">
        <w:rPr>
          <w:b w:val="1"/>
          <w:bCs w:val="1"/>
        </w:rPr>
        <w:t>miljard</w:t>
      </w:r>
      <w:r w:rsidR="005F6A5B">
        <w:rPr/>
        <w:t xml:space="preserve"> (</w:t>
      </w:r>
      <w:r w:rsidR="005F6A5B">
        <w:rPr/>
        <w:t>raming</w:t>
      </w:r>
      <w:r w:rsidR="005F6A5B">
        <w:rPr/>
        <w:t xml:space="preserve"> 2021) </w:t>
      </w:r>
      <w:r w:rsidR="005F6A5B">
        <w:rPr/>
        <w:t>naar</w:t>
      </w:r>
      <w:r w:rsidR="005F6A5B">
        <w:rPr/>
        <w:t xml:space="preserve"> </w:t>
      </w:r>
      <w:r w:rsidRPr="6C968D7A" w:rsidR="005F6A5B">
        <w:rPr>
          <w:b w:val="1"/>
          <w:bCs w:val="1"/>
        </w:rPr>
        <w:t xml:space="preserve">EUR 7-8 </w:t>
      </w:r>
      <w:r w:rsidRPr="6C968D7A" w:rsidR="005F6A5B">
        <w:rPr>
          <w:b w:val="1"/>
          <w:bCs w:val="1"/>
        </w:rPr>
        <w:t>miljard</w:t>
      </w:r>
      <w:r w:rsidR="005F6A5B">
        <w:rPr/>
        <w:t xml:space="preserve"> — </w:t>
      </w:r>
      <w:r w:rsidR="005F6A5B">
        <w:rPr/>
        <w:t>een</w:t>
      </w:r>
      <w:r w:rsidR="005F6A5B">
        <w:rPr/>
        <w:t xml:space="preserve"> </w:t>
      </w:r>
      <w:r w:rsidR="005F6A5B">
        <w:rPr/>
        <w:t>verviervoudiging</w:t>
      </w:r>
      <w:r w:rsidR="005F6A5B">
        <w:rPr/>
        <w:t>.</w:t>
      </w:r>
    </w:p>
    <w:p w:rsidR="009D758D" w:rsidRDefault="005F6A5B" w14:paraId="3E408599" w14:textId="77777777">
      <w:pPr>
        <w:pStyle w:val="ListBullet"/>
        <w:spacing w:after="60"/>
        <w:ind w:left="720"/>
        <w:rPr/>
      </w:pPr>
      <w:r w:rsidR="005F6A5B">
        <w:rPr/>
        <w:t xml:space="preserve">In </w:t>
      </w:r>
      <w:r w:rsidR="005F6A5B">
        <w:rPr/>
        <w:t>januari</w:t>
      </w:r>
      <w:r w:rsidR="005F6A5B">
        <w:rPr/>
        <w:t xml:space="preserve"> 2025 had Elia </w:t>
      </w:r>
      <w:r w:rsidR="005F6A5B">
        <w:rPr/>
        <w:t>reeds</w:t>
      </w:r>
      <w:r w:rsidR="005F6A5B">
        <w:rPr/>
        <w:t xml:space="preserve"> de </w:t>
      </w:r>
      <w:r w:rsidR="005F6A5B">
        <w:rPr/>
        <w:t>ondertekening</w:t>
      </w:r>
      <w:r w:rsidR="005F6A5B">
        <w:rPr/>
        <w:t xml:space="preserve"> van het HVDC-infrastructuurcontract </w:t>
      </w:r>
      <w:r w:rsidR="005F6A5B">
        <w:rPr/>
        <w:t>uitgesteld</w:t>
      </w:r>
      <w:r w:rsidR="005F6A5B">
        <w:rPr/>
        <w:t xml:space="preserve"> </w:t>
      </w:r>
      <w:r w:rsidR="005F6A5B">
        <w:rPr/>
        <w:t>vanwege</w:t>
      </w:r>
      <w:r w:rsidR="005F6A5B">
        <w:rPr/>
        <w:t xml:space="preserve"> de </w:t>
      </w:r>
      <w:r w:rsidR="005F6A5B">
        <w:rPr/>
        <w:t>kostenstijging</w:t>
      </w:r>
      <w:r w:rsidR="005F6A5B">
        <w:rPr/>
        <w:t>.</w:t>
      </w:r>
    </w:p>
    <w:p w:rsidR="009D758D" w:rsidRDefault="005F6A5B" w14:paraId="0DB25625" w14:textId="77777777">
      <w:pPr>
        <w:pStyle w:val="ListBullet"/>
        <w:spacing w:after="60"/>
        <w:ind w:left="720"/>
        <w:rPr/>
      </w:pPr>
      <w:r w:rsidR="005F6A5B">
        <w:rPr/>
        <w:t xml:space="preserve">De </w:t>
      </w:r>
      <w:r w:rsidR="005F6A5B">
        <w:rPr/>
        <w:t>schrapping</w:t>
      </w:r>
      <w:r w:rsidR="005F6A5B">
        <w:rPr/>
        <w:t xml:space="preserve"> </w:t>
      </w:r>
      <w:r w:rsidR="005F6A5B">
        <w:rPr/>
        <w:t>bespaart</w:t>
      </w:r>
      <w:r w:rsidR="005F6A5B">
        <w:rPr/>
        <w:t xml:space="preserve"> </w:t>
      </w:r>
      <w:r w:rsidR="005F6A5B">
        <w:rPr/>
        <w:t>circa</w:t>
      </w:r>
      <w:r w:rsidR="005F6A5B">
        <w:rPr/>
        <w:t xml:space="preserve"> </w:t>
      </w:r>
      <w:r w:rsidRPr="6C968D7A" w:rsidR="005F6A5B">
        <w:rPr>
          <w:b w:val="1"/>
          <w:bCs w:val="1"/>
        </w:rPr>
        <w:t xml:space="preserve">EUR 3 </w:t>
      </w:r>
      <w:r w:rsidRPr="6C968D7A" w:rsidR="005F6A5B">
        <w:rPr>
          <w:b w:val="1"/>
          <w:bCs w:val="1"/>
        </w:rPr>
        <w:t>miljard</w:t>
      </w:r>
      <w:r w:rsidR="005F6A5B">
        <w:rPr/>
        <w:t>.</w:t>
      </w:r>
    </w:p>
    <w:p w:rsidR="009D758D" w:rsidRDefault="005F6A5B" w14:paraId="07F8A604" w14:textId="77777777">
      <w:pPr>
        <w:pStyle w:val="ListBullet"/>
        <w:spacing w:after="60"/>
        <w:ind w:left="720"/>
        <w:rPr/>
      </w:pPr>
      <w:r w:rsidR="005F6A5B">
        <w:rPr/>
        <w:t xml:space="preserve">Elia </w:t>
      </w:r>
      <w:r w:rsidR="005F6A5B">
        <w:rPr/>
        <w:t>onderzoekt</w:t>
      </w:r>
      <w:r w:rsidR="005F6A5B">
        <w:rPr/>
        <w:t xml:space="preserve"> </w:t>
      </w:r>
      <w:r w:rsidR="005F6A5B">
        <w:rPr/>
        <w:t>alternatieve</w:t>
      </w:r>
      <w:r w:rsidR="005F6A5B">
        <w:rPr/>
        <w:t xml:space="preserve"> </w:t>
      </w:r>
      <w:r w:rsidR="005F6A5B">
        <w:rPr/>
        <w:t>concepten</w:t>
      </w:r>
      <w:r w:rsidR="005F6A5B">
        <w:rPr/>
        <w:t xml:space="preserve">, </w:t>
      </w:r>
      <w:r w:rsidR="005F6A5B">
        <w:rPr/>
        <w:t>waaronder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tweede</w:t>
      </w:r>
      <w:r w:rsidR="005F6A5B">
        <w:rPr/>
        <w:t xml:space="preserve"> </w:t>
      </w:r>
      <w:r w:rsidR="005F6A5B">
        <w:rPr/>
        <w:t>interconnector</w:t>
      </w:r>
      <w:r w:rsidR="005F6A5B">
        <w:rPr/>
        <w:t xml:space="preserve"> met het VK. </w:t>
      </w:r>
      <w:r w:rsidR="005F6A5B">
        <w:rPr/>
        <w:t>Industrieworkshops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verwacht</w:t>
      </w:r>
      <w:r w:rsidR="005F6A5B">
        <w:rPr/>
        <w:t xml:space="preserve"> in 2025-2026.</w:t>
      </w:r>
    </w:p>
    <w:p w:rsidR="009D758D" w:rsidRDefault="005F6A5B" w14:paraId="1D529464" w14:textId="77777777">
      <w:pPr>
        <w:pStyle w:val="ListBullet"/>
        <w:spacing w:after="60"/>
        <w:ind w:left="720"/>
        <w:rPr/>
      </w:pPr>
      <w:r w:rsidR="005F6A5B">
        <w:rPr/>
        <w:t xml:space="preserve">De intendant </w:t>
      </w:r>
      <w:r w:rsidR="005F6A5B">
        <w:rPr/>
        <w:t>bevestigde</w:t>
      </w:r>
      <w:r w:rsidR="005F6A5B">
        <w:rPr/>
        <w:t xml:space="preserve"> in </w:t>
      </w:r>
      <w:r w:rsidR="005F6A5B">
        <w:rPr/>
        <w:t>zijn</w:t>
      </w:r>
      <w:r w:rsidR="005F6A5B">
        <w:rPr/>
        <w:t xml:space="preserve"> </w:t>
      </w:r>
      <w:r w:rsidR="005F6A5B">
        <w:rPr/>
        <w:t>eindrapport</w:t>
      </w:r>
      <w:r w:rsidR="005F6A5B">
        <w:rPr/>
        <w:t xml:space="preserve"> (p. 40-41) </w:t>
      </w:r>
      <w:r w:rsidR="005F6A5B">
        <w:rPr/>
        <w:t>dat</w:t>
      </w:r>
      <w:r w:rsidR="005F6A5B">
        <w:rPr/>
        <w:t xml:space="preserve"> het </w:t>
      </w:r>
      <w:r w:rsidR="005F6A5B">
        <w:rPr/>
        <w:t>energie-eiland</w:t>
      </w:r>
      <w:r w:rsidR="005F6A5B">
        <w:rPr/>
        <w:t xml:space="preserve"> "</w:t>
      </w:r>
      <w:r w:rsidR="005F6A5B">
        <w:rPr/>
        <w:t>geen</w:t>
      </w:r>
      <w:r w:rsidR="005F6A5B">
        <w:rPr/>
        <w:t xml:space="preserve"> absolute </w:t>
      </w:r>
      <w:r w:rsidR="005F6A5B">
        <w:rPr/>
        <w:t>vereiste</w:t>
      </w:r>
      <w:r w:rsidR="005F6A5B">
        <w:rPr/>
        <w:t xml:space="preserve">" is </w:t>
      </w:r>
      <w:r w:rsidR="005F6A5B">
        <w:rPr/>
        <w:t>en</w:t>
      </w:r>
      <w:r w:rsidR="005F6A5B">
        <w:rPr/>
        <w:t xml:space="preserve"> "</w:t>
      </w:r>
      <w:r w:rsidR="005F6A5B">
        <w:rPr/>
        <w:t>niet</w:t>
      </w:r>
      <w:r w:rsidR="005F6A5B">
        <w:rPr/>
        <w:t xml:space="preserve"> direct op </w:t>
      </w:r>
      <w:r w:rsidR="005F6A5B">
        <w:rPr/>
        <w:t>Ventilus</w:t>
      </w:r>
      <w:r w:rsidR="005F6A5B">
        <w:rPr/>
        <w:t xml:space="preserve"> </w:t>
      </w:r>
      <w:r w:rsidR="005F6A5B">
        <w:rPr/>
        <w:t>aangesloten</w:t>
      </w:r>
      <w:r w:rsidR="005F6A5B">
        <w:rPr/>
        <w:t xml:space="preserve">" </w:t>
      </w:r>
      <w:r w:rsidR="005F6A5B">
        <w:rPr/>
        <w:t>wordt</w:t>
      </w:r>
      <w:r w:rsidR="005F6A5B">
        <w:rPr/>
        <w:t>.</w:t>
      </w:r>
    </w:p>
    <w:p w:rsidR="009D758D" w:rsidRDefault="005F6A5B" w14:paraId="2213DED0" w14:textId="77777777">
      <w:r w:rsidR="005F6A5B">
        <w:rPr/>
        <w:t xml:space="preserve">De </w:t>
      </w:r>
      <w:r w:rsidR="005F6A5B">
        <w:rPr/>
        <w:t>ironie</w:t>
      </w:r>
      <w:r w:rsidR="005F6A5B">
        <w:rPr/>
        <w:t xml:space="preserve"> is </w:t>
      </w:r>
      <w:r w:rsidR="005F6A5B">
        <w:rPr/>
        <w:t>dat</w:t>
      </w:r>
      <w:r w:rsidR="005F6A5B">
        <w:rPr/>
        <w:t xml:space="preserve"> het </w:t>
      </w:r>
      <w:r w:rsidR="005F6A5B">
        <w:rPr/>
        <w:t>energie-eiland</w:t>
      </w:r>
      <w:r w:rsidR="005F6A5B">
        <w:rPr/>
        <w:t xml:space="preserve"> — </w:t>
      </w:r>
      <w:r w:rsidR="005F6A5B">
        <w:rPr/>
        <w:t>dat</w:t>
      </w:r>
      <w:r w:rsidR="005F6A5B">
        <w:rPr/>
        <w:t xml:space="preserve"> de </w:t>
      </w:r>
      <w:r w:rsidR="005F6A5B">
        <w:rPr/>
        <w:t>technologiekeuze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AC </w:t>
      </w:r>
      <w:r w:rsidR="005F6A5B">
        <w:rPr/>
        <w:t>mede</w:t>
      </w:r>
      <w:r w:rsidR="005F6A5B">
        <w:rPr/>
        <w:t xml:space="preserve"> </w:t>
      </w:r>
      <w:r w:rsidR="005F6A5B">
        <w:rPr/>
        <w:t>rechtvaardigde</w:t>
      </w:r>
      <w:r w:rsidR="005F6A5B">
        <w:rPr/>
        <w:t xml:space="preserve"> — nu </w:t>
      </w:r>
      <w:r w:rsidR="005F6A5B">
        <w:rPr/>
        <w:t>zelf</w:t>
      </w:r>
      <w:r w:rsidR="005F6A5B">
        <w:rPr/>
        <w:t xml:space="preserve"> </w:t>
      </w:r>
      <w:r w:rsidR="005F6A5B">
        <w:rPr/>
        <w:t>onder</w:t>
      </w:r>
      <w:r w:rsidR="005F6A5B">
        <w:rPr/>
        <w:t xml:space="preserve"> </w:t>
      </w:r>
      <w:r w:rsidR="005F6A5B">
        <w:rPr/>
        <w:t>druk</w:t>
      </w:r>
      <w:r w:rsidR="005F6A5B">
        <w:rPr/>
        <w:t xml:space="preserve"> </w:t>
      </w:r>
      <w:r w:rsidR="005F6A5B">
        <w:rPr/>
        <w:t>staat</w:t>
      </w:r>
      <w:r w:rsidR="005F6A5B">
        <w:rPr/>
        <w:t xml:space="preserve">. Dit </w:t>
      </w:r>
      <w:r w:rsidR="005F6A5B">
        <w:rPr/>
        <w:t>maakt</w:t>
      </w:r>
      <w:r w:rsidR="005F6A5B">
        <w:rPr/>
        <w:t xml:space="preserve"> het </w:t>
      </w:r>
      <w:r w:rsidR="005F6A5B">
        <w:rPr/>
        <w:t>procedurele</w:t>
      </w:r>
      <w:r w:rsidR="005F6A5B">
        <w:rPr/>
        <w:t xml:space="preserve"> </w:t>
      </w:r>
      <w:r w:rsidR="005F6A5B">
        <w:rPr/>
        <w:t>gebrek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ongedaan</w:t>
      </w:r>
      <w:r w:rsidR="005F6A5B">
        <w:rPr/>
        <w:t xml:space="preserve"> maar </w:t>
      </w:r>
      <w:r w:rsidR="005F6A5B">
        <w:rPr/>
        <w:t>toont</w:t>
      </w:r>
      <w:r w:rsidR="005F6A5B">
        <w:rPr/>
        <w:t xml:space="preserve"> </w:t>
      </w:r>
      <w:r w:rsidR="005F6A5B">
        <w:rPr/>
        <w:t>juist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hoe </w:t>
      </w:r>
      <w:r w:rsidR="005F6A5B">
        <w:rPr/>
        <w:t>vluchtig</w:t>
      </w:r>
      <w:r w:rsidR="005F6A5B">
        <w:rPr/>
        <w:t xml:space="preserve"> de </w:t>
      </w:r>
      <w:r w:rsidR="005F6A5B">
        <w:rPr/>
        <w:t>aannames</w:t>
      </w:r>
      <w:r w:rsidR="005F6A5B">
        <w:rPr/>
        <w:t xml:space="preserve"> </w:t>
      </w:r>
      <w:r w:rsidR="005F6A5B">
        <w:rPr/>
        <w:t>waren</w:t>
      </w:r>
      <w:r w:rsidR="005F6A5B">
        <w:rPr/>
        <w:t xml:space="preserve"> </w:t>
      </w:r>
      <w:r w:rsidR="005F6A5B">
        <w:rPr/>
        <w:t>waarop</w:t>
      </w:r>
      <w:r w:rsidR="005F6A5B">
        <w:rPr/>
        <w:t xml:space="preserve"> de </w:t>
      </w:r>
      <w:r w:rsidR="005F6A5B">
        <w:rPr/>
        <w:t>besluitvorming</w:t>
      </w:r>
      <w:r w:rsidR="005F6A5B">
        <w:rPr/>
        <w:t xml:space="preserve"> was </w:t>
      </w:r>
      <w:r w:rsidR="005F6A5B">
        <w:rPr/>
        <w:t>gebaseerd</w:t>
      </w:r>
      <w:r w:rsidR="005F6A5B">
        <w:rPr/>
        <w:t>.</w:t>
      </w:r>
    </w:p>
    <w:p w:rsidR="009D758D" w:rsidRDefault="005F6A5B" w14:paraId="5302B673" w14:textId="77777777">
      <w:r w:rsidRPr="6C968D7A" w:rsidR="005F6A5B">
        <w:rPr>
          <w:b w:val="1"/>
          <w:bCs w:val="1"/>
        </w:rPr>
        <w:t>Bronnen:</w:t>
      </w:r>
      <w:r w:rsidR="005F6A5B">
        <w:rPr/>
        <w:t xml:space="preserve"> Elia </w:t>
      </w:r>
      <w:r w:rsidR="005F6A5B">
        <w:rPr/>
        <w:t>persbericht</w:t>
      </w:r>
      <w:r w:rsidR="005F6A5B">
        <w:rPr/>
        <w:t xml:space="preserve"> 04/02/2025 (</w:t>
      </w:r>
      <w:r w:rsidR="005F6A5B">
        <w:rPr/>
        <w:t>uitstel</w:t>
      </w:r>
      <w:r w:rsidR="005F6A5B">
        <w:rPr/>
        <w:t xml:space="preserve"> HVDC-</w:t>
      </w:r>
      <w:r w:rsidR="005F6A5B">
        <w:rPr/>
        <w:t>contracten</w:t>
      </w:r>
      <w:r w:rsidR="005F6A5B">
        <w:rPr/>
        <w:t xml:space="preserve">); Elia Group </w:t>
      </w:r>
      <w:r w:rsidR="005F6A5B">
        <w:rPr/>
        <w:t>persbericht</w:t>
      </w:r>
      <w:r w:rsidR="005F6A5B">
        <w:rPr/>
        <w:t xml:space="preserve"> 05/06/2025 (</w:t>
      </w:r>
      <w:r w:rsidR="005F6A5B">
        <w:rPr/>
        <w:t>schrapping</w:t>
      </w:r>
      <w:r w:rsidR="005F6A5B">
        <w:rPr/>
        <w:t xml:space="preserve"> HVDC-</w:t>
      </w:r>
      <w:r w:rsidR="005F6A5B">
        <w:rPr/>
        <w:t>fase</w:t>
      </w:r>
      <w:r w:rsidR="005F6A5B">
        <w:rPr/>
        <w:t xml:space="preserve">); VRT NWS 06/06/2025; </w:t>
      </w:r>
      <w:r w:rsidR="005F6A5B">
        <w:rPr/>
        <w:t>Belga</w:t>
      </w:r>
      <w:r w:rsidR="005F6A5B">
        <w:rPr/>
        <w:t xml:space="preserve"> </w:t>
      </w:r>
      <w:r w:rsidR="005F6A5B">
        <w:rPr/>
        <w:t>juni</w:t>
      </w:r>
      <w:r w:rsidR="005F6A5B">
        <w:rPr/>
        <w:t xml:space="preserve"> 2025 (EUR 3 </w:t>
      </w:r>
      <w:r w:rsidR="005F6A5B">
        <w:rPr/>
        <w:t>mrd</w:t>
      </w:r>
      <w:r w:rsidR="005F6A5B">
        <w:rPr/>
        <w:t xml:space="preserve"> </w:t>
      </w:r>
      <w:r w:rsidR="005F6A5B">
        <w:rPr/>
        <w:t>besparing</w:t>
      </w:r>
      <w:r w:rsidR="005F6A5B">
        <w:rPr/>
        <w:t>).</w:t>
      </w:r>
    </w:p>
    <w:p w:rsidR="009D758D" w:rsidRDefault="005F6A5B" w14:paraId="7E428D7B" w14:textId="77777777">
      <w:r w:rsidR="005F6A5B">
        <w:rPr/>
        <w:t xml:space="preserve">De </w:t>
      </w:r>
      <w:r w:rsidR="005F6A5B">
        <w:rPr/>
        <w:t>concentratie</w:t>
      </w:r>
      <w:r w:rsidR="005F6A5B">
        <w:rPr/>
        <w:t xml:space="preserve"> van </w:t>
      </w:r>
      <w:r w:rsidRPr="6C968D7A" w:rsidR="005F6A5B">
        <w:rPr>
          <w:b w:val="1"/>
          <w:bCs w:val="1"/>
        </w:rPr>
        <w:t xml:space="preserve">6 GW op </w:t>
      </w:r>
      <w:r w:rsidRPr="6C968D7A" w:rsidR="005F6A5B">
        <w:rPr>
          <w:b w:val="1"/>
          <w:bCs w:val="1"/>
        </w:rPr>
        <w:t>een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enkel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bovengronds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tracé</w:t>
      </w:r>
      <w:r w:rsidR="005F6A5B">
        <w:rPr/>
        <w:t xml:space="preserve"> </w:t>
      </w:r>
      <w:r w:rsidR="005F6A5B">
        <w:rPr/>
        <w:t>vormt</w:t>
      </w:r>
      <w:r w:rsidR="005F6A5B">
        <w:rPr/>
        <w:t xml:space="preserve"> </w:t>
      </w:r>
      <w:r w:rsidR="005F6A5B">
        <w:rPr/>
        <w:t>bovendien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Pr="6C968D7A" w:rsidR="005F6A5B">
        <w:rPr>
          <w:b w:val="1"/>
          <w:bCs w:val="1"/>
        </w:rPr>
        <w:t>systemisch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risico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de </w:t>
      </w:r>
      <w:r w:rsidR="005F6A5B">
        <w:rPr/>
        <w:t>bevoorradingszekerheid</w:t>
      </w:r>
      <w:r w:rsidR="005F6A5B">
        <w:rPr/>
        <w:t xml:space="preserve">. Een </w:t>
      </w:r>
      <w:r w:rsidR="005F6A5B">
        <w:rPr/>
        <w:t>dergelijke</w:t>
      </w:r>
      <w:r w:rsidR="005F6A5B">
        <w:rPr/>
        <w:t xml:space="preserve"> </w:t>
      </w:r>
      <w:r w:rsidR="005F6A5B">
        <w:rPr/>
        <w:t>concentratie</w:t>
      </w:r>
      <w:r w:rsidR="005F6A5B">
        <w:rPr/>
        <w:t xml:space="preserve"> </w:t>
      </w:r>
      <w:r w:rsidR="005F6A5B">
        <w:rPr/>
        <w:t>maakt</w:t>
      </w:r>
      <w:r w:rsidR="005F6A5B">
        <w:rPr/>
        <w:t xml:space="preserve"> het </w:t>
      </w:r>
      <w:r w:rsidR="005F6A5B">
        <w:rPr/>
        <w:t>transmissienet</w:t>
      </w:r>
      <w:r w:rsidR="005F6A5B">
        <w:rPr/>
        <w:t xml:space="preserve"> </w:t>
      </w:r>
      <w:r w:rsidR="005F6A5B">
        <w:rPr/>
        <w:t>kwetsbaar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cascade-</w:t>
      </w:r>
      <w:r w:rsidR="005F6A5B">
        <w:rPr/>
        <w:t>uitval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storm, </w:t>
      </w:r>
      <w:r w:rsidR="005F6A5B">
        <w:rPr/>
        <w:t>blikseminslag</w:t>
      </w:r>
      <w:r w:rsidR="005F6A5B">
        <w:rPr/>
        <w:t>, of</w:t>
      </w:r>
      <w:r w:rsidR="005F6A5B">
        <w:rPr/>
        <w:t xml:space="preserve"> </w:t>
      </w:r>
      <w:r w:rsidR="005F6A5B">
        <w:rPr/>
        <w:t>fysieke</w:t>
      </w:r>
      <w:r w:rsidR="005F6A5B">
        <w:rPr/>
        <w:t xml:space="preserve"> </w:t>
      </w:r>
      <w:r w:rsidR="005F6A5B">
        <w:rPr/>
        <w:t>beschadiging</w:t>
      </w:r>
      <w:r w:rsidR="005F6A5B">
        <w:rPr/>
        <w:t xml:space="preserve"> van het </w:t>
      </w:r>
      <w:r w:rsidR="005F6A5B">
        <w:rPr/>
        <w:t>bovengrondse</w:t>
      </w:r>
      <w:r w:rsidR="005F6A5B">
        <w:rPr/>
        <w:t xml:space="preserve"> </w:t>
      </w:r>
      <w:r w:rsidR="005F6A5B">
        <w:rPr/>
        <w:t>tracé</w:t>
      </w:r>
      <w:r w:rsidR="005F6A5B">
        <w:rPr/>
        <w:t xml:space="preserve">. De </w:t>
      </w:r>
      <w:r w:rsidRPr="6C968D7A" w:rsidR="005F6A5B">
        <w:rPr>
          <w:b w:val="1"/>
          <w:bCs w:val="1"/>
        </w:rPr>
        <w:t>Spanje</w:t>
      </w:r>
      <w:r w:rsidRPr="6C968D7A" w:rsidR="005F6A5B">
        <w:rPr>
          <w:b w:val="1"/>
          <w:bCs w:val="1"/>
        </w:rPr>
        <w:t>-</w:t>
      </w:r>
      <w:r w:rsidRPr="6C968D7A" w:rsidR="005F6A5B">
        <w:rPr>
          <w:b w:val="1"/>
          <w:bCs w:val="1"/>
        </w:rPr>
        <w:t>blackout</w:t>
      </w:r>
      <w:r w:rsidRPr="6C968D7A" w:rsidR="005F6A5B">
        <w:rPr>
          <w:b w:val="1"/>
          <w:bCs w:val="1"/>
        </w:rPr>
        <w:t xml:space="preserve"> van </w:t>
      </w:r>
      <w:r w:rsidRPr="6C968D7A" w:rsidR="005F6A5B">
        <w:rPr>
          <w:b w:val="1"/>
          <w:bCs w:val="1"/>
        </w:rPr>
        <w:t>april</w:t>
      </w:r>
      <w:r w:rsidRPr="6C968D7A" w:rsidR="005F6A5B">
        <w:rPr>
          <w:b w:val="1"/>
          <w:bCs w:val="1"/>
        </w:rPr>
        <w:t xml:space="preserve"> 2025</w:t>
      </w:r>
      <w:r w:rsidR="005F6A5B">
        <w:rPr/>
        <w:t xml:space="preserve"> — </w:t>
      </w:r>
      <w:r w:rsidR="005F6A5B">
        <w:rPr/>
        <w:t>waarbij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groot</w:t>
      </w:r>
      <w:r w:rsidR="005F6A5B">
        <w:rPr/>
        <w:t xml:space="preserve"> </w:t>
      </w:r>
      <w:r w:rsidR="005F6A5B">
        <w:rPr/>
        <w:t>deel</w:t>
      </w:r>
      <w:r w:rsidR="005F6A5B">
        <w:rPr/>
        <w:t xml:space="preserve"> van het </w:t>
      </w:r>
      <w:r w:rsidR="005F6A5B">
        <w:rPr/>
        <w:t>Iberisch</w:t>
      </w:r>
      <w:r w:rsidR="005F6A5B">
        <w:rPr/>
        <w:t xml:space="preserve"> </w:t>
      </w:r>
      <w:r w:rsidR="005F6A5B">
        <w:rPr/>
        <w:t>schiereiland</w:t>
      </w:r>
      <w:r w:rsidR="005F6A5B">
        <w:rPr/>
        <w:t xml:space="preserve"> </w:t>
      </w:r>
      <w:r w:rsidR="005F6A5B">
        <w:rPr/>
        <w:t>urenlang</w:t>
      </w:r>
      <w:r w:rsidR="005F6A5B">
        <w:rPr/>
        <w:t xml:space="preserve"> </w:t>
      </w:r>
      <w:r w:rsidR="005F6A5B">
        <w:rPr/>
        <w:t>zonder</w:t>
      </w:r>
      <w:r w:rsidR="005F6A5B">
        <w:rPr/>
        <w:t xml:space="preserve"> </w:t>
      </w:r>
      <w:r w:rsidR="005F6A5B">
        <w:rPr/>
        <w:t>stroom</w:t>
      </w:r>
      <w:r w:rsidR="005F6A5B">
        <w:rPr/>
        <w:t xml:space="preserve"> </w:t>
      </w:r>
      <w:r w:rsidR="005F6A5B">
        <w:rPr/>
        <w:t>viel</w:t>
      </w:r>
      <w:r w:rsidR="005F6A5B">
        <w:rPr/>
        <w:t xml:space="preserve"> — </w:t>
      </w:r>
      <w:r w:rsidR="005F6A5B">
        <w:rPr/>
        <w:t>illustreert</w:t>
      </w:r>
      <w:r w:rsidR="005F6A5B">
        <w:rPr/>
        <w:t xml:space="preserve"> de </w:t>
      </w:r>
      <w:r w:rsidR="005F6A5B">
        <w:rPr/>
        <w:t>kwetsbaarheid</w:t>
      </w:r>
      <w:r w:rsidR="005F6A5B">
        <w:rPr/>
        <w:t xml:space="preserve"> van </w:t>
      </w:r>
      <w:r w:rsidR="005F6A5B">
        <w:rPr/>
        <w:t>geconcentreerde</w:t>
      </w:r>
      <w:r w:rsidR="005F6A5B">
        <w:rPr/>
        <w:t xml:space="preserve"> </w:t>
      </w:r>
      <w:r w:rsidR="005F6A5B">
        <w:rPr/>
        <w:t>bovengrondse</w:t>
      </w:r>
      <w:r w:rsidR="005F6A5B">
        <w:rPr/>
        <w:t xml:space="preserve"> </w:t>
      </w:r>
      <w:r w:rsidR="005F6A5B">
        <w:rPr/>
        <w:t>netinfrastructuur</w:t>
      </w:r>
      <w:r w:rsidR="005F6A5B">
        <w:rPr/>
        <w:t xml:space="preserve">. Een </w:t>
      </w:r>
      <w:r w:rsidR="005F6A5B">
        <w:rPr/>
        <w:t>ondergrondse</w:t>
      </w:r>
      <w:r w:rsidR="005F6A5B">
        <w:rPr/>
        <w:t xml:space="preserve"> </w:t>
      </w:r>
      <w:r w:rsidR="005F6A5B">
        <w:rPr/>
        <w:t>aanleg</w:t>
      </w:r>
      <w:r w:rsidR="005F6A5B">
        <w:rPr/>
        <w:t xml:space="preserve"> </w:t>
      </w:r>
      <w:r w:rsidR="005F6A5B">
        <w:rPr/>
        <w:t>zou</w:t>
      </w:r>
      <w:r w:rsidR="005F6A5B">
        <w:rPr/>
        <w:t xml:space="preserve"> </w:t>
      </w:r>
      <w:r w:rsidR="005F6A5B">
        <w:rPr/>
        <w:t>dit</w:t>
      </w:r>
      <w:r w:rsidR="005F6A5B">
        <w:rPr/>
        <w:t xml:space="preserve"> </w:t>
      </w:r>
      <w:r w:rsidR="005F6A5B">
        <w:rPr/>
        <w:t>systemische</w:t>
      </w:r>
      <w:r w:rsidR="005F6A5B">
        <w:rPr/>
        <w:t xml:space="preserve"> </w:t>
      </w:r>
      <w:r w:rsidR="005F6A5B">
        <w:rPr/>
        <w:t>risico</w:t>
      </w:r>
      <w:r w:rsidR="005F6A5B">
        <w:rPr/>
        <w:t xml:space="preserve"> </w:t>
      </w:r>
      <w:r w:rsidR="005F6A5B">
        <w:rPr/>
        <w:t>aanzienlijk</w:t>
      </w:r>
      <w:r w:rsidR="005F6A5B">
        <w:rPr/>
        <w:t xml:space="preserve"> </w:t>
      </w:r>
      <w:r w:rsidR="005F6A5B">
        <w:rPr/>
        <w:t>verminderen</w:t>
      </w:r>
      <w:r w:rsidR="005F6A5B">
        <w:rPr/>
        <w:t xml:space="preserve">, </w:t>
      </w:r>
      <w:r w:rsidR="005F6A5B">
        <w:rPr/>
        <w:t>aangezien</w:t>
      </w:r>
      <w:r w:rsidR="005F6A5B">
        <w:rPr/>
        <w:t xml:space="preserve"> </w:t>
      </w:r>
      <w:r w:rsidR="005F6A5B">
        <w:rPr/>
        <w:t>ondergrondse</w:t>
      </w:r>
      <w:r w:rsidR="005F6A5B">
        <w:rPr/>
        <w:t xml:space="preserve"> </w:t>
      </w:r>
      <w:r w:rsidR="005F6A5B">
        <w:rPr/>
        <w:t>kabels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blootgesteld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</w:t>
      </w:r>
      <w:r w:rsidR="005F6A5B">
        <w:rPr/>
        <w:t>weergerelateerde</w:t>
      </w:r>
      <w:r w:rsidR="005F6A5B">
        <w:rPr/>
        <w:t xml:space="preserve"> </w:t>
      </w:r>
      <w:r w:rsidR="005F6A5B">
        <w:rPr/>
        <w:t>risico's</w:t>
      </w:r>
      <w:r w:rsidR="005F6A5B">
        <w:rPr/>
        <w:t>.</w:t>
      </w:r>
    </w:p>
    <w:p w:rsidR="009D758D" w:rsidRDefault="005F6A5B" w14:paraId="38C57D08" w14:textId="77777777"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gevolgen</w:t>
      </w:r>
      <w:r w:rsidRPr="6C968D7A" w:rsidR="005F6A5B">
        <w:rPr>
          <w:b w:val="1"/>
          <w:bCs w:val="1"/>
        </w:rPr>
        <w:t>:</w:t>
      </w:r>
      <w:r w:rsidR="005F6A5B">
        <w:rPr/>
        <w:t xml:space="preserve"> De </w:t>
      </w:r>
      <w:r w:rsidR="005F6A5B">
        <w:rPr/>
        <w:t>proportionaliteitsafweging</w:t>
      </w:r>
      <w:r w:rsidR="005F6A5B">
        <w:rPr/>
        <w:t xml:space="preserve"> die </w:t>
      </w:r>
      <w:r w:rsidR="005F6A5B">
        <w:rPr/>
        <w:t>aan</w:t>
      </w:r>
      <w:r w:rsidR="005F6A5B">
        <w:rPr/>
        <w:t xml:space="preserve"> de </w:t>
      </w:r>
      <w:r w:rsidR="005F6A5B">
        <w:rPr/>
        <w:t>vergunningsbeslissing</w:t>
      </w:r>
      <w:r w:rsidR="005F6A5B">
        <w:rPr/>
        <w:t xml:space="preserve"> ten </w:t>
      </w:r>
      <w:r w:rsidR="005F6A5B">
        <w:rPr/>
        <w:t>grondslag</w:t>
      </w:r>
      <w:r w:rsidR="005F6A5B">
        <w:rPr/>
        <w:t xml:space="preserve"> </w:t>
      </w:r>
      <w:r w:rsidR="005F6A5B">
        <w:rPr/>
        <w:t>ligt</w:t>
      </w:r>
      <w:r w:rsidR="005F6A5B">
        <w:rPr/>
        <w:t xml:space="preserve">, </w:t>
      </w:r>
      <w:r w:rsidR="005F6A5B">
        <w:rPr/>
        <w:t>moet</w:t>
      </w:r>
      <w:r w:rsidR="005F6A5B">
        <w:rPr/>
        <w:t xml:space="preserve"> </w:t>
      </w:r>
      <w:r w:rsidR="005F6A5B">
        <w:rPr/>
        <w:t>opnieuw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gemaakt</w:t>
      </w:r>
      <w:r w:rsidR="005F6A5B">
        <w:rPr/>
        <w:t xml:space="preserve">. Een </w:t>
      </w:r>
      <w:r w:rsidR="005F6A5B">
        <w:rPr/>
        <w:t>motivering</w:t>
      </w:r>
      <w:r w:rsidR="005F6A5B">
        <w:rPr/>
        <w:t xml:space="preserve"> die is </w:t>
      </w:r>
      <w:r w:rsidR="005F6A5B">
        <w:rPr/>
        <w:t>gebaseerd</w:t>
      </w:r>
      <w:r w:rsidR="005F6A5B">
        <w:rPr/>
        <w:t xml:space="preserve"> op </w:t>
      </w:r>
      <w:r w:rsidR="005F6A5B">
        <w:rPr/>
        <w:t>een</w:t>
      </w:r>
      <w:r w:rsidR="005F6A5B">
        <w:rPr/>
        <w:t xml:space="preserve"> </w:t>
      </w:r>
      <w:r w:rsidR="005F6A5B">
        <w:rPr/>
        <w:t>inmiddels</w:t>
      </w:r>
      <w:r w:rsidR="005F6A5B">
        <w:rPr/>
        <w:t xml:space="preserve"> </w:t>
      </w:r>
      <w:r w:rsidR="005F6A5B">
        <w:rPr/>
        <w:t>achterhaalde</w:t>
      </w:r>
      <w:r w:rsidR="005F6A5B">
        <w:rPr/>
        <w:t xml:space="preserve"> </w:t>
      </w:r>
      <w:r w:rsidR="005F6A5B">
        <w:rPr/>
        <w:t>planningshorizon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op </w:t>
      </w:r>
      <w:r w:rsidR="005F6A5B">
        <w:rPr/>
        <w:t>projecten</w:t>
      </w:r>
      <w:r w:rsidR="005F6A5B">
        <w:rPr/>
        <w:t xml:space="preserve"> die </w:t>
      </w:r>
      <w:r w:rsidR="005F6A5B">
        <w:rPr/>
        <w:t>geheel</w:t>
      </w:r>
      <w:r w:rsidR="005F6A5B">
        <w:rPr/>
        <w:t xml:space="preserve"> of </w:t>
      </w:r>
      <w:r w:rsidR="005F6A5B">
        <w:rPr/>
        <w:t>gedeeltelijk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weggevallen</w:t>
      </w:r>
      <w:r w:rsidR="005F6A5B">
        <w:rPr/>
        <w:t xml:space="preserve">, </w:t>
      </w:r>
      <w:r w:rsidR="005F6A5B">
        <w:rPr/>
        <w:t>voldoet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de </w:t>
      </w:r>
      <w:r w:rsidR="005F6A5B">
        <w:rPr/>
        <w:t>materiële</w:t>
      </w:r>
      <w:r w:rsidR="005F6A5B">
        <w:rPr/>
        <w:t xml:space="preserve"> </w:t>
      </w:r>
      <w:r w:rsidR="005F6A5B">
        <w:rPr/>
        <w:t>motiveringsplicht</w:t>
      </w:r>
      <w:r w:rsidR="005F6A5B">
        <w:rPr/>
        <w:t xml:space="preserve"> (art. 2 </w:t>
      </w:r>
      <w:r w:rsidR="005F6A5B">
        <w:rPr/>
        <w:t>en</w:t>
      </w:r>
      <w:r w:rsidR="005F6A5B">
        <w:rPr/>
        <w:t xml:space="preserve"> 3 Wet </w:t>
      </w:r>
      <w:r w:rsidR="005F6A5B">
        <w:rPr/>
        <w:t>Motivering</w:t>
      </w:r>
      <w:r w:rsidR="005F6A5B">
        <w:rPr/>
        <w:t xml:space="preserve"> </w:t>
      </w:r>
      <w:r w:rsidR="005F6A5B">
        <w:rPr/>
        <w:t>Bestuurshandelingen</w:t>
      </w:r>
      <w:r w:rsidR="005F6A5B">
        <w:rPr/>
        <w:t xml:space="preserve"> van 29 </w:t>
      </w:r>
      <w:r w:rsidR="005F6A5B">
        <w:rPr/>
        <w:t>juli</w:t>
      </w:r>
      <w:r w:rsidR="005F6A5B">
        <w:rPr/>
        <w:t xml:space="preserve"> 1991). De </w:t>
      </w:r>
      <w:r w:rsidR="005F6A5B">
        <w:rPr/>
        <w:t>vergunningverlenende</w:t>
      </w:r>
      <w:r w:rsidR="005F6A5B">
        <w:rPr/>
        <w:t xml:space="preserve"> </w:t>
      </w:r>
      <w:r w:rsidR="005F6A5B">
        <w:rPr/>
        <w:t>overheid</w:t>
      </w:r>
      <w:r w:rsidR="005F6A5B">
        <w:rPr/>
        <w:t xml:space="preserve"> </w:t>
      </w:r>
      <w:r w:rsidR="005F6A5B">
        <w:rPr/>
        <w:t>kan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voorbijgaan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het </w:t>
      </w:r>
      <w:r w:rsidR="005F6A5B">
        <w:rPr/>
        <w:t>feit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de </w:t>
      </w:r>
      <w:r w:rsidR="005F6A5B">
        <w:rPr/>
        <w:t>noodzaak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6 GW-</w:t>
      </w:r>
      <w:r w:rsidR="005F6A5B">
        <w:rPr/>
        <w:t>verbinding</w:t>
      </w:r>
      <w:r w:rsidR="005F6A5B">
        <w:rPr/>
        <w:t xml:space="preserve"> — de kern </w:t>
      </w:r>
      <w:r w:rsidR="005F6A5B">
        <w:rPr/>
        <w:t>van</w:t>
      </w:r>
      <w:r w:rsidR="005F6A5B">
        <w:rPr/>
        <w:t xml:space="preserve"> de </w:t>
      </w:r>
      <w:r w:rsidR="005F6A5B">
        <w:rPr/>
        <w:t>projectrechtvaardiging</w:t>
      </w:r>
      <w:r w:rsidR="005F6A5B">
        <w:rPr/>
        <w:t xml:space="preserve"> — </w:t>
      </w:r>
      <w:r w:rsidR="005F6A5B">
        <w:rPr/>
        <w:t>niet</w:t>
      </w:r>
      <w:r w:rsidR="005F6A5B">
        <w:rPr/>
        <w:t xml:space="preserve"> </w:t>
      </w:r>
      <w:r w:rsidR="005F6A5B">
        <w:rPr/>
        <w:t>langer</w:t>
      </w:r>
      <w:r w:rsidR="005F6A5B">
        <w:rPr/>
        <w:t xml:space="preserve"> door concrete </w:t>
      </w:r>
      <w:r w:rsidR="005F6A5B">
        <w:rPr/>
        <w:t>projecten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onderbouwd</w:t>
      </w:r>
      <w:r w:rsidR="005F6A5B">
        <w:rPr/>
        <w:t>.</w:t>
      </w:r>
    </w:p>
    <w:p w:rsidR="009D758D" w:rsidRDefault="25A181EA" w14:paraId="31B66984" w14:textId="14442E53">
      <w:pPr>
        <w:pStyle w:val="Heading3"/>
      </w:pPr>
      <w:r w:rsidR="25A181EA">
        <w:rPr/>
        <w:t xml:space="preserve">3.7 Elia's </w:t>
      </w:r>
      <w:r w:rsidR="25A181EA">
        <w:rPr/>
        <w:t>contradictie</w:t>
      </w:r>
      <w:r w:rsidR="25A181EA">
        <w:rPr/>
        <w:t xml:space="preserve">: </w:t>
      </w:r>
      <w:r w:rsidR="25A181EA">
        <w:rPr/>
        <w:t>afbraak</w:t>
      </w:r>
      <w:r w:rsidR="25A181EA">
        <w:rPr/>
        <w:t xml:space="preserve"> </w:t>
      </w:r>
      <w:r w:rsidR="25A181EA">
        <w:rPr/>
        <w:t>als</w:t>
      </w:r>
      <w:r w:rsidR="25A181EA">
        <w:rPr/>
        <w:t xml:space="preserve"> </w:t>
      </w:r>
      <w:r w:rsidR="25A181EA">
        <w:rPr/>
        <w:t>voordeel</w:t>
      </w:r>
      <w:r w:rsidR="25A181EA">
        <w:rPr/>
        <w:t xml:space="preserve">, </w:t>
      </w:r>
      <w:r w:rsidR="25A181EA">
        <w:rPr/>
        <w:t>nieuwbouw</w:t>
      </w:r>
      <w:r w:rsidR="25A181EA">
        <w:rPr/>
        <w:t xml:space="preserve"> </w:t>
      </w:r>
      <w:r w:rsidR="25A181EA">
        <w:rPr/>
        <w:t>zonder</w:t>
      </w:r>
      <w:r w:rsidR="25A181EA">
        <w:rPr/>
        <w:t xml:space="preserve"> </w:t>
      </w:r>
      <w:r w:rsidR="25A181EA">
        <w:rPr/>
        <w:t>nadeel</w:t>
      </w:r>
    </w:p>
    <w:p w:rsidR="009D758D" w:rsidRDefault="005F6A5B" w14:paraId="02AA90EA" w14:textId="77777777">
      <w:r w:rsidR="005F6A5B">
        <w:rPr/>
        <w:t xml:space="preserve">Elia </w:t>
      </w:r>
      <w:r w:rsidR="005F6A5B">
        <w:rPr/>
        <w:t>communiceert</w:t>
      </w:r>
      <w:r w:rsidR="005F6A5B">
        <w:rPr/>
        <w:t xml:space="preserve"> elders in Vlaanderen </w:t>
      </w:r>
      <w:r w:rsidR="005F6A5B">
        <w:rPr/>
        <w:t>actief</w:t>
      </w:r>
      <w:r w:rsidR="005F6A5B">
        <w:rPr/>
        <w:t xml:space="preserve"> over de </w:t>
      </w:r>
      <w:r w:rsidRPr="6C968D7A" w:rsidR="005F6A5B">
        <w:rPr>
          <w:b w:val="1"/>
          <w:bCs w:val="1"/>
        </w:rPr>
        <w:t>afbraak</w:t>
      </w:r>
      <w:r w:rsidRPr="6C968D7A" w:rsidR="005F6A5B">
        <w:rPr>
          <w:b w:val="1"/>
          <w:bCs w:val="1"/>
        </w:rPr>
        <w:t xml:space="preserve"> van </w:t>
      </w:r>
      <w:r w:rsidRPr="6C968D7A" w:rsidR="005F6A5B">
        <w:rPr>
          <w:b w:val="1"/>
          <w:bCs w:val="1"/>
        </w:rPr>
        <w:t>bestaande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hoogspanningslijnen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presenteert</w:t>
      </w:r>
      <w:r w:rsidR="005F6A5B">
        <w:rPr/>
        <w:t xml:space="preserve"> </w:t>
      </w:r>
      <w:r w:rsidR="005F6A5B">
        <w:rPr/>
        <w:t>dit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positieve</w:t>
      </w:r>
      <w:r w:rsidR="005F6A5B">
        <w:rPr/>
        <w:t xml:space="preserve"> </w:t>
      </w:r>
      <w:r w:rsidR="005F6A5B">
        <w:rPr/>
        <w:t>bijdrage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</w:t>
      </w:r>
      <w:r w:rsidR="005F6A5B">
        <w:rPr/>
        <w:t>natuur</w:t>
      </w:r>
      <w:r w:rsidR="005F6A5B">
        <w:rPr/>
        <w:t xml:space="preserve">, </w:t>
      </w:r>
      <w:r w:rsidR="005F6A5B">
        <w:rPr/>
        <w:t>landschap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leefomgeving</w:t>
      </w:r>
      <w:r w:rsidR="005F6A5B">
        <w:rPr/>
        <w:t>:</w:t>
      </w:r>
    </w:p>
    <w:p w:rsidR="009D758D" w:rsidRDefault="005F6A5B" w14:paraId="2E0C8715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Dilbeek</w:t>
      </w:r>
      <w:r w:rsidRPr="6C968D7A" w:rsidR="005F6A5B">
        <w:rPr>
          <w:b w:val="1"/>
          <w:bCs w:val="1"/>
        </w:rPr>
        <w:t>:</w:t>
      </w:r>
      <w:r w:rsidR="005F6A5B">
        <w:rPr/>
        <w:t xml:space="preserve"> 38 </w:t>
      </w:r>
      <w:r w:rsidR="005F6A5B">
        <w:rPr/>
        <w:t>hoogspanningsmasten</w:t>
      </w:r>
      <w:r w:rsidR="005F6A5B">
        <w:rPr/>
        <w:t xml:space="preserve"> </w:t>
      </w:r>
      <w:r w:rsidR="005F6A5B">
        <w:rPr/>
        <w:t>afgebroken</w:t>
      </w:r>
    </w:p>
    <w:p w:rsidR="009D758D" w:rsidRDefault="005F6A5B" w14:paraId="0D9E74CD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Brugge-Eeklo:</w:t>
      </w:r>
      <w:r w:rsidR="005F6A5B">
        <w:rPr/>
        <w:t xml:space="preserve"> 95 </w:t>
      </w:r>
      <w:r w:rsidR="005F6A5B">
        <w:rPr/>
        <w:t>hoogspanningsmasten</w:t>
      </w:r>
      <w:r w:rsidR="005F6A5B">
        <w:rPr/>
        <w:t xml:space="preserve"> </w:t>
      </w:r>
      <w:r w:rsidR="005F6A5B">
        <w:rPr/>
        <w:t>afgebroken</w:t>
      </w:r>
    </w:p>
    <w:p w:rsidR="009D758D" w:rsidRDefault="005F6A5B" w14:paraId="17A21233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Halle:</w:t>
      </w:r>
      <w:r w:rsidR="005F6A5B">
        <w:rPr/>
        <w:t xml:space="preserve"> </w:t>
      </w:r>
      <w:r w:rsidR="005F6A5B">
        <w:rPr/>
        <w:t>hoogspanningslijnen</w:t>
      </w:r>
      <w:r w:rsidR="005F6A5B">
        <w:rPr/>
        <w:t xml:space="preserve"> </w:t>
      </w:r>
      <w:r w:rsidR="005F6A5B">
        <w:rPr/>
        <w:t>afgebroken</w:t>
      </w:r>
    </w:p>
    <w:p w:rsidR="009D758D" w:rsidRDefault="005F6A5B" w14:paraId="38DCDA8D" w14:textId="77777777">
      <w:r w:rsidR="005F6A5B">
        <w:rPr/>
        <w:t xml:space="preserve">In </w:t>
      </w:r>
      <w:r w:rsidR="005F6A5B">
        <w:rPr/>
        <w:t>deze</w:t>
      </w:r>
      <w:r w:rsidR="005F6A5B">
        <w:rPr/>
        <w:t xml:space="preserve"> </w:t>
      </w:r>
      <w:r w:rsidR="005F6A5B">
        <w:rPr/>
        <w:t>communicatie</w:t>
      </w:r>
      <w:r w:rsidR="005F6A5B">
        <w:rPr/>
        <w:t xml:space="preserve"> </w:t>
      </w:r>
      <w:r w:rsidR="005F6A5B">
        <w:rPr/>
        <w:t>benadrukt</w:t>
      </w:r>
      <w:r w:rsidR="005F6A5B">
        <w:rPr/>
        <w:t xml:space="preserve"> Elia </w:t>
      </w:r>
      <w:r w:rsidR="005F6A5B">
        <w:rPr/>
        <w:t>systematisch</w:t>
      </w:r>
      <w:r w:rsidR="005F6A5B">
        <w:rPr/>
        <w:t xml:space="preserve"> de </w:t>
      </w:r>
      <w:r w:rsidR="005F6A5B">
        <w:rPr/>
        <w:t>voordelen</w:t>
      </w:r>
      <w:r w:rsidR="005F6A5B">
        <w:rPr/>
        <w:t xml:space="preserve"> van het </w:t>
      </w:r>
      <w:r w:rsidR="005F6A5B">
        <w:rPr/>
        <w:t>verdwijnen</w:t>
      </w:r>
      <w:r w:rsidR="005F6A5B">
        <w:rPr/>
        <w:t xml:space="preserve"> van </w:t>
      </w:r>
      <w:r w:rsidR="005F6A5B">
        <w:rPr/>
        <w:t>bovengrondse</w:t>
      </w:r>
      <w:r w:rsidR="005F6A5B">
        <w:rPr/>
        <w:t xml:space="preserve"> </w:t>
      </w:r>
      <w:r w:rsidR="005F6A5B">
        <w:rPr/>
        <w:t>infrastructuur</w:t>
      </w:r>
      <w:r w:rsidR="005F6A5B">
        <w:rPr/>
        <w:t xml:space="preserve">: </w:t>
      </w:r>
      <w:r w:rsidR="005F6A5B">
        <w:rPr/>
        <w:t>herstel</w:t>
      </w:r>
      <w:r w:rsidR="005F6A5B">
        <w:rPr/>
        <w:t xml:space="preserve"> van het </w:t>
      </w:r>
      <w:r w:rsidR="005F6A5B">
        <w:rPr/>
        <w:t>landschap</w:t>
      </w:r>
      <w:r w:rsidR="005F6A5B">
        <w:rPr/>
        <w:t xml:space="preserve">, </w:t>
      </w:r>
      <w:r w:rsidR="005F6A5B">
        <w:rPr/>
        <w:t>vermindering</w:t>
      </w:r>
      <w:r w:rsidR="005F6A5B">
        <w:rPr/>
        <w:t xml:space="preserve"> van </w:t>
      </w:r>
      <w:r w:rsidR="005F6A5B">
        <w:rPr/>
        <w:t>visuele</w:t>
      </w:r>
      <w:r w:rsidR="005F6A5B">
        <w:rPr/>
        <w:t xml:space="preserve"> hinder, </w:t>
      </w:r>
      <w:r w:rsidR="005F6A5B">
        <w:rPr/>
        <w:t>positieve</w:t>
      </w:r>
      <w:r w:rsidR="005F6A5B">
        <w:rPr/>
        <w:t xml:space="preserve"> </w:t>
      </w:r>
      <w:r w:rsidR="005F6A5B">
        <w:rPr/>
        <w:t>effecten</w:t>
      </w:r>
      <w:r w:rsidR="005F6A5B">
        <w:rPr/>
        <w:t xml:space="preserve"> op de </w:t>
      </w:r>
      <w:r w:rsidR="005F6A5B">
        <w:rPr/>
        <w:t>biodiversiteit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verbetering</w:t>
      </w:r>
      <w:r w:rsidR="005F6A5B">
        <w:rPr/>
        <w:t xml:space="preserve"> van de </w:t>
      </w:r>
      <w:r w:rsidR="005F6A5B">
        <w:rPr/>
        <w:t>leefkwaliteit</w:t>
      </w:r>
      <w:r w:rsidR="005F6A5B">
        <w:rPr/>
        <w:t>.</w:t>
      </w:r>
    </w:p>
    <w:p w:rsidR="009D758D" w:rsidRDefault="005F6A5B" w14:paraId="5EB57524" w14:textId="77777777">
      <w:r w:rsidR="005F6A5B">
        <w:rPr/>
        <w:t xml:space="preserve">De </w:t>
      </w:r>
      <w:r w:rsidRPr="6C968D7A" w:rsidR="005F6A5B">
        <w:rPr>
          <w:b w:val="1"/>
          <w:bCs w:val="1"/>
        </w:rPr>
        <w:t>logische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contradictie</w:t>
      </w:r>
      <w:r w:rsidR="005F6A5B">
        <w:rPr/>
        <w:t xml:space="preserve"> is </w:t>
      </w:r>
      <w:r w:rsidR="005F6A5B">
        <w:rPr/>
        <w:t>onmiskenbaar</w:t>
      </w:r>
      <w:r w:rsidR="005F6A5B">
        <w:rPr/>
        <w:t xml:space="preserve">: </w:t>
      </w:r>
      <w:r w:rsidR="005F6A5B">
        <w:rPr/>
        <w:t>indien</w:t>
      </w:r>
      <w:r w:rsidR="005F6A5B">
        <w:rPr/>
        <w:t xml:space="preserve"> het </w:t>
      </w:r>
      <w:r w:rsidR="005F6A5B">
        <w:rPr/>
        <w:t>afbreken</w:t>
      </w:r>
      <w:r w:rsidR="005F6A5B">
        <w:rPr/>
        <w:t xml:space="preserve"> van </w:t>
      </w:r>
      <w:r w:rsidR="005F6A5B">
        <w:rPr/>
        <w:t>bovengrondse</w:t>
      </w:r>
      <w:r w:rsidR="005F6A5B">
        <w:rPr/>
        <w:t xml:space="preserve"> </w:t>
      </w:r>
      <w:r w:rsidR="005F6A5B">
        <w:rPr/>
        <w:t>hoogspanningslijnen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positief</w:t>
      </w:r>
      <w:r w:rsidR="005F6A5B">
        <w:rPr/>
        <w:t xml:space="preserve"> effect </w:t>
      </w:r>
      <w:r w:rsidR="005F6A5B">
        <w:rPr/>
        <w:t>heeft</w:t>
      </w:r>
      <w:r w:rsidR="005F6A5B">
        <w:rPr/>
        <w:t xml:space="preserve"> op </w:t>
      </w:r>
      <w:r w:rsidR="005F6A5B">
        <w:rPr/>
        <w:t>natuur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leefomgeving</w:t>
      </w:r>
      <w:r w:rsidR="005F6A5B">
        <w:rPr/>
        <w:t xml:space="preserve"> — </w:t>
      </w:r>
      <w:r w:rsidR="005F6A5B">
        <w:rPr/>
        <w:t>hetgeen</w:t>
      </w:r>
      <w:r w:rsidR="005F6A5B">
        <w:rPr/>
        <w:t xml:space="preserve"> Elia </w:t>
      </w:r>
      <w:r w:rsidR="005F6A5B">
        <w:rPr/>
        <w:t>zelf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argument </w:t>
      </w:r>
      <w:r w:rsidR="005F6A5B">
        <w:rPr/>
        <w:t>hanteert</w:t>
      </w:r>
      <w:r w:rsidR="005F6A5B">
        <w:rPr/>
        <w:t xml:space="preserve"> — dan </w:t>
      </w:r>
      <w:r w:rsidR="005F6A5B">
        <w:rPr/>
        <w:t>heeft</w:t>
      </w:r>
      <w:r w:rsidR="005F6A5B">
        <w:rPr/>
        <w:t xml:space="preserve"> het </w:t>
      </w:r>
      <w:r w:rsidR="005F6A5B">
        <w:rPr/>
        <w:t>bouwen</w:t>
      </w:r>
      <w:r w:rsidR="005F6A5B">
        <w:rPr/>
        <w:t xml:space="preserve"> van </w:t>
      </w:r>
      <w:r w:rsidR="005F6A5B">
        <w:rPr/>
        <w:t>nieuwe</w:t>
      </w:r>
      <w:r w:rsidR="005F6A5B">
        <w:rPr/>
        <w:t xml:space="preserve"> </w:t>
      </w:r>
      <w:r w:rsidR="005F6A5B">
        <w:rPr/>
        <w:t>bovengrondse</w:t>
      </w:r>
      <w:r w:rsidR="005F6A5B">
        <w:rPr/>
        <w:t xml:space="preserve"> </w:t>
      </w:r>
      <w:r w:rsidR="005F6A5B">
        <w:rPr/>
        <w:t>hoogspanningslijnen</w:t>
      </w:r>
      <w:r w:rsidR="005F6A5B">
        <w:rPr/>
        <w:t xml:space="preserve"> </w:t>
      </w:r>
      <w:r w:rsidR="005F6A5B">
        <w:rPr/>
        <w:t>noodzakelijkerwijs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negatief</w:t>
      </w:r>
      <w:r w:rsidR="005F6A5B">
        <w:rPr/>
        <w:t xml:space="preserve"> effect </w:t>
      </w:r>
      <w:r w:rsidR="005F6A5B">
        <w:rPr/>
        <w:t>op</w:t>
      </w:r>
      <w:r w:rsidR="005F6A5B">
        <w:rPr/>
        <w:t xml:space="preserve"> </w:t>
      </w:r>
      <w:r w:rsidR="005F6A5B">
        <w:rPr/>
        <w:t>diezelfde</w:t>
      </w:r>
      <w:r w:rsidR="005F6A5B">
        <w:rPr/>
        <w:t xml:space="preserve"> </w:t>
      </w:r>
      <w:r w:rsidR="005F6A5B">
        <w:rPr/>
        <w:t>waarden</w:t>
      </w:r>
      <w:r w:rsidR="005F6A5B">
        <w:rPr/>
        <w:t xml:space="preserve">. Elia </w:t>
      </w:r>
      <w:r w:rsidR="005F6A5B">
        <w:rPr/>
        <w:t>kan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selectief</w:t>
      </w:r>
      <w:r w:rsidR="005F6A5B">
        <w:rPr/>
        <w:t xml:space="preserve"> de </w:t>
      </w:r>
      <w:r w:rsidR="005F6A5B">
        <w:rPr/>
        <w:t>voordelen</w:t>
      </w:r>
      <w:r w:rsidR="005F6A5B">
        <w:rPr/>
        <w:t xml:space="preserve"> van </w:t>
      </w:r>
      <w:r w:rsidR="005F6A5B">
        <w:rPr/>
        <w:t>afbraak</w:t>
      </w:r>
      <w:r w:rsidR="005F6A5B">
        <w:rPr/>
        <w:t xml:space="preserve"> </w:t>
      </w:r>
      <w:r w:rsidR="005F6A5B">
        <w:rPr/>
        <w:t>benadrukken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</w:t>
      </w:r>
      <w:r w:rsidR="005F6A5B">
        <w:rPr/>
        <w:t>bestaande</w:t>
      </w:r>
      <w:r w:rsidR="005F6A5B">
        <w:rPr/>
        <w:t xml:space="preserve"> </w:t>
      </w:r>
      <w:r w:rsidR="005F6A5B">
        <w:rPr/>
        <w:t>projecten</w:t>
      </w:r>
      <w:r w:rsidR="005F6A5B">
        <w:rPr/>
        <w:t xml:space="preserve">, </w:t>
      </w:r>
      <w:r w:rsidR="005F6A5B">
        <w:rPr/>
        <w:t>terwijl</w:t>
      </w:r>
      <w:r w:rsidR="005F6A5B">
        <w:rPr/>
        <w:t xml:space="preserve"> het de </w:t>
      </w:r>
      <w:r w:rsidR="005F6A5B">
        <w:rPr/>
        <w:t>nadelen</w:t>
      </w:r>
      <w:r w:rsidR="005F6A5B">
        <w:rPr/>
        <w:t xml:space="preserve"> van </w:t>
      </w:r>
      <w:r w:rsidR="005F6A5B">
        <w:rPr/>
        <w:t>nieuwbouw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</w:t>
      </w:r>
      <w:r w:rsidR="005F6A5B">
        <w:rPr/>
        <w:t>Ventilus</w:t>
      </w:r>
      <w:r w:rsidR="005F6A5B">
        <w:rPr/>
        <w:t xml:space="preserve"> </w:t>
      </w:r>
      <w:r w:rsidR="005F6A5B">
        <w:rPr/>
        <w:t>bagatelliseert</w:t>
      </w:r>
      <w:r w:rsidR="005F6A5B">
        <w:rPr/>
        <w:t xml:space="preserve"> in het MER.</w:t>
      </w:r>
    </w:p>
    <w:p w:rsidR="009D758D" w:rsidRDefault="005F6A5B" w14:paraId="02BB301B" w14:textId="77777777">
      <w:r w:rsidR="005F6A5B">
        <w:rPr/>
        <w:t xml:space="preserve">Dit </w:t>
      </w:r>
      <w:r w:rsidR="005F6A5B">
        <w:rPr/>
        <w:t>versterkt</w:t>
      </w:r>
      <w:r w:rsidR="005F6A5B">
        <w:rPr/>
        <w:t xml:space="preserve"> het </w:t>
      </w:r>
      <w:r w:rsidR="005F6A5B">
        <w:rPr/>
        <w:t>bezwaar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de </w:t>
      </w:r>
      <w:r w:rsidR="005F6A5B">
        <w:rPr/>
        <w:t>effectscores</w:t>
      </w:r>
      <w:r w:rsidR="005F6A5B">
        <w:rPr/>
        <w:t xml:space="preserve"> in het MER </w:t>
      </w:r>
      <w:r w:rsidR="005F6A5B">
        <w:rPr/>
        <w:t>systematisch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laag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(</w:t>
      </w:r>
      <w:r w:rsidR="005F6A5B">
        <w:rPr/>
        <w:t>zie</w:t>
      </w:r>
      <w:r w:rsidR="005F6A5B">
        <w:rPr/>
        <w:t xml:space="preserve"> </w:t>
      </w:r>
      <w:r w:rsidR="005F6A5B">
        <w:rPr/>
        <w:t>sectie</w:t>
      </w:r>
      <w:r w:rsidR="005F6A5B">
        <w:rPr/>
        <w:t xml:space="preserve"> 4.4) </w:t>
      </w:r>
      <w:r w:rsidR="005F6A5B">
        <w:rPr/>
        <w:t>en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het </w:t>
      </w:r>
      <w:r w:rsidR="005F6A5B">
        <w:rPr/>
        <w:t>ondergronds</w:t>
      </w:r>
      <w:r w:rsidR="005F6A5B">
        <w:rPr/>
        <w:t xml:space="preserve"> </w:t>
      </w:r>
      <w:r w:rsidR="005F6A5B">
        <w:rPr/>
        <w:t>alternatief</w:t>
      </w:r>
      <w:r w:rsidR="005F6A5B">
        <w:rPr/>
        <w:t xml:space="preserve"> ten </w:t>
      </w:r>
      <w:r w:rsidR="005F6A5B">
        <w:rPr/>
        <w:t>onrechte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is </w:t>
      </w:r>
      <w:r w:rsidR="005F6A5B">
        <w:rPr/>
        <w:t>onderzocht</w:t>
      </w:r>
      <w:r w:rsidR="005F6A5B">
        <w:rPr/>
        <w:t xml:space="preserve"> (</w:t>
      </w:r>
      <w:r w:rsidR="005F6A5B">
        <w:rPr/>
        <w:t>zie</w:t>
      </w:r>
      <w:r w:rsidR="005F6A5B">
        <w:rPr/>
        <w:t xml:space="preserve"> </w:t>
      </w:r>
      <w:r w:rsidR="005F6A5B">
        <w:rPr/>
        <w:t>sectie</w:t>
      </w:r>
      <w:r w:rsidR="005F6A5B">
        <w:rPr/>
        <w:t xml:space="preserve"> 3.1).</w:t>
      </w:r>
    </w:p>
    <w:p w:rsidR="009D758D" w:rsidRDefault="005F6A5B" w14:paraId="3AC0FCAE" w14:textId="77777777">
      <w:pPr>
        <w:pStyle w:val="Heading3"/>
      </w:pPr>
      <w:r w:rsidR="005F6A5B">
        <w:rPr/>
        <w:t xml:space="preserve">3.8 </w:t>
      </w:r>
      <w:r w:rsidR="005F6A5B">
        <w:rPr/>
        <w:t>Schijn-inspraak</w:t>
      </w:r>
      <w:r w:rsidR="005F6A5B">
        <w:rPr/>
        <w:t xml:space="preserve">: 2.514 </w:t>
      </w:r>
      <w:r w:rsidR="005F6A5B">
        <w:rPr/>
        <w:t>bezwaren</w:t>
      </w:r>
      <w:r w:rsidR="005F6A5B">
        <w:rPr/>
        <w:t xml:space="preserve">, </w:t>
      </w:r>
      <w:r w:rsidR="005F6A5B">
        <w:rPr/>
        <w:t>cosmetische</w:t>
      </w:r>
      <w:r w:rsidR="005F6A5B">
        <w:rPr/>
        <w:t xml:space="preserve"> </w:t>
      </w:r>
      <w:r w:rsidR="005F6A5B">
        <w:rPr/>
        <w:t>wijzigingen</w:t>
      </w:r>
    </w:p>
    <w:p w:rsidR="009D758D" w:rsidRDefault="005F6A5B" w14:paraId="20F03BC8" w14:textId="77777777">
      <w:r w:rsidR="005F6A5B">
        <w:rPr/>
        <w:t xml:space="preserve">Het </w:t>
      </w:r>
      <w:r w:rsidR="005F6A5B">
        <w:rPr/>
        <w:t>besluitvormingsproces</w:t>
      </w:r>
      <w:r w:rsidR="005F6A5B">
        <w:rPr/>
        <w:t xml:space="preserve"> </w:t>
      </w:r>
      <w:r w:rsidR="005F6A5B">
        <w:rPr/>
        <w:t>vertoont</w:t>
      </w:r>
      <w:r w:rsidR="005F6A5B">
        <w:rPr/>
        <w:t xml:space="preserve"> de </w:t>
      </w:r>
      <w:r w:rsidR="005F6A5B">
        <w:rPr/>
        <w:t>kenmerken</w:t>
      </w:r>
      <w:r w:rsidR="005F6A5B">
        <w:rPr/>
        <w:t xml:space="preserve"> van </w:t>
      </w:r>
      <w:r w:rsidRPr="6C968D7A" w:rsidR="005F6A5B">
        <w:rPr>
          <w:b w:val="1"/>
          <w:bCs w:val="1"/>
        </w:rPr>
        <w:t>schijn-inspraak</w:t>
      </w:r>
      <w:r w:rsidR="005F6A5B">
        <w:rPr/>
        <w:t xml:space="preserve">: het </w:t>
      </w:r>
      <w:r w:rsidR="005F6A5B">
        <w:rPr/>
        <w:t>inspraakproces</w:t>
      </w:r>
      <w:r w:rsidR="005F6A5B">
        <w:rPr/>
        <w:t xml:space="preserve"> </w:t>
      </w:r>
      <w:r w:rsidR="005F6A5B">
        <w:rPr/>
        <w:t>dient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om de </w:t>
      </w:r>
      <w:r w:rsidR="005F6A5B">
        <w:rPr/>
        <w:t>beslissing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informeren</w:t>
      </w:r>
      <w:r w:rsidR="005F6A5B">
        <w:rPr/>
        <w:t xml:space="preserve">, maar om </w:t>
      </w:r>
      <w:r w:rsidR="005F6A5B">
        <w:rPr/>
        <w:t>een</w:t>
      </w:r>
      <w:r w:rsidR="005F6A5B">
        <w:rPr/>
        <w:t xml:space="preserve"> </w:t>
      </w:r>
      <w:r w:rsidR="005F6A5B">
        <w:rPr/>
        <w:t>reeds</w:t>
      </w:r>
      <w:r w:rsidR="005F6A5B">
        <w:rPr/>
        <w:t xml:space="preserve"> </w:t>
      </w:r>
      <w:r w:rsidR="005F6A5B">
        <w:rPr/>
        <w:t>genomen</w:t>
      </w:r>
      <w:r w:rsidR="005F6A5B">
        <w:rPr/>
        <w:t xml:space="preserve"> </w:t>
      </w:r>
      <w:r w:rsidR="005F6A5B">
        <w:rPr/>
        <w:t>beslissing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legitimeren</w:t>
      </w:r>
      <w:r w:rsidR="005F6A5B">
        <w:rPr/>
        <w:t>.</w:t>
      </w:r>
    </w:p>
    <w:p w:rsidR="009D758D" w:rsidP="6C968D7A" w:rsidRDefault="005F6A5B" w14:paraId="1B27AEBC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 xml:space="preserve">(a) </w:t>
      </w:r>
      <w:r w:rsidRPr="6C968D7A" w:rsidR="005F6A5B">
        <w:rPr>
          <w:b w:val="1"/>
          <w:bCs w:val="1"/>
        </w:rPr>
        <w:t>Eerste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openbaar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onderzoek</w:t>
      </w:r>
      <w:r w:rsidRPr="6C968D7A" w:rsidR="005F6A5B">
        <w:rPr>
          <w:b w:val="1"/>
          <w:bCs w:val="1"/>
        </w:rPr>
        <w:t xml:space="preserve">: </w:t>
      </w:r>
      <w:r w:rsidRPr="6C968D7A" w:rsidR="005F6A5B">
        <w:rPr>
          <w:b w:val="1"/>
          <w:bCs w:val="1"/>
        </w:rPr>
        <w:t>massaal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bezwaar</w:t>
      </w:r>
    </w:p>
    <w:p w:rsidR="009D758D" w:rsidRDefault="005F6A5B" w14:paraId="2F4AFC38" w14:textId="77777777">
      <w:r w:rsidR="005F6A5B">
        <w:rPr/>
        <w:t xml:space="preserve">Het </w:t>
      </w:r>
      <w:r w:rsidR="005F6A5B">
        <w:rPr/>
        <w:t>eerste</w:t>
      </w:r>
      <w:r w:rsidR="005F6A5B">
        <w:rPr/>
        <w:t xml:space="preserve"> </w:t>
      </w:r>
      <w:r w:rsidR="005F6A5B">
        <w:rPr/>
        <w:t>openbaar</w:t>
      </w:r>
      <w:r w:rsidR="005F6A5B">
        <w:rPr/>
        <w:t xml:space="preserve"> </w:t>
      </w:r>
      <w:r w:rsidR="005F6A5B">
        <w:rPr/>
        <w:t>onderzoek</w:t>
      </w:r>
      <w:r w:rsidR="005F6A5B">
        <w:rPr/>
        <w:t xml:space="preserve"> (8 </w:t>
      </w:r>
      <w:r w:rsidR="005F6A5B">
        <w:rPr/>
        <w:t>november</w:t>
      </w:r>
      <w:r w:rsidR="005F6A5B">
        <w:rPr/>
        <w:t xml:space="preserve"> – 7 </w:t>
      </w:r>
      <w:r w:rsidR="005F6A5B">
        <w:rPr/>
        <w:t>december</w:t>
      </w:r>
      <w:r w:rsidR="005F6A5B">
        <w:rPr/>
        <w:t xml:space="preserve"> 2025) </w:t>
      </w:r>
      <w:r w:rsidR="005F6A5B">
        <w:rPr/>
        <w:t>resulteerde</w:t>
      </w:r>
      <w:r w:rsidR="005F6A5B">
        <w:rPr/>
        <w:t xml:space="preserve"> in </w:t>
      </w:r>
      <w:r w:rsidRPr="6C968D7A" w:rsidR="005F6A5B">
        <w:rPr>
          <w:b w:val="1"/>
          <w:bCs w:val="1"/>
        </w:rPr>
        <w:t xml:space="preserve">2.514 </w:t>
      </w:r>
      <w:r w:rsidRPr="6C968D7A" w:rsidR="005F6A5B">
        <w:rPr>
          <w:b w:val="1"/>
          <w:bCs w:val="1"/>
        </w:rPr>
        <w:t>bezwaarschriften</w:t>
      </w:r>
      <w:r w:rsidR="005F6A5B">
        <w:rPr/>
        <w:t xml:space="preserve"> (1.039 </w:t>
      </w:r>
      <w:r w:rsidR="005F6A5B">
        <w:rPr/>
        <w:t>digitaal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1.475 op papier </w:t>
      </w:r>
      <w:r w:rsidR="005F6A5B">
        <w:rPr/>
        <w:t>bij</w:t>
      </w:r>
      <w:r w:rsidR="005F6A5B">
        <w:rPr/>
        <w:t xml:space="preserve"> de </w:t>
      </w:r>
      <w:r w:rsidR="005F6A5B">
        <w:rPr/>
        <w:t>gemeenten</w:t>
      </w:r>
      <w:r w:rsidR="005F6A5B">
        <w:rPr/>
        <w:t xml:space="preserve">). De </w:t>
      </w:r>
      <w:r w:rsidR="005F6A5B">
        <w:rPr/>
        <w:t>verdeling</w:t>
      </w:r>
      <w:r w:rsidR="005F6A5B">
        <w:rPr/>
        <w:t xml:space="preserve"> per </w:t>
      </w:r>
      <w:r w:rsidR="005F6A5B">
        <w:rPr/>
        <w:t>gemeente</w:t>
      </w:r>
      <w:r w:rsidR="005F6A5B">
        <w:rPr/>
        <w:t xml:space="preserve"> </w:t>
      </w:r>
      <w:r w:rsidR="005F6A5B">
        <w:rPr/>
        <w:t>illustreert</w:t>
      </w:r>
      <w:r w:rsidR="005F6A5B">
        <w:rPr/>
        <w:t xml:space="preserve"> het brede </w:t>
      </w:r>
      <w:r w:rsidR="005F6A5B">
        <w:rPr/>
        <w:t>verzet</w:t>
      </w:r>
      <w:r w:rsidR="005F6A5B">
        <w:rPr/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9D758D" w:rsidTr="6C968D7A" w14:paraId="6AFC0C3C" w14:textId="77777777">
        <w:tc>
          <w:tcPr>
            <w:tcW w:w="4703" w:type="dxa"/>
            <w:shd w:val="clear" w:color="auto" w:fill="244061" w:themeFill="accent1" w:themeFillShade="80"/>
            <w:tcMar/>
          </w:tcPr>
          <w:p w:rsidR="009D758D" w:rsidP="6C968D7A" w:rsidRDefault="005F6A5B" w14:paraId="65A71B8D" w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Gemeente</w:t>
            </w:r>
          </w:p>
        </w:tc>
        <w:tc>
          <w:tcPr>
            <w:tcW w:w="4703" w:type="dxa"/>
            <w:shd w:val="clear" w:color="auto" w:fill="244061" w:themeFill="accent1" w:themeFillShade="80"/>
            <w:tcMar/>
          </w:tcPr>
          <w:p w:rsidR="009D758D" w:rsidP="6C968D7A" w:rsidRDefault="005F6A5B" w14:paraId="384B20AA" w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Aantal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bezwaren</w:t>
            </w:r>
          </w:p>
        </w:tc>
      </w:tr>
      <w:tr w:rsidR="009D758D" w:rsidTr="6C968D7A" w14:paraId="04AB39E5" w14:textId="77777777"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505B1258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Izegem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RDefault="005F6A5B" w14:paraId="4E05DBA5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497</w:t>
            </w:r>
          </w:p>
        </w:tc>
      </w:tr>
      <w:tr w:rsidR="009D758D" w:rsidTr="6C968D7A" w14:paraId="76BF7923" w14:textId="77777777">
        <w:tc>
          <w:tcPr>
            <w:tcW w:w="4703" w:type="dxa"/>
            <w:tcMar/>
          </w:tcPr>
          <w:p w:rsidR="009D758D" w:rsidP="6C968D7A" w:rsidRDefault="005F6A5B" w14:paraId="63409D29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Zedelgem</w:t>
            </w:r>
          </w:p>
        </w:tc>
        <w:tc>
          <w:tcPr>
            <w:tcW w:w="4703" w:type="dxa"/>
            <w:tcMar/>
          </w:tcPr>
          <w:p w:rsidR="009D758D" w:rsidRDefault="005F6A5B" w14:paraId="0E0408DF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280</w:t>
            </w:r>
          </w:p>
        </w:tc>
      </w:tr>
      <w:tr w:rsidR="009D758D" w:rsidTr="6C968D7A" w14:paraId="51A253E7" w14:textId="77777777"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50515376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Lichtervelde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RDefault="005F6A5B" w14:paraId="5C8738AC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208</w:t>
            </w:r>
          </w:p>
        </w:tc>
      </w:tr>
      <w:tr w:rsidR="009D758D" w:rsidTr="6C968D7A" w14:paraId="0D3BAE7F" w14:textId="77777777">
        <w:tc>
          <w:tcPr>
            <w:tcW w:w="4703" w:type="dxa"/>
            <w:tcMar/>
          </w:tcPr>
          <w:p w:rsidR="009D758D" w:rsidP="6C968D7A" w:rsidRDefault="005F6A5B" w14:paraId="7C435F5B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Harelbeke</w:t>
            </w:r>
          </w:p>
        </w:tc>
        <w:tc>
          <w:tcPr>
            <w:tcW w:w="4703" w:type="dxa"/>
            <w:tcMar/>
          </w:tcPr>
          <w:p w:rsidR="009D758D" w:rsidRDefault="005F6A5B" w14:paraId="759D24EC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117</w:t>
            </w:r>
          </w:p>
        </w:tc>
      </w:tr>
      <w:tr w:rsidR="009D758D" w:rsidTr="6C968D7A" w14:paraId="3CAC4C5B" w14:textId="77777777"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1374C5DF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Wingene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RDefault="005F6A5B" w14:paraId="5B1457B1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105</w:t>
            </w:r>
          </w:p>
        </w:tc>
      </w:tr>
      <w:tr w:rsidR="009D758D" w:rsidTr="6C968D7A" w14:paraId="6124A2D5" w14:textId="77777777">
        <w:tc>
          <w:tcPr>
            <w:tcW w:w="4703" w:type="dxa"/>
            <w:tcMar/>
          </w:tcPr>
          <w:p w:rsidR="009D758D" w:rsidP="6C968D7A" w:rsidRDefault="005F6A5B" w14:paraId="6A5481E9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Overige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gemeenten</w:t>
            </w:r>
          </w:p>
        </w:tc>
        <w:tc>
          <w:tcPr>
            <w:tcW w:w="4703" w:type="dxa"/>
            <w:tcMar/>
          </w:tcPr>
          <w:p w:rsidR="009D758D" w:rsidRDefault="005F6A5B" w14:paraId="57410373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1.307</w:t>
            </w:r>
          </w:p>
        </w:tc>
      </w:tr>
      <w:tr w:rsidR="009D758D" w:rsidTr="6C968D7A" w14:paraId="03582979" w14:textId="77777777"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08978595" w14:textId="77777777">
            <w:pPr>
              <w:spacing w:before="40" w:after="40"/>
              <w:rPr>
                <w:b w:val="1"/>
                <w:bCs w:val="1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Totaal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RDefault="005F6A5B" w14:paraId="69FF1D60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2.514</w:t>
            </w:r>
          </w:p>
        </w:tc>
      </w:tr>
    </w:tbl>
    <w:p w:rsidR="009D758D" w:rsidRDefault="009D758D" w14:paraId="0D0B940D" w14:textId="77777777"/>
    <w:p w:rsidR="009D758D" w:rsidP="6C968D7A" w:rsidRDefault="005F6A5B" w14:paraId="1AC71B89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 xml:space="preserve">(b) </w:t>
      </w:r>
      <w:r w:rsidRPr="6C968D7A" w:rsidR="005F6A5B">
        <w:rPr>
          <w:b w:val="1"/>
          <w:bCs w:val="1"/>
        </w:rPr>
        <w:t>Reactie</w:t>
      </w:r>
      <w:r w:rsidRPr="6C968D7A" w:rsidR="005F6A5B">
        <w:rPr>
          <w:b w:val="1"/>
          <w:bCs w:val="1"/>
        </w:rPr>
        <w:t xml:space="preserve"> Elia: </w:t>
      </w:r>
      <w:r w:rsidRPr="6C968D7A" w:rsidR="005F6A5B">
        <w:rPr>
          <w:b w:val="1"/>
          <w:bCs w:val="1"/>
        </w:rPr>
        <w:t>cosmetische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wijzigingen</w:t>
      </w:r>
    </w:p>
    <w:p w:rsidR="009D758D" w:rsidRDefault="005F6A5B" w14:paraId="302789CA" w14:textId="77777777">
      <w:r w:rsidR="005F6A5B">
        <w:rPr/>
        <w:t xml:space="preserve">Na </w:t>
      </w:r>
      <w:r w:rsidR="005F6A5B">
        <w:rPr/>
        <w:t>deze</w:t>
      </w:r>
      <w:r w:rsidR="005F6A5B">
        <w:rPr/>
        <w:t xml:space="preserve"> 2.514 </w:t>
      </w:r>
      <w:r w:rsidR="005F6A5B">
        <w:rPr/>
        <w:t>bezwaren</w:t>
      </w:r>
      <w:r w:rsidR="005F6A5B">
        <w:rPr/>
        <w:t xml:space="preserve"> </w:t>
      </w:r>
      <w:r w:rsidR="005F6A5B">
        <w:rPr/>
        <w:t>vroeg</w:t>
      </w:r>
      <w:r w:rsidR="005F6A5B">
        <w:rPr/>
        <w:t xml:space="preserve"> Elia 60 extra </w:t>
      </w:r>
      <w:r w:rsidR="005F6A5B">
        <w:rPr/>
        <w:t>dagen</w:t>
      </w:r>
      <w:r w:rsidR="005F6A5B">
        <w:rPr/>
        <w:t xml:space="preserve"> om alle </w:t>
      </w:r>
      <w:r w:rsidR="005F6A5B">
        <w:rPr/>
        <w:t>bezwaren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bestuderen</w:t>
      </w:r>
      <w:r w:rsidR="005F6A5B">
        <w:rPr/>
        <w:t xml:space="preserve">. Het </w:t>
      </w:r>
      <w:r w:rsidR="005F6A5B">
        <w:rPr/>
        <w:t>resultaat</w:t>
      </w:r>
      <w:r w:rsidR="005F6A5B">
        <w:rPr/>
        <w:t xml:space="preserve">: </w:t>
      </w:r>
      <w:r w:rsidR="005F6A5B">
        <w:rPr/>
        <w:t>een</w:t>
      </w:r>
      <w:r w:rsidR="005F6A5B">
        <w:rPr/>
        <w:t xml:space="preserve"> </w:t>
      </w:r>
      <w:r w:rsidR="005F6A5B">
        <w:rPr/>
        <w:t>bliksemafleider</w:t>
      </w:r>
      <w:r w:rsidR="005F6A5B">
        <w:rPr/>
        <w:t xml:space="preserve"> die van </w:t>
      </w:r>
      <w:r w:rsidR="005F6A5B">
        <w:rPr/>
        <w:t>plaats</w:t>
      </w:r>
      <w:r w:rsidR="005F6A5B">
        <w:rPr/>
        <w:t xml:space="preserve"> </w:t>
      </w:r>
      <w:r w:rsidR="005F6A5B">
        <w:rPr/>
        <w:t>moet</w:t>
      </w:r>
      <w:r w:rsidR="005F6A5B">
        <w:rPr/>
        <w:t xml:space="preserve"> </w:t>
      </w:r>
      <w:r w:rsidR="005F6A5B">
        <w:rPr/>
        <w:t>veranderen</w:t>
      </w:r>
      <w:r w:rsidR="005F6A5B">
        <w:rPr/>
        <w:t xml:space="preserve">, </w:t>
      </w:r>
      <w:r w:rsidR="005F6A5B">
        <w:rPr/>
        <w:t>een</w:t>
      </w:r>
      <w:r w:rsidR="005F6A5B">
        <w:rPr/>
        <w:t xml:space="preserve"> </w:t>
      </w:r>
      <w:r w:rsidR="005F6A5B">
        <w:rPr/>
        <w:t>aanpassing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omheining</w:t>
      </w:r>
      <w:r w:rsidR="005F6A5B">
        <w:rPr/>
        <w:t xml:space="preserve">, </w:t>
      </w:r>
      <w:r w:rsidR="005F6A5B">
        <w:rPr/>
        <w:t>en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groenzone</w:t>
      </w:r>
      <w:r w:rsidR="005F6A5B">
        <w:rPr/>
        <w:t xml:space="preserve">. Het </w:t>
      </w:r>
      <w:r w:rsidRPr="6C968D7A" w:rsidR="005F6A5B">
        <w:rPr>
          <w:b w:val="1"/>
          <w:bCs w:val="1"/>
        </w:rPr>
        <w:t>tracé</w:t>
      </w:r>
      <w:r w:rsidRPr="6C968D7A" w:rsidR="005F6A5B">
        <w:rPr>
          <w:b w:val="1"/>
          <w:bCs w:val="1"/>
        </w:rPr>
        <w:t xml:space="preserve"> is </w:t>
      </w:r>
      <w:r w:rsidRPr="6C968D7A" w:rsidR="005F6A5B">
        <w:rPr>
          <w:b w:val="1"/>
          <w:bCs w:val="1"/>
        </w:rPr>
        <w:t>niet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gewijzigd</w:t>
      </w:r>
      <w:r w:rsidR="005F6A5B">
        <w:rPr/>
        <w:t xml:space="preserve">. De </w:t>
      </w:r>
      <w:r w:rsidRPr="6C968D7A" w:rsidR="005F6A5B">
        <w:rPr>
          <w:b w:val="1"/>
          <w:bCs w:val="1"/>
        </w:rPr>
        <w:t>technologiekeuze</w:t>
      </w:r>
      <w:r w:rsidRPr="6C968D7A" w:rsidR="005F6A5B">
        <w:rPr>
          <w:b w:val="1"/>
          <w:bCs w:val="1"/>
        </w:rPr>
        <w:t xml:space="preserve"> is </w:t>
      </w:r>
      <w:r w:rsidRPr="6C968D7A" w:rsidR="005F6A5B">
        <w:rPr>
          <w:b w:val="1"/>
          <w:bCs w:val="1"/>
        </w:rPr>
        <w:t>niet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gewijzigd</w:t>
      </w:r>
      <w:r w:rsidR="005F6A5B">
        <w:rPr/>
        <w:t xml:space="preserve">. Geen </w:t>
      </w:r>
      <w:r w:rsidR="005F6A5B">
        <w:rPr/>
        <w:t>enkel</w:t>
      </w:r>
      <w:r w:rsidR="005F6A5B">
        <w:rPr/>
        <w:t xml:space="preserve"> </w:t>
      </w:r>
      <w:r w:rsidR="005F6A5B">
        <w:rPr/>
        <w:t>fundamenteel</w:t>
      </w:r>
      <w:r w:rsidR="005F6A5B">
        <w:rPr/>
        <w:t xml:space="preserve"> </w:t>
      </w:r>
      <w:r w:rsidR="005F6A5B">
        <w:rPr/>
        <w:t>bezwaar</w:t>
      </w:r>
      <w:r w:rsidR="005F6A5B">
        <w:rPr/>
        <w:t xml:space="preserve"> is </w:t>
      </w:r>
      <w:r w:rsidR="005F6A5B">
        <w:rPr/>
        <w:t>inhoudelijk</w:t>
      </w:r>
      <w:r w:rsidR="005F6A5B">
        <w:rPr/>
        <w:t xml:space="preserve"> </w:t>
      </w:r>
      <w:r w:rsidR="005F6A5B">
        <w:rPr/>
        <w:t>behandeld</w:t>
      </w:r>
      <w:r w:rsidR="005F6A5B">
        <w:rPr/>
        <w:t>.</w:t>
      </w:r>
    </w:p>
    <w:p w:rsidR="009D758D" w:rsidRDefault="005F6A5B" w14:paraId="16A5D036" w14:textId="77777777">
      <w:r w:rsidR="005F6A5B">
        <w:rPr/>
        <w:t xml:space="preserve">Dit </w:t>
      </w:r>
      <w:r w:rsidR="005F6A5B">
        <w:rPr/>
        <w:t>leidde</w:t>
      </w:r>
      <w:r w:rsidR="005F6A5B">
        <w:rPr/>
        <w:t xml:space="preserve"> tot </w:t>
      </w:r>
      <w:r w:rsidR="005F6A5B">
        <w:rPr/>
        <w:t>een</w:t>
      </w:r>
      <w:r w:rsidR="005F6A5B">
        <w:rPr/>
        <w:t xml:space="preserve"> </w:t>
      </w:r>
      <w:r w:rsidR="005F6A5B">
        <w:rPr/>
        <w:t>tweede</w:t>
      </w:r>
      <w:r w:rsidR="005F6A5B">
        <w:rPr/>
        <w:t xml:space="preserve"> </w:t>
      </w:r>
      <w:r w:rsidR="005F6A5B">
        <w:rPr/>
        <w:t>openbaar</w:t>
      </w:r>
      <w:r w:rsidR="005F6A5B">
        <w:rPr/>
        <w:t xml:space="preserve"> </w:t>
      </w:r>
      <w:r w:rsidR="005F6A5B">
        <w:rPr/>
        <w:t>onderzoek</w:t>
      </w:r>
      <w:r w:rsidR="005F6A5B">
        <w:rPr/>
        <w:t xml:space="preserve"> (6 </w:t>
      </w:r>
      <w:r w:rsidR="005F6A5B">
        <w:rPr/>
        <w:t>februari</w:t>
      </w:r>
      <w:r w:rsidR="005F6A5B">
        <w:rPr/>
        <w:t xml:space="preserve"> – 7 </w:t>
      </w:r>
      <w:r w:rsidR="005F6A5B">
        <w:rPr/>
        <w:t>maart</w:t>
      </w:r>
      <w:r w:rsidR="005F6A5B">
        <w:rPr/>
        <w:t xml:space="preserve"> 2026) </w:t>
      </w:r>
      <w:r w:rsidR="005F6A5B">
        <w:rPr/>
        <w:t>voor</w:t>
      </w:r>
      <w:r w:rsidR="005F6A5B">
        <w:rPr/>
        <w:t xml:space="preserve"> wat het </w:t>
      </w:r>
      <w:r w:rsidR="005F6A5B">
        <w:rPr/>
        <w:t>Departement</w:t>
      </w:r>
      <w:r w:rsidR="005F6A5B">
        <w:rPr/>
        <w:t xml:space="preserve"> </w:t>
      </w:r>
      <w:r w:rsidR="005F6A5B">
        <w:rPr/>
        <w:t>Omgeving</w:t>
      </w:r>
      <w:r w:rsidR="005F6A5B">
        <w:rPr/>
        <w:t xml:space="preserve"> </w:t>
      </w:r>
      <w:r w:rsidR="005F6A5B">
        <w:rPr/>
        <w:t>zelf</w:t>
      </w:r>
      <w:r w:rsidR="005F6A5B">
        <w:rPr/>
        <w:t xml:space="preserve"> "</w:t>
      </w:r>
      <w:r w:rsidR="005F6A5B">
        <w:rPr/>
        <w:t>kleinere</w:t>
      </w:r>
      <w:r w:rsidR="005F6A5B">
        <w:rPr/>
        <w:t xml:space="preserve"> </w:t>
      </w:r>
      <w:r w:rsidR="005F6A5B">
        <w:rPr/>
        <w:t>zaken</w:t>
      </w:r>
      <w:r w:rsidR="005F6A5B">
        <w:rPr/>
        <w:t xml:space="preserve">" </w:t>
      </w:r>
      <w:r w:rsidR="005F6A5B">
        <w:rPr/>
        <w:t>noemt</w:t>
      </w:r>
      <w:r w:rsidR="005F6A5B">
        <w:rPr/>
        <w:t>.</w:t>
      </w:r>
    </w:p>
    <w:p w:rsidR="009D758D" w:rsidRDefault="005F6A5B" w14:paraId="74825C0B" w14:textId="77777777">
      <w:r w:rsidRPr="6C968D7A" w:rsidR="005F6A5B">
        <w:rPr>
          <w:b w:val="1"/>
          <w:bCs w:val="1"/>
        </w:rPr>
        <w:t>(</w:t>
      </w:r>
      <w:r w:rsidRPr="6C968D7A" w:rsidR="005F6A5B">
        <w:rPr>
          <w:b w:val="1"/>
          <w:bCs w:val="1"/>
        </w:rPr>
        <w:t>b</w:t>
      </w:r>
      <w:r w:rsidRPr="6C968D7A" w:rsidR="005F6A5B">
        <w:rPr>
          <w:b w:val="1"/>
          <w:bCs w:val="1"/>
        </w:rPr>
        <w:t xml:space="preserve"> bis) </w:t>
      </w:r>
      <w:r w:rsidRPr="6C968D7A" w:rsidR="005F6A5B">
        <w:rPr>
          <w:b w:val="1"/>
          <w:bCs w:val="1"/>
        </w:rPr>
        <w:t>Misbruik</w:t>
      </w:r>
      <w:r w:rsidRPr="6C968D7A" w:rsidR="005F6A5B">
        <w:rPr>
          <w:b w:val="1"/>
          <w:bCs w:val="1"/>
        </w:rPr>
        <w:t xml:space="preserve"> van procedure — </w:t>
      </w:r>
      <w:r w:rsidRPr="6C968D7A" w:rsidR="005F6A5B">
        <w:rPr>
          <w:b w:val="1"/>
          <w:bCs w:val="1"/>
        </w:rPr>
        <w:t>tweede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kans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voor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sterker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juridisch</w:t>
      </w:r>
      <w:r w:rsidRPr="6C968D7A" w:rsidR="005F6A5B">
        <w:rPr>
          <w:b w:val="1"/>
          <w:bCs w:val="1"/>
        </w:rPr>
        <w:t xml:space="preserve"> dossier</w:t>
      </w:r>
    </w:p>
    <w:p w:rsidR="009D758D" w:rsidRDefault="25A181EA" w14:paraId="37EBCF7C" w14:textId="179AFF63">
      <w:r w:rsidR="25A181EA">
        <w:rPr/>
        <w:t>De "</w:t>
      </w:r>
      <w:r w:rsidR="25A181EA">
        <w:rPr/>
        <w:t>kleinere</w:t>
      </w:r>
      <w:r w:rsidR="25A181EA">
        <w:rPr/>
        <w:t xml:space="preserve"> </w:t>
      </w:r>
      <w:r w:rsidR="25A181EA">
        <w:rPr/>
        <w:t>zaken</w:t>
      </w:r>
      <w:r w:rsidR="25A181EA">
        <w:rPr/>
        <w:t xml:space="preserve">" die de </w:t>
      </w:r>
      <w:r w:rsidR="25A181EA">
        <w:rPr/>
        <w:t>tweede</w:t>
      </w:r>
      <w:r w:rsidR="25A181EA">
        <w:rPr/>
        <w:t xml:space="preserve"> </w:t>
      </w:r>
      <w:r w:rsidR="25A181EA">
        <w:rPr/>
        <w:t>aanvraag</w:t>
      </w:r>
      <w:r w:rsidR="25A181EA">
        <w:rPr/>
        <w:t xml:space="preserve"> </w:t>
      </w:r>
      <w:r w:rsidR="25A181EA">
        <w:rPr/>
        <w:t>rechtvaardigen</w:t>
      </w:r>
      <w:r w:rsidR="25A181EA">
        <w:rPr/>
        <w:t xml:space="preserve"> — </w:t>
      </w:r>
      <w:r w:rsidR="25A181EA">
        <w:rPr/>
        <w:t>een</w:t>
      </w:r>
      <w:r w:rsidR="25A181EA">
        <w:rPr/>
        <w:t xml:space="preserve"> </w:t>
      </w:r>
      <w:r w:rsidR="25A181EA">
        <w:rPr/>
        <w:t>bliksemafleider</w:t>
      </w:r>
      <w:r w:rsidR="25A181EA">
        <w:rPr/>
        <w:t xml:space="preserve">, </w:t>
      </w:r>
      <w:r w:rsidR="25A181EA">
        <w:rPr/>
        <w:t>een</w:t>
      </w:r>
      <w:r w:rsidR="25A181EA">
        <w:rPr/>
        <w:t xml:space="preserve"> </w:t>
      </w:r>
      <w:r w:rsidR="25A181EA">
        <w:rPr/>
        <w:t>omheining</w:t>
      </w:r>
      <w:r w:rsidR="25A181EA">
        <w:rPr/>
        <w:t xml:space="preserve">, </w:t>
      </w:r>
      <w:r w:rsidR="25A181EA">
        <w:rPr/>
        <w:t>een</w:t>
      </w:r>
      <w:r w:rsidR="25A181EA">
        <w:rPr/>
        <w:t xml:space="preserve"> </w:t>
      </w:r>
      <w:r w:rsidR="25A181EA">
        <w:rPr/>
        <w:t>groenzone</w:t>
      </w:r>
      <w:r w:rsidR="25A181EA">
        <w:rPr/>
        <w:t xml:space="preserve"> — </w:t>
      </w:r>
      <w:r w:rsidR="25A181EA">
        <w:rPr/>
        <w:t>zijn</w:t>
      </w:r>
      <w:r w:rsidR="25A181EA">
        <w:rPr/>
        <w:t xml:space="preserve"> </w:t>
      </w:r>
      <w:r w:rsidR="25A181EA">
        <w:rPr/>
        <w:t>geen</w:t>
      </w:r>
      <w:r w:rsidR="25A181EA">
        <w:rPr/>
        <w:t xml:space="preserve"> </w:t>
      </w:r>
      <w:r w:rsidR="25A181EA">
        <w:rPr/>
        <w:t>oprechte</w:t>
      </w:r>
      <w:r w:rsidR="25A181EA">
        <w:rPr/>
        <w:t xml:space="preserve"> </w:t>
      </w:r>
      <w:r w:rsidR="25A181EA">
        <w:rPr/>
        <w:t>reactie</w:t>
      </w:r>
      <w:r w:rsidR="25A181EA">
        <w:rPr/>
        <w:t xml:space="preserve"> op de 2.514 </w:t>
      </w:r>
      <w:r w:rsidR="25A181EA">
        <w:rPr/>
        <w:t>bezwaren</w:t>
      </w:r>
      <w:r w:rsidR="25A181EA">
        <w:rPr/>
        <w:t xml:space="preserve">, maar </w:t>
      </w:r>
      <w:r w:rsidR="25A181EA">
        <w:rPr/>
        <w:t>een</w:t>
      </w:r>
      <w:r w:rsidR="25A181EA">
        <w:rPr/>
        <w:t xml:space="preserve"> </w:t>
      </w:r>
      <w:r w:rsidRPr="6C968D7A" w:rsidR="25A181EA">
        <w:rPr>
          <w:b w:val="1"/>
          <w:bCs w:val="1"/>
        </w:rPr>
        <w:t>drogreden</w:t>
      </w:r>
      <w:r w:rsidR="25A181EA">
        <w:rPr/>
        <w:t xml:space="preserve">. De </w:t>
      </w:r>
      <w:r w:rsidR="25A181EA">
        <w:rPr/>
        <w:t>werkelijke</w:t>
      </w:r>
      <w:r w:rsidR="25A181EA">
        <w:rPr/>
        <w:t xml:space="preserve"> </w:t>
      </w:r>
      <w:r w:rsidR="25A181EA">
        <w:rPr/>
        <w:t>bedoeling</w:t>
      </w:r>
      <w:r w:rsidR="25A181EA">
        <w:rPr/>
        <w:t xml:space="preserve"> van de </w:t>
      </w:r>
      <w:r w:rsidR="25A181EA">
        <w:rPr/>
        <w:t>gewijzigde</w:t>
      </w:r>
      <w:r w:rsidR="25A181EA">
        <w:rPr/>
        <w:t xml:space="preserve"> </w:t>
      </w:r>
      <w:r w:rsidR="25A181EA">
        <w:rPr/>
        <w:t>aanvraag</w:t>
      </w:r>
      <w:r w:rsidR="25A181EA">
        <w:rPr/>
        <w:t xml:space="preserve"> is het </w:t>
      </w:r>
      <w:r w:rsidR="25A181EA">
        <w:rPr/>
        <w:t>herstellen</w:t>
      </w:r>
      <w:r w:rsidR="25A181EA">
        <w:rPr/>
        <w:t xml:space="preserve"> van </w:t>
      </w:r>
      <w:r w:rsidR="25A181EA">
        <w:rPr/>
        <w:t>juridische</w:t>
      </w:r>
      <w:r w:rsidR="25A181EA">
        <w:rPr/>
        <w:t xml:space="preserve"> </w:t>
      </w:r>
      <w:r w:rsidR="25A181EA">
        <w:rPr/>
        <w:t>gebreken</w:t>
      </w:r>
      <w:r w:rsidR="25A181EA">
        <w:rPr/>
        <w:t xml:space="preserve"> die in de </w:t>
      </w:r>
      <w:r w:rsidR="25A181EA">
        <w:rPr/>
        <w:t>bezwaarschriften</w:t>
      </w:r>
      <w:r w:rsidR="25A181EA">
        <w:rPr/>
        <w:t xml:space="preserve"> van het </w:t>
      </w:r>
      <w:r w:rsidR="25A181EA">
        <w:rPr/>
        <w:t>eerste</w:t>
      </w:r>
      <w:r w:rsidR="25A181EA">
        <w:rPr/>
        <w:t xml:space="preserve"> </w:t>
      </w:r>
      <w:r w:rsidR="25A181EA">
        <w:rPr/>
        <w:t>openbaar</w:t>
      </w:r>
      <w:r w:rsidR="25A181EA">
        <w:rPr/>
        <w:t xml:space="preserve"> </w:t>
      </w:r>
      <w:r w:rsidR="25A181EA">
        <w:rPr/>
        <w:t>onderzoek</w:t>
      </w:r>
      <w:r w:rsidR="25A181EA">
        <w:rPr/>
        <w:t xml:space="preserve"> </w:t>
      </w:r>
      <w:r w:rsidR="25A181EA">
        <w:rPr/>
        <w:t>werden</w:t>
      </w:r>
      <w:r w:rsidR="25A181EA">
        <w:rPr/>
        <w:t xml:space="preserve"> </w:t>
      </w:r>
      <w:r w:rsidR="25A181EA">
        <w:rPr/>
        <w:t>blootgelegd</w:t>
      </w:r>
      <w:r w:rsidR="25A181EA">
        <w:rPr/>
        <w:t xml:space="preserve">. Elia </w:t>
      </w:r>
      <w:r w:rsidR="25A181EA">
        <w:rPr/>
        <w:t>gebruikt</w:t>
      </w:r>
      <w:r w:rsidR="25A181EA">
        <w:rPr/>
        <w:t xml:space="preserve"> de procedure van art. 30 </w:t>
      </w:r>
      <w:r w:rsidR="25A181EA">
        <w:rPr/>
        <w:t>Omgevingsvergunningsdecreet</w:t>
      </w:r>
      <w:r w:rsidR="25A181EA">
        <w:rPr/>
        <w:t xml:space="preserve"> </w:t>
      </w:r>
      <w:r w:rsidR="25A181EA">
        <w:rPr/>
        <w:t>niet</w:t>
      </w:r>
      <w:r w:rsidR="25A181EA">
        <w:rPr/>
        <w:t xml:space="preserve"> om </w:t>
      </w:r>
      <w:r w:rsidR="25A181EA">
        <w:rPr/>
        <w:t>tegemoet</w:t>
      </w:r>
      <w:r w:rsidR="25A181EA">
        <w:rPr/>
        <w:t xml:space="preserve"> </w:t>
      </w:r>
      <w:r w:rsidR="25A181EA">
        <w:rPr/>
        <w:t>te</w:t>
      </w:r>
      <w:r w:rsidR="25A181EA">
        <w:rPr/>
        <w:t xml:space="preserve"> </w:t>
      </w:r>
      <w:r w:rsidR="25A181EA">
        <w:rPr/>
        <w:t>komen</w:t>
      </w:r>
      <w:r w:rsidR="25A181EA">
        <w:rPr/>
        <w:t xml:space="preserve"> </w:t>
      </w:r>
      <w:r w:rsidR="25A181EA">
        <w:rPr/>
        <w:t>aan</w:t>
      </w:r>
      <w:r w:rsidR="25A181EA">
        <w:rPr/>
        <w:t xml:space="preserve"> de </w:t>
      </w:r>
      <w:r w:rsidR="25A181EA">
        <w:rPr/>
        <w:t>bezwaren</w:t>
      </w:r>
      <w:r w:rsidR="25A181EA">
        <w:rPr/>
        <w:t xml:space="preserve">, maar om </w:t>
      </w:r>
      <w:r w:rsidR="25A181EA">
        <w:rPr/>
        <w:t>zichzelf</w:t>
      </w:r>
      <w:r w:rsidR="25A181EA">
        <w:rPr/>
        <w:t xml:space="preserve"> </w:t>
      </w:r>
      <w:r w:rsidR="25A181EA">
        <w:rPr/>
        <w:t>een</w:t>
      </w:r>
      <w:r w:rsidR="25A181EA">
        <w:rPr/>
        <w:t xml:space="preserve"> </w:t>
      </w:r>
      <w:r w:rsidRPr="6C968D7A" w:rsidR="25A181EA">
        <w:rPr>
          <w:b w:val="1"/>
          <w:bCs w:val="1"/>
        </w:rPr>
        <w:t>tweede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kans</w:t>
      </w:r>
      <w:r w:rsidR="25A181EA">
        <w:rPr/>
        <w:t xml:space="preserve"> </w:t>
      </w:r>
      <w:r w:rsidR="25A181EA">
        <w:rPr/>
        <w:t>te</w:t>
      </w:r>
      <w:r w:rsidR="25A181EA">
        <w:rPr/>
        <w:t xml:space="preserve"> </w:t>
      </w:r>
      <w:r w:rsidR="25A181EA">
        <w:rPr/>
        <w:t>geven</w:t>
      </w:r>
      <w:r w:rsidR="25A181EA">
        <w:rPr/>
        <w:t xml:space="preserve"> om </w:t>
      </w:r>
      <w:r w:rsidR="25A181EA">
        <w:rPr/>
        <w:t>een</w:t>
      </w:r>
      <w:r w:rsidR="25A181EA">
        <w:rPr/>
        <w:t xml:space="preserve"> </w:t>
      </w:r>
      <w:r w:rsidR="25A181EA">
        <w:rPr/>
        <w:t>juridisch</w:t>
      </w:r>
      <w:r w:rsidR="25A181EA">
        <w:rPr/>
        <w:t xml:space="preserve"> </w:t>
      </w:r>
      <w:r w:rsidR="25A181EA">
        <w:rPr/>
        <w:t>sterker</w:t>
      </w:r>
      <w:r w:rsidR="25A181EA">
        <w:rPr/>
        <w:t xml:space="preserve"> dossier op </w:t>
      </w:r>
      <w:r w:rsidR="25A181EA">
        <w:rPr/>
        <w:t>te</w:t>
      </w:r>
      <w:r w:rsidR="25A181EA">
        <w:rPr/>
        <w:t xml:space="preserve"> </w:t>
      </w:r>
      <w:r w:rsidR="25A181EA">
        <w:rPr/>
        <w:t>bouwen</w:t>
      </w:r>
      <w:r w:rsidR="25A181EA">
        <w:rPr/>
        <w:t xml:space="preserve"> — </w:t>
      </w:r>
      <w:r w:rsidR="25A181EA">
        <w:rPr/>
        <w:t>terwijl</w:t>
      </w:r>
      <w:r w:rsidR="25A181EA">
        <w:rPr/>
        <w:t xml:space="preserve"> het </w:t>
      </w:r>
      <w:r w:rsidR="25A181EA">
        <w:rPr/>
        <w:t>tracé</w:t>
      </w:r>
      <w:r w:rsidR="25A181EA">
        <w:rPr/>
        <w:t xml:space="preserve"> </w:t>
      </w:r>
      <w:r w:rsidR="25A181EA">
        <w:rPr/>
        <w:t>en</w:t>
      </w:r>
      <w:r w:rsidR="25A181EA">
        <w:rPr/>
        <w:t xml:space="preserve"> de </w:t>
      </w:r>
      <w:r w:rsidR="25A181EA">
        <w:rPr/>
        <w:t>technologiekeuze</w:t>
      </w:r>
      <w:r w:rsidR="25A181EA">
        <w:rPr/>
        <w:t xml:space="preserve"> </w:t>
      </w:r>
      <w:r w:rsidR="25A181EA">
        <w:rPr/>
        <w:t>onaangeroerd</w:t>
      </w:r>
      <w:r w:rsidR="25A181EA">
        <w:rPr/>
        <w:t xml:space="preserve"> </w:t>
      </w:r>
      <w:r w:rsidR="25A181EA">
        <w:rPr/>
        <w:t>blijven</w:t>
      </w:r>
      <w:r w:rsidR="25A181EA">
        <w:rPr/>
        <w:t xml:space="preserve">. Dit </w:t>
      </w:r>
      <w:r w:rsidR="25A181EA">
        <w:rPr/>
        <w:t>constitueert</w:t>
      </w:r>
      <w:r w:rsidR="25A181EA">
        <w:rPr/>
        <w:t xml:space="preserve"> </w:t>
      </w:r>
      <w:r w:rsidR="25A181EA">
        <w:rPr/>
        <w:t>een</w:t>
      </w:r>
      <w:r w:rsidR="25A181EA">
        <w:rPr/>
        <w:t xml:space="preserve"> </w:t>
      </w:r>
      <w:r w:rsidRPr="6C968D7A" w:rsidR="25A181EA">
        <w:rPr>
          <w:b w:val="1"/>
          <w:bCs w:val="1"/>
        </w:rPr>
        <w:t>misbruik</w:t>
      </w:r>
      <w:r w:rsidRPr="6C968D7A" w:rsidR="25A181EA">
        <w:rPr>
          <w:b w:val="1"/>
          <w:bCs w:val="1"/>
        </w:rPr>
        <w:t xml:space="preserve"> van de procedure</w:t>
      </w:r>
      <w:r w:rsidR="25A181EA">
        <w:rPr/>
        <w:t xml:space="preserve">: de </w:t>
      </w:r>
      <w:r w:rsidR="25A181EA">
        <w:rPr/>
        <w:t>wijzigingsprocedure</w:t>
      </w:r>
      <w:r w:rsidR="25A181EA">
        <w:rPr/>
        <w:t xml:space="preserve"> </w:t>
      </w:r>
      <w:r w:rsidR="25A181EA">
        <w:rPr/>
        <w:t>wordt</w:t>
      </w:r>
      <w:r w:rsidR="25A181EA">
        <w:rPr/>
        <w:t xml:space="preserve"> </w:t>
      </w:r>
      <w:r w:rsidR="25A181EA">
        <w:rPr/>
        <w:t>aangewend</w:t>
      </w:r>
      <w:r w:rsidR="25A181EA">
        <w:rPr/>
        <w:t xml:space="preserve"> </w:t>
      </w:r>
      <w:r w:rsidR="25A181EA">
        <w:rPr/>
        <w:t>voor</w:t>
      </w:r>
      <w:r w:rsidR="25A181EA">
        <w:rPr/>
        <w:t xml:space="preserve"> </w:t>
      </w:r>
      <w:r w:rsidR="25A181EA">
        <w:rPr/>
        <w:t>een</w:t>
      </w:r>
      <w:r w:rsidR="25A181EA">
        <w:rPr/>
        <w:t xml:space="preserve"> </w:t>
      </w:r>
      <w:r w:rsidR="25A181EA">
        <w:rPr/>
        <w:t>ander</w:t>
      </w:r>
      <w:r w:rsidR="25A181EA">
        <w:rPr/>
        <w:t xml:space="preserve"> </w:t>
      </w:r>
      <w:r w:rsidR="25A181EA">
        <w:rPr/>
        <w:t>doel</w:t>
      </w:r>
      <w:r w:rsidR="25A181EA">
        <w:rPr/>
        <w:t xml:space="preserve"> dan </w:t>
      </w:r>
      <w:r w:rsidR="25A181EA">
        <w:rPr/>
        <w:t>waarvoor</w:t>
      </w:r>
      <w:r w:rsidR="25A181EA">
        <w:rPr/>
        <w:t xml:space="preserve"> </w:t>
      </w:r>
      <w:r w:rsidR="25A181EA">
        <w:rPr/>
        <w:t>zij</w:t>
      </w:r>
      <w:r w:rsidR="25A181EA">
        <w:rPr/>
        <w:t xml:space="preserve"> is </w:t>
      </w:r>
      <w:r w:rsidR="25A181EA">
        <w:rPr/>
        <w:t>bedoeld</w:t>
      </w:r>
      <w:r w:rsidR="25A181EA">
        <w:rPr/>
        <w:t xml:space="preserve">. </w:t>
      </w:r>
    </w:p>
    <w:p w:rsidR="009D758D" w:rsidP="6C968D7A" w:rsidRDefault="005F6A5B" w14:paraId="24B332FE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>(</w:t>
      </w:r>
      <w:r w:rsidRPr="6C968D7A" w:rsidR="005F6A5B">
        <w:rPr>
          <w:b w:val="1"/>
          <w:bCs w:val="1"/>
        </w:rPr>
        <w:t>b</w:t>
      </w:r>
      <w:r w:rsidRPr="6C968D7A" w:rsidR="005F6A5B">
        <w:rPr>
          <w:b w:val="1"/>
          <w:bCs w:val="1"/>
        </w:rPr>
        <w:t xml:space="preserve"> ter) </w:t>
      </w:r>
      <w:r w:rsidRPr="6C968D7A" w:rsidR="005F6A5B">
        <w:rPr>
          <w:b w:val="1"/>
          <w:bCs w:val="1"/>
        </w:rPr>
        <w:t>Grondboringen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reeds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uitgevoerd</w:t>
      </w:r>
      <w:r w:rsidRPr="6C968D7A" w:rsidR="005F6A5B">
        <w:rPr>
          <w:b w:val="1"/>
          <w:bCs w:val="1"/>
        </w:rPr>
        <w:t xml:space="preserve"> — </w:t>
      </w:r>
      <w:r w:rsidRPr="6C968D7A" w:rsidR="005F6A5B">
        <w:rPr>
          <w:b w:val="1"/>
          <w:bCs w:val="1"/>
        </w:rPr>
        <w:t>voorafname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vergunningsbesluit</w:t>
      </w:r>
    </w:p>
    <w:p w:rsidR="009D758D" w:rsidRDefault="25A181EA" w14:paraId="54E18416" w14:textId="7DC7991C">
      <w:r w:rsidR="25A181EA">
        <w:rPr/>
        <w:t xml:space="preserve">Het patroon van </w:t>
      </w:r>
      <w:r w:rsidR="25A181EA">
        <w:rPr/>
        <w:t>schijn-inspraak</w:t>
      </w:r>
      <w:r w:rsidR="25A181EA">
        <w:rPr/>
        <w:t xml:space="preserve"> </w:t>
      </w:r>
      <w:r w:rsidR="25A181EA">
        <w:rPr/>
        <w:t>wordt</w:t>
      </w:r>
      <w:r w:rsidR="25A181EA">
        <w:rPr/>
        <w:t xml:space="preserve"> </w:t>
      </w:r>
      <w:r w:rsidR="25A181EA">
        <w:rPr/>
        <w:t>versterkt</w:t>
      </w:r>
      <w:r w:rsidR="25A181EA">
        <w:rPr/>
        <w:t xml:space="preserve"> door de </w:t>
      </w:r>
      <w:r w:rsidR="25A181EA">
        <w:rPr/>
        <w:t>feitelijke</w:t>
      </w:r>
      <w:r w:rsidR="25A181EA">
        <w:rPr/>
        <w:t xml:space="preserve"> </w:t>
      </w:r>
      <w:r w:rsidR="25A181EA">
        <w:rPr/>
        <w:t>vaststelling</w:t>
      </w:r>
      <w:r w:rsidR="25A181EA">
        <w:rPr/>
        <w:t xml:space="preserve"> </w:t>
      </w:r>
      <w:r w:rsidR="25A181EA">
        <w:rPr/>
        <w:t>dat</w:t>
      </w:r>
      <w:r w:rsidR="25A181EA">
        <w:rPr/>
        <w:t xml:space="preserve"> </w:t>
      </w:r>
      <w:r w:rsidRPr="6C968D7A" w:rsidR="25A181EA">
        <w:rPr>
          <w:b w:val="1"/>
          <w:bCs w:val="1"/>
        </w:rPr>
        <w:t>grondboringen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reeds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zijn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uitgevoerd</w:t>
      </w:r>
      <w:r w:rsidR="25A181EA">
        <w:rPr/>
        <w:t xml:space="preserve"> </w:t>
      </w:r>
      <w:r w:rsidR="25A181EA">
        <w:rPr/>
        <w:t>naast</w:t>
      </w:r>
      <w:r w:rsidR="25A181EA">
        <w:rPr/>
        <w:t xml:space="preserve"> </w:t>
      </w:r>
      <w:r w:rsidR="25A181EA">
        <w:rPr/>
        <w:t>woningen</w:t>
      </w:r>
      <w:r w:rsidR="25A181EA">
        <w:rPr/>
        <w:t xml:space="preserve"> </w:t>
      </w:r>
      <w:r w:rsidR="25A181EA">
        <w:rPr/>
        <w:t>langs</w:t>
      </w:r>
      <w:r w:rsidR="25A181EA">
        <w:rPr/>
        <w:t xml:space="preserve"> het </w:t>
      </w:r>
      <w:r w:rsidR="25A181EA">
        <w:rPr/>
        <w:t>Ventilus</w:t>
      </w:r>
      <w:r w:rsidR="25A181EA">
        <w:rPr/>
        <w:t>-tracé</w:t>
      </w:r>
      <w:r w:rsidR="25A181EA">
        <w:rPr/>
        <w:t xml:space="preserve">, </w:t>
      </w:r>
      <w:r w:rsidR="25A181EA">
        <w:rPr/>
        <w:t>terwijl</w:t>
      </w:r>
      <w:r w:rsidR="25A181EA">
        <w:rPr/>
        <w:t xml:space="preserve"> de </w:t>
      </w:r>
      <w:r w:rsidR="25A181EA">
        <w:rPr/>
        <w:t>omgevingsvergunning</w:t>
      </w:r>
      <w:r w:rsidR="25A181EA">
        <w:rPr/>
        <w:t xml:space="preserve"> </w:t>
      </w:r>
      <w:r w:rsidR="25A181EA">
        <w:rPr/>
        <w:t>nog</w:t>
      </w:r>
      <w:r w:rsidR="25A181EA">
        <w:rPr/>
        <w:t xml:space="preserve"> </w:t>
      </w:r>
      <w:r w:rsidR="25A181EA">
        <w:rPr/>
        <w:t>niet</w:t>
      </w:r>
      <w:r w:rsidR="25A181EA">
        <w:rPr/>
        <w:t xml:space="preserve"> is </w:t>
      </w:r>
      <w:r w:rsidR="25A181EA">
        <w:rPr/>
        <w:t>verleend</w:t>
      </w:r>
      <w:r w:rsidR="25A181EA">
        <w:rPr/>
        <w:t xml:space="preserve">. </w:t>
      </w:r>
      <w:r w:rsidR="25A181EA">
        <w:rPr/>
        <w:t>Bewoners</w:t>
      </w:r>
      <w:r w:rsidR="25A181EA">
        <w:rPr/>
        <w:t xml:space="preserve"> </w:t>
      </w:r>
      <w:r w:rsidR="25A181EA">
        <w:rPr/>
        <w:t>hebben</w:t>
      </w:r>
      <w:r w:rsidR="25A181EA">
        <w:rPr/>
        <w:t xml:space="preserve"> </w:t>
      </w:r>
      <w:r w:rsidR="25A181EA">
        <w:rPr/>
        <w:t>vastgesteld</w:t>
      </w:r>
      <w:r w:rsidR="25A181EA">
        <w:rPr/>
        <w:t xml:space="preserve"> </w:t>
      </w:r>
      <w:r w:rsidR="25A181EA">
        <w:rPr/>
        <w:t>dat</w:t>
      </w:r>
      <w:r w:rsidR="25A181EA">
        <w:rPr/>
        <w:t xml:space="preserve"> </w:t>
      </w:r>
      <w:r w:rsidR="25A181EA">
        <w:rPr/>
        <w:t>sonderingen</w:t>
      </w:r>
      <w:r w:rsidR="25A181EA">
        <w:rPr/>
        <w:t xml:space="preserve"> </w:t>
      </w:r>
      <w:r w:rsidR="25A181EA">
        <w:rPr/>
        <w:t>en</w:t>
      </w:r>
      <w:r w:rsidR="25A181EA">
        <w:rPr/>
        <w:t xml:space="preserve"> </w:t>
      </w:r>
      <w:r w:rsidR="25A181EA">
        <w:rPr/>
        <w:t>bodemonderzoeken</w:t>
      </w:r>
      <w:r w:rsidR="25A181EA">
        <w:rPr/>
        <w:t xml:space="preserve"> </w:t>
      </w:r>
      <w:r w:rsidR="25A181EA">
        <w:rPr/>
        <w:t>voor</w:t>
      </w:r>
      <w:r w:rsidR="25A181EA">
        <w:rPr/>
        <w:t xml:space="preserve"> </w:t>
      </w:r>
      <w:r w:rsidR="25A181EA">
        <w:rPr/>
        <w:t>mastlocaties</w:t>
      </w:r>
      <w:r w:rsidR="25A181EA">
        <w:rPr/>
        <w:t xml:space="preserve"> </w:t>
      </w:r>
      <w:r w:rsidR="25A181EA">
        <w:rPr/>
        <w:t>reeds</w:t>
      </w:r>
      <w:r w:rsidR="25A181EA">
        <w:rPr/>
        <w:t xml:space="preserve"> ter </w:t>
      </w:r>
      <w:r w:rsidR="25A181EA">
        <w:rPr/>
        <w:t>plaatse</w:t>
      </w:r>
      <w:r w:rsidR="25A181EA">
        <w:rPr/>
        <w:t xml:space="preserve"> </w:t>
      </w:r>
      <w:r w:rsidR="25A181EA">
        <w:rPr/>
        <w:t>zijn</w:t>
      </w:r>
      <w:r w:rsidR="25A181EA">
        <w:rPr/>
        <w:t xml:space="preserve"> </w:t>
      </w:r>
      <w:r w:rsidR="25A181EA">
        <w:rPr/>
        <w:t>uitgevoerd</w:t>
      </w:r>
      <w:r w:rsidR="25A181EA">
        <w:rPr/>
        <w:t xml:space="preserve">. </w:t>
      </w:r>
      <w:r w:rsidR="25A181EA">
        <w:rPr/>
        <w:t>Hoewel</w:t>
      </w:r>
      <w:r w:rsidR="25A181EA">
        <w:rPr/>
        <w:t xml:space="preserve"> </w:t>
      </w:r>
      <w:r w:rsidR="25A181EA">
        <w:rPr/>
        <w:t>dergelijke</w:t>
      </w:r>
      <w:r w:rsidR="25A181EA">
        <w:rPr/>
        <w:t xml:space="preserve"> </w:t>
      </w:r>
      <w:r w:rsidR="25A181EA">
        <w:rPr/>
        <w:t>werkzaamheden</w:t>
      </w:r>
      <w:r w:rsidR="25A181EA">
        <w:rPr/>
        <w:t xml:space="preserve"> </w:t>
      </w:r>
      <w:r w:rsidR="25A181EA">
        <w:rPr/>
        <w:t>als</w:t>
      </w:r>
      <w:r w:rsidR="25A181EA">
        <w:rPr/>
        <w:t xml:space="preserve"> "</w:t>
      </w:r>
      <w:r w:rsidR="25A181EA">
        <w:rPr/>
        <w:t>voorbereidend</w:t>
      </w:r>
      <w:r w:rsidR="25A181EA">
        <w:rPr/>
        <w:t xml:space="preserve"> </w:t>
      </w:r>
      <w:r w:rsidR="25A181EA">
        <w:rPr/>
        <w:t>bodemonderzoek</w:t>
      </w:r>
      <w:r w:rsidR="25A181EA">
        <w:rPr/>
        <w:t xml:space="preserve">" </w:t>
      </w:r>
      <w:r w:rsidR="25A181EA">
        <w:rPr/>
        <w:t>kunnen</w:t>
      </w:r>
      <w:r w:rsidR="25A181EA">
        <w:rPr/>
        <w:t xml:space="preserve"> </w:t>
      </w:r>
      <w:r w:rsidR="25A181EA">
        <w:rPr/>
        <w:t>worden</w:t>
      </w:r>
      <w:r w:rsidR="25A181EA">
        <w:rPr/>
        <w:t xml:space="preserve"> </w:t>
      </w:r>
      <w:r w:rsidR="25A181EA">
        <w:rPr/>
        <w:t>gekwalificeerd</w:t>
      </w:r>
      <w:r w:rsidR="25A181EA">
        <w:rPr/>
        <w:t xml:space="preserve">, </w:t>
      </w:r>
      <w:r w:rsidR="25A181EA">
        <w:rPr/>
        <w:t>roept</w:t>
      </w:r>
      <w:r w:rsidR="25A181EA">
        <w:rPr/>
        <w:t xml:space="preserve"> de </w:t>
      </w:r>
      <w:r w:rsidR="25A181EA">
        <w:rPr/>
        <w:t>uitvoering</w:t>
      </w:r>
      <w:r w:rsidR="25A181EA">
        <w:rPr/>
        <w:t xml:space="preserve"> </w:t>
      </w:r>
      <w:r w:rsidR="25A181EA">
        <w:rPr/>
        <w:t>ervan</w:t>
      </w:r>
      <w:r w:rsidR="25A181EA">
        <w:rPr/>
        <w:t xml:space="preserve"> in de </w:t>
      </w:r>
      <w:r w:rsidR="25A181EA">
        <w:rPr/>
        <w:t>onmiddellijke</w:t>
      </w:r>
      <w:r w:rsidR="25A181EA">
        <w:rPr/>
        <w:t xml:space="preserve"> </w:t>
      </w:r>
      <w:r w:rsidR="25A181EA">
        <w:rPr/>
        <w:t>nabijheid</w:t>
      </w:r>
      <w:r w:rsidR="25A181EA">
        <w:rPr/>
        <w:t xml:space="preserve"> van </w:t>
      </w:r>
      <w:r w:rsidR="25A181EA">
        <w:rPr/>
        <w:t>woningen</w:t>
      </w:r>
      <w:r w:rsidR="25A181EA">
        <w:rPr/>
        <w:t xml:space="preserve"> — </w:t>
      </w:r>
      <w:r w:rsidR="25A181EA">
        <w:rPr/>
        <w:t>terwijl</w:t>
      </w:r>
      <w:r w:rsidR="25A181EA">
        <w:rPr/>
        <w:t xml:space="preserve"> het </w:t>
      </w:r>
      <w:r w:rsidR="25A181EA">
        <w:rPr/>
        <w:t>openbaar</w:t>
      </w:r>
      <w:r w:rsidR="25A181EA">
        <w:rPr/>
        <w:t xml:space="preserve"> </w:t>
      </w:r>
      <w:r w:rsidR="25A181EA">
        <w:rPr/>
        <w:t>onderzoek</w:t>
      </w:r>
      <w:r w:rsidR="25A181EA">
        <w:rPr/>
        <w:t xml:space="preserve"> </w:t>
      </w:r>
      <w:r w:rsidR="25A181EA">
        <w:rPr/>
        <w:t>nog</w:t>
      </w:r>
      <w:r w:rsidR="25A181EA">
        <w:rPr/>
        <w:t xml:space="preserve"> </w:t>
      </w:r>
      <w:r w:rsidR="25A181EA">
        <w:rPr/>
        <w:t>loopt</w:t>
      </w:r>
      <w:r w:rsidR="25A181EA">
        <w:rPr/>
        <w:t xml:space="preserve"> — </w:t>
      </w:r>
      <w:r w:rsidR="25A181EA">
        <w:rPr/>
        <w:t>ernstige</w:t>
      </w:r>
      <w:r w:rsidR="25A181EA">
        <w:rPr/>
        <w:t xml:space="preserve"> </w:t>
      </w:r>
      <w:r w:rsidR="25A181EA">
        <w:rPr/>
        <w:t>vragen</w:t>
      </w:r>
      <w:r w:rsidR="25A181EA">
        <w:rPr/>
        <w:t xml:space="preserve"> op over de </w:t>
      </w:r>
      <w:r w:rsidRPr="6C968D7A" w:rsidR="25A181EA">
        <w:rPr>
          <w:b w:val="1"/>
          <w:bCs w:val="1"/>
        </w:rPr>
        <w:t>voorafname</w:t>
      </w:r>
      <w:r w:rsidRPr="6C968D7A" w:rsidR="25A181EA">
        <w:rPr>
          <w:b w:val="1"/>
          <w:bCs w:val="1"/>
        </w:rPr>
        <w:t xml:space="preserve"> van het </w:t>
      </w:r>
      <w:r w:rsidRPr="6C968D7A" w:rsidR="25A181EA">
        <w:rPr>
          <w:b w:val="1"/>
          <w:bCs w:val="1"/>
        </w:rPr>
        <w:t>vergunningsbesluit</w:t>
      </w:r>
      <w:r w:rsidR="25A181EA">
        <w:rPr/>
        <w:t xml:space="preserve">. Het </w:t>
      </w:r>
      <w:r w:rsidR="25A181EA">
        <w:rPr/>
        <w:t>wekt</w:t>
      </w:r>
      <w:r w:rsidR="25A181EA">
        <w:rPr/>
        <w:t xml:space="preserve"> </w:t>
      </w:r>
      <w:r w:rsidR="25A181EA">
        <w:rPr/>
        <w:t>bij</w:t>
      </w:r>
      <w:r w:rsidR="25A181EA">
        <w:rPr/>
        <w:t xml:space="preserve"> de </w:t>
      </w:r>
      <w:r w:rsidR="25A181EA">
        <w:rPr/>
        <w:t>betrokken</w:t>
      </w:r>
      <w:r w:rsidR="25A181EA">
        <w:rPr/>
        <w:t xml:space="preserve"> burgers </w:t>
      </w:r>
      <w:r w:rsidR="25A181EA">
        <w:rPr/>
        <w:t>terecht</w:t>
      </w:r>
      <w:r w:rsidR="25A181EA">
        <w:rPr/>
        <w:t xml:space="preserve"> de </w:t>
      </w:r>
      <w:r w:rsidR="25A181EA">
        <w:rPr/>
        <w:t>indruk</w:t>
      </w:r>
      <w:r w:rsidR="25A181EA">
        <w:rPr/>
        <w:t xml:space="preserve"> </w:t>
      </w:r>
      <w:r w:rsidR="25A181EA">
        <w:rPr/>
        <w:t>dat</w:t>
      </w:r>
      <w:r w:rsidR="25A181EA">
        <w:rPr/>
        <w:t xml:space="preserve"> de </w:t>
      </w:r>
      <w:r w:rsidR="25A181EA">
        <w:rPr/>
        <w:t>beslissing</w:t>
      </w:r>
      <w:r w:rsidR="25A181EA">
        <w:rPr/>
        <w:t xml:space="preserve"> </w:t>
      </w:r>
      <w:r w:rsidR="25A181EA">
        <w:rPr/>
        <w:t>reeds</w:t>
      </w:r>
      <w:r w:rsidR="25A181EA">
        <w:rPr/>
        <w:t xml:space="preserve"> </w:t>
      </w:r>
      <w:r w:rsidR="25A181EA">
        <w:rPr/>
        <w:t>genomen</w:t>
      </w:r>
      <w:r w:rsidR="25A181EA">
        <w:rPr/>
        <w:t xml:space="preserve"> is </w:t>
      </w:r>
      <w:r w:rsidR="25A181EA">
        <w:rPr/>
        <w:t>en</w:t>
      </w:r>
      <w:r w:rsidR="25A181EA">
        <w:rPr/>
        <w:t xml:space="preserve"> </w:t>
      </w:r>
      <w:r w:rsidR="25A181EA">
        <w:rPr/>
        <w:t>dat</w:t>
      </w:r>
      <w:r w:rsidR="25A181EA">
        <w:rPr/>
        <w:t xml:space="preserve"> het </w:t>
      </w:r>
      <w:r w:rsidR="25A181EA">
        <w:rPr/>
        <w:t>openbaar</w:t>
      </w:r>
      <w:r w:rsidR="25A181EA">
        <w:rPr/>
        <w:t xml:space="preserve"> </w:t>
      </w:r>
      <w:r w:rsidR="25A181EA">
        <w:rPr/>
        <w:t>onderzoek</w:t>
      </w:r>
      <w:r w:rsidR="25A181EA">
        <w:rPr/>
        <w:t xml:space="preserve"> </w:t>
      </w:r>
      <w:r w:rsidR="25A181EA">
        <w:rPr/>
        <w:t>een</w:t>
      </w:r>
      <w:r w:rsidR="25A181EA">
        <w:rPr/>
        <w:t xml:space="preserve"> </w:t>
      </w:r>
      <w:r w:rsidR="25A181EA">
        <w:rPr/>
        <w:t>lege</w:t>
      </w:r>
      <w:r w:rsidR="25A181EA">
        <w:rPr/>
        <w:t xml:space="preserve"> </w:t>
      </w:r>
      <w:r w:rsidR="25A181EA">
        <w:rPr/>
        <w:t>formaliteit</w:t>
      </w:r>
      <w:r w:rsidR="25A181EA">
        <w:rPr/>
        <w:t xml:space="preserve"> is.</w:t>
      </w:r>
    </w:p>
    <w:p w:rsidR="009D758D" w:rsidP="25A181EA" w:rsidRDefault="25A181EA" w14:paraId="1AF102BB" w14:textId="2F1372C0">
      <w:r w:rsidRPr="6C968D7A" w:rsidR="25A181EA">
        <w:rPr>
          <w:b w:val="1"/>
          <w:bCs w:val="1"/>
        </w:rPr>
        <w:t xml:space="preserve">(c) 25 </w:t>
      </w:r>
      <w:r w:rsidRPr="6C968D7A" w:rsidR="25A181EA">
        <w:rPr>
          <w:b w:val="1"/>
          <w:bCs w:val="1"/>
        </w:rPr>
        <w:t>annulatieverzoeken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bij</w:t>
      </w:r>
      <w:r w:rsidRPr="6C968D7A" w:rsidR="25A181EA">
        <w:rPr>
          <w:b w:val="1"/>
          <w:bCs w:val="1"/>
        </w:rPr>
        <w:t xml:space="preserve"> de Raad van State</w:t>
      </w:r>
    </w:p>
    <w:p w:rsidR="009D758D" w:rsidRDefault="005F6A5B" w14:paraId="1A79DA17" w14:textId="77777777">
      <w:r w:rsidR="005F6A5B">
        <w:rPr/>
        <w:t xml:space="preserve">Het GRUP </w:t>
      </w:r>
      <w:r w:rsidR="005F6A5B">
        <w:rPr/>
        <w:t>Ventilus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bestreden</w:t>
      </w:r>
      <w:r w:rsidR="005F6A5B">
        <w:rPr/>
        <w:t xml:space="preserve"> door </w:t>
      </w:r>
      <w:r w:rsidRPr="6C968D7A" w:rsidR="005F6A5B">
        <w:rPr>
          <w:b w:val="1"/>
          <w:bCs w:val="1"/>
        </w:rPr>
        <w:t xml:space="preserve">25 </w:t>
      </w:r>
      <w:r w:rsidRPr="6C968D7A" w:rsidR="005F6A5B">
        <w:rPr>
          <w:b w:val="1"/>
          <w:bCs w:val="1"/>
        </w:rPr>
        <w:t>annulatieverzoeken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de Raad van State, </w:t>
      </w:r>
      <w:r w:rsidR="005F6A5B">
        <w:rPr/>
        <w:t>ingediend</w:t>
      </w:r>
      <w:r w:rsidR="005F6A5B">
        <w:rPr/>
        <w:t xml:space="preserve"> door </w:t>
      </w:r>
      <w:r w:rsidR="005F6A5B">
        <w:rPr/>
        <w:t>minstens</w:t>
      </w:r>
      <w:r w:rsidR="005F6A5B">
        <w:rPr/>
        <w:t xml:space="preserve"> 11 </w:t>
      </w:r>
      <w:r w:rsidR="005F6A5B">
        <w:rPr/>
        <w:t>gemeenten</w:t>
      </w:r>
      <w:r w:rsidR="005F6A5B">
        <w:rPr/>
        <w:t xml:space="preserve"> (</w:t>
      </w:r>
      <w:r w:rsidR="005F6A5B">
        <w:rPr/>
        <w:t>waaronder</w:t>
      </w:r>
      <w:r w:rsidR="005F6A5B">
        <w:rPr/>
        <w:t xml:space="preserve"> Roeselare, </w:t>
      </w:r>
      <w:r w:rsidR="005F6A5B">
        <w:rPr/>
        <w:t>Izegem</w:t>
      </w:r>
      <w:r w:rsidR="005F6A5B">
        <w:rPr/>
        <w:t xml:space="preserve">, </w:t>
      </w:r>
      <w:r w:rsidR="005F6A5B">
        <w:rPr/>
        <w:t>Ardooie</w:t>
      </w:r>
      <w:r w:rsidR="005F6A5B">
        <w:rPr/>
        <w:t xml:space="preserve">, </w:t>
      </w:r>
      <w:r w:rsidR="005F6A5B">
        <w:rPr/>
        <w:t>Lendelede</w:t>
      </w:r>
      <w:r w:rsidR="005F6A5B">
        <w:rPr/>
        <w:t xml:space="preserve">, </w:t>
      </w:r>
      <w:r w:rsidR="005F6A5B">
        <w:rPr/>
        <w:t>Ledegem</w:t>
      </w:r>
      <w:r w:rsidR="005F6A5B">
        <w:rPr/>
        <w:t xml:space="preserve">, </w:t>
      </w:r>
      <w:r w:rsidR="005F6A5B">
        <w:rPr/>
        <w:t>Lichtervelde</w:t>
      </w:r>
      <w:r w:rsidR="005F6A5B">
        <w:rPr/>
        <w:t xml:space="preserve">, </w:t>
      </w:r>
      <w:r w:rsidR="005F6A5B">
        <w:rPr/>
        <w:t>Wingene</w:t>
      </w:r>
      <w:r w:rsidR="005F6A5B">
        <w:rPr/>
        <w:t xml:space="preserve">, </w:t>
      </w:r>
      <w:r w:rsidR="005F6A5B">
        <w:rPr/>
        <w:t>Zedelgem</w:t>
      </w:r>
      <w:r w:rsidR="005F6A5B">
        <w:rPr/>
        <w:t xml:space="preserve">, </w:t>
      </w:r>
      <w:r w:rsidR="005F6A5B">
        <w:rPr/>
        <w:t>Oostkamp</w:t>
      </w:r>
      <w:r w:rsidR="005F6A5B">
        <w:rPr/>
        <w:t xml:space="preserve">, </w:t>
      </w:r>
      <w:r w:rsidR="005F6A5B">
        <w:rPr/>
        <w:t>Harelbeke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Deerlijk</w:t>
      </w:r>
      <w:r w:rsidR="005F6A5B">
        <w:rPr/>
        <w:t xml:space="preserve">), het </w:t>
      </w:r>
      <w:r w:rsidR="005F6A5B">
        <w:rPr/>
        <w:t>bedrijvenplatform</w:t>
      </w:r>
      <w:r w:rsidR="005F6A5B">
        <w:rPr/>
        <w:t xml:space="preserve"> </w:t>
      </w:r>
      <w:r w:rsidR="005F6A5B">
        <w:rPr/>
        <w:t>Involte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meerdere</w:t>
      </w:r>
      <w:r w:rsidR="005F6A5B">
        <w:rPr/>
        <w:t xml:space="preserve"> </w:t>
      </w:r>
      <w:r w:rsidR="005F6A5B">
        <w:rPr/>
        <w:t>burgerplatformen</w:t>
      </w:r>
      <w:r w:rsidR="005F6A5B">
        <w:rPr/>
        <w:t xml:space="preserve">. Elia </w:t>
      </w:r>
      <w:r w:rsidR="005F6A5B">
        <w:rPr/>
        <w:t>heeft</w:t>
      </w:r>
      <w:r w:rsidR="005F6A5B">
        <w:rPr/>
        <w:t xml:space="preserve"> </w:t>
      </w:r>
      <w:r w:rsidR="005F6A5B">
        <w:rPr/>
        <w:t>desondanks</w:t>
      </w:r>
      <w:r w:rsidR="005F6A5B">
        <w:rPr/>
        <w:t xml:space="preserve"> </w:t>
      </w:r>
      <w:r w:rsidR="005F6A5B">
        <w:rPr/>
        <w:t>vijf</w:t>
      </w:r>
      <w:r w:rsidR="005F6A5B">
        <w:rPr/>
        <w:t xml:space="preserve"> </w:t>
      </w:r>
      <w:r w:rsidR="005F6A5B">
        <w:rPr/>
        <w:t>omgevingsvergunningsaanvragen</w:t>
      </w:r>
      <w:r w:rsidR="005F6A5B">
        <w:rPr/>
        <w:t xml:space="preserve"> </w:t>
      </w:r>
      <w:r w:rsidR="005F6A5B">
        <w:rPr/>
        <w:t>ingediend</w:t>
      </w:r>
      <w:r w:rsidR="005F6A5B">
        <w:rPr/>
        <w:t xml:space="preserve"> </w:t>
      </w:r>
      <w:r w:rsidRPr="6C968D7A" w:rsidR="005F6A5B">
        <w:rPr>
          <w:b w:val="1"/>
          <w:bCs w:val="1"/>
        </w:rPr>
        <w:t>zonder</w:t>
      </w:r>
      <w:r w:rsidRPr="6C968D7A" w:rsidR="005F6A5B">
        <w:rPr>
          <w:b w:val="1"/>
          <w:bCs w:val="1"/>
        </w:rPr>
        <w:t xml:space="preserve"> de </w:t>
      </w:r>
      <w:r w:rsidRPr="6C968D7A" w:rsidR="005F6A5B">
        <w:rPr>
          <w:b w:val="1"/>
          <w:bCs w:val="1"/>
        </w:rPr>
        <w:t>uitspraak</w:t>
      </w:r>
      <w:r w:rsidRPr="6C968D7A" w:rsidR="005F6A5B">
        <w:rPr>
          <w:b w:val="1"/>
          <w:bCs w:val="1"/>
        </w:rPr>
        <w:t xml:space="preserve"> van de Raad van State </w:t>
      </w:r>
      <w:r w:rsidRPr="6C968D7A" w:rsidR="005F6A5B">
        <w:rPr>
          <w:b w:val="1"/>
          <w:bCs w:val="1"/>
        </w:rPr>
        <w:t>af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te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wachten</w:t>
      </w:r>
      <w:r w:rsidR="005F6A5B">
        <w:rPr/>
        <w:t>.</w:t>
      </w:r>
    </w:p>
    <w:p w:rsidR="009D758D" w:rsidP="6C968D7A" w:rsidRDefault="005F6A5B" w14:paraId="4FF7B46B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 xml:space="preserve">(d) </w:t>
      </w:r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kwalificatie</w:t>
      </w:r>
    </w:p>
    <w:p w:rsidR="009D758D" w:rsidRDefault="005F6A5B" w14:paraId="0A97D104" w14:textId="77777777">
      <w:r w:rsidR="005F6A5B">
        <w:rPr/>
        <w:t xml:space="preserve">Het patroon — </w:t>
      </w:r>
      <w:r w:rsidR="005F6A5B">
        <w:rPr/>
        <w:t>massaal</w:t>
      </w:r>
      <w:r w:rsidR="005F6A5B">
        <w:rPr/>
        <w:t xml:space="preserve"> </w:t>
      </w:r>
      <w:r w:rsidR="005F6A5B">
        <w:rPr/>
        <w:t>bezwaar</w:t>
      </w:r>
      <w:r w:rsidR="005F6A5B">
        <w:rPr/>
        <w:t xml:space="preserve"> </w:t>
      </w:r>
      <w:r w:rsidR="005F6A5B">
        <w:rPr/>
        <w:t>gevolgd</w:t>
      </w:r>
      <w:r w:rsidR="005F6A5B">
        <w:rPr/>
        <w:t xml:space="preserve"> door </w:t>
      </w:r>
      <w:r w:rsidR="005F6A5B">
        <w:rPr/>
        <w:t>uitsluitend</w:t>
      </w:r>
      <w:r w:rsidR="005F6A5B">
        <w:rPr/>
        <w:t xml:space="preserve"> </w:t>
      </w:r>
      <w:r w:rsidR="005F6A5B">
        <w:rPr/>
        <w:t>cosmetische</w:t>
      </w:r>
      <w:r w:rsidR="005F6A5B">
        <w:rPr/>
        <w:t xml:space="preserve"> </w:t>
      </w:r>
      <w:r w:rsidR="005F6A5B">
        <w:rPr/>
        <w:t>aanpassingen</w:t>
      </w:r>
      <w:r w:rsidR="005F6A5B">
        <w:rPr/>
        <w:t xml:space="preserve"> — </w:t>
      </w:r>
      <w:r w:rsidR="005F6A5B">
        <w:rPr/>
        <w:t>constitueert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schending</w:t>
      </w:r>
      <w:r w:rsidR="005F6A5B">
        <w:rPr/>
        <w:t xml:space="preserve"> van het </w:t>
      </w:r>
      <w:r w:rsidRPr="6C968D7A" w:rsidR="005F6A5B">
        <w:rPr>
          <w:b w:val="1"/>
          <w:bCs w:val="1"/>
        </w:rPr>
        <w:t>Verdrag</w:t>
      </w:r>
      <w:r w:rsidRPr="6C968D7A" w:rsidR="005F6A5B">
        <w:rPr>
          <w:b w:val="1"/>
          <w:bCs w:val="1"/>
        </w:rPr>
        <w:t xml:space="preserve"> van Aarhus</w:t>
      </w:r>
      <w:r w:rsidR="005F6A5B">
        <w:rPr/>
        <w:t xml:space="preserve"> (art. 6 lid 8), </w:t>
      </w:r>
      <w:r w:rsidR="005F6A5B">
        <w:rPr/>
        <w:t>dat</w:t>
      </w:r>
      <w:r w:rsidR="005F6A5B">
        <w:rPr/>
        <w:t xml:space="preserve"> </w:t>
      </w:r>
      <w:r w:rsidR="005F6A5B">
        <w:rPr/>
        <w:t>vereist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Pr="6C968D7A" w:rsidR="005F6A5B">
        <w:rPr>
          <w:i w:val="1"/>
          <w:iCs w:val="1"/>
        </w:rPr>
        <w:t xml:space="preserve">"met het </w:t>
      </w:r>
      <w:r w:rsidRPr="6C968D7A" w:rsidR="005F6A5B">
        <w:rPr>
          <w:i w:val="1"/>
          <w:iCs w:val="1"/>
        </w:rPr>
        <w:t>resultaat</w:t>
      </w:r>
      <w:r w:rsidRPr="6C968D7A" w:rsidR="005F6A5B">
        <w:rPr>
          <w:i w:val="1"/>
          <w:iCs w:val="1"/>
        </w:rPr>
        <w:t xml:space="preserve"> van de </w:t>
      </w:r>
      <w:r w:rsidRPr="6C968D7A" w:rsidR="005F6A5B">
        <w:rPr>
          <w:i w:val="1"/>
          <w:iCs w:val="1"/>
        </w:rPr>
        <w:t>inspraak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terdege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rekening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wordt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gehouden</w:t>
      </w:r>
      <w:r w:rsidRPr="6C968D7A" w:rsidR="005F6A5B">
        <w:rPr>
          <w:i w:val="1"/>
          <w:iCs w:val="1"/>
        </w:rPr>
        <w:t>"</w:t>
      </w:r>
      <w:r w:rsidR="005F6A5B">
        <w:rPr/>
        <w:t xml:space="preserve">. </w:t>
      </w:r>
      <w:r w:rsidR="005F6A5B">
        <w:rPr/>
        <w:t>Wanneer</w:t>
      </w:r>
      <w:r w:rsidR="005F6A5B">
        <w:rPr/>
        <w:t xml:space="preserve"> 2.514 </w:t>
      </w:r>
      <w:r w:rsidR="005F6A5B">
        <w:rPr/>
        <w:t>bezwaarschriften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beantwoord</w:t>
      </w:r>
      <w:r w:rsidR="005F6A5B">
        <w:rPr/>
        <w:t xml:space="preserve"> met het </w:t>
      </w:r>
      <w:r w:rsidR="005F6A5B">
        <w:rPr/>
        <w:t>verplaatsen</w:t>
      </w:r>
      <w:r w:rsidR="005F6A5B">
        <w:rPr/>
        <w:t xml:space="preserve"> van </w:t>
      </w:r>
      <w:r w:rsidR="005F6A5B">
        <w:rPr/>
        <w:t>een</w:t>
      </w:r>
      <w:r w:rsidR="005F6A5B">
        <w:rPr/>
        <w:t xml:space="preserve"> </w:t>
      </w:r>
      <w:r w:rsidR="005F6A5B">
        <w:rPr/>
        <w:t>bliksemafleider</w:t>
      </w:r>
      <w:r w:rsidR="005F6A5B">
        <w:rPr/>
        <w:t xml:space="preserve">, </w:t>
      </w:r>
      <w:r w:rsidR="005F6A5B">
        <w:rPr/>
        <w:t>kan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gesproken</w:t>
      </w:r>
      <w:r w:rsidR="005F6A5B">
        <w:rPr/>
        <w:t xml:space="preserve"> van </w:t>
      </w:r>
      <w:r w:rsidR="005F6A5B">
        <w:rPr/>
        <w:t>effectieve</w:t>
      </w:r>
      <w:r w:rsidR="005F6A5B">
        <w:rPr/>
        <w:t xml:space="preserve"> </w:t>
      </w:r>
      <w:r w:rsidR="005F6A5B">
        <w:rPr/>
        <w:t>publieke</w:t>
      </w:r>
      <w:r w:rsidR="005F6A5B">
        <w:rPr/>
        <w:t xml:space="preserve"> </w:t>
      </w:r>
      <w:r w:rsidR="005F6A5B">
        <w:rPr/>
        <w:t>participatie</w:t>
      </w:r>
      <w:r w:rsidR="005F6A5B">
        <w:rPr/>
        <w:t>.</w:t>
      </w:r>
    </w:p>
    <w:p w:rsidR="009D758D" w:rsidRDefault="25A181EA" w14:paraId="6E15A6CB" w14:textId="5B4AFEB6">
      <w:r w:rsidRPr="6C968D7A" w:rsidR="25A181EA">
        <w:rPr>
          <w:b w:val="1"/>
          <w:bCs w:val="1"/>
        </w:rPr>
        <w:t>Bronnen:</w:t>
      </w:r>
      <w:r w:rsidR="25A181EA">
        <w:rPr/>
        <w:t xml:space="preserve"> VRT NWS 19/12/2025; VRT NWS 04/02/2026; Vlaanderen </w:t>
      </w:r>
      <w:r w:rsidR="25A181EA">
        <w:rPr/>
        <w:t>Omgeving</w:t>
      </w:r>
      <w:r w:rsidR="25A181EA">
        <w:rPr/>
        <w:t xml:space="preserve"> (2e OO</w:t>
      </w:r>
      <w:r w:rsidR="25A181EA">
        <w:rPr/>
        <w:t>);  Focus</w:t>
      </w:r>
      <w:r w:rsidR="25A181EA">
        <w:rPr/>
        <w:t xml:space="preserve"> WTV (</w:t>
      </w:r>
      <w:r w:rsidR="25A181EA">
        <w:rPr/>
        <w:t>Izegem</w:t>
      </w:r>
      <w:r w:rsidR="25A181EA">
        <w:rPr/>
        <w:t xml:space="preserve"> </w:t>
      </w:r>
      <w:r w:rsidR="25A181EA">
        <w:rPr/>
        <w:t>naar</w:t>
      </w:r>
      <w:r w:rsidR="25A181EA">
        <w:rPr/>
        <w:t xml:space="preserve"> </w:t>
      </w:r>
      <w:r w:rsidR="25A181EA">
        <w:rPr/>
        <w:t>RvS</w:t>
      </w:r>
      <w:r w:rsidR="25A181EA">
        <w:rPr/>
        <w:t>); Made In (</w:t>
      </w:r>
      <w:r w:rsidR="25A181EA">
        <w:rPr/>
        <w:t>Involte</w:t>
      </w:r>
      <w:r w:rsidR="25A181EA">
        <w:rPr/>
        <w:t xml:space="preserve"> </w:t>
      </w:r>
      <w:r w:rsidR="25A181EA">
        <w:rPr/>
        <w:t>naar</w:t>
      </w:r>
      <w:r w:rsidR="25A181EA">
        <w:rPr/>
        <w:t xml:space="preserve"> </w:t>
      </w:r>
      <w:r w:rsidR="25A181EA">
        <w:rPr/>
        <w:t>RvS</w:t>
      </w:r>
      <w:r w:rsidR="25A181EA">
        <w:rPr/>
        <w:t>).</w:t>
      </w:r>
    </w:p>
    <w:p w:rsidR="009D758D" w:rsidRDefault="25A181EA" w14:paraId="3AFFA9C0" w14:textId="719994A0">
      <w:pPr>
        <w:pStyle w:val="Heading3"/>
      </w:pPr>
      <w:r w:rsidR="25A181EA">
        <w:rPr/>
        <w:t>3.</w:t>
      </w:r>
      <w:r w:rsidR="777C51F3">
        <w:rPr/>
        <w:t>9</w:t>
      </w:r>
      <w:r w:rsidR="25A181EA">
        <w:rPr/>
        <w:t xml:space="preserve"> </w:t>
      </w:r>
      <w:r w:rsidR="25A181EA">
        <w:rPr/>
        <w:t>Bouwvrije</w:t>
      </w:r>
      <w:r w:rsidR="25A181EA">
        <w:rPr/>
        <w:t xml:space="preserve"> strook </w:t>
      </w:r>
      <w:r w:rsidR="25A181EA">
        <w:rPr/>
        <w:t>autosnelweg</w:t>
      </w:r>
      <w:r w:rsidR="25A181EA">
        <w:rPr/>
        <w:t xml:space="preserve"> E403 — </w:t>
      </w:r>
      <w:r w:rsidR="25A181EA">
        <w:rPr/>
        <w:t>onrechtmatig</w:t>
      </w:r>
      <w:r w:rsidR="25A181EA">
        <w:rPr/>
        <w:t xml:space="preserve"> </w:t>
      </w:r>
      <w:r w:rsidR="25A181EA">
        <w:rPr/>
        <w:t>gebruik</w:t>
      </w:r>
      <w:r w:rsidR="25A181EA">
        <w:rPr/>
        <w:t xml:space="preserve"> </w:t>
      </w:r>
      <w:r w:rsidR="25A181EA">
        <w:rPr/>
        <w:t>afwijkingsmogelijkheid</w:t>
      </w:r>
    </w:p>
    <w:p w:rsidR="009D758D" w:rsidRDefault="005F6A5B" w14:paraId="27C31710" w14:textId="77777777">
      <w:r w:rsidR="005F6A5B">
        <w:rPr/>
        <w:t xml:space="preserve">Het </w:t>
      </w:r>
      <w:r w:rsidR="005F6A5B">
        <w:rPr/>
        <w:t>Besluit</w:t>
      </w:r>
      <w:r w:rsidR="005F6A5B">
        <w:rPr/>
        <w:t xml:space="preserve"> van de </w:t>
      </w:r>
      <w:r w:rsidR="005F6A5B">
        <w:rPr/>
        <w:t>Vlaamse</w:t>
      </w:r>
      <w:r w:rsidR="005F6A5B">
        <w:rPr/>
        <w:t xml:space="preserve"> </w:t>
      </w:r>
      <w:r w:rsidR="005F6A5B">
        <w:rPr/>
        <w:t>Regering</w:t>
      </w:r>
      <w:r w:rsidR="005F6A5B">
        <w:rPr/>
        <w:t xml:space="preserve"> van 25 </w:t>
      </w:r>
      <w:r w:rsidR="005F6A5B">
        <w:rPr/>
        <w:t>januari</w:t>
      </w:r>
      <w:r w:rsidR="005F6A5B">
        <w:rPr/>
        <w:t xml:space="preserve"> 2019 </w:t>
      </w:r>
      <w:r w:rsidR="005F6A5B">
        <w:rPr/>
        <w:t>betreffende</w:t>
      </w:r>
      <w:r w:rsidR="005F6A5B">
        <w:rPr/>
        <w:t xml:space="preserve"> de </w:t>
      </w:r>
      <w:r w:rsidR="005F6A5B">
        <w:rPr/>
        <w:t>vrije</w:t>
      </w:r>
      <w:r w:rsidR="005F6A5B">
        <w:rPr/>
        <w:t xml:space="preserve"> </w:t>
      </w:r>
      <w:r w:rsidR="005F6A5B">
        <w:rPr/>
        <w:t>stroken</w:t>
      </w:r>
      <w:r w:rsidR="005F6A5B">
        <w:rPr/>
        <w:t xml:space="preserve"> </w:t>
      </w:r>
      <w:r w:rsidR="005F6A5B">
        <w:rPr/>
        <w:t>langs</w:t>
      </w:r>
      <w:r w:rsidR="005F6A5B">
        <w:rPr/>
        <w:t xml:space="preserve"> </w:t>
      </w:r>
      <w:r w:rsidR="005F6A5B">
        <w:rPr/>
        <w:t>autosnelwegen</w:t>
      </w:r>
      <w:r w:rsidR="005F6A5B">
        <w:rPr/>
        <w:t xml:space="preserve"> </w:t>
      </w:r>
      <w:r w:rsidR="005F6A5B">
        <w:rPr/>
        <w:t>legt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Pr="6C968D7A" w:rsidR="005F6A5B">
        <w:rPr>
          <w:b w:val="1"/>
          <w:bCs w:val="1"/>
        </w:rPr>
        <w:t>bouwvrije</w:t>
      </w:r>
      <w:r w:rsidRPr="6C968D7A" w:rsidR="005F6A5B">
        <w:rPr>
          <w:b w:val="1"/>
          <w:bCs w:val="1"/>
        </w:rPr>
        <w:t xml:space="preserve"> strook van </w:t>
      </w:r>
      <w:r w:rsidRPr="6C968D7A" w:rsidR="005F6A5B">
        <w:rPr>
          <w:b w:val="1"/>
          <w:bCs w:val="1"/>
        </w:rPr>
        <w:t>30 meter</w:t>
      </w:r>
      <w:r w:rsidR="005F6A5B">
        <w:rPr/>
        <w:t xml:space="preserve"> vast </w:t>
      </w:r>
      <w:r w:rsidR="005F6A5B">
        <w:rPr/>
        <w:t>langsheen</w:t>
      </w:r>
      <w:r w:rsidR="005F6A5B">
        <w:rPr/>
        <w:t xml:space="preserve"> </w:t>
      </w:r>
      <w:r w:rsidR="005F6A5B">
        <w:rPr/>
        <w:t>autosnelwegen</w:t>
      </w:r>
      <w:r w:rsidR="005F6A5B">
        <w:rPr/>
        <w:t xml:space="preserve">. Art. 2 van </w:t>
      </w:r>
      <w:r w:rsidR="005F6A5B">
        <w:rPr/>
        <w:t>dit</w:t>
      </w:r>
      <w:r w:rsidR="005F6A5B">
        <w:rPr/>
        <w:t xml:space="preserve"> </w:t>
      </w:r>
      <w:r w:rsidR="005F6A5B">
        <w:rPr/>
        <w:t>besluit</w:t>
      </w:r>
      <w:r w:rsidR="005F6A5B">
        <w:rPr/>
        <w:t xml:space="preserve"> </w:t>
      </w:r>
      <w:r w:rsidR="005F6A5B">
        <w:rPr/>
        <w:t>verbiedt</w:t>
      </w:r>
      <w:r w:rsidR="005F6A5B">
        <w:rPr/>
        <w:t xml:space="preserve"> in die </w:t>
      </w:r>
      <w:r w:rsidR="005F6A5B">
        <w:rPr/>
        <w:t>vrije</w:t>
      </w:r>
      <w:r w:rsidR="005F6A5B">
        <w:rPr/>
        <w:t xml:space="preserve"> </w:t>
      </w:r>
      <w:r w:rsidR="005F6A5B">
        <w:rPr/>
        <w:t>stroken</w:t>
      </w:r>
      <w:r w:rsidR="005F6A5B">
        <w:rPr/>
        <w:t xml:space="preserve"> </w:t>
      </w:r>
      <w:r w:rsidR="005F6A5B">
        <w:rPr/>
        <w:t>onder</w:t>
      </w:r>
      <w:r w:rsidR="005F6A5B">
        <w:rPr/>
        <w:t xml:space="preserve"> </w:t>
      </w:r>
      <w:r w:rsidR="005F6A5B">
        <w:rPr/>
        <w:t>meer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bouwen</w:t>
      </w:r>
      <w:r w:rsidR="005F6A5B">
        <w:rPr/>
        <w:t xml:space="preserve">, </w:t>
      </w:r>
      <w:r w:rsidR="005F6A5B">
        <w:rPr/>
        <w:t>te</w:t>
      </w:r>
      <w:r w:rsidR="005F6A5B">
        <w:rPr/>
        <w:t xml:space="preserve"> </w:t>
      </w:r>
      <w:r w:rsidR="005F6A5B">
        <w:rPr/>
        <w:t>herbouwen</w:t>
      </w:r>
      <w:r w:rsidR="005F6A5B">
        <w:rPr/>
        <w:t xml:space="preserve"> of </w:t>
      </w:r>
      <w:r w:rsidR="005F6A5B">
        <w:rPr/>
        <w:t>bestaande</w:t>
      </w:r>
      <w:r w:rsidR="005F6A5B">
        <w:rPr/>
        <w:t xml:space="preserve"> </w:t>
      </w:r>
      <w:r w:rsidR="005F6A5B">
        <w:rPr/>
        <w:t>constructies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verbouwen</w:t>
      </w:r>
      <w:r w:rsidR="005F6A5B">
        <w:rPr/>
        <w:t>.</w:t>
      </w:r>
    </w:p>
    <w:p w:rsidR="009D758D" w:rsidRDefault="005F6A5B" w14:paraId="61915683" w14:textId="77777777">
      <w:r w:rsidRPr="6C968D7A" w:rsidR="005F6A5B">
        <w:rPr>
          <w:b w:val="1"/>
          <w:bCs w:val="1"/>
        </w:rPr>
        <w:t xml:space="preserve">(a) 31 </w:t>
      </w:r>
      <w:r w:rsidRPr="6C968D7A" w:rsidR="005F6A5B">
        <w:rPr>
          <w:b w:val="1"/>
          <w:bCs w:val="1"/>
        </w:rPr>
        <w:t>masten</w:t>
      </w:r>
      <w:r w:rsidRPr="6C968D7A" w:rsidR="005F6A5B">
        <w:rPr>
          <w:b w:val="1"/>
          <w:bCs w:val="1"/>
        </w:rPr>
        <w:t xml:space="preserve"> in de </w:t>
      </w:r>
      <w:r w:rsidRPr="6C968D7A" w:rsidR="005F6A5B">
        <w:rPr>
          <w:b w:val="1"/>
          <w:bCs w:val="1"/>
        </w:rPr>
        <w:t>10-30 meter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bouwvrije</w:t>
      </w:r>
      <w:r w:rsidRPr="6C968D7A" w:rsidR="005F6A5B">
        <w:rPr>
          <w:b w:val="1"/>
          <w:bCs w:val="1"/>
        </w:rPr>
        <w:t xml:space="preserve"> zone</w:t>
      </w:r>
    </w:p>
    <w:p w:rsidR="009D758D" w:rsidRDefault="005F6A5B" w14:paraId="70869A5B" w14:textId="77777777">
      <w:r w:rsidR="005F6A5B">
        <w:rPr/>
        <w:t xml:space="preserve">Het </w:t>
      </w:r>
      <w:r w:rsidR="005F6A5B">
        <w:rPr/>
        <w:t>aanvraagdossier</w:t>
      </w:r>
      <w:r w:rsidR="005F6A5B">
        <w:rPr/>
        <w:t xml:space="preserve"> </w:t>
      </w:r>
      <w:r w:rsidR="005F6A5B">
        <w:rPr/>
        <w:t>vermeldt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op 30 </w:t>
      </w:r>
      <w:r w:rsidR="005F6A5B">
        <w:rPr/>
        <w:t>september</w:t>
      </w:r>
      <w:r w:rsidR="005F6A5B">
        <w:rPr/>
        <w:t xml:space="preserve"> 2025 door de </w:t>
      </w:r>
      <w:r w:rsidR="005F6A5B">
        <w:rPr/>
        <w:t>administrateur-generaal</w:t>
      </w:r>
      <w:r w:rsidR="005F6A5B">
        <w:rPr/>
        <w:t xml:space="preserve"> van AWV </w:t>
      </w:r>
      <w:r w:rsidR="005F6A5B">
        <w:rPr/>
        <w:t>een</w:t>
      </w:r>
      <w:r w:rsidR="005F6A5B">
        <w:rPr/>
        <w:t xml:space="preserve"> </w:t>
      </w:r>
      <w:r w:rsidR="005F6A5B">
        <w:rPr/>
        <w:t>akkoord</w:t>
      </w:r>
      <w:r w:rsidR="005F6A5B">
        <w:rPr/>
        <w:t xml:space="preserve"> </w:t>
      </w:r>
      <w:r w:rsidR="005F6A5B">
        <w:rPr/>
        <w:t>werd</w:t>
      </w:r>
      <w:r w:rsidR="005F6A5B">
        <w:rPr/>
        <w:t xml:space="preserve"> </w:t>
      </w:r>
      <w:r w:rsidR="005F6A5B">
        <w:rPr/>
        <w:t>verleend</w:t>
      </w:r>
      <w:r w:rsidR="005F6A5B">
        <w:rPr/>
        <w:t xml:space="preserve"> om </w:t>
      </w:r>
      <w:r w:rsidR="005F6A5B">
        <w:rPr/>
        <w:t>een</w:t>
      </w:r>
      <w:r w:rsidR="005F6A5B">
        <w:rPr/>
        <w:t xml:space="preserve"> </w:t>
      </w:r>
      <w:r w:rsidR="005F6A5B">
        <w:rPr/>
        <w:t>afwijking</w:t>
      </w:r>
      <w:r w:rsidR="005F6A5B">
        <w:rPr/>
        <w:t xml:space="preserve"> toe </w:t>
      </w:r>
      <w:r w:rsidR="005F6A5B">
        <w:rPr/>
        <w:t>te</w:t>
      </w:r>
      <w:r w:rsidR="005F6A5B">
        <w:rPr/>
        <w:t xml:space="preserve"> </w:t>
      </w:r>
      <w:r w:rsidR="005F6A5B">
        <w:rPr/>
        <w:t>staan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het </w:t>
      </w:r>
      <w:r w:rsidR="005F6A5B">
        <w:rPr/>
        <w:t>plaatsen</w:t>
      </w:r>
      <w:r w:rsidR="005F6A5B">
        <w:rPr/>
        <w:t xml:space="preserve"> van </w:t>
      </w:r>
      <w:r w:rsidRPr="6C968D7A" w:rsidR="005F6A5B">
        <w:rPr>
          <w:b w:val="1"/>
          <w:bCs w:val="1"/>
        </w:rPr>
        <w:t xml:space="preserve">31 </w:t>
      </w:r>
      <w:r w:rsidRPr="6C968D7A" w:rsidR="005F6A5B">
        <w:rPr>
          <w:b w:val="1"/>
          <w:bCs w:val="1"/>
        </w:rPr>
        <w:t>masten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aanhorigheden</w:t>
      </w:r>
      <w:r w:rsidR="005F6A5B">
        <w:rPr/>
        <w:t xml:space="preserve"> op het </w:t>
      </w:r>
      <w:r w:rsidR="005F6A5B">
        <w:rPr/>
        <w:t>grondgebied</w:t>
      </w:r>
      <w:r w:rsidR="005F6A5B">
        <w:rPr/>
        <w:t xml:space="preserve"> van </w:t>
      </w:r>
      <w:r w:rsidR="005F6A5B">
        <w:rPr/>
        <w:t>Lichtervelde</w:t>
      </w:r>
      <w:r w:rsidR="005F6A5B">
        <w:rPr/>
        <w:t xml:space="preserve">, </w:t>
      </w:r>
      <w:r w:rsidR="005F6A5B">
        <w:rPr/>
        <w:t>Wingene</w:t>
      </w:r>
      <w:r w:rsidR="005F6A5B">
        <w:rPr/>
        <w:t xml:space="preserve">, </w:t>
      </w:r>
      <w:r w:rsidR="005F6A5B">
        <w:rPr/>
        <w:t>Ardooie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Izegem</w:t>
      </w:r>
      <w:r w:rsidR="005F6A5B">
        <w:rPr/>
        <w:t xml:space="preserve"> </w:t>
      </w:r>
      <w:r w:rsidR="005F6A5B">
        <w:rPr/>
        <w:t>binnen</w:t>
      </w:r>
      <w:r w:rsidR="005F6A5B">
        <w:rPr/>
        <w:t xml:space="preserve"> de </w:t>
      </w:r>
      <w:r w:rsidRPr="6C968D7A" w:rsidR="005F6A5B">
        <w:rPr>
          <w:b w:val="1"/>
          <w:bCs w:val="1"/>
        </w:rPr>
        <w:t xml:space="preserve">10 </w:t>
      </w:r>
      <w:r w:rsidRPr="6C968D7A" w:rsidR="005F6A5B">
        <w:rPr>
          <w:b w:val="1"/>
          <w:bCs w:val="1"/>
        </w:rPr>
        <w:t>tot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30 meter</w:t>
      </w:r>
      <w:r w:rsidRPr="6C968D7A" w:rsidR="005F6A5B">
        <w:rPr>
          <w:b w:val="1"/>
          <w:bCs w:val="1"/>
        </w:rPr>
        <w:t xml:space="preserve"> strook</w:t>
      </w:r>
      <w:r w:rsidR="005F6A5B">
        <w:rPr/>
        <w:t xml:space="preserve"> ten </w:t>
      </w:r>
      <w:r w:rsidR="005F6A5B">
        <w:rPr/>
        <w:t>aanzien</w:t>
      </w:r>
      <w:r w:rsidR="005F6A5B">
        <w:rPr/>
        <w:t xml:space="preserve"> van de E403. </w:t>
      </w:r>
      <w:r w:rsidR="005F6A5B">
        <w:rPr/>
        <w:t>Hoewel</w:t>
      </w:r>
      <w:r w:rsidR="005F6A5B">
        <w:rPr/>
        <w:t xml:space="preserve"> art. 4 van het BVR van 25 </w:t>
      </w:r>
      <w:r w:rsidR="005F6A5B">
        <w:rPr/>
        <w:t>januari</w:t>
      </w:r>
      <w:r w:rsidR="005F6A5B">
        <w:rPr/>
        <w:t xml:space="preserve"> 2019 de </w:t>
      </w:r>
      <w:r w:rsidR="005F6A5B">
        <w:rPr/>
        <w:t>wegbeheerder</w:t>
      </w:r>
      <w:r w:rsidR="005F6A5B">
        <w:rPr/>
        <w:t xml:space="preserve"> </w:t>
      </w:r>
      <w:r w:rsidR="005F6A5B">
        <w:rPr/>
        <w:t>toelaat</w:t>
      </w:r>
      <w:r w:rsidR="005F6A5B">
        <w:rPr/>
        <w:t xml:space="preserve"> </w:t>
      </w:r>
      <w:r w:rsidR="005F6A5B">
        <w:rPr/>
        <w:t>afwijkingen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verlenen</w:t>
      </w:r>
      <w:r w:rsidR="005F6A5B">
        <w:rPr/>
        <w:t xml:space="preserve"> in de </w:t>
      </w:r>
      <w:r w:rsidR="005F6A5B">
        <w:rPr/>
        <w:t>10-30 meter</w:t>
      </w:r>
      <w:r w:rsidR="005F6A5B">
        <w:rPr/>
        <w:t xml:space="preserve"> zone, is in </w:t>
      </w:r>
      <w:r w:rsidR="005F6A5B">
        <w:rPr/>
        <w:t>casu</w:t>
      </w:r>
      <w:r w:rsidR="005F6A5B">
        <w:rPr/>
        <w:t xml:space="preserve"> </w:t>
      </w:r>
      <w:r w:rsidR="005F6A5B">
        <w:rPr/>
        <w:t>sprake</w:t>
      </w:r>
      <w:r w:rsidR="005F6A5B">
        <w:rPr/>
        <w:t xml:space="preserve"> van </w:t>
      </w:r>
      <w:r w:rsidR="005F6A5B">
        <w:rPr/>
        <w:t>een</w:t>
      </w:r>
      <w:r w:rsidR="005F6A5B">
        <w:rPr/>
        <w:t xml:space="preserve"> </w:t>
      </w:r>
      <w:r w:rsidRPr="6C968D7A" w:rsidR="005F6A5B">
        <w:rPr>
          <w:b w:val="1"/>
          <w:bCs w:val="1"/>
        </w:rPr>
        <w:t>ernstige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uitholling</w:t>
      </w:r>
      <w:r w:rsidRPr="6C968D7A" w:rsidR="005F6A5B">
        <w:rPr>
          <w:b w:val="1"/>
          <w:bCs w:val="1"/>
        </w:rPr>
        <w:t xml:space="preserve"> van het </w:t>
      </w:r>
      <w:r w:rsidRPr="6C968D7A" w:rsidR="005F6A5B">
        <w:rPr>
          <w:b w:val="1"/>
          <w:bCs w:val="1"/>
        </w:rPr>
        <w:t>algemeen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principieel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bouwverbod</w:t>
      </w:r>
      <w:r w:rsidR="005F6A5B">
        <w:rPr/>
        <w:t xml:space="preserve">. </w:t>
      </w:r>
      <w:r w:rsidR="005F6A5B">
        <w:rPr/>
        <w:t>Indien</w:t>
      </w:r>
      <w:r w:rsidR="005F6A5B">
        <w:rPr/>
        <w:t xml:space="preserve"> op </w:t>
      </w:r>
      <w:r w:rsidR="005F6A5B">
        <w:rPr/>
        <w:t>dit</w:t>
      </w:r>
      <w:r w:rsidR="005F6A5B">
        <w:rPr/>
        <w:t xml:space="preserve"> </w:t>
      </w:r>
      <w:r w:rsidR="005F6A5B">
        <w:rPr/>
        <w:t>algemene</w:t>
      </w:r>
      <w:r w:rsidR="005F6A5B">
        <w:rPr/>
        <w:t xml:space="preserve"> </w:t>
      </w:r>
      <w:r w:rsidR="005F6A5B">
        <w:rPr/>
        <w:t>principe</w:t>
      </w:r>
      <w:r w:rsidR="005F6A5B">
        <w:rPr/>
        <w:t xml:space="preserve"> </w:t>
      </w:r>
      <w:r w:rsidR="005F6A5B">
        <w:rPr/>
        <w:t>afwijkingen</w:t>
      </w:r>
      <w:r w:rsidR="005F6A5B">
        <w:rPr/>
        <w:t xml:space="preserve"> </w:t>
      </w:r>
      <w:r w:rsidR="005F6A5B">
        <w:rPr/>
        <w:t>kunnen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toegestaan</w:t>
      </w:r>
      <w:r w:rsidR="005F6A5B">
        <w:rPr/>
        <w:t xml:space="preserve">, dan </w:t>
      </w:r>
      <w:r w:rsidR="005F6A5B">
        <w:rPr/>
        <w:t>dient</w:t>
      </w:r>
      <w:r w:rsidR="005F6A5B">
        <w:rPr/>
        <w:t xml:space="preserve"> </w:t>
      </w:r>
      <w:r w:rsidR="005F6A5B">
        <w:rPr/>
        <w:t>dit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voorbehouden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slechts</w:t>
      </w:r>
      <w:r w:rsidR="005F6A5B">
        <w:rPr/>
        <w:t xml:space="preserve"> </w:t>
      </w:r>
      <w:r w:rsidR="005F6A5B">
        <w:rPr/>
        <w:t>beperkte</w:t>
      </w:r>
      <w:r w:rsidR="005F6A5B">
        <w:rPr/>
        <w:t xml:space="preserve"> </w:t>
      </w:r>
      <w:r w:rsidR="005F6A5B">
        <w:rPr/>
        <w:t>afwijkingen</w:t>
      </w:r>
      <w:r w:rsidR="005F6A5B">
        <w:rPr/>
        <w:t xml:space="preserve">. De </w:t>
      </w:r>
      <w:r w:rsidR="005F6A5B">
        <w:rPr/>
        <w:t>plaatsing</w:t>
      </w:r>
      <w:r w:rsidR="005F6A5B">
        <w:rPr/>
        <w:t xml:space="preserve"> van 31 </w:t>
      </w:r>
      <w:r w:rsidR="005F6A5B">
        <w:rPr/>
        <w:t>masten</w:t>
      </w:r>
      <w:r w:rsidR="005F6A5B">
        <w:rPr/>
        <w:t xml:space="preserve"> met </w:t>
      </w:r>
      <w:r w:rsidR="005F6A5B">
        <w:rPr/>
        <w:t>aanhorigheden</w:t>
      </w:r>
      <w:r w:rsidR="005F6A5B">
        <w:rPr/>
        <w:t xml:space="preserve"> </w:t>
      </w:r>
      <w:r w:rsidR="005F6A5B">
        <w:rPr/>
        <w:t>kan</w:t>
      </w:r>
      <w:r w:rsidR="005F6A5B">
        <w:rPr/>
        <w:t xml:space="preserve"> </w:t>
      </w:r>
      <w:r w:rsidR="005F6A5B">
        <w:rPr/>
        <w:t>bezwaarlijk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"</w:t>
      </w:r>
      <w:r w:rsidR="005F6A5B">
        <w:rPr/>
        <w:t>kleinigheid</w:t>
      </w:r>
      <w:r w:rsidR="005F6A5B">
        <w:rPr/>
        <w:t xml:space="preserve">" </w:t>
      </w:r>
      <w:r w:rsidR="005F6A5B">
        <w:rPr/>
        <w:t>worden</w:t>
      </w:r>
      <w:r w:rsidR="005F6A5B">
        <w:rPr/>
        <w:t xml:space="preserve"> </w:t>
      </w:r>
      <w:r w:rsidR="005F6A5B">
        <w:rPr/>
        <w:t>beschouwd</w:t>
      </w:r>
      <w:r w:rsidR="005F6A5B">
        <w:rPr/>
        <w:t>.</w:t>
      </w:r>
    </w:p>
    <w:p w:rsidR="009D758D" w:rsidRDefault="005F6A5B" w14:paraId="402EDE49" w14:textId="77777777">
      <w:r w:rsidRPr="6C968D7A" w:rsidR="005F6A5B">
        <w:rPr>
          <w:b w:val="1"/>
          <w:bCs w:val="1"/>
        </w:rPr>
        <w:t xml:space="preserve">(b) 2 </w:t>
      </w:r>
      <w:r w:rsidRPr="6C968D7A" w:rsidR="005F6A5B">
        <w:rPr>
          <w:b w:val="1"/>
          <w:bCs w:val="1"/>
        </w:rPr>
        <w:t>masten</w:t>
      </w:r>
      <w:r w:rsidRPr="6C968D7A" w:rsidR="005F6A5B">
        <w:rPr>
          <w:b w:val="1"/>
          <w:bCs w:val="1"/>
        </w:rPr>
        <w:t xml:space="preserve"> in de </w:t>
      </w:r>
      <w:r w:rsidRPr="6C968D7A" w:rsidR="005F6A5B">
        <w:rPr>
          <w:b w:val="1"/>
          <w:bCs w:val="1"/>
        </w:rPr>
        <w:t>0-10 meter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bouwvrije</w:t>
      </w:r>
      <w:r w:rsidRPr="6C968D7A" w:rsidR="005F6A5B">
        <w:rPr>
          <w:b w:val="1"/>
          <w:bCs w:val="1"/>
        </w:rPr>
        <w:t xml:space="preserve"> zone</w:t>
      </w:r>
    </w:p>
    <w:p w:rsidR="009D758D" w:rsidRDefault="005F6A5B" w14:paraId="1CBB0725" w14:textId="77777777">
      <w:r w:rsidR="005F6A5B">
        <w:rPr/>
        <w:t xml:space="preserve">Bij </w:t>
      </w:r>
      <w:r w:rsidR="005F6A5B">
        <w:rPr/>
        <w:t>ministerieel</w:t>
      </w:r>
      <w:r w:rsidR="005F6A5B">
        <w:rPr/>
        <w:t xml:space="preserve"> </w:t>
      </w:r>
      <w:r w:rsidR="005F6A5B">
        <w:rPr/>
        <w:t>besluit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2 </w:t>
      </w:r>
      <w:r w:rsidR="005F6A5B">
        <w:rPr/>
        <w:t>afwijkingen</w:t>
      </w:r>
      <w:r w:rsidR="005F6A5B">
        <w:rPr/>
        <w:t xml:space="preserve"> </w:t>
      </w:r>
      <w:r w:rsidR="005F6A5B">
        <w:rPr/>
        <w:t>toegekend</w:t>
      </w:r>
      <w:r w:rsidR="005F6A5B">
        <w:rPr/>
        <w:t xml:space="preserve"> in de </w:t>
      </w:r>
      <w:r w:rsidRPr="6C968D7A" w:rsidR="005F6A5B">
        <w:rPr>
          <w:b w:val="1"/>
          <w:bCs w:val="1"/>
        </w:rPr>
        <w:t>eerste</w:t>
      </w:r>
      <w:r w:rsidRPr="6C968D7A" w:rsidR="005F6A5B">
        <w:rPr>
          <w:b w:val="1"/>
          <w:bCs w:val="1"/>
        </w:rPr>
        <w:t xml:space="preserve"> 10 meter</w:t>
      </w:r>
      <w:r w:rsidR="005F6A5B">
        <w:rPr/>
        <w:t xml:space="preserve"> van de </w:t>
      </w:r>
      <w:r w:rsidR="005F6A5B">
        <w:rPr/>
        <w:t>bouwvrije</w:t>
      </w:r>
      <w:r w:rsidR="005F6A5B">
        <w:rPr/>
        <w:t xml:space="preserve"> strook, </w:t>
      </w:r>
      <w:r w:rsidR="005F6A5B">
        <w:rPr/>
        <w:t>telkens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1 mast (P12 </w:t>
      </w:r>
      <w:r w:rsidR="005F6A5B">
        <w:rPr/>
        <w:t>en</w:t>
      </w:r>
      <w:r w:rsidR="005F6A5B">
        <w:rPr/>
        <w:t xml:space="preserve"> P13). Art. 5 van het BVR van 25 </w:t>
      </w:r>
      <w:r w:rsidR="005F6A5B">
        <w:rPr/>
        <w:t>januari</w:t>
      </w:r>
      <w:r w:rsidR="005F6A5B">
        <w:rPr/>
        <w:t xml:space="preserve"> 2019 </w:t>
      </w:r>
      <w:r w:rsidR="005F6A5B">
        <w:rPr/>
        <w:t>laat</w:t>
      </w:r>
      <w:r w:rsidR="005F6A5B">
        <w:rPr/>
        <w:t xml:space="preserve"> </w:t>
      </w:r>
      <w:r w:rsidR="005F6A5B">
        <w:rPr/>
        <w:t>dergelijke</w:t>
      </w:r>
      <w:r w:rsidR="005F6A5B">
        <w:rPr/>
        <w:t xml:space="preserve"> </w:t>
      </w:r>
      <w:r w:rsidR="005F6A5B">
        <w:rPr/>
        <w:t>afwijkingen</w:t>
      </w:r>
      <w:r w:rsidR="005F6A5B">
        <w:rPr/>
        <w:t xml:space="preserve"> </w:t>
      </w:r>
      <w:r w:rsidR="005F6A5B">
        <w:rPr/>
        <w:t>slechts</w:t>
      </w:r>
      <w:r w:rsidR="005F6A5B">
        <w:rPr/>
        <w:t xml:space="preserve"> toe </w:t>
      </w:r>
      <w:r w:rsidR="005F6A5B">
        <w:rPr/>
        <w:t>voor</w:t>
      </w:r>
      <w:r w:rsidR="005F6A5B">
        <w:rPr/>
        <w:t xml:space="preserve"> </w:t>
      </w:r>
      <w:r w:rsidR="005F6A5B">
        <w:rPr/>
        <w:t>limitatief</w:t>
      </w:r>
      <w:r w:rsidR="005F6A5B">
        <w:rPr/>
        <w:t xml:space="preserve"> </w:t>
      </w:r>
      <w:r w:rsidR="005F6A5B">
        <w:rPr/>
        <w:t>opgesomde</w:t>
      </w:r>
      <w:r w:rsidR="005F6A5B">
        <w:rPr/>
        <w:t xml:space="preserve"> </w:t>
      </w:r>
      <w:r w:rsidR="005F6A5B">
        <w:rPr/>
        <w:t>werkzaamheden</w:t>
      </w:r>
      <w:r w:rsidR="005F6A5B">
        <w:rPr/>
        <w:t xml:space="preserve"> (</w:t>
      </w:r>
      <w:r w:rsidR="005F6A5B">
        <w:rPr/>
        <w:t>ondergrondse</w:t>
      </w:r>
      <w:r w:rsidR="005F6A5B">
        <w:rPr/>
        <w:t xml:space="preserve"> </w:t>
      </w:r>
      <w:r w:rsidR="005F6A5B">
        <w:rPr/>
        <w:t>nutsleidingen</w:t>
      </w:r>
      <w:r w:rsidR="005F6A5B">
        <w:rPr/>
        <w:t xml:space="preserve">, </w:t>
      </w:r>
      <w:r w:rsidR="005F6A5B">
        <w:rPr/>
        <w:t>verkeersinfrastructuur</w:t>
      </w:r>
      <w:r w:rsidR="005F6A5B">
        <w:rPr/>
        <w:t xml:space="preserve">, </w:t>
      </w:r>
      <w:r w:rsidR="005F6A5B">
        <w:rPr/>
        <w:t>gsm-pylonen</w:t>
      </w:r>
      <w:r w:rsidR="005F6A5B">
        <w:rPr/>
        <w:t xml:space="preserve">, </w:t>
      </w:r>
      <w:r w:rsidR="005F6A5B">
        <w:rPr/>
        <w:t>constructies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hernieuwbare</w:t>
      </w:r>
      <w:r w:rsidR="005F6A5B">
        <w:rPr/>
        <w:t xml:space="preserve"> </w:t>
      </w:r>
      <w:r w:rsidR="005F6A5B">
        <w:rPr/>
        <w:t>energie</w:t>
      </w:r>
      <w:r w:rsidR="005F6A5B">
        <w:rPr/>
        <w:t xml:space="preserve">). </w:t>
      </w:r>
      <w:r w:rsidR="005F6A5B">
        <w:rPr/>
        <w:t>Hoogspanningsmasten</w:t>
      </w:r>
      <w:r w:rsidR="005F6A5B">
        <w:rPr/>
        <w:t xml:space="preserve"> van </w:t>
      </w:r>
      <w:r w:rsidR="005F6A5B">
        <w:rPr/>
        <w:t>50-75 meter</w:t>
      </w:r>
      <w:r w:rsidR="005F6A5B">
        <w:rPr/>
        <w:t xml:space="preserve"> </w:t>
      </w:r>
      <w:r w:rsidR="005F6A5B">
        <w:rPr/>
        <w:t>hoog</w:t>
      </w:r>
      <w:r w:rsidR="005F6A5B">
        <w:rPr/>
        <w:t xml:space="preserve"> </w:t>
      </w:r>
      <w:r w:rsidR="005F6A5B">
        <w:rPr/>
        <w:t>vallen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onder</w:t>
      </w:r>
      <w:r w:rsidR="005F6A5B">
        <w:rPr/>
        <w:t xml:space="preserve"> </w:t>
      </w:r>
      <w:r w:rsidR="005F6A5B">
        <w:rPr/>
        <w:t>deze</w:t>
      </w:r>
      <w:r w:rsidR="005F6A5B">
        <w:rPr/>
        <w:t xml:space="preserve"> </w:t>
      </w:r>
      <w:r w:rsidR="005F6A5B">
        <w:rPr/>
        <w:t>limitatieve</w:t>
      </w:r>
      <w:r w:rsidR="005F6A5B">
        <w:rPr/>
        <w:t xml:space="preserve"> </w:t>
      </w:r>
      <w:r w:rsidR="005F6A5B">
        <w:rPr/>
        <w:t>opsomming</w:t>
      </w:r>
      <w:r w:rsidR="005F6A5B">
        <w:rPr/>
        <w:t>.</w:t>
      </w:r>
    </w:p>
    <w:p w:rsidR="009D758D" w:rsidRDefault="005F6A5B" w14:paraId="11B7F493" w14:textId="77777777">
      <w:r w:rsidRPr="6C968D7A" w:rsidR="005F6A5B">
        <w:rPr>
          <w:b w:val="1"/>
          <w:bCs w:val="1"/>
        </w:rPr>
        <w:t xml:space="preserve">(c) </w:t>
      </w:r>
      <w:r w:rsidRPr="6C968D7A" w:rsidR="005F6A5B">
        <w:rPr>
          <w:b w:val="1"/>
          <w:bCs w:val="1"/>
        </w:rPr>
        <w:t>Bufferbekken</w:t>
      </w:r>
      <w:r w:rsidRPr="6C968D7A" w:rsidR="005F6A5B">
        <w:rPr>
          <w:b w:val="1"/>
          <w:bCs w:val="1"/>
        </w:rPr>
        <w:t xml:space="preserve"> P12 in de </w:t>
      </w:r>
      <w:r w:rsidRPr="6C968D7A" w:rsidR="005F6A5B">
        <w:rPr>
          <w:b w:val="1"/>
          <w:bCs w:val="1"/>
        </w:rPr>
        <w:t>bouwvrije</w:t>
      </w:r>
      <w:r w:rsidRPr="6C968D7A" w:rsidR="005F6A5B">
        <w:rPr>
          <w:b w:val="1"/>
          <w:bCs w:val="1"/>
        </w:rPr>
        <w:t xml:space="preserve"> strook</w:t>
      </w:r>
    </w:p>
    <w:p w:rsidR="009D758D" w:rsidRDefault="005F6A5B" w14:paraId="61770781" w14:textId="77777777">
      <w:r w:rsidR="005F6A5B">
        <w:rPr/>
        <w:t xml:space="preserve">Ter </w:t>
      </w:r>
      <w:r w:rsidR="005F6A5B">
        <w:rPr/>
        <w:t>hoogte</w:t>
      </w:r>
      <w:r w:rsidR="005F6A5B">
        <w:rPr/>
        <w:t xml:space="preserve"> van mast P12 is in de </w:t>
      </w:r>
      <w:r w:rsidR="005F6A5B">
        <w:rPr/>
        <w:t>10 meter</w:t>
      </w:r>
      <w:r w:rsidR="005F6A5B">
        <w:rPr/>
        <w:t xml:space="preserve"> zone </w:t>
      </w:r>
      <w:r w:rsidR="005F6A5B">
        <w:rPr/>
        <w:t>tevens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Pr="6C968D7A" w:rsidR="005F6A5B">
        <w:rPr>
          <w:b w:val="1"/>
          <w:bCs w:val="1"/>
        </w:rPr>
        <w:t>bufferbekken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omheining</w:t>
      </w:r>
      <w:r w:rsidR="005F6A5B">
        <w:rPr/>
        <w:t xml:space="preserve"> </w:t>
      </w:r>
      <w:r w:rsidR="005F6A5B">
        <w:rPr/>
        <w:t>voorzien</w:t>
      </w:r>
      <w:r w:rsidR="005F6A5B">
        <w:rPr/>
        <w:t xml:space="preserve">, met </w:t>
      </w:r>
      <w:r w:rsidR="005F6A5B">
        <w:rPr/>
        <w:t>een</w:t>
      </w:r>
      <w:r w:rsidR="005F6A5B">
        <w:rPr/>
        <w:t xml:space="preserve"> </w:t>
      </w:r>
      <w:r w:rsidR="005F6A5B">
        <w:rPr/>
        <w:t>aanplant</w:t>
      </w:r>
      <w:r w:rsidR="005F6A5B">
        <w:rPr/>
        <w:t xml:space="preserve"> tot </w:t>
      </w:r>
      <w:r w:rsidR="005F6A5B">
        <w:rPr/>
        <w:t>wel</w:t>
      </w:r>
      <w:r w:rsidR="005F6A5B">
        <w:rPr/>
        <w:t xml:space="preserve"> </w:t>
      </w:r>
      <w:r w:rsidR="005F6A5B">
        <w:rPr/>
        <w:t>25 meter</w:t>
      </w:r>
      <w:r w:rsidR="005F6A5B">
        <w:rPr/>
        <w:t xml:space="preserve"> </w:t>
      </w:r>
      <w:r w:rsidR="005F6A5B">
        <w:rPr/>
        <w:t>hoog</w:t>
      </w:r>
      <w:r w:rsidR="005F6A5B">
        <w:rPr/>
        <w:t xml:space="preserve">. Het </w:t>
      </w:r>
      <w:r w:rsidR="005F6A5B">
        <w:rPr/>
        <w:t>ministerieel</w:t>
      </w:r>
      <w:r w:rsidR="005F6A5B">
        <w:rPr/>
        <w:t xml:space="preserve"> </w:t>
      </w:r>
      <w:r w:rsidR="005F6A5B">
        <w:rPr/>
        <w:t>besluit</w:t>
      </w:r>
      <w:r w:rsidR="005F6A5B">
        <w:rPr/>
        <w:t xml:space="preserve"> met </w:t>
      </w:r>
      <w:r w:rsidR="005F6A5B">
        <w:rPr/>
        <w:t>betrekking</w:t>
      </w:r>
      <w:r w:rsidR="005F6A5B">
        <w:rPr/>
        <w:t xml:space="preserve"> tot mast P12 </w:t>
      </w:r>
      <w:r w:rsidR="005F6A5B">
        <w:rPr/>
        <w:t>maakt</w:t>
      </w:r>
      <w:r w:rsidR="005F6A5B">
        <w:rPr/>
        <w:t xml:space="preserve"> </w:t>
      </w:r>
      <w:r w:rsidR="005F6A5B">
        <w:rPr/>
        <w:t>hiervan</w:t>
      </w:r>
      <w:r w:rsidR="005F6A5B">
        <w:rPr/>
        <w:t xml:space="preserve"> </w:t>
      </w:r>
      <w:r w:rsidR="005F6A5B">
        <w:rPr/>
        <w:t>geen</w:t>
      </w:r>
      <w:r w:rsidR="005F6A5B">
        <w:rPr/>
        <w:t xml:space="preserve"> melding. </w:t>
      </w:r>
      <w:r w:rsidR="005F6A5B">
        <w:rPr/>
        <w:t>Dergelijke</w:t>
      </w:r>
      <w:r w:rsidR="005F6A5B">
        <w:rPr/>
        <w:t xml:space="preserve"> </w:t>
      </w:r>
      <w:r w:rsidR="005F6A5B">
        <w:rPr/>
        <w:t>voorzieningen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conform</w:t>
      </w:r>
      <w:r w:rsidR="005F6A5B">
        <w:rPr/>
        <w:t xml:space="preserve"> art. 5 van het BVR van 25 </w:t>
      </w:r>
      <w:r w:rsidR="005F6A5B">
        <w:rPr/>
        <w:t>januari</w:t>
      </w:r>
      <w:r w:rsidR="005F6A5B">
        <w:rPr/>
        <w:t xml:space="preserve"> 2019 </w:t>
      </w:r>
      <w:r w:rsidR="005F6A5B">
        <w:rPr/>
        <w:t>niet</w:t>
      </w:r>
      <w:r w:rsidR="005F6A5B">
        <w:rPr/>
        <w:t xml:space="preserve"> </w:t>
      </w:r>
      <w:r w:rsidR="005F6A5B">
        <w:rPr/>
        <w:t>toegelaten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afwijking</w:t>
      </w:r>
      <w:r w:rsidR="005F6A5B">
        <w:rPr/>
        <w:t>.</w:t>
      </w:r>
    </w:p>
    <w:p w:rsidR="009D758D" w:rsidRDefault="005F6A5B" w14:paraId="384B65FB" w14:textId="77777777"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grondslag</w:t>
      </w:r>
      <w:r w:rsidRPr="6C968D7A" w:rsidR="005F6A5B">
        <w:rPr>
          <w:b w:val="1"/>
          <w:bCs w:val="1"/>
        </w:rPr>
        <w:t>:</w:t>
      </w:r>
      <w:r w:rsidR="005F6A5B">
        <w:rPr/>
        <w:t xml:space="preserve"> BVR van 25 </w:t>
      </w:r>
      <w:r w:rsidR="005F6A5B">
        <w:rPr/>
        <w:t>januari</w:t>
      </w:r>
      <w:r w:rsidR="005F6A5B">
        <w:rPr/>
        <w:t xml:space="preserve"> 2019 </w:t>
      </w:r>
      <w:r w:rsidR="005F6A5B">
        <w:rPr/>
        <w:t>betreffende</w:t>
      </w:r>
      <w:r w:rsidR="005F6A5B">
        <w:rPr/>
        <w:t xml:space="preserve"> de </w:t>
      </w:r>
      <w:r w:rsidR="005F6A5B">
        <w:rPr/>
        <w:t>vrije</w:t>
      </w:r>
      <w:r w:rsidR="005F6A5B">
        <w:rPr/>
        <w:t xml:space="preserve"> </w:t>
      </w:r>
      <w:r w:rsidR="005F6A5B">
        <w:rPr/>
        <w:t>stroken</w:t>
      </w:r>
      <w:r w:rsidR="005F6A5B">
        <w:rPr/>
        <w:t xml:space="preserve"> </w:t>
      </w:r>
      <w:r w:rsidR="005F6A5B">
        <w:rPr/>
        <w:t>langs</w:t>
      </w:r>
      <w:r w:rsidR="005F6A5B">
        <w:rPr/>
        <w:t xml:space="preserve"> </w:t>
      </w:r>
      <w:r w:rsidR="005F6A5B">
        <w:rPr/>
        <w:t>autosnelwegen</w:t>
      </w:r>
      <w:r w:rsidR="005F6A5B">
        <w:rPr/>
        <w:t xml:space="preserve">, art. 2, 4 </w:t>
      </w:r>
      <w:r w:rsidR="005F6A5B">
        <w:rPr/>
        <w:t>en</w:t>
      </w:r>
      <w:r w:rsidR="005F6A5B">
        <w:rPr/>
        <w:t xml:space="preserve"> 5; art. 4.4.7, §2 VCRO.</w:t>
      </w:r>
    </w:p>
    <w:p w:rsidR="009D758D" w:rsidRDefault="25A181EA" w14:paraId="30DEADA0" w14:textId="002FE2FC">
      <w:pPr>
        <w:pStyle w:val="Heading3"/>
      </w:pPr>
      <w:r w:rsidR="25A181EA">
        <w:rPr/>
        <w:t>3.1</w:t>
      </w:r>
      <w:r w:rsidR="0FA090D6">
        <w:rPr/>
        <w:t>0</w:t>
      </w:r>
      <w:r w:rsidR="25A181EA">
        <w:rPr/>
        <w:t xml:space="preserve"> </w:t>
      </w:r>
      <w:r w:rsidR="25A181EA">
        <w:rPr/>
        <w:t>Discriminatie</w:t>
      </w:r>
      <w:r w:rsidR="25A181EA">
        <w:rPr/>
        <w:t xml:space="preserve"> </w:t>
      </w:r>
      <w:r w:rsidR="25A181EA">
        <w:rPr/>
        <w:t>bij</w:t>
      </w:r>
      <w:r w:rsidR="25A181EA">
        <w:rPr/>
        <w:t xml:space="preserve"> </w:t>
      </w:r>
      <w:r w:rsidR="25A181EA">
        <w:rPr/>
        <w:t>milderende</w:t>
      </w:r>
      <w:r w:rsidR="25A181EA">
        <w:rPr/>
        <w:t xml:space="preserve"> </w:t>
      </w:r>
      <w:r w:rsidR="25A181EA">
        <w:rPr/>
        <w:t>maatregelen</w:t>
      </w:r>
      <w:r w:rsidR="25A181EA">
        <w:rPr/>
        <w:t xml:space="preserve"> — </w:t>
      </w:r>
      <w:r w:rsidR="25A181EA">
        <w:rPr/>
        <w:t>schending</w:t>
      </w:r>
      <w:r w:rsidR="25A181EA">
        <w:rPr/>
        <w:t xml:space="preserve"> </w:t>
      </w:r>
      <w:r w:rsidR="25A181EA">
        <w:rPr/>
        <w:t>gelijkheidsbeginsel</w:t>
      </w:r>
    </w:p>
    <w:p w:rsidR="009D758D" w:rsidRDefault="005F6A5B" w14:paraId="383212CD" w14:textId="77777777">
      <w:r w:rsidR="005F6A5B">
        <w:rPr/>
        <w:t xml:space="preserve">De </w:t>
      </w:r>
      <w:r w:rsidR="005F6A5B">
        <w:rPr/>
        <w:t>milderende</w:t>
      </w:r>
      <w:r w:rsidR="005F6A5B">
        <w:rPr/>
        <w:t xml:space="preserve"> </w:t>
      </w:r>
      <w:r w:rsidR="005F6A5B">
        <w:rPr/>
        <w:t>maatregelen</w:t>
      </w:r>
      <w:r w:rsidR="005F6A5B">
        <w:rPr/>
        <w:t xml:space="preserve"> die in het </w:t>
      </w:r>
      <w:r w:rsidR="005F6A5B">
        <w:rPr/>
        <w:t>kader</w:t>
      </w:r>
      <w:r w:rsidR="005F6A5B">
        <w:rPr/>
        <w:t xml:space="preserve"> van het </w:t>
      </w:r>
      <w:r w:rsidR="005F6A5B">
        <w:rPr/>
        <w:t>Ventilus</w:t>
      </w:r>
      <w:r w:rsidR="005F6A5B">
        <w:rPr/>
        <w:t xml:space="preserve">-project </w:t>
      </w:r>
      <w:r w:rsidR="005F6A5B">
        <w:rPr/>
        <w:t>worden</w:t>
      </w:r>
      <w:r w:rsidR="005F6A5B">
        <w:rPr/>
        <w:t xml:space="preserve"> </w:t>
      </w:r>
      <w:r w:rsidR="005F6A5B">
        <w:rPr/>
        <w:t>voorgesteld</w:t>
      </w:r>
      <w:r w:rsidR="005F6A5B">
        <w:rPr/>
        <w:t xml:space="preserve">, </w:t>
      </w:r>
      <w:r w:rsidR="005F6A5B">
        <w:rPr/>
        <w:t>hanteren</w:t>
      </w:r>
      <w:r w:rsidR="005F6A5B">
        <w:rPr/>
        <w:t xml:space="preserve"> </w:t>
      </w:r>
      <w:r w:rsidRPr="6C968D7A" w:rsidR="005F6A5B">
        <w:rPr>
          <w:b w:val="1"/>
          <w:bCs w:val="1"/>
        </w:rPr>
        <w:t>arbitraire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afstandsgrenzen</w:t>
      </w:r>
      <w:r w:rsidR="005F6A5B">
        <w:rPr/>
        <w:t xml:space="preserve"> die </w:t>
      </w:r>
      <w:r w:rsidR="005F6A5B">
        <w:rPr/>
        <w:t>een</w:t>
      </w:r>
      <w:r w:rsidR="005F6A5B">
        <w:rPr/>
        <w:t xml:space="preserve"> </w:t>
      </w:r>
      <w:r w:rsidR="005F6A5B">
        <w:rPr/>
        <w:t>ongelijke</w:t>
      </w:r>
      <w:r w:rsidR="005F6A5B">
        <w:rPr/>
        <w:t xml:space="preserve"> </w:t>
      </w:r>
      <w:r w:rsidR="005F6A5B">
        <w:rPr/>
        <w:t>behandeling</w:t>
      </w:r>
      <w:r w:rsidR="005F6A5B">
        <w:rPr/>
        <w:t xml:space="preserve"> </w:t>
      </w:r>
      <w:r w:rsidR="005F6A5B">
        <w:rPr/>
        <w:t>creëren</w:t>
      </w:r>
      <w:r w:rsidR="005F6A5B">
        <w:rPr/>
        <w:t xml:space="preserve"> van burgers die in </w:t>
      </w:r>
      <w:r w:rsidR="005F6A5B">
        <w:rPr/>
        <w:t>vergelijkbare</w:t>
      </w:r>
      <w:r w:rsidR="005F6A5B">
        <w:rPr/>
        <w:t xml:space="preserve"> mate door het project </w:t>
      </w:r>
      <w:r w:rsidR="005F6A5B">
        <w:rPr/>
        <w:t>worden</w:t>
      </w:r>
      <w:r w:rsidR="005F6A5B">
        <w:rPr/>
        <w:t xml:space="preserve"> </w:t>
      </w:r>
      <w:r w:rsidR="005F6A5B">
        <w:rPr/>
        <w:t>getroffen</w:t>
      </w:r>
      <w:r w:rsidR="005F6A5B">
        <w:rPr/>
        <w:t>.</w:t>
      </w:r>
    </w:p>
    <w:p w:rsidR="009D758D" w:rsidP="6C968D7A" w:rsidRDefault="005F6A5B" w14:paraId="3E779F11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 xml:space="preserve">(a) </w:t>
      </w:r>
      <w:r w:rsidRPr="6C968D7A" w:rsidR="005F6A5B">
        <w:rPr>
          <w:b w:val="1"/>
          <w:bCs w:val="1"/>
        </w:rPr>
        <w:t>Ongelijke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behandeling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binnen</w:t>
      </w:r>
      <w:r w:rsidRPr="6C968D7A" w:rsidR="005F6A5B">
        <w:rPr>
          <w:b w:val="1"/>
          <w:bCs w:val="1"/>
        </w:rPr>
        <w:t xml:space="preserve"> de </w:t>
      </w:r>
      <w:r w:rsidRPr="6C968D7A" w:rsidR="005F6A5B">
        <w:rPr>
          <w:b w:val="1"/>
          <w:bCs w:val="1"/>
        </w:rPr>
        <w:t>deelvergunningen</w:t>
      </w:r>
    </w:p>
    <w:p w:rsidR="009D758D" w:rsidRDefault="005F6A5B" w14:paraId="1EA19417" w14:textId="77777777">
      <w:r w:rsidR="005F6A5B">
        <w:rPr/>
        <w:t>Uit</w:t>
      </w:r>
      <w:r w:rsidR="005F6A5B">
        <w:rPr/>
        <w:t xml:space="preserve"> de </w:t>
      </w:r>
      <w:r w:rsidR="005F6A5B">
        <w:rPr/>
        <w:t>vergelijking</w:t>
      </w:r>
      <w:r w:rsidR="005F6A5B">
        <w:rPr/>
        <w:t xml:space="preserve"> van de </w:t>
      </w:r>
      <w:r w:rsidR="005F6A5B">
        <w:rPr/>
        <w:t>vijf</w:t>
      </w:r>
      <w:r w:rsidR="005F6A5B">
        <w:rPr/>
        <w:t xml:space="preserve"> </w:t>
      </w:r>
      <w:r w:rsidR="005F6A5B">
        <w:rPr/>
        <w:t>omgevingsvergunningsaanvragen</w:t>
      </w:r>
      <w:r w:rsidR="005F6A5B">
        <w:rPr/>
        <w:t xml:space="preserve"> </w:t>
      </w:r>
      <w:r w:rsidR="005F6A5B">
        <w:rPr/>
        <w:t>blijkt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bepaalde</w:t>
      </w:r>
      <w:r w:rsidR="005F6A5B">
        <w:rPr/>
        <w:t xml:space="preserve"> </w:t>
      </w:r>
      <w:r w:rsidR="005F6A5B">
        <w:rPr/>
        <w:t>woningen</w:t>
      </w:r>
      <w:r w:rsidR="005F6A5B">
        <w:rPr/>
        <w:t xml:space="preserve"> in </w:t>
      </w:r>
      <w:r w:rsidR="005F6A5B">
        <w:rPr/>
        <w:t>nabijheid</w:t>
      </w:r>
      <w:r w:rsidR="005F6A5B">
        <w:rPr/>
        <w:t xml:space="preserve"> van </w:t>
      </w:r>
      <w:r w:rsidR="005F6A5B">
        <w:rPr/>
        <w:t>mastlocaties</w:t>
      </w:r>
      <w:r w:rsidR="005F6A5B">
        <w:rPr/>
        <w:t xml:space="preserve"> (</w:t>
      </w:r>
      <w:r w:rsidR="005F6A5B">
        <w:rPr/>
        <w:t>o.a.</w:t>
      </w:r>
      <w:r w:rsidR="005F6A5B">
        <w:rPr/>
        <w:t xml:space="preserve"> </w:t>
      </w:r>
      <w:r w:rsidR="005F6A5B">
        <w:rPr/>
        <w:t>nabij</w:t>
      </w:r>
      <w:r w:rsidR="005F6A5B">
        <w:rPr/>
        <w:t xml:space="preserve"> mast IW227 P29 in dossier OMV2025025784) </w:t>
      </w:r>
      <w:r w:rsidR="005F6A5B">
        <w:rPr/>
        <w:t>specifieke</w:t>
      </w:r>
      <w:r w:rsidR="005F6A5B">
        <w:rPr/>
        <w:t xml:space="preserve"> </w:t>
      </w:r>
      <w:r w:rsidR="005F6A5B">
        <w:rPr/>
        <w:t>milderende</w:t>
      </w:r>
      <w:r w:rsidR="005F6A5B">
        <w:rPr/>
        <w:t xml:space="preserve"> </w:t>
      </w:r>
      <w:r w:rsidR="005F6A5B">
        <w:rPr/>
        <w:t>maatregelen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voorzien</w:t>
      </w:r>
      <w:r w:rsidR="005F6A5B">
        <w:rPr/>
        <w:t xml:space="preserve"> — </w:t>
      </w:r>
      <w:r w:rsidR="005F6A5B">
        <w:rPr/>
        <w:t>zoals</w:t>
      </w:r>
      <w:r w:rsidR="005F6A5B">
        <w:rPr/>
        <w:t xml:space="preserve"> het </w:t>
      </w:r>
      <w:r w:rsidR="005F6A5B">
        <w:rPr/>
        <w:t>gebruik</w:t>
      </w:r>
      <w:r w:rsidR="005F6A5B">
        <w:rPr/>
        <w:t xml:space="preserve"> van </w:t>
      </w:r>
      <w:r w:rsidR="005F6A5B">
        <w:rPr/>
        <w:t>stillere</w:t>
      </w:r>
      <w:r w:rsidR="005F6A5B">
        <w:rPr/>
        <w:t xml:space="preserve"> </w:t>
      </w:r>
      <w:r w:rsidR="005F6A5B">
        <w:rPr/>
        <w:t>werftoestellen</w:t>
      </w:r>
      <w:r w:rsidR="005F6A5B">
        <w:rPr/>
        <w:t xml:space="preserve">, </w:t>
      </w:r>
      <w:r w:rsidR="005F6A5B">
        <w:rPr/>
        <w:t>tijdelijke</w:t>
      </w:r>
      <w:r w:rsidR="005F6A5B">
        <w:rPr/>
        <w:t xml:space="preserve"> </w:t>
      </w:r>
      <w:r w:rsidR="005F6A5B">
        <w:rPr/>
        <w:t>akoestische</w:t>
      </w:r>
      <w:r w:rsidR="005F6A5B">
        <w:rPr/>
        <w:t xml:space="preserve"> </w:t>
      </w:r>
      <w:r w:rsidR="005F6A5B">
        <w:rPr/>
        <w:t>afscherming</w:t>
      </w:r>
      <w:r w:rsidR="005F6A5B">
        <w:rPr/>
        <w:t xml:space="preserve">, </w:t>
      </w:r>
      <w:r w:rsidR="005F6A5B">
        <w:rPr/>
        <w:t>beperking</w:t>
      </w:r>
      <w:r w:rsidR="005F6A5B">
        <w:rPr/>
        <w:t xml:space="preserve"> van </w:t>
      </w:r>
      <w:r w:rsidR="005F6A5B">
        <w:rPr/>
        <w:t>werkuren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alternatieve</w:t>
      </w:r>
      <w:r w:rsidR="005F6A5B">
        <w:rPr/>
        <w:t xml:space="preserve"> </w:t>
      </w:r>
      <w:r w:rsidR="005F6A5B">
        <w:rPr/>
        <w:t>verblijfsmogelijkheden</w:t>
      </w:r>
      <w:r w:rsidR="005F6A5B">
        <w:rPr/>
        <w:t xml:space="preserve"> — die </w:t>
      </w:r>
      <w:r w:rsidRPr="6C968D7A" w:rsidR="005F6A5B">
        <w:rPr>
          <w:b w:val="1"/>
          <w:bCs w:val="1"/>
        </w:rPr>
        <w:t>niet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worden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voorgesteld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woningen</w:t>
      </w:r>
      <w:r w:rsidR="005F6A5B">
        <w:rPr/>
        <w:t xml:space="preserve"> op </w:t>
      </w:r>
      <w:r w:rsidR="005F6A5B">
        <w:rPr/>
        <w:t>vergelijkbare</w:t>
      </w:r>
      <w:r w:rsidR="005F6A5B">
        <w:rPr/>
        <w:t xml:space="preserve"> </w:t>
      </w:r>
      <w:r w:rsidR="005F6A5B">
        <w:rPr/>
        <w:t>afstand</w:t>
      </w:r>
      <w:r w:rsidR="005F6A5B">
        <w:rPr/>
        <w:t xml:space="preserve"> in de </w:t>
      </w:r>
      <w:r w:rsidR="005F6A5B">
        <w:rPr/>
        <w:t>overige</w:t>
      </w:r>
      <w:r w:rsidR="005F6A5B">
        <w:rPr/>
        <w:t xml:space="preserve"> </w:t>
      </w:r>
      <w:r w:rsidR="005F6A5B">
        <w:rPr/>
        <w:t>deelvergunningen</w:t>
      </w:r>
      <w:r w:rsidR="005F6A5B">
        <w:rPr/>
        <w:t xml:space="preserve">. Dit </w:t>
      </w:r>
      <w:r w:rsidR="005F6A5B">
        <w:rPr/>
        <w:t>onderscheid</w:t>
      </w:r>
      <w:r w:rsidR="005F6A5B">
        <w:rPr/>
        <w:t xml:space="preserve"> is </w:t>
      </w:r>
      <w:r w:rsidR="005F6A5B">
        <w:rPr/>
        <w:t>niet</w:t>
      </w:r>
      <w:r w:rsidR="005F6A5B">
        <w:rPr/>
        <w:t xml:space="preserve"> </w:t>
      </w:r>
      <w:r w:rsidR="005F6A5B">
        <w:rPr/>
        <w:t>wetenschappelijk</w:t>
      </w:r>
      <w:r w:rsidR="005F6A5B">
        <w:rPr/>
        <w:t xml:space="preserve"> </w:t>
      </w:r>
      <w:r w:rsidR="005F6A5B">
        <w:rPr/>
        <w:t>onderbouwd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constitueert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discriminatoire</w:t>
      </w:r>
      <w:r w:rsidR="005F6A5B">
        <w:rPr/>
        <w:t xml:space="preserve"> </w:t>
      </w:r>
      <w:r w:rsidR="005F6A5B">
        <w:rPr/>
        <w:t>toepassing</w:t>
      </w:r>
      <w:r w:rsidR="005F6A5B">
        <w:rPr/>
        <w:t xml:space="preserve"> van </w:t>
      </w:r>
      <w:r w:rsidR="005F6A5B">
        <w:rPr/>
        <w:t>milderingsmaatregelen</w:t>
      </w:r>
      <w:r w:rsidR="005F6A5B">
        <w:rPr/>
        <w:t>.</w:t>
      </w:r>
    </w:p>
    <w:p w:rsidR="009D758D" w:rsidP="6C968D7A" w:rsidRDefault="005F6A5B" w14:paraId="64DA711B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 xml:space="preserve">(b) Geen </w:t>
      </w:r>
      <w:r w:rsidRPr="6C968D7A" w:rsidR="005F6A5B">
        <w:rPr>
          <w:b w:val="1"/>
          <w:bCs w:val="1"/>
        </w:rPr>
        <w:t>wetenschappelijke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onderbouwing</w:t>
      </w:r>
      <w:r w:rsidRPr="6C968D7A" w:rsidR="005F6A5B">
        <w:rPr>
          <w:b w:val="1"/>
          <w:bCs w:val="1"/>
        </w:rPr>
        <w:t xml:space="preserve"> van </w:t>
      </w:r>
      <w:r w:rsidRPr="6C968D7A" w:rsidR="005F6A5B">
        <w:rPr>
          <w:b w:val="1"/>
          <w:bCs w:val="1"/>
        </w:rPr>
        <w:t>afstandsgrenzen</w:t>
      </w:r>
    </w:p>
    <w:p w:rsidR="009D758D" w:rsidRDefault="005F6A5B" w14:paraId="1850B3A3" w14:textId="77777777">
      <w:r w:rsidR="005F6A5B">
        <w:rPr/>
        <w:t xml:space="preserve">De </w:t>
      </w:r>
      <w:r w:rsidR="005F6A5B">
        <w:rPr/>
        <w:t>gekozen</w:t>
      </w:r>
      <w:r w:rsidR="005F6A5B">
        <w:rPr/>
        <w:t xml:space="preserve"> </w:t>
      </w:r>
      <w:r w:rsidR="005F6A5B">
        <w:rPr/>
        <w:t>afstandsgrenzen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woningaankoop</w:t>
      </w:r>
      <w:r w:rsidR="005F6A5B">
        <w:rPr/>
        <w:t xml:space="preserve">, </w:t>
      </w:r>
      <w:r w:rsidR="005F6A5B">
        <w:rPr/>
        <w:t>flankerend</w:t>
      </w:r>
      <w:r w:rsidR="005F6A5B">
        <w:rPr/>
        <w:t xml:space="preserve"> </w:t>
      </w:r>
      <w:r w:rsidR="005F6A5B">
        <w:rPr/>
        <w:t>beleid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specifieke</w:t>
      </w:r>
      <w:r w:rsidR="005F6A5B">
        <w:rPr/>
        <w:t xml:space="preserve"> </w:t>
      </w:r>
      <w:r w:rsidR="005F6A5B">
        <w:rPr/>
        <w:t>beschermingsmaatregelen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gebaseerd</w:t>
      </w:r>
      <w:r w:rsidR="005F6A5B">
        <w:rPr/>
        <w:t xml:space="preserve"> op </w:t>
      </w:r>
      <w:r w:rsidR="005F6A5B">
        <w:rPr/>
        <w:t>een</w:t>
      </w:r>
      <w:r w:rsidR="005F6A5B">
        <w:rPr/>
        <w:t xml:space="preserve"> </w:t>
      </w:r>
      <w:r w:rsidR="005F6A5B">
        <w:rPr/>
        <w:t>gedocumenteerd</w:t>
      </w:r>
      <w:r w:rsidR="005F6A5B">
        <w:rPr/>
        <w:t xml:space="preserve"> </w:t>
      </w:r>
      <w:r w:rsidR="005F6A5B">
        <w:rPr/>
        <w:t>wetenschappelijk</w:t>
      </w:r>
      <w:r w:rsidR="005F6A5B">
        <w:rPr/>
        <w:t xml:space="preserve"> criterium. Het MER </w:t>
      </w:r>
      <w:r w:rsidR="005F6A5B">
        <w:rPr/>
        <w:t>motiveert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waarom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woning</w:t>
      </w:r>
      <w:r w:rsidR="005F6A5B">
        <w:rPr/>
        <w:t xml:space="preserve"> op (</w:t>
      </w:r>
      <w:r w:rsidR="005F6A5B">
        <w:rPr/>
        <w:t>bijvoorbeeld</w:t>
      </w:r>
      <w:r w:rsidR="005F6A5B">
        <w:rPr/>
        <w:t xml:space="preserve">) </w:t>
      </w:r>
      <w:r w:rsidR="005F6A5B">
        <w:rPr/>
        <w:t>29 meter</w:t>
      </w:r>
      <w:r w:rsidR="005F6A5B">
        <w:rPr/>
        <w:t xml:space="preserve"> van </w:t>
      </w:r>
      <w:r w:rsidR="005F6A5B">
        <w:rPr/>
        <w:t>een</w:t>
      </w:r>
      <w:r w:rsidR="005F6A5B">
        <w:rPr/>
        <w:t xml:space="preserve"> </w:t>
      </w:r>
      <w:r w:rsidR="005F6A5B">
        <w:rPr/>
        <w:t>mastlocatie</w:t>
      </w:r>
      <w:r w:rsidR="005F6A5B">
        <w:rPr/>
        <w:t xml:space="preserve"> </w:t>
      </w:r>
      <w:r w:rsidR="005F6A5B">
        <w:rPr/>
        <w:t>recht</w:t>
      </w:r>
      <w:r w:rsidR="005F6A5B">
        <w:rPr/>
        <w:t xml:space="preserve"> </w:t>
      </w:r>
      <w:r w:rsidR="005F6A5B">
        <w:rPr/>
        <w:t>heeft</w:t>
      </w:r>
      <w:r w:rsidR="005F6A5B">
        <w:rPr/>
        <w:t xml:space="preserve"> op </w:t>
      </w:r>
      <w:r w:rsidR="005F6A5B">
        <w:rPr/>
        <w:t>bepaalde</w:t>
      </w:r>
      <w:r w:rsidR="005F6A5B">
        <w:rPr/>
        <w:t xml:space="preserve"> </w:t>
      </w:r>
      <w:r w:rsidR="005F6A5B">
        <w:rPr/>
        <w:t>maatregelen</w:t>
      </w:r>
      <w:r w:rsidR="005F6A5B">
        <w:rPr/>
        <w:t xml:space="preserve">, </w:t>
      </w:r>
      <w:r w:rsidR="005F6A5B">
        <w:rPr/>
        <w:t>terwijl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woning</w:t>
      </w:r>
      <w:r w:rsidR="005F6A5B">
        <w:rPr/>
        <w:t xml:space="preserve"> op 31 </w:t>
      </w:r>
      <w:r w:rsidR="005F6A5B">
        <w:rPr/>
        <w:t>meter</w:t>
      </w:r>
      <w:r w:rsidR="005F6A5B">
        <w:rPr/>
        <w:t xml:space="preserve"> — die </w:t>
      </w:r>
      <w:r w:rsidR="005F6A5B">
        <w:rPr/>
        <w:t>vergelijkbare</w:t>
      </w:r>
      <w:r w:rsidR="005F6A5B">
        <w:rPr/>
        <w:t xml:space="preserve"> hinder </w:t>
      </w:r>
      <w:r w:rsidR="005F6A5B">
        <w:rPr/>
        <w:t>ondervindt</w:t>
      </w:r>
      <w:r w:rsidR="005F6A5B">
        <w:rPr/>
        <w:t xml:space="preserve"> — </w:t>
      </w:r>
      <w:r w:rsidR="005F6A5B">
        <w:rPr/>
        <w:t>buiten</w:t>
      </w:r>
      <w:r w:rsidR="005F6A5B">
        <w:rPr/>
        <w:t xml:space="preserve"> de boot </w:t>
      </w:r>
      <w:r w:rsidR="005F6A5B">
        <w:rPr/>
        <w:t>valt</w:t>
      </w:r>
      <w:r w:rsidR="005F6A5B">
        <w:rPr/>
        <w:t xml:space="preserve">. Het </w:t>
      </w:r>
      <w:r w:rsidR="005F6A5B">
        <w:rPr/>
        <w:t>ontbreken</w:t>
      </w:r>
      <w:r w:rsidR="005F6A5B">
        <w:rPr/>
        <w:t xml:space="preserve"> van </w:t>
      </w:r>
      <w:r w:rsidR="005F6A5B">
        <w:rPr/>
        <w:t>een</w:t>
      </w:r>
      <w:r w:rsidR="005F6A5B">
        <w:rPr/>
        <w:t xml:space="preserve"> </w:t>
      </w:r>
      <w:r w:rsidR="005F6A5B">
        <w:rPr/>
        <w:t>graduele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proportionele</w:t>
      </w:r>
      <w:r w:rsidR="005F6A5B">
        <w:rPr/>
        <w:t xml:space="preserve"> </w:t>
      </w:r>
      <w:r w:rsidR="005F6A5B">
        <w:rPr/>
        <w:t>benadering</w:t>
      </w:r>
      <w:r w:rsidR="005F6A5B">
        <w:rPr/>
        <w:t xml:space="preserve"> </w:t>
      </w:r>
      <w:r w:rsidR="005F6A5B">
        <w:rPr/>
        <w:t>leidt</w:t>
      </w:r>
      <w:r w:rsidR="005F6A5B">
        <w:rPr/>
        <w:t xml:space="preserve"> tot </w:t>
      </w:r>
      <w:r w:rsidR="005F6A5B">
        <w:rPr/>
        <w:t>willekeurige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onverdedigbare</w:t>
      </w:r>
      <w:r w:rsidR="005F6A5B">
        <w:rPr/>
        <w:t xml:space="preserve"> </w:t>
      </w:r>
      <w:r w:rsidR="005F6A5B">
        <w:rPr/>
        <w:t>grenseffecten</w:t>
      </w:r>
      <w:r w:rsidR="005F6A5B">
        <w:rPr/>
        <w:t>.</w:t>
      </w:r>
    </w:p>
    <w:p w:rsidR="009D758D" w:rsidRDefault="005F6A5B" w14:paraId="77276008" w14:textId="77777777"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grondslag</w:t>
      </w:r>
      <w:r w:rsidRPr="6C968D7A" w:rsidR="005F6A5B">
        <w:rPr>
          <w:b w:val="1"/>
          <w:bCs w:val="1"/>
        </w:rPr>
        <w:t>:</w:t>
      </w:r>
      <w:r w:rsidR="005F6A5B">
        <w:rPr/>
        <w:t xml:space="preserve"> Art. 10-11 </w:t>
      </w:r>
      <w:r w:rsidR="005F6A5B">
        <w:rPr/>
        <w:t>Grondwet</w:t>
      </w:r>
      <w:r w:rsidR="005F6A5B">
        <w:rPr/>
        <w:t xml:space="preserve"> (</w:t>
      </w:r>
      <w:r w:rsidR="005F6A5B">
        <w:rPr/>
        <w:t>gelijkheidsbeginsel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non-</w:t>
      </w:r>
      <w:r w:rsidR="005F6A5B">
        <w:rPr/>
        <w:t>discriminatie</w:t>
      </w:r>
      <w:r w:rsidR="005F6A5B">
        <w:rPr/>
        <w:t xml:space="preserve">). Het </w:t>
      </w:r>
      <w:r w:rsidR="005F6A5B">
        <w:rPr/>
        <w:t>gelijkheidsbeginsel</w:t>
      </w:r>
      <w:r w:rsidR="005F6A5B">
        <w:rPr/>
        <w:t xml:space="preserve"> </w:t>
      </w:r>
      <w:r w:rsidR="005F6A5B">
        <w:rPr/>
        <w:t>vereist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vergelijkbare</w:t>
      </w:r>
      <w:r w:rsidR="005F6A5B">
        <w:rPr/>
        <w:t xml:space="preserve"> </w:t>
      </w:r>
      <w:r w:rsidR="005F6A5B">
        <w:rPr/>
        <w:t>situaties</w:t>
      </w:r>
      <w:r w:rsidR="005F6A5B">
        <w:rPr/>
        <w:t xml:space="preserve"> </w:t>
      </w:r>
      <w:r w:rsidR="005F6A5B">
        <w:rPr/>
        <w:t>gelijk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behandeld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elk </w:t>
      </w:r>
      <w:r w:rsidR="005F6A5B">
        <w:rPr/>
        <w:t>onderscheid</w:t>
      </w:r>
      <w:r w:rsidR="005F6A5B">
        <w:rPr/>
        <w:t xml:space="preserve"> </w:t>
      </w:r>
      <w:r w:rsidR="005F6A5B">
        <w:rPr/>
        <w:t>objectief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redelijk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gerechtvaardigd</w:t>
      </w:r>
      <w:r w:rsidR="005F6A5B">
        <w:rPr/>
        <w:t xml:space="preserve">. Het </w:t>
      </w:r>
      <w:r w:rsidR="005F6A5B">
        <w:rPr/>
        <w:t>hanteren</w:t>
      </w:r>
      <w:r w:rsidR="005F6A5B">
        <w:rPr/>
        <w:t xml:space="preserve"> van </w:t>
      </w:r>
      <w:r w:rsidR="005F6A5B">
        <w:rPr/>
        <w:t>niet-onderbouwde</w:t>
      </w:r>
      <w:r w:rsidR="005F6A5B">
        <w:rPr/>
        <w:t xml:space="preserve"> </w:t>
      </w:r>
      <w:r w:rsidR="005F6A5B">
        <w:rPr/>
        <w:t>afstandsgrenzen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milderende</w:t>
      </w:r>
      <w:r w:rsidR="005F6A5B">
        <w:rPr/>
        <w:t xml:space="preserve"> </w:t>
      </w:r>
      <w:r w:rsidR="005F6A5B">
        <w:rPr/>
        <w:t>maatregelen</w:t>
      </w:r>
      <w:r w:rsidR="005F6A5B">
        <w:rPr/>
        <w:t xml:space="preserve"> </w:t>
      </w:r>
      <w:r w:rsidR="005F6A5B">
        <w:rPr/>
        <w:t>constitueert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schending</w:t>
      </w:r>
      <w:r w:rsidR="005F6A5B">
        <w:rPr/>
        <w:t xml:space="preserve"> van </w:t>
      </w:r>
      <w:r w:rsidR="005F6A5B">
        <w:rPr/>
        <w:t>dit</w:t>
      </w:r>
      <w:r w:rsidR="005F6A5B">
        <w:rPr/>
        <w:t xml:space="preserve"> </w:t>
      </w:r>
      <w:r w:rsidR="005F6A5B">
        <w:rPr/>
        <w:t>beginsel</w:t>
      </w:r>
      <w:r w:rsidR="005F6A5B">
        <w:rPr/>
        <w:t>.</w:t>
      </w:r>
    </w:p>
    <w:p w:rsidR="009D758D" w:rsidRDefault="25A181EA" w14:paraId="43E56E8D" w14:textId="69FF08A7">
      <w:pPr>
        <w:pStyle w:val="Heading3"/>
      </w:pPr>
      <w:r w:rsidR="25A181EA">
        <w:rPr/>
        <w:t>3.1</w:t>
      </w:r>
      <w:r w:rsidR="0BCFCC6F">
        <w:rPr/>
        <w:t>1</w:t>
      </w:r>
      <w:r w:rsidR="25A181EA">
        <w:rPr/>
        <w:t xml:space="preserve"> </w:t>
      </w:r>
      <w:r w:rsidR="25A181EA">
        <w:rPr/>
        <w:t>Ontoegankelijkheid</w:t>
      </w:r>
      <w:r w:rsidR="25A181EA">
        <w:rPr/>
        <w:t xml:space="preserve"> </w:t>
      </w:r>
      <w:r w:rsidR="25A181EA">
        <w:rPr/>
        <w:t>plannen</w:t>
      </w:r>
      <w:r w:rsidR="25A181EA">
        <w:rPr/>
        <w:t xml:space="preserve"> </w:t>
      </w:r>
      <w:r w:rsidR="25A181EA">
        <w:rPr/>
        <w:t>en</w:t>
      </w:r>
      <w:r w:rsidR="25A181EA">
        <w:rPr/>
        <w:t xml:space="preserve"> </w:t>
      </w:r>
      <w:r w:rsidR="25A181EA">
        <w:rPr/>
        <w:t>documenten</w:t>
      </w:r>
      <w:r w:rsidR="25A181EA">
        <w:rPr/>
        <w:t xml:space="preserve"> — </w:t>
      </w:r>
      <w:r w:rsidR="25A181EA">
        <w:rPr/>
        <w:t>schending</w:t>
      </w:r>
      <w:r w:rsidR="25A181EA">
        <w:rPr/>
        <w:t xml:space="preserve"> </w:t>
      </w:r>
      <w:r w:rsidR="25A181EA">
        <w:rPr/>
        <w:t>Verdrag</w:t>
      </w:r>
      <w:r w:rsidR="25A181EA">
        <w:rPr/>
        <w:t xml:space="preserve"> van Aarhus</w:t>
      </w:r>
    </w:p>
    <w:p w:rsidR="009D758D" w:rsidRDefault="005F6A5B" w14:paraId="026AD5B8" w14:textId="77777777">
      <w:r w:rsidR="005F6A5B">
        <w:rPr/>
        <w:t xml:space="preserve">Het </w:t>
      </w:r>
      <w:r w:rsidR="005F6A5B">
        <w:rPr/>
        <w:t>Ventilus</w:t>
      </w:r>
      <w:r w:rsidR="005F6A5B">
        <w:rPr/>
        <w:t xml:space="preserve">-dossier is </w:t>
      </w:r>
      <w:r w:rsidR="005F6A5B">
        <w:rPr/>
        <w:t>feitelijk</w:t>
      </w:r>
      <w:r w:rsidR="005F6A5B">
        <w:rPr/>
        <w:t xml:space="preserve"> </w:t>
      </w:r>
      <w:r w:rsidR="005F6A5B">
        <w:rPr/>
        <w:t>ontoegankelijk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effectieve</w:t>
      </w:r>
      <w:r w:rsidR="005F6A5B">
        <w:rPr/>
        <w:t xml:space="preserve"> </w:t>
      </w:r>
      <w:r w:rsidR="005F6A5B">
        <w:rPr/>
        <w:t>publieke</w:t>
      </w:r>
      <w:r w:rsidR="005F6A5B">
        <w:rPr/>
        <w:t xml:space="preserve"> </w:t>
      </w:r>
      <w:r w:rsidR="005F6A5B">
        <w:rPr/>
        <w:t>participatie</w:t>
      </w:r>
      <w:r w:rsidR="005F6A5B">
        <w:rPr/>
        <w:t xml:space="preserve">, in </w:t>
      </w:r>
      <w:r w:rsidR="005F6A5B">
        <w:rPr/>
        <w:t>strijd</w:t>
      </w:r>
      <w:r w:rsidR="005F6A5B">
        <w:rPr/>
        <w:t xml:space="preserve"> met de </w:t>
      </w:r>
      <w:r w:rsidR="005F6A5B">
        <w:rPr/>
        <w:t>vereisten</w:t>
      </w:r>
      <w:r w:rsidR="005F6A5B">
        <w:rPr/>
        <w:t xml:space="preserve"> van het </w:t>
      </w:r>
      <w:r w:rsidR="005F6A5B">
        <w:rPr/>
        <w:t>Verdrag</w:t>
      </w:r>
      <w:r w:rsidR="005F6A5B">
        <w:rPr/>
        <w:t xml:space="preserve"> van Aarhus.</w:t>
      </w:r>
    </w:p>
    <w:p w:rsidR="009D758D" w:rsidP="6C968D7A" w:rsidRDefault="005F6A5B" w14:paraId="38D66935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 xml:space="preserve">(a) </w:t>
      </w:r>
      <w:r w:rsidRPr="6C968D7A" w:rsidR="005F6A5B">
        <w:rPr>
          <w:b w:val="1"/>
          <w:bCs w:val="1"/>
        </w:rPr>
        <w:t>Technisch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complexe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niet-downloadbare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plannen</w:t>
      </w:r>
    </w:p>
    <w:p w:rsidR="009D758D" w:rsidRDefault="005F6A5B" w14:paraId="43D838A8" w14:textId="77777777">
      <w:r w:rsidR="005F6A5B">
        <w:rPr/>
        <w:t xml:space="preserve">De </w:t>
      </w:r>
      <w:r w:rsidR="005F6A5B">
        <w:rPr/>
        <w:t>plannen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uitsluitend</w:t>
      </w:r>
      <w:r w:rsidR="005F6A5B">
        <w:rPr/>
        <w:t xml:space="preserve"> </w:t>
      </w:r>
      <w:r w:rsidR="005F6A5B">
        <w:rPr/>
        <w:t>digitaal</w:t>
      </w:r>
      <w:r w:rsidR="005F6A5B">
        <w:rPr/>
        <w:t xml:space="preserve"> </w:t>
      </w:r>
      <w:r w:rsidR="005F6A5B">
        <w:rPr/>
        <w:t>beschikbaar</w:t>
      </w:r>
      <w:r w:rsidR="005F6A5B">
        <w:rPr/>
        <w:t xml:space="preserve"> in </w:t>
      </w:r>
      <w:r w:rsidR="005F6A5B">
        <w:rPr/>
        <w:t>technisch</w:t>
      </w:r>
      <w:r w:rsidR="005F6A5B">
        <w:rPr/>
        <w:t xml:space="preserve"> </w:t>
      </w:r>
      <w:r w:rsidR="005F6A5B">
        <w:rPr/>
        <w:t>complexe</w:t>
      </w:r>
      <w:r w:rsidR="005F6A5B">
        <w:rPr/>
        <w:t xml:space="preserve"> </w:t>
      </w:r>
      <w:r w:rsidR="005F6A5B">
        <w:rPr/>
        <w:t>formaten</w:t>
      </w:r>
      <w:r w:rsidR="005F6A5B">
        <w:rPr/>
        <w:t xml:space="preserve"> die </w:t>
      </w:r>
      <w:r w:rsidR="005F6A5B">
        <w:rPr/>
        <w:t>niet</w:t>
      </w:r>
      <w:r w:rsidR="005F6A5B">
        <w:rPr/>
        <w:t xml:space="preserve"> </w:t>
      </w:r>
      <w:r w:rsidR="005F6A5B">
        <w:rPr/>
        <w:t>downloadbaar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via het </w:t>
      </w:r>
      <w:r w:rsidR="005F6A5B">
        <w:rPr/>
        <w:t>omgevingsloket</w:t>
      </w:r>
      <w:r w:rsidR="005F6A5B">
        <w:rPr/>
        <w:t xml:space="preserve">. De </w:t>
      </w:r>
      <w:r w:rsidR="005F6A5B">
        <w:rPr/>
        <w:t>detailplannen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dermate</w:t>
      </w:r>
      <w:r w:rsidR="005F6A5B">
        <w:rPr/>
        <w:t xml:space="preserve"> </w:t>
      </w:r>
      <w:r w:rsidR="005F6A5B">
        <w:rPr/>
        <w:t>groot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het </w:t>
      </w:r>
      <w:r w:rsidR="005F6A5B">
        <w:rPr/>
        <w:t>onmogelijk</w:t>
      </w:r>
      <w:r w:rsidR="005F6A5B">
        <w:rPr/>
        <w:t xml:space="preserve"> is om ze via het </w:t>
      </w:r>
      <w:r w:rsidR="005F6A5B">
        <w:rPr/>
        <w:t>loket</w:t>
      </w:r>
      <w:r w:rsidR="005F6A5B">
        <w:rPr/>
        <w:t xml:space="preserve"> met het </w:t>
      </w:r>
      <w:r w:rsidR="005F6A5B">
        <w:rPr/>
        <w:t>nodige</w:t>
      </w:r>
      <w:r w:rsidR="005F6A5B">
        <w:rPr/>
        <w:t xml:space="preserve"> detail </w:t>
      </w:r>
      <w:r w:rsidR="005F6A5B">
        <w:rPr/>
        <w:t>te</w:t>
      </w:r>
      <w:r w:rsidR="005F6A5B">
        <w:rPr/>
        <w:t xml:space="preserve"> </w:t>
      </w:r>
      <w:r w:rsidR="005F6A5B">
        <w:rPr/>
        <w:t>bestuderen</w:t>
      </w:r>
      <w:r w:rsidR="005F6A5B">
        <w:rPr/>
        <w:t xml:space="preserve">. Een </w:t>
      </w:r>
      <w:r w:rsidR="005F6A5B">
        <w:rPr/>
        <w:t>verzoek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de </w:t>
      </w:r>
      <w:r w:rsidR="005F6A5B">
        <w:rPr/>
        <w:t>initiatiefnemer</w:t>
      </w:r>
      <w:r w:rsidR="005F6A5B">
        <w:rPr/>
        <w:t xml:space="preserve"> om de </w:t>
      </w:r>
      <w:r w:rsidR="005F6A5B">
        <w:rPr/>
        <w:t>plannen</w:t>
      </w:r>
      <w:r w:rsidR="005F6A5B">
        <w:rPr/>
        <w:t xml:space="preserve"> </w:t>
      </w:r>
      <w:r w:rsidR="005F6A5B">
        <w:rPr/>
        <w:t>afzonderlijk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verkrijgen</w:t>
      </w:r>
      <w:r w:rsidR="005F6A5B">
        <w:rPr/>
        <w:t xml:space="preserve"> </w:t>
      </w:r>
      <w:r w:rsidR="005F6A5B">
        <w:rPr/>
        <w:t>werd</w:t>
      </w:r>
      <w:r w:rsidR="005F6A5B">
        <w:rPr/>
        <w:t xml:space="preserve"> </w:t>
      </w:r>
      <w:r w:rsidR="005F6A5B">
        <w:rPr/>
        <w:t>geweigerd</w:t>
      </w:r>
      <w:r w:rsidR="005F6A5B">
        <w:rPr/>
        <w:t xml:space="preserve"> </w:t>
      </w:r>
      <w:r w:rsidR="005F6A5B">
        <w:rPr/>
        <w:t>onder</w:t>
      </w:r>
      <w:r w:rsidR="005F6A5B">
        <w:rPr/>
        <w:t xml:space="preserve"> </w:t>
      </w:r>
      <w:r w:rsidR="005F6A5B">
        <w:rPr/>
        <w:t>verwijzing</w:t>
      </w:r>
      <w:r w:rsidR="005F6A5B">
        <w:rPr/>
        <w:t xml:space="preserve"> </w:t>
      </w:r>
      <w:r w:rsidR="005F6A5B">
        <w:rPr/>
        <w:t>naar</w:t>
      </w:r>
      <w:r w:rsidR="005F6A5B">
        <w:rPr/>
        <w:t xml:space="preserve"> "</w:t>
      </w:r>
      <w:r w:rsidR="005F6A5B">
        <w:rPr/>
        <w:t>auteursrechtelijke</w:t>
      </w:r>
      <w:r w:rsidR="005F6A5B">
        <w:rPr/>
        <w:t xml:space="preserve"> </w:t>
      </w:r>
      <w:r w:rsidR="005F6A5B">
        <w:rPr/>
        <w:t>bescherming</w:t>
      </w:r>
      <w:r w:rsidR="005F6A5B">
        <w:rPr/>
        <w:t xml:space="preserve">." De </w:t>
      </w:r>
      <w:r w:rsidR="005F6A5B">
        <w:rPr/>
        <w:t>plannenlijst</w:t>
      </w:r>
      <w:r w:rsidR="005F6A5B">
        <w:rPr/>
        <w:t xml:space="preserve"> — </w:t>
      </w:r>
      <w:r w:rsidR="005F6A5B">
        <w:rPr/>
        <w:t>een</w:t>
      </w:r>
      <w:r w:rsidR="005F6A5B">
        <w:rPr/>
        <w:t xml:space="preserve"> document van 54 </w:t>
      </w:r>
      <w:r w:rsidR="005F6A5B">
        <w:rPr/>
        <w:t>pagina's</w:t>
      </w:r>
      <w:r w:rsidR="005F6A5B">
        <w:rPr/>
        <w:t xml:space="preserve"> — </w:t>
      </w:r>
      <w:r w:rsidR="005F6A5B">
        <w:rPr/>
        <w:t>bevindt</w:t>
      </w:r>
      <w:r w:rsidR="005F6A5B">
        <w:rPr/>
        <w:t xml:space="preserve"> </w:t>
      </w:r>
      <w:r w:rsidR="005F6A5B">
        <w:rPr/>
        <w:t>zich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de </w:t>
      </w:r>
      <w:r w:rsidR="005F6A5B">
        <w:rPr/>
        <w:t>plannen</w:t>
      </w:r>
      <w:r w:rsidR="005F6A5B">
        <w:rPr/>
        <w:t xml:space="preserve"> </w:t>
      </w:r>
      <w:r w:rsidR="005F6A5B">
        <w:rPr/>
        <w:t>zelf</w:t>
      </w:r>
      <w:r w:rsidR="005F6A5B">
        <w:rPr/>
        <w:t xml:space="preserve"> </w:t>
      </w:r>
      <w:r w:rsidR="005F6A5B">
        <w:rPr/>
        <w:t>maar is</w:t>
      </w:r>
      <w:r w:rsidR="005F6A5B">
        <w:rPr/>
        <w:t xml:space="preserve"> </w:t>
      </w:r>
      <w:r w:rsidR="005F6A5B">
        <w:rPr/>
        <w:t>weggestopt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"</w:t>
      </w:r>
      <w:r w:rsidR="005F6A5B">
        <w:rPr/>
        <w:t>andere</w:t>
      </w:r>
      <w:r w:rsidR="005F6A5B">
        <w:rPr/>
        <w:t xml:space="preserve"> </w:t>
      </w:r>
      <w:r w:rsidR="005F6A5B">
        <w:rPr/>
        <w:t>documenten</w:t>
      </w:r>
      <w:r w:rsidR="005F6A5B">
        <w:rPr/>
        <w:t xml:space="preserve">." </w:t>
      </w:r>
      <w:r w:rsidR="005F6A5B">
        <w:rPr/>
        <w:t>Documenten</w:t>
      </w:r>
      <w:r w:rsidR="005F6A5B">
        <w:rPr/>
        <w:t xml:space="preserve"> </w:t>
      </w:r>
      <w:r w:rsidR="005F6A5B">
        <w:rPr/>
        <w:t>bevinden</w:t>
      </w:r>
      <w:r w:rsidR="005F6A5B">
        <w:rPr/>
        <w:t xml:space="preserve"> </w:t>
      </w:r>
      <w:r w:rsidR="005F6A5B">
        <w:rPr/>
        <w:t>zich</w:t>
      </w:r>
      <w:r w:rsidR="005F6A5B">
        <w:rPr/>
        <w:t xml:space="preserve"> </w:t>
      </w:r>
      <w:r w:rsidR="005F6A5B">
        <w:rPr/>
        <w:t>veelal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in de </w:t>
      </w:r>
      <w:r w:rsidR="005F6A5B">
        <w:rPr/>
        <w:t>juiste</w:t>
      </w:r>
      <w:r w:rsidR="005F6A5B">
        <w:rPr/>
        <w:t xml:space="preserve"> addenda (</w:t>
      </w:r>
      <w:r w:rsidR="005F6A5B">
        <w:rPr/>
        <w:t>bijv</w:t>
      </w:r>
      <w:r w:rsidR="005F6A5B">
        <w:rPr/>
        <w:t xml:space="preserve">. de </w:t>
      </w:r>
      <w:r w:rsidR="005F6A5B">
        <w:rPr/>
        <w:t>stukken</w:t>
      </w:r>
      <w:r w:rsidR="005F6A5B">
        <w:rPr/>
        <w:t xml:space="preserve"> </w:t>
      </w:r>
      <w:r w:rsidR="005F6A5B">
        <w:rPr/>
        <w:t>inzake</w:t>
      </w:r>
      <w:r w:rsidR="005F6A5B">
        <w:rPr/>
        <w:t xml:space="preserve"> </w:t>
      </w:r>
      <w:r w:rsidR="005F6A5B">
        <w:rPr/>
        <w:t>hemel</w:t>
      </w:r>
      <w:r w:rsidR="005F6A5B">
        <w:rPr/>
        <w:t xml:space="preserve">- </w:t>
      </w:r>
      <w:r w:rsidR="005F6A5B">
        <w:rPr/>
        <w:t>en</w:t>
      </w:r>
      <w:r w:rsidR="005F6A5B">
        <w:rPr/>
        <w:t xml:space="preserve"> </w:t>
      </w:r>
      <w:r w:rsidR="005F6A5B">
        <w:rPr/>
        <w:t>oppervlaktewater</w:t>
      </w:r>
      <w:r w:rsidR="005F6A5B">
        <w:rPr/>
        <w:t xml:space="preserve">, nota </w:t>
      </w:r>
      <w:r w:rsidR="005F6A5B">
        <w:rPr/>
        <w:t>waterhuishouding</w:t>
      </w:r>
      <w:r w:rsidR="005F6A5B">
        <w:rPr/>
        <w:t xml:space="preserve">), </w:t>
      </w:r>
      <w:r w:rsidR="005F6A5B">
        <w:rPr/>
        <w:t>waardoor</w:t>
      </w:r>
      <w:r w:rsidR="005F6A5B">
        <w:rPr/>
        <w:t xml:space="preserve"> ze </w:t>
      </w:r>
      <w:r w:rsidR="005F6A5B">
        <w:rPr/>
        <w:t>voor</w:t>
      </w:r>
      <w:r w:rsidR="005F6A5B">
        <w:rPr/>
        <w:t xml:space="preserve"> de </w:t>
      </w:r>
      <w:r w:rsidR="005F6A5B">
        <w:rPr/>
        <w:t>modale</w:t>
      </w:r>
      <w:r w:rsidR="005F6A5B">
        <w:rPr/>
        <w:t xml:space="preserve"> burger </w:t>
      </w:r>
      <w:r w:rsidR="005F6A5B">
        <w:rPr/>
        <w:t>niet</w:t>
      </w:r>
      <w:r w:rsidR="005F6A5B">
        <w:rPr/>
        <w:t xml:space="preserve"> </w:t>
      </w:r>
      <w:r w:rsidR="005F6A5B">
        <w:rPr/>
        <w:t>terug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vinden</w:t>
      </w:r>
      <w:r w:rsidR="005F6A5B">
        <w:rPr/>
        <w:t xml:space="preserve"> </w:t>
      </w:r>
      <w:r w:rsidR="005F6A5B">
        <w:rPr/>
        <w:t>zijn</w:t>
      </w:r>
      <w:r w:rsidR="005F6A5B">
        <w:rPr/>
        <w:t>.</w:t>
      </w:r>
    </w:p>
    <w:p w:rsidR="009D758D" w:rsidP="6C968D7A" w:rsidRDefault="005F6A5B" w14:paraId="34CF03A2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 xml:space="preserve">(b) </w:t>
      </w:r>
      <w:r w:rsidRPr="6C968D7A" w:rsidR="005F6A5B">
        <w:rPr>
          <w:b w:val="1"/>
          <w:bCs w:val="1"/>
        </w:rPr>
        <w:t>Omvang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complexiteit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als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participatiedrempel</w:t>
      </w:r>
    </w:p>
    <w:p w:rsidR="009D758D" w:rsidRDefault="25A181EA" w14:paraId="419F4DE1" w14:textId="15E35484">
      <w:r w:rsidR="25A181EA">
        <w:rPr/>
        <w:t xml:space="preserve">Het dossier </w:t>
      </w:r>
      <w:r w:rsidR="25A181EA">
        <w:rPr/>
        <w:t>omvat</w:t>
      </w:r>
      <w:r w:rsidR="25A181EA">
        <w:rPr/>
        <w:t xml:space="preserve"> </w:t>
      </w:r>
      <w:r w:rsidR="25A181EA">
        <w:rPr/>
        <w:t>duizenden</w:t>
      </w:r>
      <w:r w:rsidR="25A181EA">
        <w:rPr/>
        <w:t xml:space="preserve"> </w:t>
      </w:r>
      <w:r w:rsidR="25A181EA">
        <w:rPr/>
        <w:t>pagina's</w:t>
      </w:r>
      <w:r w:rsidR="25A181EA">
        <w:rPr/>
        <w:t xml:space="preserve"> </w:t>
      </w:r>
      <w:r w:rsidR="25A181EA">
        <w:rPr/>
        <w:t>aan</w:t>
      </w:r>
      <w:r w:rsidR="25A181EA">
        <w:rPr/>
        <w:t xml:space="preserve"> </w:t>
      </w:r>
      <w:r w:rsidR="25A181EA">
        <w:rPr/>
        <w:t>technische</w:t>
      </w:r>
      <w:r w:rsidR="25A181EA">
        <w:rPr/>
        <w:t xml:space="preserve"> </w:t>
      </w:r>
      <w:r w:rsidR="25A181EA">
        <w:rPr/>
        <w:t>documentatie</w:t>
      </w:r>
      <w:r w:rsidR="25A181EA">
        <w:rPr/>
        <w:t xml:space="preserve">, </w:t>
      </w:r>
      <w:r w:rsidR="25A181EA">
        <w:rPr/>
        <w:t>verdeeld</w:t>
      </w:r>
      <w:r w:rsidR="25A181EA">
        <w:rPr/>
        <w:t xml:space="preserve"> over </w:t>
      </w:r>
      <w:r w:rsidR="25A181EA">
        <w:rPr/>
        <w:t>vijf</w:t>
      </w:r>
      <w:r w:rsidR="25A181EA">
        <w:rPr/>
        <w:t xml:space="preserve"> </w:t>
      </w:r>
      <w:r w:rsidR="25A181EA">
        <w:rPr/>
        <w:t>gelijktijdig</w:t>
      </w:r>
      <w:r w:rsidR="25A181EA">
        <w:rPr/>
        <w:t xml:space="preserve"> </w:t>
      </w:r>
      <w:r w:rsidR="25A181EA">
        <w:rPr/>
        <w:t>ingediende</w:t>
      </w:r>
      <w:r w:rsidR="25A181EA">
        <w:rPr/>
        <w:t xml:space="preserve"> </w:t>
      </w:r>
      <w:r w:rsidR="25A181EA">
        <w:rPr/>
        <w:t>omgevingsvergunningsaanvragen</w:t>
      </w:r>
      <w:r w:rsidR="25A181EA">
        <w:rPr/>
        <w:t xml:space="preserve">. Het MER </w:t>
      </w:r>
      <w:r w:rsidR="25A181EA">
        <w:rPr/>
        <w:t>alleen</w:t>
      </w:r>
      <w:r w:rsidR="25A181EA">
        <w:rPr/>
        <w:t xml:space="preserve"> al </w:t>
      </w:r>
      <w:r w:rsidR="25A181EA">
        <w:rPr/>
        <w:t>telt</w:t>
      </w:r>
      <w:r w:rsidR="25A181EA">
        <w:rPr/>
        <w:t xml:space="preserve"> 19 </w:t>
      </w:r>
      <w:r w:rsidR="25A181EA">
        <w:rPr/>
        <w:t>hoofdstukken</w:t>
      </w:r>
      <w:r w:rsidR="25A181EA">
        <w:rPr/>
        <w:t xml:space="preserve"> met </w:t>
      </w:r>
      <w:r w:rsidR="25A181EA">
        <w:rPr/>
        <w:t>talrijke</w:t>
      </w:r>
      <w:r w:rsidR="25A181EA">
        <w:rPr/>
        <w:t xml:space="preserve"> </w:t>
      </w:r>
      <w:r w:rsidR="25A181EA">
        <w:rPr/>
        <w:t>bijlagen</w:t>
      </w:r>
      <w:r w:rsidR="25A181EA">
        <w:rPr/>
        <w:t xml:space="preserve">. De </w:t>
      </w:r>
      <w:r w:rsidR="25A181EA">
        <w:rPr/>
        <w:t>complexiteit</w:t>
      </w:r>
      <w:r w:rsidR="25A181EA">
        <w:rPr/>
        <w:t xml:space="preserve"> </w:t>
      </w:r>
      <w:r w:rsidR="25A181EA">
        <w:rPr/>
        <w:t>en</w:t>
      </w:r>
      <w:r w:rsidR="25A181EA">
        <w:rPr/>
        <w:t xml:space="preserve"> </w:t>
      </w:r>
      <w:r w:rsidR="25A181EA">
        <w:rPr/>
        <w:t>omvang</w:t>
      </w:r>
      <w:r w:rsidR="25A181EA">
        <w:rPr/>
        <w:t xml:space="preserve"> </w:t>
      </w:r>
      <w:r w:rsidR="25A181EA">
        <w:rPr/>
        <w:t>maken</w:t>
      </w:r>
      <w:r w:rsidR="25A181EA">
        <w:rPr/>
        <w:t xml:space="preserve"> het </w:t>
      </w:r>
      <w:r w:rsidR="25A181EA">
        <w:rPr/>
        <w:t>voor</w:t>
      </w:r>
      <w:r w:rsidR="25A181EA">
        <w:rPr/>
        <w:t xml:space="preserve"> burgers — in het </w:t>
      </w:r>
      <w:r w:rsidR="25A181EA">
        <w:rPr/>
        <w:t>bijzonder</w:t>
      </w:r>
      <w:r w:rsidR="25A181EA">
        <w:rPr/>
        <w:t xml:space="preserve"> </w:t>
      </w:r>
      <w:r w:rsidR="25A181EA">
        <w:rPr/>
        <w:t>oudere</w:t>
      </w:r>
      <w:r w:rsidR="25A181EA">
        <w:rPr/>
        <w:t xml:space="preserve"> </w:t>
      </w:r>
      <w:r w:rsidR="25A181EA">
        <w:rPr/>
        <w:t>en</w:t>
      </w:r>
      <w:r w:rsidR="25A181EA">
        <w:rPr/>
        <w:t xml:space="preserve"> </w:t>
      </w:r>
      <w:r w:rsidR="25A181EA">
        <w:rPr/>
        <w:t>digitaal</w:t>
      </w:r>
      <w:r w:rsidR="25A181EA">
        <w:rPr/>
        <w:t xml:space="preserve"> minder </w:t>
      </w:r>
      <w:r w:rsidR="25A181EA">
        <w:rPr/>
        <w:t>vaardige</w:t>
      </w:r>
      <w:r w:rsidR="25A181EA">
        <w:rPr/>
        <w:t xml:space="preserve"> burgers — </w:t>
      </w:r>
      <w:r w:rsidR="25A181EA">
        <w:rPr/>
        <w:t>feitelijk</w:t>
      </w:r>
      <w:r w:rsidR="25A181EA">
        <w:rPr/>
        <w:t xml:space="preserve"> </w:t>
      </w:r>
      <w:r w:rsidR="25A181EA">
        <w:rPr/>
        <w:t>onmogelijk</w:t>
      </w:r>
      <w:r w:rsidR="25A181EA">
        <w:rPr/>
        <w:t xml:space="preserve"> om het dossier </w:t>
      </w:r>
      <w:r w:rsidR="25A181EA">
        <w:rPr/>
        <w:t>inhoudelijk</w:t>
      </w:r>
      <w:r w:rsidR="25A181EA">
        <w:rPr/>
        <w:t xml:space="preserve"> </w:t>
      </w:r>
      <w:r w:rsidR="25A181EA">
        <w:rPr/>
        <w:t>te</w:t>
      </w:r>
      <w:r w:rsidR="25A181EA">
        <w:rPr/>
        <w:t xml:space="preserve"> </w:t>
      </w:r>
      <w:r w:rsidR="25A181EA">
        <w:rPr/>
        <w:t>beoordelen</w:t>
      </w:r>
      <w:r w:rsidR="25A181EA">
        <w:rPr/>
        <w:t xml:space="preserve"> </w:t>
      </w:r>
      <w:r w:rsidR="25A181EA">
        <w:rPr/>
        <w:t>binnen</w:t>
      </w:r>
      <w:r w:rsidR="25A181EA">
        <w:rPr/>
        <w:t xml:space="preserve"> de </w:t>
      </w:r>
      <w:r w:rsidR="25A181EA">
        <w:rPr/>
        <w:t>beschikbare</w:t>
      </w:r>
      <w:r w:rsidR="25A181EA">
        <w:rPr/>
        <w:t xml:space="preserve"> </w:t>
      </w:r>
      <w:r w:rsidR="25A181EA">
        <w:rPr/>
        <w:t>inzagetermijn</w:t>
      </w:r>
      <w:r w:rsidR="25A181EA">
        <w:rPr/>
        <w:t xml:space="preserve">. Dit is </w:t>
      </w:r>
      <w:r w:rsidR="25A181EA">
        <w:rPr/>
        <w:t>bijzonder</w:t>
      </w:r>
      <w:r w:rsidR="25A181EA">
        <w:rPr/>
        <w:t xml:space="preserve"> </w:t>
      </w:r>
      <w:r w:rsidR="25A181EA">
        <w:rPr/>
        <w:t>problematisch</w:t>
      </w:r>
      <w:r w:rsidR="25A181EA">
        <w:rPr/>
        <w:t xml:space="preserve"> nu de </w:t>
      </w:r>
      <w:r w:rsidR="25A181EA">
        <w:rPr/>
        <w:t>gemeente</w:t>
      </w:r>
      <w:r w:rsidR="25A181EA">
        <w:rPr/>
        <w:t xml:space="preserve"> </w:t>
      </w:r>
      <w:r w:rsidR="25A181EA">
        <w:rPr/>
        <w:t>Izegem</w:t>
      </w:r>
      <w:r w:rsidR="25A181EA">
        <w:rPr/>
        <w:t xml:space="preserve"> </w:t>
      </w:r>
      <w:r w:rsidR="6C9CE2DF">
        <w:rPr/>
        <w:t xml:space="preserve">in </w:t>
      </w:r>
      <w:r w:rsidR="6C9CE2DF">
        <w:rPr/>
        <w:t>haar</w:t>
      </w:r>
      <w:r w:rsidR="6C9CE2DF">
        <w:rPr/>
        <w:t xml:space="preserve"> </w:t>
      </w:r>
      <w:r w:rsidR="6C9CE2DF">
        <w:rPr/>
        <w:t>advies</w:t>
      </w:r>
      <w:r w:rsidR="6C9CE2DF">
        <w:rPr/>
        <w:t xml:space="preserve"> </w:t>
      </w:r>
      <w:r w:rsidR="25A181EA">
        <w:rPr/>
        <w:t>erop</w:t>
      </w:r>
      <w:r w:rsidR="25A181EA">
        <w:rPr/>
        <w:t xml:space="preserve"> </w:t>
      </w:r>
      <w:r w:rsidR="25A181EA">
        <w:rPr/>
        <w:t>wijst</w:t>
      </w:r>
      <w:r w:rsidR="25A181EA">
        <w:rPr/>
        <w:t xml:space="preserve"> </w:t>
      </w:r>
      <w:r w:rsidR="25A181EA">
        <w:rPr/>
        <w:t>dat</w:t>
      </w:r>
      <w:r w:rsidR="25A181EA">
        <w:rPr/>
        <w:t xml:space="preserve"> de </w:t>
      </w:r>
      <w:r w:rsidR="25A181EA">
        <w:rPr/>
        <w:t>aanvrager</w:t>
      </w:r>
      <w:r w:rsidR="25A181EA">
        <w:rPr/>
        <w:t xml:space="preserve"> 730 </w:t>
      </w:r>
      <w:r w:rsidR="25A181EA">
        <w:rPr/>
        <w:t>dagen</w:t>
      </w:r>
      <w:r w:rsidR="25A181EA">
        <w:rPr/>
        <w:t xml:space="preserve"> </w:t>
      </w:r>
      <w:r w:rsidR="25A181EA">
        <w:rPr/>
        <w:t>aan</w:t>
      </w:r>
      <w:r w:rsidR="25A181EA">
        <w:rPr/>
        <w:t xml:space="preserve"> het dossier </w:t>
      </w:r>
      <w:r w:rsidR="25A181EA">
        <w:rPr/>
        <w:t>werkte</w:t>
      </w:r>
      <w:r w:rsidR="25A181EA">
        <w:rPr/>
        <w:t xml:space="preserve">, </w:t>
      </w:r>
      <w:r w:rsidR="25A181EA">
        <w:rPr/>
        <w:t>terwijl</w:t>
      </w:r>
      <w:r w:rsidR="25A181EA">
        <w:rPr/>
        <w:t xml:space="preserve"> burgers </w:t>
      </w:r>
      <w:r w:rsidR="25A181EA">
        <w:rPr/>
        <w:t>en</w:t>
      </w:r>
      <w:r w:rsidR="25A181EA">
        <w:rPr/>
        <w:t xml:space="preserve"> </w:t>
      </w:r>
      <w:r w:rsidR="25A181EA">
        <w:rPr/>
        <w:t>gemeenten</w:t>
      </w:r>
      <w:r w:rsidR="25A181EA">
        <w:rPr/>
        <w:t xml:space="preserve"> 30 </w:t>
      </w:r>
      <w:r w:rsidR="25A181EA">
        <w:rPr/>
        <w:t>dagen</w:t>
      </w:r>
      <w:r w:rsidR="25A181EA">
        <w:rPr/>
        <w:t xml:space="preserve"> </w:t>
      </w:r>
      <w:r w:rsidR="25A181EA">
        <w:rPr/>
        <w:t>kregen</w:t>
      </w:r>
      <w:r w:rsidR="25A181EA">
        <w:rPr/>
        <w:t xml:space="preserve"> </w:t>
      </w:r>
      <w:r w:rsidR="25A181EA">
        <w:rPr/>
        <w:t>voor</w:t>
      </w:r>
      <w:r w:rsidR="25A181EA">
        <w:rPr/>
        <w:t xml:space="preserve"> </w:t>
      </w:r>
      <w:r w:rsidR="25A181EA">
        <w:rPr/>
        <w:t>beoordeling</w:t>
      </w:r>
      <w:r w:rsidR="25A181EA">
        <w:rPr/>
        <w:t>.</w:t>
      </w:r>
    </w:p>
    <w:p w:rsidR="009D758D" w:rsidRDefault="005F6A5B" w14:paraId="077AE8BA" w14:textId="77777777"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grondslag</w:t>
      </w:r>
      <w:r w:rsidRPr="6C968D7A" w:rsidR="005F6A5B">
        <w:rPr>
          <w:b w:val="1"/>
          <w:bCs w:val="1"/>
        </w:rPr>
        <w:t>:</w:t>
      </w:r>
      <w:r w:rsidR="005F6A5B">
        <w:rPr/>
        <w:t xml:space="preserve"> Art. 6 </w:t>
      </w:r>
      <w:r w:rsidR="005F6A5B">
        <w:rPr/>
        <w:t>Verdrag</w:t>
      </w:r>
      <w:r w:rsidR="005F6A5B">
        <w:rPr/>
        <w:t xml:space="preserve"> van Aarhus </w:t>
      </w:r>
      <w:r w:rsidR="005F6A5B">
        <w:rPr/>
        <w:t>vereist</w:t>
      </w:r>
      <w:r w:rsidR="005F6A5B">
        <w:rPr/>
        <w:t xml:space="preserve"> </w:t>
      </w:r>
      <w:r w:rsidR="005F6A5B">
        <w:rPr/>
        <w:t>effectieve</w:t>
      </w:r>
      <w:r w:rsidR="005F6A5B">
        <w:rPr/>
        <w:t xml:space="preserve"> </w:t>
      </w:r>
      <w:r w:rsidR="005F6A5B">
        <w:rPr/>
        <w:t>toegang</w:t>
      </w:r>
      <w:r w:rsidR="005F6A5B">
        <w:rPr/>
        <w:t xml:space="preserve"> tot milieu-</w:t>
      </w:r>
      <w:r w:rsidR="005F6A5B">
        <w:rPr/>
        <w:t>informatie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effectieve</w:t>
      </w:r>
      <w:r w:rsidR="005F6A5B">
        <w:rPr/>
        <w:t xml:space="preserve"> </w:t>
      </w:r>
      <w:r w:rsidR="005F6A5B">
        <w:rPr/>
        <w:t>publieke</w:t>
      </w:r>
      <w:r w:rsidR="005F6A5B">
        <w:rPr/>
        <w:t xml:space="preserve"> </w:t>
      </w:r>
      <w:r w:rsidR="005F6A5B">
        <w:rPr/>
        <w:t>participatie</w:t>
      </w:r>
      <w:r w:rsidR="005F6A5B">
        <w:rPr/>
        <w:t xml:space="preserve">. Het </w:t>
      </w:r>
      <w:r w:rsidR="005F6A5B">
        <w:rPr/>
        <w:t>Verdrag</w:t>
      </w:r>
      <w:r w:rsidR="005F6A5B">
        <w:rPr/>
        <w:t xml:space="preserve"> </w:t>
      </w:r>
      <w:r w:rsidR="005F6A5B">
        <w:rPr/>
        <w:t>vereist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informatie</w:t>
      </w:r>
      <w:r w:rsidR="005F6A5B">
        <w:rPr/>
        <w:t xml:space="preserve"> op </w:t>
      </w:r>
      <w:r w:rsidR="005F6A5B">
        <w:rPr/>
        <w:t>een</w:t>
      </w:r>
      <w:r w:rsidR="005F6A5B">
        <w:rPr/>
        <w:t xml:space="preserve"> </w:t>
      </w:r>
      <w:r w:rsidR="005F6A5B">
        <w:rPr/>
        <w:t>begrijpelijke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toegankelijke</w:t>
      </w:r>
      <w:r w:rsidR="005F6A5B">
        <w:rPr/>
        <w:t xml:space="preserve"> </w:t>
      </w:r>
      <w:r w:rsidR="005F6A5B">
        <w:rPr/>
        <w:t>wijze</w:t>
      </w:r>
      <w:r w:rsidR="005F6A5B">
        <w:rPr/>
        <w:t xml:space="preserve"> ter </w:t>
      </w:r>
      <w:r w:rsidR="005F6A5B">
        <w:rPr/>
        <w:t>beschikking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gesteld</w:t>
      </w:r>
      <w:r w:rsidR="005F6A5B">
        <w:rPr/>
        <w:t xml:space="preserve">. Een dossier </w:t>
      </w:r>
      <w:r w:rsidR="005F6A5B">
        <w:rPr/>
        <w:t>dat</w:t>
      </w:r>
      <w:r w:rsidR="005F6A5B">
        <w:rPr/>
        <w:t xml:space="preserve"> </w:t>
      </w:r>
      <w:r w:rsidR="005F6A5B">
        <w:rPr/>
        <w:t>enkel</w:t>
      </w:r>
      <w:r w:rsidR="005F6A5B">
        <w:rPr/>
        <w:t xml:space="preserve"> </w:t>
      </w:r>
      <w:r w:rsidR="005F6A5B">
        <w:rPr/>
        <w:t>digitaal</w:t>
      </w:r>
      <w:r w:rsidR="005F6A5B">
        <w:rPr/>
        <w:t xml:space="preserve"> </w:t>
      </w:r>
      <w:r w:rsidR="005F6A5B">
        <w:rPr/>
        <w:t>beschikbaar</w:t>
      </w:r>
      <w:r w:rsidR="005F6A5B">
        <w:rPr/>
        <w:t xml:space="preserve"> is in </w:t>
      </w:r>
      <w:r w:rsidR="005F6A5B">
        <w:rPr/>
        <w:t>niet-downloadbare</w:t>
      </w:r>
      <w:r w:rsidR="005F6A5B">
        <w:rPr/>
        <w:t xml:space="preserve"> </w:t>
      </w:r>
      <w:r w:rsidR="005F6A5B">
        <w:rPr/>
        <w:t>technische</w:t>
      </w:r>
      <w:r w:rsidR="005F6A5B">
        <w:rPr/>
        <w:t xml:space="preserve"> </w:t>
      </w:r>
      <w:r w:rsidR="005F6A5B">
        <w:rPr/>
        <w:t>formaten</w:t>
      </w:r>
      <w:r w:rsidR="005F6A5B">
        <w:rPr/>
        <w:t xml:space="preserve">, </w:t>
      </w:r>
      <w:r w:rsidR="005F6A5B">
        <w:rPr/>
        <w:t>waarvan</w:t>
      </w:r>
      <w:r w:rsidR="005F6A5B">
        <w:rPr/>
        <w:t xml:space="preserve"> de </w:t>
      </w:r>
      <w:r w:rsidR="005F6A5B">
        <w:rPr/>
        <w:t>plannen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geweigerd</w:t>
      </w:r>
      <w:r w:rsidR="005F6A5B">
        <w:rPr/>
        <w:t xml:space="preserve"> </w:t>
      </w:r>
      <w:r w:rsidR="005F6A5B">
        <w:rPr/>
        <w:t>onder</w:t>
      </w:r>
      <w:r w:rsidR="005F6A5B">
        <w:rPr/>
        <w:t xml:space="preserve"> </w:t>
      </w:r>
      <w:r w:rsidR="005F6A5B">
        <w:rPr/>
        <w:t>verwijzing</w:t>
      </w:r>
      <w:r w:rsidR="005F6A5B">
        <w:rPr/>
        <w:t xml:space="preserve"> </w:t>
      </w:r>
      <w:r w:rsidR="005F6A5B">
        <w:rPr/>
        <w:t>naar</w:t>
      </w:r>
      <w:r w:rsidR="005F6A5B">
        <w:rPr/>
        <w:t xml:space="preserve"> </w:t>
      </w:r>
      <w:r w:rsidR="005F6A5B">
        <w:rPr/>
        <w:t>auteursrecht</w:t>
      </w:r>
      <w:r w:rsidR="005F6A5B">
        <w:rPr/>
        <w:t xml:space="preserve">, </w:t>
      </w:r>
      <w:r w:rsidR="005F6A5B">
        <w:rPr/>
        <w:t>en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duizenden</w:t>
      </w:r>
      <w:r w:rsidR="005F6A5B">
        <w:rPr/>
        <w:t xml:space="preserve"> </w:t>
      </w:r>
      <w:r w:rsidR="005F6A5B">
        <w:rPr/>
        <w:t>pagina's</w:t>
      </w:r>
      <w:r w:rsidR="005F6A5B">
        <w:rPr/>
        <w:t xml:space="preserve"> </w:t>
      </w:r>
      <w:r w:rsidR="005F6A5B">
        <w:rPr/>
        <w:t>omvat</w:t>
      </w:r>
      <w:r w:rsidR="005F6A5B">
        <w:rPr/>
        <w:t xml:space="preserve"> die </w:t>
      </w:r>
      <w:r w:rsidR="005F6A5B">
        <w:rPr/>
        <w:t>binnen</w:t>
      </w:r>
      <w:r w:rsidR="005F6A5B">
        <w:rPr/>
        <w:t xml:space="preserve"> 30 </w:t>
      </w:r>
      <w:r w:rsidR="005F6A5B">
        <w:rPr/>
        <w:t>dagen</w:t>
      </w:r>
      <w:r w:rsidR="005F6A5B">
        <w:rPr/>
        <w:t xml:space="preserve"> </w:t>
      </w:r>
      <w:r w:rsidR="005F6A5B">
        <w:rPr/>
        <w:t>moeten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beoordeeld</w:t>
      </w:r>
      <w:r w:rsidR="005F6A5B">
        <w:rPr/>
        <w:t xml:space="preserve">, </w:t>
      </w:r>
      <w:r w:rsidR="005F6A5B">
        <w:rPr/>
        <w:t>voldoet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</w:t>
      </w:r>
      <w:r w:rsidR="005F6A5B">
        <w:rPr/>
        <w:t>deze</w:t>
      </w:r>
      <w:r w:rsidR="005F6A5B">
        <w:rPr/>
        <w:t xml:space="preserve"> </w:t>
      </w:r>
      <w:r w:rsidR="005F6A5B">
        <w:rPr/>
        <w:t>vereiste</w:t>
      </w:r>
      <w:r w:rsidR="005F6A5B">
        <w:rPr/>
        <w:t xml:space="preserve">. Dit </w:t>
      </w:r>
      <w:r w:rsidR="005F6A5B">
        <w:rPr/>
        <w:t>ondermijnt</w:t>
      </w:r>
      <w:r w:rsidR="005F6A5B">
        <w:rPr/>
        <w:t xml:space="preserve"> het </w:t>
      </w:r>
      <w:r w:rsidR="005F6A5B">
        <w:rPr/>
        <w:t>recht</w:t>
      </w:r>
      <w:r w:rsidR="005F6A5B">
        <w:rPr/>
        <w:t xml:space="preserve"> op </w:t>
      </w:r>
      <w:r w:rsidR="005F6A5B">
        <w:rPr/>
        <w:t>effectieve</w:t>
      </w:r>
      <w:r w:rsidR="005F6A5B">
        <w:rPr/>
        <w:t xml:space="preserve"> </w:t>
      </w:r>
      <w:r w:rsidR="005F6A5B">
        <w:rPr/>
        <w:t>participatie</w:t>
      </w:r>
      <w:r w:rsidR="005F6A5B">
        <w:rPr/>
        <w:t xml:space="preserve"> "</w:t>
      </w:r>
      <w:r w:rsidR="005F6A5B">
        <w:rPr/>
        <w:t>wanneer</w:t>
      </w:r>
      <w:r w:rsidR="005F6A5B">
        <w:rPr/>
        <w:t xml:space="preserve"> alle </w:t>
      </w:r>
      <w:r w:rsidR="005F6A5B">
        <w:rPr/>
        <w:t>opties</w:t>
      </w:r>
      <w:r w:rsidR="005F6A5B">
        <w:rPr/>
        <w:t xml:space="preserve"> </w:t>
      </w:r>
      <w:r w:rsidR="005F6A5B">
        <w:rPr/>
        <w:t>nog</w:t>
      </w:r>
      <w:r w:rsidR="005F6A5B">
        <w:rPr/>
        <w:t xml:space="preserve"> open </w:t>
      </w:r>
      <w:r w:rsidR="005F6A5B">
        <w:rPr/>
        <w:t>zijn</w:t>
      </w:r>
      <w:r w:rsidR="005F6A5B">
        <w:rPr/>
        <w:t>" (art. 6 lid 4).</w:t>
      </w:r>
    </w:p>
    <w:p w:rsidR="009D758D" w:rsidRDefault="25A181EA" w14:paraId="6509536E" w14:textId="7BFDEDCA">
      <w:pPr>
        <w:pStyle w:val="Heading3"/>
      </w:pPr>
      <w:r w:rsidR="25A181EA">
        <w:rPr/>
        <w:t>3.1</w:t>
      </w:r>
      <w:r w:rsidR="2773888B">
        <w:rPr/>
        <w:t>2</w:t>
      </w:r>
      <w:r w:rsidR="25A181EA">
        <w:rPr/>
        <w:t xml:space="preserve"> </w:t>
      </w:r>
      <w:r w:rsidR="25A181EA">
        <w:rPr/>
        <w:t>Vals</w:t>
      </w:r>
      <w:r w:rsidR="25A181EA">
        <w:rPr/>
        <w:t xml:space="preserve"> </w:t>
      </w:r>
      <w:r w:rsidR="25A181EA">
        <w:rPr/>
        <w:t>urgentieargument</w:t>
      </w:r>
      <w:r w:rsidR="25A181EA">
        <w:rPr/>
        <w:t xml:space="preserve"> — </w:t>
      </w:r>
      <w:r w:rsidR="25A181EA">
        <w:rPr/>
        <w:t>werkelijke</w:t>
      </w:r>
      <w:r w:rsidR="25A181EA">
        <w:rPr/>
        <w:t xml:space="preserve"> </w:t>
      </w:r>
      <w:r w:rsidR="25A181EA">
        <w:rPr/>
        <w:t>netbelasting</w:t>
      </w:r>
      <w:r w:rsidR="25A181EA">
        <w:rPr/>
        <w:t xml:space="preserve"> </w:t>
      </w:r>
      <w:r w:rsidR="25A181EA">
        <w:rPr/>
        <w:t>weerlegt</w:t>
      </w:r>
      <w:r w:rsidR="25A181EA">
        <w:rPr/>
        <w:t xml:space="preserve"> </w:t>
      </w:r>
      <w:r w:rsidR="25A181EA">
        <w:rPr/>
        <w:t>noodzaak</w:t>
      </w:r>
    </w:p>
    <w:p w:rsidR="009D758D" w:rsidRDefault="005F6A5B" w14:paraId="4A6CBF80" w14:textId="77777777">
      <w:r w:rsidR="005F6A5B">
        <w:rPr/>
        <w:t xml:space="preserve">De </w:t>
      </w:r>
      <w:r w:rsidR="005F6A5B">
        <w:rPr/>
        <w:t>urgentie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noodzaak</w:t>
      </w:r>
      <w:r w:rsidR="005F6A5B">
        <w:rPr/>
        <w:t xml:space="preserve"> van het </w:t>
      </w:r>
      <w:r w:rsidR="005F6A5B">
        <w:rPr/>
        <w:t>Ventilus</w:t>
      </w:r>
      <w:r w:rsidR="005F6A5B">
        <w:rPr/>
        <w:t xml:space="preserve">-project </w:t>
      </w:r>
      <w:r w:rsidR="005F6A5B">
        <w:rPr/>
        <w:t>worden</w:t>
      </w:r>
      <w:r w:rsidR="005F6A5B">
        <w:rPr/>
        <w:t xml:space="preserve"> in het </w:t>
      </w:r>
      <w:r w:rsidR="005F6A5B">
        <w:rPr/>
        <w:t>aanvraagdossier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het MER </w:t>
      </w:r>
      <w:r w:rsidR="005F6A5B">
        <w:rPr/>
        <w:t>onderbouwd</w:t>
      </w:r>
      <w:r w:rsidR="005F6A5B">
        <w:rPr/>
        <w:t xml:space="preserve"> met de </w:t>
      </w:r>
      <w:r w:rsidR="005F6A5B">
        <w:rPr/>
        <w:t>bewering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het </w:t>
      </w:r>
      <w:r w:rsidR="005F6A5B">
        <w:rPr/>
        <w:t>bestaande</w:t>
      </w:r>
      <w:r w:rsidR="005F6A5B">
        <w:rPr/>
        <w:t xml:space="preserve"> </w:t>
      </w:r>
      <w:r w:rsidR="005F6A5B">
        <w:rPr/>
        <w:t>transmissienet</w:t>
      </w:r>
      <w:r w:rsidR="005F6A5B">
        <w:rPr/>
        <w:t xml:space="preserve"> </w:t>
      </w:r>
      <w:r w:rsidR="005F6A5B">
        <w:rPr/>
        <w:t>ontoereikend</w:t>
      </w:r>
      <w:r w:rsidR="005F6A5B">
        <w:rPr/>
        <w:t xml:space="preserve"> is </w:t>
      </w:r>
      <w:r w:rsidR="005F6A5B">
        <w:rPr/>
        <w:t>en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de </w:t>
      </w:r>
      <w:r w:rsidR="005F6A5B">
        <w:rPr/>
        <w:t>geplande</w:t>
      </w:r>
      <w:r w:rsidR="005F6A5B">
        <w:rPr/>
        <w:t xml:space="preserve"> </w:t>
      </w:r>
      <w:r w:rsidR="005F6A5B">
        <w:rPr/>
        <w:t>verbinding</w:t>
      </w:r>
      <w:r w:rsidR="005F6A5B">
        <w:rPr/>
        <w:t xml:space="preserve"> </w:t>
      </w:r>
      <w:r w:rsidR="005F6A5B">
        <w:rPr/>
        <w:t>dringend</w:t>
      </w:r>
      <w:r w:rsidR="005F6A5B">
        <w:rPr/>
        <w:t xml:space="preserve"> </w:t>
      </w:r>
      <w:r w:rsidR="005F6A5B">
        <w:rPr/>
        <w:t>noodzakelijk</w:t>
      </w:r>
      <w:r w:rsidR="005F6A5B">
        <w:rPr/>
        <w:t xml:space="preserve"> is. </w:t>
      </w:r>
      <w:r w:rsidR="005F6A5B">
        <w:rPr/>
        <w:t>Deze</w:t>
      </w:r>
      <w:r w:rsidR="005F6A5B">
        <w:rPr/>
        <w:t xml:space="preserve"> </w:t>
      </w:r>
      <w:r w:rsidR="005F6A5B">
        <w:rPr/>
        <w:t>urgentie-argumentatie</w:t>
      </w:r>
      <w:r w:rsidR="005F6A5B">
        <w:rPr/>
        <w:t xml:space="preserve"> is </w:t>
      </w:r>
      <w:r w:rsidR="005F6A5B">
        <w:rPr/>
        <w:t>feitelijk</w:t>
      </w:r>
      <w:r w:rsidR="005F6A5B">
        <w:rPr/>
        <w:t xml:space="preserve"> </w:t>
      </w:r>
      <w:r w:rsidR="005F6A5B">
        <w:rPr/>
        <w:t>onjuist</w:t>
      </w:r>
      <w:r w:rsidR="005F6A5B">
        <w:rPr/>
        <w:t>.</w:t>
      </w:r>
    </w:p>
    <w:p w:rsidR="009D758D" w:rsidP="6C968D7A" w:rsidRDefault="005F6A5B" w14:paraId="0325AE16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 xml:space="preserve">(a) Elia's </w:t>
      </w:r>
      <w:r w:rsidRPr="6C968D7A" w:rsidR="005F6A5B">
        <w:rPr>
          <w:b w:val="1"/>
          <w:bCs w:val="1"/>
        </w:rPr>
        <w:t>beweerde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belasting</w:t>
      </w:r>
      <w:r w:rsidRPr="6C968D7A" w:rsidR="005F6A5B">
        <w:rPr>
          <w:b w:val="1"/>
          <w:bCs w:val="1"/>
        </w:rPr>
        <w:t xml:space="preserve"> versus </w:t>
      </w:r>
      <w:r w:rsidRPr="6C968D7A" w:rsidR="005F6A5B">
        <w:rPr>
          <w:b w:val="1"/>
          <w:bCs w:val="1"/>
        </w:rPr>
        <w:t>werkelijke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belasting</w:t>
      </w:r>
    </w:p>
    <w:p w:rsidR="009D758D" w:rsidRDefault="005F6A5B" w14:paraId="1379665C" w14:textId="77777777">
      <w:r w:rsidR="005F6A5B">
        <w:rPr/>
        <w:t xml:space="preserve">Het </w:t>
      </w:r>
      <w:r w:rsidR="005F6A5B">
        <w:rPr/>
        <w:t>Federaal</w:t>
      </w:r>
      <w:r w:rsidR="005F6A5B">
        <w:rPr/>
        <w:t xml:space="preserve"> </w:t>
      </w:r>
      <w:r w:rsidR="005F6A5B">
        <w:rPr/>
        <w:t>Ontwikkelingsplan</w:t>
      </w:r>
      <w:r w:rsidR="005F6A5B">
        <w:rPr/>
        <w:t xml:space="preserve"> 2024-2034 (FOP, p. 196) </w:t>
      </w:r>
      <w:r w:rsidR="005F6A5B">
        <w:rPr/>
        <w:t>stelt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de </w:t>
      </w:r>
      <w:r w:rsidR="005F6A5B">
        <w:rPr/>
        <w:t>Ventilus</w:t>
      </w:r>
      <w:r w:rsidR="005F6A5B">
        <w:rPr/>
        <w:t xml:space="preserve">-as </w:t>
      </w:r>
      <w:r w:rsidR="005F6A5B">
        <w:rPr/>
        <w:t>en</w:t>
      </w:r>
      <w:r w:rsidR="005F6A5B">
        <w:rPr/>
        <w:t xml:space="preserve"> de </w:t>
      </w:r>
      <w:r w:rsidR="005F6A5B">
        <w:rPr/>
        <w:t>aangrenzende</w:t>
      </w:r>
      <w:r w:rsidR="005F6A5B">
        <w:rPr/>
        <w:t xml:space="preserve"> </w:t>
      </w:r>
      <w:r w:rsidR="005F6A5B">
        <w:rPr/>
        <w:t>lijnen</w:t>
      </w:r>
      <w:r w:rsidR="005F6A5B">
        <w:rPr/>
        <w:t xml:space="preserve"> </w:t>
      </w:r>
      <w:r w:rsidRPr="6C968D7A" w:rsidR="005F6A5B">
        <w:rPr>
          <w:i w:val="1"/>
          <w:iCs w:val="1"/>
        </w:rPr>
        <w:t>"</w:t>
      </w:r>
      <w:r w:rsidRPr="6C968D7A" w:rsidR="005F6A5B">
        <w:rPr>
          <w:i w:val="1"/>
          <w:iCs w:val="1"/>
        </w:rPr>
        <w:t>reeds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hoog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belast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worden</w:t>
      </w:r>
      <w:r w:rsidRPr="6C968D7A" w:rsidR="005F6A5B">
        <w:rPr>
          <w:i w:val="1"/>
          <w:iCs w:val="1"/>
        </w:rPr>
        <w:t xml:space="preserve">, </w:t>
      </w:r>
      <w:r w:rsidRPr="6C968D7A" w:rsidR="005F6A5B">
        <w:rPr>
          <w:i w:val="1"/>
          <w:iCs w:val="1"/>
        </w:rPr>
        <w:t>en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dus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volledig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gebruikt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worden</w:t>
      </w:r>
      <w:r w:rsidRPr="6C968D7A" w:rsidR="005F6A5B">
        <w:rPr>
          <w:i w:val="1"/>
          <w:iCs w:val="1"/>
        </w:rPr>
        <w:t>"</w:t>
      </w:r>
      <w:r w:rsidR="005F6A5B">
        <w:rPr/>
        <w:t xml:space="preserve">, </w:t>
      </w:r>
      <w:r w:rsidR="005F6A5B">
        <w:rPr/>
        <w:t>en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de </w:t>
      </w:r>
      <w:r w:rsidR="005F6A5B">
        <w:rPr/>
        <w:t>nieuwe</w:t>
      </w:r>
      <w:r w:rsidR="005F6A5B">
        <w:rPr/>
        <w:t xml:space="preserve"> corridors </w:t>
      </w:r>
      <w:r w:rsidRPr="6C968D7A" w:rsidR="005F6A5B">
        <w:rPr>
          <w:i w:val="1"/>
          <w:iCs w:val="1"/>
        </w:rPr>
        <w:t>"</w:t>
      </w:r>
      <w:r w:rsidRPr="6C968D7A" w:rsidR="005F6A5B">
        <w:rPr>
          <w:i w:val="1"/>
          <w:iCs w:val="1"/>
        </w:rPr>
        <w:t>een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noodzakelijke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voorwaarde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zijn</w:t>
      </w:r>
      <w:r w:rsidRPr="6C968D7A" w:rsidR="005F6A5B">
        <w:rPr>
          <w:i w:val="1"/>
          <w:iCs w:val="1"/>
        </w:rPr>
        <w:t>"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het </w:t>
      </w:r>
      <w:r w:rsidR="005F6A5B">
        <w:rPr/>
        <w:t>integreren</w:t>
      </w:r>
      <w:r w:rsidR="005F6A5B">
        <w:rPr/>
        <w:t xml:space="preserve"> van extra offshore </w:t>
      </w:r>
      <w:r w:rsidR="005F6A5B">
        <w:rPr/>
        <w:t>windproductie</w:t>
      </w:r>
      <w:r w:rsidR="005F6A5B">
        <w:rPr/>
        <w:t xml:space="preserve">. Dit </w:t>
      </w:r>
      <w:r w:rsidR="005F6A5B">
        <w:rPr/>
        <w:t>urgentieargument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door Elia </w:t>
      </w:r>
      <w:r w:rsidR="005F6A5B">
        <w:rPr/>
        <w:t>gehanteerd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rechtvaardiging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het project.</w:t>
      </w:r>
    </w:p>
    <w:p w:rsidR="009D758D" w:rsidRDefault="005F6A5B" w14:paraId="1C35CA40" w14:textId="77777777">
      <w:r w:rsidR="005F6A5B">
        <w:rPr/>
        <w:t xml:space="preserve">De </w:t>
      </w:r>
      <w:r w:rsidR="005F6A5B">
        <w:rPr/>
        <w:t>werkelijke</w:t>
      </w:r>
      <w:r w:rsidR="005F6A5B">
        <w:rPr/>
        <w:t xml:space="preserve"> </w:t>
      </w:r>
      <w:r w:rsidR="005F6A5B">
        <w:rPr/>
        <w:t>belastingscijfers</w:t>
      </w:r>
      <w:r w:rsidR="005F6A5B">
        <w:rPr/>
        <w:t xml:space="preserve">, </w:t>
      </w:r>
      <w:r w:rsidR="005F6A5B">
        <w:rPr/>
        <w:t>zoals</w:t>
      </w:r>
      <w:r w:rsidR="005F6A5B">
        <w:rPr/>
        <w:t xml:space="preserve"> </w:t>
      </w:r>
      <w:r w:rsidR="005F6A5B">
        <w:rPr/>
        <w:t>bevestigd</w:t>
      </w:r>
      <w:r w:rsidR="005F6A5B">
        <w:rPr/>
        <w:t xml:space="preserve"> door </w:t>
      </w:r>
      <w:r w:rsidRPr="6C968D7A" w:rsidR="005F6A5B">
        <w:rPr>
          <w:b w:val="1"/>
          <w:bCs w:val="1"/>
        </w:rPr>
        <w:t xml:space="preserve">Minister </w:t>
      </w:r>
      <w:r w:rsidRPr="6C968D7A" w:rsidR="005F6A5B">
        <w:rPr>
          <w:b w:val="1"/>
          <w:bCs w:val="1"/>
        </w:rPr>
        <w:t>Brouns</w:t>
      </w:r>
      <w:r w:rsidR="005F6A5B">
        <w:rPr/>
        <w:t xml:space="preserve"> in </w:t>
      </w:r>
      <w:r w:rsidR="005F6A5B">
        <w:rPr/>
        <w:t>antwoord</w:t>
      </w:r>
      <w:r w:rsidR="005F6A5B">
        <w:rPr/>
        <w:t xml:space="preserve"> op de </w:t>
      </w:r>
      <w:r w:rsidR="005F6A5B">
        <w:rPr/>
        <w:t>parlementaire</w:t>
      </w:r>
      <w:r w:rsidR="005F6A5B">
        <w:rPr/>
        <w:t xml:space="preserve"> </w:t>
      </w:r>
      <w:r w:rsidR="005F6A5B">
        <w:rPr/>
        <w:t>vraag</w:t>
      </w:r>
      <w:r w:rsidR="005F6A5B">
        <w:rPr/>
        <w:t xml:space="preserve"> nr. 1122 van Bart </w:t>
      </w:r>
      <w:r w:rsidR="005F6A5B">
        <w:rPr/>
        <w:t>Dochy</w:t>
      </w:r>
      <w:r w:rsidR="005F6A5B">
        <w:rPr/>
        <w:t xml:space="preserve"> in de </w:t>
      </w:r>
      <w:r w:rsidRPr="6C968D7A" w:rsidR="005F6A5B">
        <w:rPr>
          <w:b w:val="1"/>
          <w:bCs w:val="1"/>
        </w:rPr>
        <w:t>Commissie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voor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Leefmilieu</w:t>
      </w:r>
      <w:r w:rsidRPr="6C968D7A" w:rsidR="005F6A5B">
        <w:rPr>
          <w:b w:val="1"/>
          <w:bCs w:val="1"/>
        </w:rPr>
        <w:t xml:space="preserve">, </w:t>
      </w:r>
      <w:r w:rsidRPr="6C968D7A" w:rsidR="005F6A5B">
        <w:rPr>
          <w:b w:val="1"/>
          <w:bCs w:val="1"/>
        </w:rPr>
        <w:t>Natuur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Ruimtelijke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Ordening</w:t>
      </w:r>
      <w:r w:rsidRPr="6C968D7A" w:rsidR="005F6A5B">
        <w:rPr>
          <w:b w:val="1"/>
          <w:bCs w:val="1"/>
        </w:rPr>
        <w:t xml:space="preserve"> van 2 </w:t>
      </w:r>
      <w:r w:rsidRPr="6C968D7A" w:rsidR="005F6A5B">
        <w:rPr>
          <w:b w:val="1"/>
          <w:bCs w:val="1"/>
        </w:rPr>
        <w:t>december</w:t>
      </w:r>
      <w:r w:rsidRPr="6C968D7A" w:rsidR="005F6A5B">
        <w:rPr>
          <w:b w:val="1"/>
          <w:bCs w:val="1"/>
        </w:rPr>
        <w:t xml:space="preserve"> 2025</w:t>
      </w:r>
      <w:r w:rsidR="005F6A5B">
        <w:rPr/>
        <w:t xml:space="preserve">, </w:t>
      </w:r>
      <w:r w:rsidR="005F6A5B">
        <w:rPr/>
        <w:t>tonen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fundamenteel</w:t>
      </w:r>
      <w:r w:rsidR="005F6A5B">
        <w:rPr/>
        <w:t xml:space="preserve"> </w:t>
      </w:r>
      <w:r w:rsidR="005F6A5B">
        <w:rPr/>
        <w:t>ander</w:t>
      </w:r>
      <w:r w:rsidR="005F6A5B">
        <w:rPr/>
        <w:t xml:space="preserve"> </w:t>
      </w:r>
      <w:r w:rsidR="005F6A5B">
        <w:rPr/>
        <w:t>beeld</w:t>
      </w:r>
      <w:r w:rsidR="005F6A5B">
        <w:rPr/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5"/>
        <w:gridCol w:w="3135"/>
        <w:gridCol w:w="3135"/>
      </w:tblGrid>
      <w:tr w:rsidR="009D758D" w:rsidTr="6C968D7A" w14:paraId="388968EA" w14:textId="77777777">
        <w:tc>
          <w:tcPr>
            <w:tcW w:w="3135" w:type="dxa"/>
            <w:shd w:val="clear" w:color="auto" w:fill="244061" w:themeFill="accent1" w:themeFillShade="80"/>
            <w:tcMar/>
          </w:tcPr>
          <w:p w:rsidR="009D758D" w:rsidP="6C968D7A" w:rsidRDefault="005F6A5B" w14:paraId="3FDD3C9D" w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Lijnvak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:rsidR="009D758D" w:rsidRDefault="005F6A5B" w14:paraId="3410E544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Jaargemiddelde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belasting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2024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:rsidR="009D758D" w:rsidRDefault="005F6A5B" w14:paraId="1D5A75ED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Jaargemiddelde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belasting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2025</w:t>
            </w:r>
          </w:p>
        </w:tc>
      </w:tr>
      <w:tr w:rsidR="009D758D" w:rsidTr="6C968D7A" w14:paraId="24D2B2DC" w14:textId="77777777">
        <w:tc>
          <w:tcPr>
            <w:tcW w:w="3135" w:type="dxa"/>
            <w:shd w:val="clear" w:color="auto" w:fill="F2F6FC"/>
            <w:tcMar/>
          </w:tcPr>
          <w:p w:rsidR="009D758D" w:rsidRDefault="005F6A5B" w14:paraId="2F92EAD0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Stevin-Gezelle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06B8EE5E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9%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592A5486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8,7%</w:t>
            </w:r>
          </w:p>
        </w:tc>
      </w:tr>
      <w:tr w:rsidR="009D758D" w:rsidTr="6C968D7A" w14:paraId="5AD8172B" w14:textId="77777777">
        <w:tc>
          <w:tcPr>
            <w:tcW w:w="3135" w:type="dxa"/>
            <w:tcMar/>
          </w:tcPr>
          <w:p w:rsidR="009D758D" w:rsidP="6C968D7A" w:rsidRDefault="005F6A5B" w14:paraId="2AC581E8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Gezelle-Van </w:t>
            </w:r>
            <w:r w:rsidRPr="6C968D7A" w:rsidR="005F6A5B">
              <w:rPr>
                <w:sz w:val="19"/>
                <w:szCs w:val="19"/>
              </w:rPr>
              <w:t>Maerlant</w:t>
            </w:r>
          </w:p>
        </w:tc>
        <w:tc>
          <w:tcPr>
            <w:tcW w:w="3135" w:type="dxa"/>
            <w:tcMar/>
          </w:tcPr>
          <w:p w:rsidR="009D758D" w:rsidRDefault="005F6A5B" w14:paraId="315D3D76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12,5%</w:t>
            </w:r>
          </w:p>
        </w:tc>
        <w:tc>
          <w:tcPr>
            <w:tcW w:w="3135" w:type="dxa"/>
            <w:tcMar/>
          </w:tcPr>
          <w:p w:rsidR="009D758D" w:rsidRDefault="005F6A5B" w14:paraId="5E9CCFDF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12,6%</w:t>
            </w:r>
          </w:p>
        </w:tc>
      </w:tr>
      <w:tr w:rsidR="009D758D" w:rsidTr="6C968D7A" w14:paraId="2BCA4B25" w14:textId="77777777">
        <w:tc>
          <w:tcPr>
            <w:tcW w:w="3135" w:type="dxa"/>
            <w:shd w:val="clear" w:color="auto" w:fill="F2F6FC"/>
            <w:tcMar/>
          </w:tcPr>
          <w:p w:rsidR="009D758D" w:rsidP="6C968D7A" w:rsidRDefault="005F6A5B" w14:paraId="56C3DA38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Van </w:t>
            </w:r>
            <w:r w:rsidRPr="6C968D7A" w:rsidR="005F6A5B">
              <w:rPr>
                <w:sz w:val="19"/>
                <w:szCs w:val="19"/>
              </w:rPr>
              <w:t>Maerlant</w:t>
            </w:r>
            <w:r w:rsidRPr="6C968D7A" w:rsidR="005F6A5B">
              <w:rPr>
                <w:sz w:val="19"/>
                <w:szCs w:val="19"/>
              </w:rPr>
              <w:t>-Horta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36FEE35F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10,8%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68D39AF4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11,3%</w:t>
            </w:r>
          </w:p>
        </w:tc>
      </w:tr>
    </w:tbl>
    <w:p w:rsidR="009D758D" w:rsidRDefault="009D758D" w14:paraId="0E27B00A" w14:textId="77777777"/>
    <w:p w:rsidR="009D758D" w:rsidRDefault="005F6A5B" w14:paraId="320488E0" w14:textId="77777777">
      <w:r w:rsidR="005F6A5B">
        <w:rPr/>
        <w:t xml:space="preserve">De </w:t>
      </w:r>
      <w:r w:rsidR="005F6A5B">
        <w:rPr/>
        <w:t>werkelijke</w:t>
      </w:r>
      <w:r w:rsidR="005F6A5B">
        <w:rPr/>
        <w:t xml:space="preserve"> </w:t>
      </w:r>
      <w:r w:rsidR="005F6A5B">
        <w:rPr/>
        <w:t>netbelasting</w:t>
      </w:r>
      <w:r w:rsidR="005F6A5B">
        <w:rPr/>
        <w:t xml:space="preserve"> </w:t>
      </w:r>
      <w:r w:rsidR="005F6A5B">
        <w:rPr/>
        <w:t>bedraagt</w:t>
      </w:r>
      <w:r w:rsidR="005F6A5B">
        <w:rPr/>
        <w:t xml:space="preserve"> </w:t>
      </w:r>
      <w:r w:rsidR="005F6A5B">
        <w:rPr/>
        <w:t>derhalve</w:t>
      </w:r>
      <w:r w:rsidR="005F6A5B">
        <w:rPr/>
        <w:t xml:space="preserve"> </w:t>
      </w:r>
      <w:r w:rsidR="005F6A5B">
        <w:rPr/>
        <w:t>slechts</w:t>
      </w:r>
      <w:r w:rsidR="005F6A5B">
        <w:rPr/>
        <w:t xml:space="preserve"> </w:t>
      </w:r>
      <w:r w:rsidRPr="6C968D7A" w:rsidR="005F6A5B">
        <w:rPr>
          <w:b w:val="1"/>
          <w:bCs w:val="1"/>
        </w:rPr>
        <w:t>9 tot 12,6%</w:t>
      </w:r>
      <w:r w:rsidR="005F6A5B">
        <w:rPr/>
        <w:t xml:space="preserve"> — </w:t>
      </w:r>
      <w:r w:rsidR="005F6A5B">
        <w:rPr/>
        <w:t>een</w:t>
      </w:r>
      <w:r w:rsidR="005F6A5B">
        <w:rPr/>
        <w:t xml:space="preserve"> </w:t>
      </w:r>
      <w:r w:rsidR="005F6A5B">
        <w:rPr/>
        <w:t>fractie</w:t>
      </w:r>
      <w:r w:rsidR="005F6A5B">
        <w:rPr/>
        <w:t xml:space="preserve"> van de door het FOP </w:t>
      </w:r>
      <w:r w:rsidR="005F6A5B">
        <w:rPr/>
        <w:t>gesuggereerde</w:t>
      </w:r>
      <w:r w:rsidR="005F6A5B">
        <w:rPr/>
        <w:t xml:space="preserve"> </w:t>
      </w:r>
      <w:r w:rsidR="005F6A5B">
        <w:rPr/>
        <w:t>hoge</w:t>
      </w:r>
      <w:r w:rsidR="005F6A5B">
        <w:rPr/>
        <w:t xml:space="preserve"> </w:t>
      </w:r>
      <w:r w:rsidR="005F6A5B">
        <w:rPr/>
        <w:t>belasting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ver</w:t>
      </w:r>
      <w:r w:rsidR="005F6A5B">
        <w:rPr/>
        <w:t xml:space="preserve"> </w:t>
      </w:r>
      <w:r w:rsidR="005F6A5B">
        <w:rPr/>
        <w:t>verwijderd</w:t>
      </w:r>
      <w:r w:rsidR="005F6A5B">
        <w:rPr/>
        <w:t xml:space="preserve"> van de </w:t>
      </w:r>
      <w:r w:rsidR="005F6A5B">
        <w:rPr/>
        <w:t>beweerde</w:t>
      </w:r>
      <w:r w:rsidR="005F6A5B">
        <w:rPr/>
        <w:t xml:space="preserve"> </w:t>
      </w:r>
      <w:r w:rsidR="005F6A5B">
        <w:rPr/>
        <w:t>noodzaak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6 GW-</w:t>
      </w:r>
      <w:r w:rsidR="005F6A5B">
        <w:rPr/>
        <w:t>verbinding</w:t>
      </w:r>
      <w:r w:rsidR="005F6A5B">
        <w:rPr/>
        <w:t>.</w:t>
      </w:r>
    </w:p>
    <w:p w:rsidR="009D758D" w:rsidP="6C968D7A" w:rsidRDefault="005F6A5B" w14:paraId="65B0F7EF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 xml:space="preserve">(b) "Elia </w:t>
      </w:r>
      <w:r w:rsidRPr="6C968D7A" w:rsidR="005F6A5B">
        <w:rPr>
          <w:b w:val="1"/>
          <w:bCs w:val="1"/>
        </w:rPr>
        <w:t>tegen</w:t>
      </w:r>
      <w:r w:rsidRPr="6C968D7A" w:rsidR="005F6A5B">
        <w:rPr>
          <w:b w:val="1"/>
          <w:bCs w:val="1"/>
        </w:rPr>
        <w:t xml:space="preserve"> Elia" — interne </w:t>
      </w:r>
      <w:r w:rsidRPr="6C968D7A" w:rsidR="005F6A5B">
        <w:rPr>
          <w:b w:val="1"/>
          <w:bCs w:val="1"/>
        </w:rPr>
        <w:t>contradictie</w:t>
      </w:r>
    </w:p>
    <w:p w:rsidR="009D758D" w:rsidRDefault="005F6A5B" w14:paraId="6A40CD60" w14:textId="77777777">
      <w:r w:rsidR="005F6A5B">
        <w:rPr/>
        <w:t xml:space="preserve">De eigen </w:t>
      </w:r>
      <w:r w:rsidR="005F6A5B">
        <w:rPr/>
        <w:t>cijfers</w:t>
      </w:r>
      <w:r w:rsidR="005F6A5B">
        <w:rPr/>
        <w:t xml:space="preserve"> van de </w:t>
      </w:r>
      <w:r w:rsidR="005F6A5B">
        <w:rPr/>
        <w:t>transmissienetbeheerder</w:t>
      </w:r>
      <w:r w:rsidR="005F6A5B">
        <w:rPr/>
        <w:t xml:space="preserve"> </w:t>
      </w:r>
      <w:r w:rsidR="005F6A5B">
        <w:rPr/>
        <w:t>weerleggen</w:t>
      </w:r>
      <w:r w:rsidR="005F6A5B">
        <w:rPr/>
        <w:t xml:space="preserve"> de </w:t>
      </w:r>
      <w:r w:rsidR="005F6A5B">
        <w:rPr/>
        <w:t>urgentie</w:t>
      </w:r>
      <w:r w:rsidR="005F6A5B">
        <w:rPr/>
        <w:t xml:space="preserve">: het FOP </w:t>
      </w:r>
      <w:r w:rsidR="005F6A5B">
        <w:rPr/>
        <w:t>spreekt</w:t>
      </w:r>
      <w:r w:rsidR="005F6A5B">
        <w:rPr/>
        <w:t xml:space="preserve"> van </w:t>
      </w:r>
      <w:r w:rsidR="005F6A5B">
        <w:rPr/>
        <w:t>lijnen</w:t>
      </w:r>
      <w:r w:rsidR="005F6A5B">
        <w:rPr/>
        <w:t xml:space="preserve"> die "</w:t>
      </w:r>
      <w:r w:rsidR="005F6A5B">
        <w:rPr/>
        <w:t>reeds</w:t>
      </w:r>
      <w:r w:rsidR="005F6A5B">
        <w:rPr/>
        <w:t xml:space="preserve"> </w:t>
      </w:r>
      <w:r w:rsidR="005F6A5B">
        <w:rPr/>
        <w:t>hoog</w:t>
      </w:r>
      <w:r w:rsidR="005F6A5B">
        <w:rPr/>
        <w:t xml:space="preserve"> </w:t>
      </w:r>
      <w:r w:rsidR="005F6A5B">
        <w:rPr/>
        <w:t>belast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volledig</w:t>
      </w:r>
      <w:r w:rsidR="005F6A5B">
        <w:rPr/>
        <w:t xml:space="preserve"> </w:t>
      </w:r>
      <w:r w:rsidR="005F6A5B">
        <w:rPr/>
        <w:t>gebruikt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", </w:t>
      </w:r>
      <w:r w:rsidR="005F6A5B">
        <w:rPr/>
        <w:t>terwijl</w:t>
      </w:r>
      <w:r w:rsidR="005F6A5B">
        <w:rPr/>
        <w:t xml:space="preserve"> de </w:t>
      </w:r>
      <w:r w:rsidR="005F6A5B">
        <w:rPr/>
        <w:t>werkelijke</w:t>
      </w:r>
      <w:r w:rsidR="005F6A5B">
        <w:rPr/>
        <w:t xml:space="preserve"> </w:t>
      </w:r>
      <w:r w:rsidR="005F6A5B">
        <w:rPr/>
        <w:t>jaargemiddelde</w:t>
      </w:r>
      <w:r w:rsidR="005F6A5B">
        <w:rPr/>
        <w:t xml:space="preserve"> </w:t>
      </w:r>
      <w:r w:rsidR="005F6A5B">
        <w:rPr/>
        <w:t>belasting</w:t>
      </w:r>
      <w:r w:rsidR="005F6A5B">
        <w:rPr/>
        <w:t xml:space="preserve"> </w:t>
      </w:r>
      <w:r w:rsidR="005F6A5B">
        <w:rPr/>
        <w:t>volgens</w:t>
      </w:r>
      <w:r w:rsidR="005F6A5B">
        <w:rPr/>
        <w:t xml:space="preserve"> de door de minister </w:t>
      </w:r>
      <w:r w:rsidR="005F6A5B">
        <w:rPr/>
        <w:t>bevestigde</w:t>
      </w:r>
      <w:r w:rsidR="005F6A5B">
        <w:rPr/>
        <w:t xml:space="preserve"> </w:t>
      </w:r>
      <w:r w:rsidR="005F6A5B">
        <w:rPr/>
        <w:t>gegevens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meer</w:t>
      </w:r>
      <w:r w:rsidR="005F6A5B">
        <w:rPr/>
        <w:t xml:space="preserve"> dan 12,6% </w:t>
      </w:r>
      <w:r w:rsidR="005F6A5B">
        <w:rPr/>
        <w:t>bedraagt</w:t>
      </w:r>
      <w:r w:rsidR="005F6A5B">
        <w:rPr/>
        <w:t xml:space="preserve">. Er is </w:t>
      </w:r>
      <w:r w:rsidR="005F6A5B">
        <w:rPr/>
        <w:t>bijgevolg</w:t>
      </w:r>
      <w:r w:rsidR="005F6A5B">
        <w:rPr/>
        <w:t xml:space="preserve"> </w:t>
      </w:r>
      <w:r w:rsidR="005F6A5B">
        <w:rPr/>
        <w:t>nog</w:t>
      </w:r>
      <w:r w:rsidR="005F6A5B">
        <w:rPr/>
        <w:t xml:space="preserve"> </w:t>
      </w:r>
      <w:r w:rsidR="005F6A5B">
        <w:rPr/>
        <w:t>aanzienlijke</w:t>
      </w:r>
      <w:r w:rsidR="005F6A5B">
        <w:rPr/>
        <w:t xml:space="preserve"> </w:t>
      </w:r>
      <w:r w:rsidR="005F6A5B">
        <w:rPr/>
        <w:t>restcapaciteit</w:t>
      </w:r>
      <w:r w:rsidR="005F6A5B">
        <w:rPr/>
        <w:t xml:space="preserve"> in het </w:t>
      </w:r>
      <w:r w:rsidR="005F6A5B">
        <w:rPr/>
        <w:t>bestaande</w:t>
      </w:r>
      <w:r w:rsidR="005F6A5B">
        <w:rPr/>
        <w:t xml:space="preserve"> net </w:t>
      </w:r>
      <w:r w:rsidR="005F6A5B">
        <w:rPr/>
        <w:t>beschikbaar</w:t>
      </w:r>
      <w:r w:rsidR="005F6A5B">
        <w:rPr/>
        <w:t xml:space="preserve">, </w:t>
      </w:r>
      <w:r w:rsidR="005F6A5B">
        <w:rPr/>
        <w:t>hetgeen</w:t>
      </w:r>
      <w:r w:rsidR="005F6A5B">
        <w:rPr/>
        <w:t xml:space="preserve"> de </w:t>
      </w:r>
      <w:r w:rsidR="005F6A5B">
        <w:rPr/>
        <w:t>beweerde</w:t>
      </w:r>
      <w:r w:rsidR="005F6A5B">
        <w:rPr/>
        <w:t xml:space="preserve"> </w:t>
      </w:r>
      <w:r w:rsidR="005F6A5B">
        <w:rPr/>
        <w:t>dringende</w:t>
      </w:r>
      <w:r w:rsidR="005F6A5B">
        <w:rPr/>
        <w:t xml:space="preserve"> </w:t>
      </w:r>
      <w:r w:rsidR="005F6A5B">
        <w:rPr/>
        <w:t>noodzaak</w:t>
      </w:r>
      <w:r w:rsidR="005F6A5B">
        <w:rPr/>
        <w:t xml:space="preserve"> van het </w:t>
      </w:r>
      <w:r w:rsidR="005F6A5B">
        <w:rPr/>
        <w:t>Ventilus</w:t>
      </w:r>
      <w:r w:rsidR="005F6A5B">
        <w:rPr/>
        <w:t xml:space="preserve">-project </w:t>
      </w:r>
      <w:r w:rsidR="005F6A5B">
        <w:rPr/>
        <w:t>fundamenteel</w:t>
      </w:r>
      <w:r w:rsidR="005F6A5B">
        <w:rPr/>
        <w:t xml:space="preserve"> </w:t>
      </w:r>
      <w:r w:rsidR="005F6A5B">
        <w:rPr/>
        <w:t>ondermijnt</w:t>
      </w:r>
      <w:r w:rsidR="005F6A5B">
        <w:rPr/>
        <w:t>.</w:t>
      </w:r>
    </w:p>
    <w:p w:rsidR="009D758D" w:rsidP="6C968D7A" w:rsidRDefault="005F6A5B" w14:paraId="1EE8C56C" w14:textId="77777777">
      <w:pPr>
        <w:rPr>
          <w:b w:val="1"/>
          <w:bCs w:val="1"/>
        </w:rPr>
      </w:pPr>
      <w:r w:rsidRPr="6C968D7A" w:rsidR="005F6A5B">
        <w:rPr>
          <w:b w:val="1"/>
          <w:bCs w:val="1"/>
        </w:rPr>
        <w:t xml:space="preserve">(c) </w:t>
      </w:r>
      <w:r w:rsidRPr="6C968D7A" w:rsidR="005F6A5B">
        <w:rPr>
          <w:b w:val="1"/>
          <w:bCs w:val="1"/>
        </w:rPr>
        <w:t>Gevolgen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voor</w:t>
      </w:r>
      <w:r w:rsidRPr="6C968D7A" w:rsidR="005F6A5B">
        <w:rPr>
          <w:b w:val="1"/>
          <w:bCs w:val="1"/>
        </w:rPr>
        <w:t xml:space="preserve"> de </w:t>
      </w:r>
      <w:r w:rsidRPr="6C968D7A" w:rsidR="005F6A5B">
        <w:rPr>
          <w:b w:val="1"/>
          <w:bCs w:val="1"/>
        </w:rPr>
        <w:t>beoordeling</w:t>
      </w:r>
    </w:p>
    <w:p w:rsidR="009D758D" w:rsidRDefault="005F6A5B" w14:paraId="7D9C4867" w14:textId="77777777">
      <w:r w:rsidR="005F6A5B">
        <w:rPr/>
        <w:t xml:space="preserve">Dit </w:t>
      </w:r>
      <w:r w:rsidR="005F6A5B">
        <w:rPr/>
        <w:t>vals</w:t>
      </w:r>
      <w:r w:rsidR="005F6A5B">
        <w:rPr/>
        <w:t xml:space="preserve"> </w:t>
      </w:r>
      <w:r w:rsidR="005F6A5B">
        <w:rPr/>
        <w:t>urgentieargument</w:t>
      </w:r>
      <w:r w:rsidR="005F6A5B">
        <w:rPr/>
        <w:t xml:space="preserve"> </w:t>
      </w:r>
      <w:r w:rsidR="005F6A5B">
        <w:rPr/>
        <w:t>heeft</w:t>
      </w:r>
      <w:r w:rsidR="005F6A5B">
        <w:rPr/>
        <w:t xml:space="preserve"> </w:t>
      </w:r>
      <w:r w:rsidR="005F6A5B">
        <w:rPr/>
        <w:t>directe</w:t>
      </w:r>
      <w:r w:rsidR="005F6A5B">
        <w:rPr/>
        <w:t xml:space="preserve"> </w:t>
      </w:r>
      <w:r w:rsidR="005F6A5B">
        <w:rPr/>
        <w:t>gevolgen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de </w:t>
      </w:r>
      <w:r w:rsidR="005F6A5B">
        <w:rPr/>
        <w:t>proportionaliteitsafweging</w:t>
      </w:r>
      <w:r w:rsidR="005F6A5B">
        <w:rPr/>
        <w:t xml:space="preserve">: </w:t>
      </w:r>
      <w:r w:rsidR="005F6A5B">
        <w:rPr/>
        <w:t>indien</w:t>
      </w:r>
      <w:r w:rsidR="005F6A5B">
        <w:rPr/>
        <w:t xml:space="preserve"> de </w:t>
      </w:r>
      <w:r w:rsidR="005F6A5B">
        <w:rPr/>
        <w:t>urgentie</w:t>
      </w:r>
      <w:r w:rsidR="005F6A5B">
        <w:rPr/>
        <w:t xml:space="preserve"> </w:t>
      </w:r>
      <w:r w:rsidR="005F6A5B">
        <w:rPr/>
        <w:t>wegvalt</w:t>
      </w:r>
      <w:r w:rsidR="005F6A5B">
        <w:rPr/>
        <w:t xml:space="preserve">, </w:t>
      </w:r>
      <w:r w:rsidR="005F6A5B">
        <w:rPr/>
        <w:t>vervalt</w:t>
      </w:r>
      <w:r w:rsidR="005F6A5B">
        <w:rPr/>
        <w:t xml:space="preserve"> </w:t>
      </w:r>
      <w:r w:rsidR="005F6A5B">
        <w:rPr/>
        <w:t>ook</w:t>
      </w:r>
      <w:r w:rsidR="005F6A5B">
        <w:rPr/>
        <w:t xml:space="preserve"> de </w:t>
      </w:r>
      <w:r w:rsidR="005F6A5B">
        <w:rPr/>
        <w:t>rechtvaardiging</w:t>
      </w:r>
      <w:r w:rsidR="005F6A5B">
        <w:rPr/>
        <w:t xml:space="preserve"> om </w:t>
      </w:r>
      <w:r w:rsidR="005F6A5B">
        <w:rPr/>
        <w:t>een</w:t>
      </w:r>
      <w:r w:rsidR="005F6A5B">
        <w:rPr/>
        <w:t xml:space="preserve"> </w:t>
      </w:r>
      <w:r w:rsidR="005F6A5B">
        <w:rPr/>
        <w:t>bewezen</w:t>
      </w:r>
      <w:r w:rsidR="005F6A5B">
        <w:rPr/>
        <w:t xml:space="preserve"> </w:t>
      </w:r>
      <w:r w:rsidR="005F6A5B">
        <w:rPr/>
        <w:t>veiliger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minder </w:t>
      </w:r>
      <w:r w:rsidR="005F6A5B">
        <w:rPr/>
        <w:t>ingrijpend</w:t>
      </w:r>
      <w:r w:rsidR="005F6A5B">
        <w:rPr/>
        <w:t xml:space="preserve"> </w:t>
      </w:r>
      <w:r w:rsidR="005F6A5B">
        <w:rPr/>
        <w:t>alternatief</w:t>
      </w:r>
      <w:r w:rsidR="005F6A5B">
        <w:rPr/>
        <w:t xml:space="preserve"> (</w:t>
      </w:r>
      <w:r w:rsidR="005F6A5B">
        <w:rPr/>
        <w:t>ondergronds</w:t>
      </w:r>
      <w:r w:rsidR="005F6A5B">
        <w:rPr/>
        <w:t xml:space="preserve"> HVDC) </w:t>
      </w:r>
      <w:r w:rsidR="005F6A5B">
        <w:rPr/>
        <w:t>af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wijzen</w:t>
      </w:r>
      <w:r w:rsidR="005F6A5B">
        <w:rPr/>
        <w:t xml:space="preserve"> op </w:t>
      </w:r>
      <w:r w:rsidR="005F6A5B">
        <w:rPr/>
        <w:t>grond</w:t>
      </w:r>
      <w:r w:rsidR="005F6A5B">
        <w:rPr/>
        <w:t xml:space="preserve"> van </w:t>
      </w:r>
      <w:r w:rsidR="005F6A5B">
        <w:rPr/>
        <w:t>tijdsdruk</w:t>
      </w:r>
      <w:r w:rsidR="005F6A5B">
        <w:rPr/>
        <w:t xml:space="preserve">. De </w:t>
      </w:r>
      <w:r w:rsidR="005F6A5B">
        <w:rPr/>
        <w:t>bewering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ondergronds</w:t>
      </w:r>
      <w:r w:rsidR="005F6A5B">
        <w:rPr/>
        <w:t xml:space="preserve"> </w:t>
      </w:r>
      <w:r w:rsidR="005F6A5B">
        <w:rPr/>
        <w:t>tracé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tijdig</w:t>
      </w:r>
      <w:r w:rsidR="005F6A5B">
        <w:rPr/>
        <w:t xml:space="preserve"> </w:t>
      </w:r>
      <w:r w:rsidR="005F6A5B">
        <w:rPr/>
        <w:t>zou</w:t>
      </w:r>
      <w:r w:rsidR="005F6A5B">
        <w:rPr/>
        <w:t xml:space="preserve"> </w:t>
      </w:r>
      <w:r w:rsidR="005F6A5B">
        <w:rPr/>
        <w:t>kunnen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gerealiseerd</w:t>
      </w:r>
      <w:r w:rsidR="005F6A5B">
        <w:rPr/>
        <w:t xml:space="preserve"> (</w:t>
      </w:r>
      <w:r w:rsidR="005F6A5B">
        <w:rPr/>
        <w:t>zie</w:t>
      </w:r>
      <w:r w:rsidR="005F6A5B">
        <w:rPr/>
        <w:t xml:space="preserve"> </w:t>
      </w:r>
      <w:r w:rsidR="005F6A5B">
        <w:rPr/>
        <w:t>sectie</w:t>
      </w:r>
      <w:r w:rsidR="005F6A5B">
        <w:rPr/>
        <w:t xml:space="preserve"> 3.1), </w:t>
      </w:r>
      <w:r w:rsidR="005F6A5B">
        <w:rPr/>
        <w:t>verliest</w:t>
      </w:r>
      <w:r w:rsidR="005F6A5B">
        <w:rPr/>
        <w:t xml:space="preserve"> </w:t>
      </w:r>
      <w:r w:rsidR="005F6A5B">
        <w:rPr/>
        <w:t>hiermee</w:t>
      </w:r>
      <w:r w:rsidR="005F6A5B">
        <w:rPr/>
        <w:t xml:space="preserve"> </w:t>
      </w:r>
      <w:r w:rsidR="005F6A5B">
        <w:rPr/>
        <w:t>haar</w:t>
      </w:r>
      <w:r w:rsidR="005F6A5B">
        <w:rPr/>
        <w:t xml:space="preserve"> </w:t>
      </w:r>
      <w:r w:rsidR="005F6A5B">
        <w:rPr/>
        <w:t>grondslag</w:t>
      </w:r>
      <w:r w:rsidR="005F6A5B">
        <w:rPr/>
        <w:t>.</w:t>
      </w:r>
    </w:p>
    <w:p w:rsidR="009D758D" w:rsidRDefault="005F6A5B" w14:paraId="3CFB8029" w14:textId="77777777"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grondslag</w:t>
      </w:r>
      <w:r w:rsidRPr="6C968D7A" w:rsidR="005F6A5B">
        <w:rPr>
          <w:b w:val="1"/>
          <w:bCs w:val="1"/>
        </w:rPr>
        <w:t>:</w:t>
      </w:r>
      <w:r w:rsidR="005F6A5B">
        <w:rPr/>
        <w:t xml:space="preserve"> Art. 2 </w:t>
      </w:r>
      <w:r w:rsidR="005F6A5B">
        <w:rPr/>
        <w:t>en</w:t>
      </w:r>
      <w:r w:rsidR="005F6A5B">
        <w:rPr/>
        <w:t xml:space="preserve"> 3 Wet </w:t>
      </w:r>
      <w:r w:rsidR="005F6A5B">
        <w:rPr/>
        <w:t>Motivering</w:t>
      </w:r>
      <w:r w:rsidR="005F6A5B">
        <w:rPr/>
        <w:t xml:space="preserve"> </w:t>
      </w:r>
      <w:r w:rsidR="005F6A5B">
        <w:rPr/>
        <w:t>Bestuurshandelingen</w:t>
      </w:r>
      <w:r w:rsidR="005F6A5B">
        <w:rPr/>
        <w:t xml:space="preserve"> van 29 </w:t>
      </w:r>
      <w:r w:rsidR="005F6A5B">
        <w:rPr/>
        <w:t>juli</w:t>
      </w:r>
      <w:r w:rsidR="005F6A5B">
        <w:rPr/>
        <w:t xml:space="preserve"> 1991 (</w:t>
      </w:r>
      <w:r w:rsidR="005F6A5B">
        <w:rPr/>
        <w:t>materiële</w:t>
      </w:r>
      <w:r w:rsidR="005F6A5B">
        <w:rPr/>
        <w:t xml:space="preserve"> </w:t>
      </w:r>
      <w:r w:rsidR="005F6A5B">
        <w:rPr/>
        <w:t>motiveringsplicht</w:t>
      </w:r>
      <w:r w:rsidR="005F6A5B">
        <w:rPr/>
        <w:t xml:space="preserve">). Een </w:t>
      </w:r>
      <w:r w:rsidR="005F6A5B">
        <w:rPr/>
        <w:t>beslissing</w:t>
      </w:r>
      <w:r w:rsidR="005F6A5B">
        <w:rPr/>
        <w:t xml:space="preserve"> die </w:t>
      </w:r>
      <w:r w:rsidR="005F6A5B">
        <w:rPr/>
        <w:t>steunt</w:t>
      </w:r>
      <w:r w:rsidR="005F6A5B">
        <w:rPr/>
        <w:t xml:space="preserve"> op </w:t>
      </w:r>
      <w:r w:rsidR="005F6A5B">
        <w:rPr/>
        <w:t>aantoonbaar</w:t>
      </w:r>
      <w:r w:rsidR="005F6A5B">
        <w:rPr/>
        <w:t xml:space="preserve"> </w:t>
      </w:r>
      <w:r w:rsidR="005F6A5B">
        <w:rPr/>
        <w:t>onjuiste</w:t>
      </w:r>
      <w:r w:rsidR="005F6A5B">
        <w:rPr/>
        <w:t xml:space="preserve"> </w:t>
      </w:r>
      <w:r w:rsidR="005F6A5B">
        <w:rPr/>
        <w:t>feitelijke</w:t>
      </w:r>
      <w:r w:rsidR="005F6A5B">
        <w:rPr/>
        <w:t xml:space="preserve"> </w:t>
      </w:r>
      <w:r w:rsidR="005F6A5B">
        <w:rPr/>
        <w:t>premissen</w:t>
      </w:r>
      <w:r w:rsidR="005F6A5B">
        <w:rPr/>
        <w:t xml:space="preserve"> — </w:t>
      </w:r>
      <w:r w:rsidR="005F6A5B">
        <w:rPr/>
        <w:t>een</w:t>
      </w:r>
      <w:r w:rsidR="005F6A5B">
        <w:rPr/>
        <w:t xml:space="preserve"> </w:t>
      </w:r>
      <w:r w:rsidR="005F6A5B">
        <w:rPr/>
        <w:t>beweerde</w:t>
      </w:r>
      <w:r w:rsidR="005F6A5B">
        <w:rPr/>
        <w:t xml:space="preserve"> </w:t>
      </w:r>
      <w:r w:rsidR="005F6A5B">
        <w:rPr/>
        <w:t>hoge</w:t>
      </w:r>
      <w:r w:rsidR="005F6A5B">
        <w:rPr/>
        <w:t xml:space="preserve"> </w:t>
      </w:r>
      <w:r w:rsidR="005F6A5B">
        <w:rPr/>
        <w:t>netbelasting</w:t>
      </w:r>
      <w:r w:rsidR="005F6A5B">
        <w:rPr/>
        <w:t xml:space="preserve"> die door de eigen </w:t>
      </w:r>
      <w:r w:rsidR="005F6A5B">
        <w:rPr/>
        <w:t>cijfers</w:t>
      </w:r>
      <w:r w:rsidR="005F6A5B">
        <w:rPr/>
        <w:t xml:space="preserve"> van de </w:t>
      </w:r>
      <w:r w:rsidR="005F6A5B">
        <w:rPr/>
        <w:t>transmissienetbeheerder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weerlegd</w:t>
      </w:r>
      <w:r w:rsidR="005F6A5B">
        <w:rPr/>
        <w:t xml:space="preserve"> — is </w:t>
      </w:r>
      <w:r w:rsidR="005F6A5B">
        <w:rPr/>
        <w:t>ondeugdelijk</w:t>
      </w:r>
      <w:r w:rsidR="005F6A5B">
        <w:rPr/>
        <w:t xml:space="preserve"> </w:t>
      </w:r>
      <w:r w:rsidR="005F6A5B">
        <w:rPr/>
        <w:t>gemotiveerd</w:t>
      </w:r>
      <w:r w:rsidR="005F6A5B">
        <w:rPr/>
        <w:t xml:space="preserve">. De </w:t>
      </w:r>
      <w:r w:rsidR="005F6A5B">
        <w:rPr/>
        <w:t>vergunningverlenende</w:t>
      </w:r>
      <w:r w:rsidR="005F6A5B">
        <w:rPr/>
        <w:t xml:space="preserve"> </w:t>
      </w:r>
      <w:r w:rsidR="005F6A5B">
        <w:rPr/>
        <w:t>overheid</w:t>
      </w:r>
      <w:r w:rsidR="005F6A5B">
        <w:rPr/>
        <w:t xml:space="preserve"> </w:t>
      </w:r>
      <w:r w:rsidR="005F6A5B">
        <w:rPr/>
        <w:t>dient</w:t>
      </w:r>
      <w:r w:rsidR="005F6A5B">
        <w:rPr/>
        <w:t xml:space="preserve"> de </w:t>
      </w:r>
      <w:r w:rsidR="005F6A5B">
        <w:rPr/>
        <w:t>werkelijke</w:t>
      </w:r>
      <w:r w:rsidR="005F6A5B">
        <w:rPr/>
        <w:t xml:space="preserve"> </w:t>
      </w:r>
      <w:r w:rsidR="005F6A5B">
        <w:rPr/>
        <w:t>belastingscijfers</w:t>
      </w:r>
      <w:r w:rsidR="005F6A5B">
        <w:rPr/>
        <w:t xml:space="preserve"> mee </w:t>
      </w:r>
      <w:r w:rsidR="005F6A5B">
        <w:rPr/>
        <w:t>te</w:t>
      </w:r>
      <w:r w:rsidR="005F6A5B">
        <w:rPr/>
        <w:t xml:space="preserve"> </w:t>
      </w:r>
      <w:r w:rsidR="005F6A5B">
        <w:rPr/>
        <w:t>nemen</w:t>
      </w:r>
      <w:r w:rsidR="005F6A5B">
        <w:rPr/>
        <w:t xml:space="preserve"> in </w:t>
      </w:r>
      <w:r w:rsidR="005F6A5B">
        <w:rPr/>
        <w:t>haar</w:t>
      </w:r>
      <w:r w:rsidR="005F6A5B">
        <w:rPr/>
        <w:t xml:space="preserve"> </w:t>
      </w:r>
      <w:r w:rsidR="005F6A5B">
        <w:rPr/>
        <w:t>beoordeling</w:t>
      </w:r>
      <w:r w:rsidR="005F6A5B">
        <w:rPr/>
        <w:t>.</w:t>
      </w:r>
    </w:p>
    <w:p w:rsidR="009D758D" w:rsidRDefault="005F6A5B" w14:paraId="2A50387A" w14:textId="77777777">
      <w:r w:rsidRPr="6C968D7A" w:rsidR="005F6A5B">
        <w:rPr>
          <w:b w:val="1"/>
          <w:bCs w:val="1"/>
        </w:rPr>
        <w:t>Bronnen:</w:t>
      </w:r>
      <w:r w:rsidR="005F6A5B">
        <w:rPr/>
        <w:t xml:space="preserve"> </w:t>
      </w:r>
      <w:r w:rsidR="005F6A5B">
        <w:rPr/>
        <w:t>Federaal</w:t>
      </w:r>
      <w:r w:rsidR="005F6A5B">
        <w:rPr/>
        <w:t xml:space="preserve"> </w:t>
      </w:r>
      <w:r w:rsidR="005F6A5B">
        <w:rPr/>
        <w:t>Ontwikkelingsplan</w:t>
      </w:r>
      <w:r w:rsidR="005F6A5B">
        <w:rPr/>
        <w:t xml:space="preserve"> 2024-2034, p. 196; </w:t>
      </w:r>
      <w:r w:rsidR="005F6A5B">
        <w:rPr/>
        <w:t>Verslag</w:t>
      </w:r>
      <w:r w:rsidR="005F6A5B">
        <w:rPr/>
        <w:t xml:space="preserve"> </w:t>
      </w:r>
      <w:r w:rsidR="005F6A5B">
        <w:rPr/>
        <w:t>Commissie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Leefmilieu</w:t>
      </w:r>
      <w:r w:rsidR="005F6A5B">
        <w:rPr/>
        <w:t xml:space="preserve">, </w:t>
      </w:r>
      <w:r w:rsidR="005F6A5B">
        <w:rPr/>
        <w:t>Natuur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Ruimtelijke</w:t>
      </w:r>
      <w:r w:rsidR="005F6A5B">
        <w:rPr/>
        <w:t xml:space="preserve"> </w:t>
      </w:r>
      <w:r w:rsidR="005F6A5B">
        <w:rPr/>
        <w:t>Ordening</w:t>
      </w:r>
      <w:r w:rsidR="005F6A5B">
        <w:rPr/>
        <w:t xml:space="preserve"> van 2 </w:t>
      </w:r>
      <w:r w:rsidR="005F6A5B">
        <w:rPr/>
        <w:t>december</w:t>
      </w:r>
      <w:r w:rsidR="005F6A5B">
        <w:rPr/>
        <w:t xml:space="preserve"> 2025, </w:t>
      </w:r>
      <w:r w:rsidR="005F6A5B">
        <w:rPr/>
        <w:t>parlementaire</w:t>
      </w:r>
      <w:r w:rsidR="005F6A5B">
        <w:rPr/>
        <w:t xml:space="preserve"> </w:t>
      </w:r>
      <w:r w:rsidR="005F6A5B">
        <w:rPr/>
        <w:t>vraag</w:t>
      </w:r>
      <w:r w:rsidR="005F6A5B">
        <w:rPr/>
        <w:t xml:space="preserve"> nr. 1122 (Bart </w:t>
      </w:r>
      <w:r w:rsidR="005F6A5B">
        <w:rPr/>
        <w:t>Dochy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Minister </w:t>
      </w:r>
      <w:r w:rsidR="005F6A5B">
        <w:rPr/>
        <w:t>Brouns</w:t>
      </w:r>
      <w:r w:rsidR="005F6A5B">
        <w:rPr/>
        <w:t>).</w:t>
      </w:r>
    </w:p>
    <w:p w:rsidR="009D758D" w:rsidRDefault="25A181EA" w14:paraId="13E2DE3F" w14:textId="3E95DACC">
      <w:pPr>
        <w:pStyle w:val="Heading3"/>
      </w:pPr>
      <w:r w:rsidR="25A181EA">
        <w:rPr/>
        <w:t>3.1</w:t>
      </w:r>
      <w:r w:rsidR="1B72EA2A">
        <w:rPr/>
        <w:t>3</w:t>
      </w:r>
      <w:r w:rsidR="25A181EA">
        <w:rPr/>
        <w:t xml:space="preserve"> Stand-</w:t>
      </w:r>
      <w:r w:rsidR="25A181EA">
        <w:rPr/>
        <w:t>still</w:t>
      </w:r>
      <w:r w:rsidR="25A181EA">
        <w:rPr/>
        <w:t xml:space="preserve"> </w:t>
      </w:r>
      <w:r w:rsidR="25A181EA">
        <w:rPr/>
        <w:t>principe</w:t>
      </w:r>
      <w:r w:rsidR="25A181EA">
        <w:rPr/>
        <w:t xml:space="preserve"> </w:t>
      </w:r>
      <w:r w:rsidR="25A181EA">
        <w:rPr/>
        <w:t>Ruimtelijk</w:t>
      </w:r>
      <w:r w:rsidR="25A181EA">
        <w:rPr/>
        <w:t xml:space="preserve"> </w:t>
      </w:r>
      <w:r w:rsidR="25A181EA">
        <w:rPr/>
        <w:t>Structuurplan</w:t>
      </w:r>
      <w:r w:rsidR="25A181EA">
        <w:rPr/>
        <w:t xml:space="preserve"> Vlaanderen</w:t>
      </w:r>
    </w:p>
    <w:p w:rsidR="009D758D" w:rsidRDefault="005F6A5B" w14:paraId="1A246794" w14:textId="77777777">
      <w:r w:rsidR="005F6A5B">
        <w:rPr/>
        <w:t xml:space="preserve">Het </w:t>
      </w:r>
      <w:r w:rsidRPr="6C968D7A" w:rsidR="005F6A5B">
        <w:rPr>
          <w:b w:val="1"/>
          <w:bCs w:val="1"/>
        </w:rPr>
        <w:t>Ruimtelijk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Structuurplan</w:t>
      </w:r>
      <w:r w:rsidRPr="6C968D7A" w:rsidR="005F6A5B">
        <w:rPr>
          <w:b w:val="1"/>
          <w:bCs w:val="1"/>
        </w:rPr>
        <w:t xml:space="preserve"> Vlaanderen (RSV)</w:t>
      </w:r>
      <w:r w:rsidR="005F6A5B">
        <w:rPr/>
        <w:t xml:space="preserve"> </w:t>
      </w:r>
      <w:r w:rsidR="005F6A5B">
        <w:rPr/>
        <w:t>bevat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expliciet</w:t>
      </w:r>
      <w:r w:rsidR="005F6A5B">
        <w:rPr/>
        <w:t xml:space="preserve"> stand-</w:t>
      </w:r>
      <w:r w:rsidR="005F6A5B">
        <w:rPr/>
        <w:t>still</w:t>
      </w:r>
      <w:r w:rsidR="005F6A5B">
        <w:rPr/>
        <w:t xml:space="preserve"> </w:t>
      </w:r>
      <w:r w:rsidR="005F6A5B">
        <w:rPr/>
        <w:t>principe</w:t>
      </w:r>
      <w:r w:rsidR="005F6A5B">
        <w:rPr/>
        <w:t xml:space="preserve"> met </w:t>
      </w:r>
      <w:r w:rsidR="005F6A5B">
        <w:rPr/>
        <w:t>betrekking</w:t>
      </w:r>
      <w:r w:rsidR="005F6A5B">
        <w:rPr/>
        <w:t xml:space="preserve"> tot het </w:t>
      </w:r>
      <w:r w:rsidR="005F6A5B">
        <w:rPr/>
        <w:t>bovengrondse</w:t>
      </w:r>
      <w:r w:rsidR="005F6A5B">
        <w:rPr/>
        <w:t xml:space="preserve"> </w:t>
      </w:r>
      <w:r w:rsidR="005F6A5B">
        <w:rPr/>
        <w:t>hoogspanningsnet</w:t>
      </w:r>
      <w:r w:rsidR="005F6A5B">
        <w:rPr/>
        <w:t xml:space="preserve">. Het RSV </w:t>
      </w:r>
      <w:r w:rsidR="005F6A5B">
        <w:rPr/>
        <w:t>stelt</w:t>
      </w:r>
      <w:r w:rsidR="005F6A5B">
        <w:rPr/>
        <w:t>:</w:t>
      </w:r>
    </w:p>
    <w:p w:rsidR="009D758D" w:rsidP="6C968D7A" w:rsidRDefault="005F6A5B" w14:paraId="722EE902" w14:textId="77777777">
      <w:pPr>
        <w:pBdr>
          <w:left w:val="single" w:color="999999" w:sz="12" w:space="8"/>
        </w:pBdr>
        <w:spacing w:before="120"/>
        <w:ind w:left="850"/>
      </w:pPr>
      <w:r w:rsidRPr="6C968D7A" w:rsidR="005F6A5B">
        <w:rPr>
          <w:i w:val="1"/>
          <w:iCs w:val="1"/>
          <w:color w:val="444444"/>
        </w:rPr>
        <w:t xml:space="preserve">"De </w:t>
      </w:r>
      <w:r w:rsidRPr="6C968D7A" w:rsidR="005F6A5B">
        <w:rPr>
          <w:i w:val="1"/>
          <w:iCs w:val="1"/>
          <w:color w:val="444444"/>
        </w:rPr>
        <w:t>totale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lengte</w:t>
      </w:r>
      <w:r w:rsidRPr="6C968D7A" w:rsidR="005F6A5B">
        <w:rPr>
          <w:i w:val="1"/>
          <w:iCs w:val="1"/>
          <w:color w:val="444444"/>
        </w:rPr>
        <w:t xml:space="preserve"> van het </w:t>
      </w:r>
      <w:r w:rsidRPr="6C968D7A" w:rsidR="005F6A5B">
        <w:rPr>
          <w:i w:val="1"/>
          <w:iCs w:val="1"/>
          <w:color w:val="444444"/>
        </w:rPr>
        <w:t>bovengronds</w:t>
      </w:r>
      <w:r w:rsidRPr="6C968D7A" w:rsidR="005F6A5B">
        <w:rPr>
          <w:i w:val="1"/>
          <w:iCs w:val="1"/>
          <w:color w:val="444444"/>
        </w:rPr>
        <w:t xml:space="preserve"> net </w:t>
      </w:r>
      <w:r w:rsidRPr="6C968D7A" w:rsidR="005F6A5B">
        <w:rPr>
          <w:i w:val="1"/>
          <w:iCs w:val="1"/>
          <w:color w:val="444444"/>
        </w:rPr>
        <w:t>wordt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niet</w:t>
      </w:r>
      <w:r w:rsidRPr="6C968D7A" w:rsidR="005F6A5B">
        <w:rPr>
          <w:i w:val="1"/>
          <w:iCs w:val="1"/>
          <w:color w:val="444444"/>
        </w:rPr>
        <w:t xml:space="preserve"> </w:t>
      </w:r>
      <w:r w:rsidRPr="6C968D7A" w:rsidR="005F6A5B">
        <w:rPr>
          <w:i w:val="1"/>
          <w:iCs w:val="1"/>
          <w:color w:val="444444"/>
        </w:rPr>
        <w:t>uitgebreid</w:t>
      </w:r>
      <w:r w:rsidRPr="6C968D7A" w:rsidR="005F6A5B">
        <w:rPr>
          <w:i w:val="1"/>
          <w:iCs w:val="1"/>
          <w:color w:val="444444"/>
        </w:rPr>
        <w:t>."</w:t>
      </w:r>
    </w:p>
    <w:p w:rsidR="009D758D" w:rsidRDefault="005F6A5B" w14:paraId="6D4AD803" w14:textId="77777777">
      <w:r w:rsidR="005F6A5B">
        <w:rPr/>
        <w:t xml:space="preserve">Dit is </w:t>
      </w:r>
      <w:r w:rsidR="005F6A5B">
        <w:rPr/>
        <w:t>een</w:t>
      </w:r>
      <w:r w:rsidR="005F6A5B">
        <w:rPr/>
        <w:t xml:space="preserve"> </w:t>
      </w:r>
      <w:r w:rsidR="005F6A5B">
        <w:rPr/>
        <w:t>bindend</w:t>
      </w:r>
      <w:r w:rsidR="005F6A5B">
        <w:rPr/>
        <w:t xml:space="preserve"> </w:t>
      </w:r>
      <w:r w:rsidR="005F6A5B">
        <w:rPr/>
        <w:t>planningsprincipe</w:t>
      </w:r>
      <w:r w:rsidR="005F6A5B">
        <w:rPr/>
        <w:t xml:space="preserve"> op </w:t>
      </w:r>
      <w:r w:rsidR="005F6A5B">
        <w:rPr/>
        <w:t>Vlaams</w:t>
      </w:r>
      <w:r w:rsidR="005F6A5B">
        <w:rPr/>
        <w:t xml:space="preserve"> </w:t>
      </w:r>
      <w:r w:rsidR="005F6A5B">
        <w:rPr/>
        <w:t>niveau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tot </w:t>
      </w:r>
      <w:r w:rsidR="005F6A5B">
        <w:rPr/>
        <w:t>doel</w:t>
      </w:r>
      <w:r w:rsidR="005F6A5B">
        <w:rPr/>
        <w:t xml:space="preserve"> </w:t>
      </w:r>
      <w:r w:rsidR="005F6A5B">
        <w:rPr/>
        <w:t>heeft</w:t>
      </w:r>
      <w:r w:rsidR="005F6A5B">
        <w:rPr/>
        <w:t xml:space="preserve"> de open </w:t>
      </w:r>
      <w:r w:rsidR="005F6A5B">
        <w:rPr/>
        <w:t>ruimte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beschermen</w:t>
      </w:r>
      <w:r w:rsidR="005F6A5B">
        <w:rPr/>
        <w:t xml:space="preserve"> </w:t>
      </w:r>
      <w:r w:rsidR="005F6A5B">
        <w:rPr/>
        <w:t>tegen</w:t>
      </w:r>
      <w:r w:rsidR="005F6A5B">
        <w:rPr/>
        <w:t xml:space="preserve"> </w:t>
      </w:r>
      <w:r w:rsidR="005F6A5B">
        <w:rPr/>
        <w:t>verdere</w:t>
      </w:r>
      <w:r w:rsidR="005F6A5B">
        <w:rPr/>
        <w:t xml:space="preserve"> </w:t>
      </w:r>
      <w:r w:rsidR="005F6A5B">
        <w:rPr/>
        <w:t>industrialisatie</w:t>
      </w:r>
      <w:r w:rsidR="005F6A5B">
        <w:rPr/>
        <w:t xml:space="preserve"> door </w:t>
      </w:r>
      <w:r w:rsidR="005F6A5B">
        <w:rPr/>
        <w:t>bovengrondse</w:t>
      </w:r>
      <w:r w:rsidR="005F6A5B">
        <w:rPr/>
        <w:t xml:space="preserve"> </w:t>
      </w:r>
      <w:r w:rsidR="005F6A5B">
        <w:rPr/>
        <w:t>hoogspanningsinfrastructuur</w:t>
      </w:r>
      <w:r w:rsidR="005F6A5B">
        <w:rPr/>
        <w:t xml:space="preserve">. Het </w:t>
      </w:r>
      <w:r w:rsidR="005F6A5B">
        <w:rPr/>
        <w:t>Ventilus</w:t>
      </w:r>
      <w:r w:rsidR="005F6A5B">
        <w:rPr/>
        <w:t xml:space="preserve">-project </w:t>
      </w:r>
      <w:r w:rsidR="005F6A5B">
        <w:rPr/>
        <w:t>voegt</w:t>
      </w:r>
      <w:r w:rsidR="005F6A5B">
        <w:rPr/>
        <w:t xml:space="preserve"> </w:t>
      </w:r>
      <w:r w:rsidRPr="6C968D7A" w:rsidR="005F6A5B">
        <w:rPr>
          <w:b w:val="1"/>
          <w:bCs w:val="1"/>
        </w:rPr>
        <w:t xml:space="preserve">82 km </w:t>
      </w:r>
      <w:r w:rsidRPr="6C968D7A" w:rsidR="005F6A5B">
        <w:rPr>
          <w:b w:val="1"/>
          <w:bCs w:val="1"/>
        </w:rPr>
        <w:t>nieuw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bovengronds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tracé</w:t>
      </w:r>
      <w:r w:rsidR="005F6A5B">
        <w:rPr/>
        <w:t xml:space="preserve"> toe </w:t>
      </w:r>
      <w:r w:rsidR="005F6A5B">
        <w:rPr/>
        <w:t>aan</w:t>
      </w:r>
      <w:r w:rsidR="005F6A5B">
        <w:rPr/>
        <w:t xml:space="preserve"> het </w:t>
      </w:r>
      <w:r w:rsidR="005F6A5B">
        <w:rPr/>
        <w:t>Vlaamse</w:t>
      </w:r>
      <w:r w:rsidR="005F6A5B">
        <w:rPr/>
        <w:t xml:space="preserve"> </w:t>
      </w:r>
      <w:r w:rsidR="005F6A5B">
        <w:rPr/>
        <w:t>hoogspanningsnet</w:t>
      </w:r>
      <w:r w:rsidR="005F6A5B">
        <w:rPr/>
        <w:t xml:space="preserve"> — </w:t>
      </w:r>
      <w:r w:rsidR="005F6A5B">
        <w:rPr/>
        <w:t>een</w:t>
      </w:r>
      <w:r w:rsidR="005F6A5B">
        <w:rPr/>
        <w:t xml:space="preserve"> flagrante </w:t>
      </w:r>
      <w:r w:rsidR="005F6A5B">
        <w:rPr/>
        <w:t>schending</w:t>
      </w:r>
      <w:r w:rsidR="005F6A5B">
        <w:rPr/>
        <w:t xml:space="preserve"> van </w:t>
      </w:r>
      <w:r w:rsidR="005F6A5B">
        <w:rPr/>
        <w:t>dit</w:t>
      </w:r>
      <w:r w:rsidR="005F6A5B">
        <w:rPr/>
        <w:t xml:space="preserve"> stand-</w:t>
      </w:r>
      <w:r w:rsidR="005F6A5B">
        <w:rPr/>
        <w:t>still</w:t>
      </w:r>
      <w:r w:rsidR="005F6A5B">
        <w:rPr/>
        <w:t xml:space="preserve"> </w:t>
      </w:r>
      <w:r w:rsidR="005F6A5B">
        <w:rPr/>
        <w:t>principe</w:t>
      </w:r>
      <w:r w:rsidR="005F6A5B">
        <w:rPr/>
        <w:t>.</w:t>
      </w:r>
    </w:p>
    <w:p w:rsidR="009D758D" w:rsidRDefault="005F6A5B" w14:paraId="590E87E2" w14:textId="77777777">
      <w:r w:rsidR="005F6A5B">
        <w:rPr/>
        <w:t xml:space="preserve">Het RSV is </w:t>
      </w:r>
      <w:r w:rsidR="005F6A5B">
        <w:rPr/>
        <w:t>weliswaar</w:t>
      </w:r>
      <w:r w:rsidR="005F6A5B">
        <w:rPr/>
        <w:t xml:space="preserve"> </w:t>
      </w:r>
      <w:r w:rsidR="005F6A5B">
        <w:rPr/>
        <w:t>vervangen</w:t>
      </w:r>
      <w:r w:rsidR="005F6A5B">
        <w:rPr/>
        <w:t xml:space="preserve"> door het </w:t>
      </w:r>
      <w:r w:rsidR="005F6A5B">
        <w:rPr/>
        <w:t>Beleidsplan</w:t>
      </w:r>
      <w:r w:rsidR="005F6A5B">
        <w:rPr/>
        <w:t xml:space="preserve"> </w:t>
      </w:r>
      <w:r w:rsidR="005F6A5B">
        <w:rPr/>
        <w:t>Ruimte</w:t>
      </w:r>
      <w:r w:rsidR="005F6A5B">
        <w:rPr/>
        <w:t xml:space="preserve"> Vlaanderen (BRV), maar </w:t>
      </w:r>
      <w:r w:rsidR="005F6A5B">
        <w:rPr/>
        <w:t>het stand</w:t>
      </w:r>
      <w:r w:rsidR="005F6A5B">
        <w:rPr/>
        <w:t>-</w:t>
      </w:r>
      <w:r w:rsidR="005F6A5B">
        <w:rPr/>
        <w:t>still</w:t>
      </w:r>
      <w:r w:rsidR="005F6A5B">
        <w:rPr/>
        <w:t xml:space="preserve"> </w:t>
      </w:r>
      <w:r w:rsidR="005F6A5B">
        <w:rPr/>
        <w:t>principe</w:t>
      </w:r>
      <w:r w:rsidR="005F6A5B">
        <w:rPr/>
        <w:t xml:space="preserve"> is </w:t>
      </w:r>
      <w:r w:rsidR="005F6A5B">
        <w:rPr/>
        <w:t>niet</w:t>
      </w:r>
      <w:r w:rsidR="005F6A5B">
        <w:rPr/>
        <w:t xml:space="preserve"> </w:t>
      </w:r>
      <w:r w:rsidR="005F6A5B">
        <w:rPr/>
        <w:t>expliciet</w:t>
      </w:r>
      <w:r w:rsidR="005F6A5B">
        <w:rPr/>
        <w:t xml:space="preserve"> </w:t>
      </w:r>
      <w:r w:rsidR="005F6A5B">
        <w:rPr/>
        <w:t>herroepen</w:t>
      </w:r>
      <w:r w:rsidR="005F6A5B">
        <w:rPr/>
        <w:t xml:space="preserve">. De </w:t>
      </w:r>
      <w:r w:rsidR="005F6A5B">
        <w:rPr/>
        <w:t>beleidslijn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het </w:t>
      </w:r>
      <w:r w:rsidR="005F6A5B">
        <w:rPr/>
        <w:t>bovengrondse</w:t>
      </w:r>
      <w:r w:rsidR="005F6A5B">
        <w:rPr/>
        <w:t xml:space="preserve"> net </w:t>
      </w:r>
      <w:r w:rsidR="005F6A5B">
        <w:rPr/>
        <w:t>niet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uitgebreid</w:t>
      </w:r>
      <w:r w:rsidR="005F6A5B">
        <w:rPr/>
        <w:t xml:space="preserve">, </w:t>
      </w:r>
      <w:r w:rsidR="005F6A5B">
        <w:rPr/>
        <w:t>vormde</w:t>
      </w:r>
      <w:r w:rsidR="005F6A5B">
        <w:rPr/>
        <w:t xml:space="preserve"> </w:t>
      </w:r>
      <w:r w:rsidR="005F6A5B">
        <w:rPr/>
        <w:t>jarenlang</w:t>
      </w:r>
      <w:r w:rsidR="005F6A5B">
        <w:rPr/>
        <w:t xml:space="preserve"> de basis </w:t>
      </w:r>
      <w:r w:rsidR="005F6A5B">
        <w:rPr/>
        <w:t>voor</w:t>
      </w:r>
      <w:r w:rsidR="005F6A5B">
        <w:rPr/>
        <w:t xml:space="preserve"> de </w:t>
      </w:r>
      <w:r w:rsidR="005F6A5B">
        <w:rPr/>
        <w:t>Vlaamse</w:t>
      </w:r>
      <w:r w:rsidR="005F6A5B">
        <w:rPr/>
        <w:t xml:space="preserve"> </w:t>
      </w:r>
      <w:r w:rsidR="005F6A5B">
        <w:rPr/>
        <w:t>ruimtelijke</w:t>
      </w:r>
      <w:r w:rsidR="005F6A5B">
        <w:rPr/>
        <w:t xml:space="preserve"> </w:t>
      </w:r>
      <w:r w:rsidR="005F6A5B">
        <w:rPr/>
        <w:t>ordening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de </w:t>
      </w:r>
      <w:r w:rsidR="005F6A5B">
        <w:rPr/>
        <w:t>verwachtingen</w:t>
      </w:r>
      <w:r w:rsidR="005F6A5B">
        <w:rPr/>
        <w:t xml:space="preserve"> van burgers </w:t>
      </w:r>
      <w:r w:rsidR="005F6A5B">
        <w:rPr/>
        <w:t>en</w:t>
      </w:r>
      <w:r w:rsidR="005F6A5B">
        <w:rPr/>
        <w:t xml:space="preserve"> </w:t>
      </w:r>
      <w:r w:rsidR="005F6A5B">
        <w:rPr/>
        <w:t>gemeenten</w:t>
      </w:r>
      <w:r w:rsidR="005F6A5B">
        <w:rPr/>
        <w:t xml:space="preserve">. Een </w:t>
      </w:r>
      <w:r w:rsidR="005F6A5B">
        <w:rPr/>
        <w:t>afwijking</w:t>
      </w:r>
      <w:r w:rsidR="005F6A5B">
        <w:rPr/>
        <w:t xml:space="preserve"> van </w:t>
      </w:r>
      <w:r w:rsidR="005F6A5B">
        <w:rPr/>
        <w:t>dit</w:t>
      </w:r>
      <w:r w:rsidR="005F6A5B">
        <w:rPr/>
        <w:t xml:space="preserve"> </w:t>
      </w:r>
      <w:r w:rsidR="005F6A5B">
        <w:rPr/>
        <w:t>principe</w:t>
      </w:r>
      <w:r w:rsidR="005F6A5B">
        <w:rPr/>
        <w:t xml:space="preserve"> — </w:t>
      </w:r>
      <w:r w:rsidR="005F6A5B">
        <w:rPr/>
        <w:t>laat</w:t>
      </w:r>
      <w:r w:rsidR="005F6A5B">
        <w:rPr/>
        <w:t xml:space="preserve"> </w:t>
      </w:r>
      <w:r w:rsidR="005F6A5B">
        <w:rPr/>
        <w:t>staan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afwijking</w:t>
      </w:r>
      <w:r w:rsidR="005F6A5B">
        <w:rPr/>
        <w:t xml:space="preserve"> van 82 km — </w:t>
      </w:r>
      <w:r w:rsidR="005F6A5B">
        <w:rPr/>
        <w:t>vereist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afdoende</w:t>
      </w:r>
      <w:r w:rsidR="005F6A5B">
        <w:rPr/>
        <w:t xml:space="preserve"> </w:t>
      </w:r>
      <w:r w:rsidR="005F6A5B">
        <w:rPr/>
        <w:t>motivering</w:t>
      </w:r>
      <w:r w:rsidR="005F6A5B">
        <w:rPr/>
        <w:t xml:space="preserve"> die in het </w:t>
      </w:r>
      <w:r w:rsidR="005F6A5B">
        <w:rPr/>
        <w:t>aanvraagdossier</w:t>
      </w:r>
      <w:r w:rsidR="005F6A5B">
        <w:rPr/>
        <w:t xml:space="preserve"> </w:t>
      </w:r>
      <w:r w:rsidR="005F6A5B">
        <w:rPr/>
        <w:t>ontbreekt</w:t>
      </w:r>
      <w:r w:rsidR="005F6A5B">
        <w:rPr/>
        <w:t>.</w:t>
      </w:r>
    </w:p>
    <w:p w:rsidR="009D758D" w:rsidRDefault="005F6A5B" w14:paraId="748EAE70" w14:textId="77777777">
      <w:r w:rsidR="005F6A5B">
        <w:rPr/>
        <w:t xml:space="preserve">De </w:t>
      </w:r>
      <w:r w:rsidR="005F6A5B">
        <w:rPr/>
        <w:t>gemeente</w:t>
      </w:r>
      <w:r w:rsidR="005F6A5B">
        <w:rPr/>
        <w:t xml:space="preserve"> </w:t>
      </w:r>
      <w:r w:rsidR="005F6A5B">
        <w:rPr/>
        <w:t>Lichtervelde</w:t>
      </w:r>
      <w:r w:rsidR="005F6A5B">
        <w:rPr/>
        <w:t xml:space="preserve"> </w:t>
      </w:r>
      <w:r w:rsidR="005F6A5B">
        <w:rPr/>
        <w:t>bevestigt</w:t>
      </w:r>
      <w:r w:rsidR="005F6A5B">
        <w:rPr/>
        <w:t xml:space="preserve"> in </w:t>
      </w:r>
      <w:r w:rsidR="005F6A5B">
        <w:rPr/>
        <w:t>haar</w:t>
      </w:r>
      <w:r w:rsidR="005F6A5B">
        <w:rPr/>
        <w:t xml:space="preserve"> </w:t>
      </w:r>
      <w:r w:rsidR="005F6A5B">
        <w:rPr/>
        <w:t>ongunstig</w:t>
      </w:r>
      <w:r w:rsidR="005F6A5B">
        <w:rPr/>
        <w:t xml:space="preserve"> </w:t>
      </w:r>
      <w:r w:rsidR="005F6A5B">
        <w:rPr/>
        <w:t>advies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Pr="6C968D7A" w:rsidR="005F6A5B">
        <w:rPr>
          <w:i w:val="1"/>
          <w:iCs w:val="1"/>
        </w:rPr>
        <w:t xml:space="preserve">"het </w:t>
      </w:r>
      <w:r w:rsidRPr="6C968D7A" w:rsidR="005F6A5B">
        <w:rPr>
          <w:i w:val="1"/>
          <w:iCs w:val="1"/>
        </w:rPr>
        <w:t>ondergronds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tracé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een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redelijk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alternatief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vormt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dat</w:t>
      </w:r>
      <w:r w:rsidRPr="6C968D7A" w:rsidR="005F6A5B">
        <w:rPr>
          <w:i w:val="1"/>
          <w:iCs w:val="1"/>
        </w:rPr>
        <w:t xml:space="preserve"> ten </w:t>
      </w:r>
      <w:r w:rsidRPr="6C968D7A" w:rsidR="005F6A5B">
        <w:rPr>
          <w:i w:val="1"/>
          <w:iCs w:val="1"/>
        </w:rPr>
        <w:t>onrechte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niet</w:t>
      </w:r>
      <w:r w:rsidRPr="6C968D7A" w:rsidR="005F6A5B">
        <w:rPr>
          <w:i w:val="1"/>
          <w:iCs w:val="1"/>
        </w:rPr>
        <w:t xml:space="preserve"> in </w:t>
      </w:r>
      <w:r w:rsidRPr="6C968D7A" w:rsidR="005F6A5B">
        <w:rPr>
          <w:i w:val="1"/>
          <w:iCs w:val="1"/>
        </w:rPr>
        <w:t>overweging</w:t>
      </w:r>
      <w:r w:rsidRPr="6C968D7A" w:rsidR="005F6A5B">
        <w:rPr>
          <w:i w:val="1"/>
          <w:iCs w:val="1"/>
        </w:rPr>
        <w:t xml:space="preserve"> is </w:t>
      </w:r>
      <w:r w:rsidRPr="6C968D7A" w:rsidR="005F6A5B">
        <w:rPr>
          <w:i w:val="1"/>
          <w:iCs w:val="1"/>
        </w:rPr>
        <w:t>genomen</w:t>
      </w:r>
      <w:r w:rsidRPr="6C968D7A" w:rsidR="005F6A5B">
        <w:rPr>
          <w:i w:val="1"/>
          <w:iCs w:val="1"/>
        </w:rPr>
        <w:t>"</w:t>
      </w:r>
      <w:r w:rsidR="005F6A5B">
        <w:rPr/>
        <w:t xml:space="preserve"> — </w:t>
      </w:r>
      <w:r w:rsidR="005F6A5B">
        <w:rPr/>
        <w:t>een</w:t>
      </w:r>
      <w:r w:rsidR="005F6A5B">
        <w:rPr/>
        <w:t xml:space="preserve"> </w:t>
      </w:r>
      <w:r w:rsidR="005F6A5B">
        <w:rPr/>
        <w:t>alternatief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het stand-</w:t>
      </w:r>
      <w:r w:rsidR="005F6A5B">
        <w:rPr/>
        <w:t>still</w:t>
      </w:r>
      <w:r w:rsidR="005F6A5B">
        <w:rPr/>
        <w:t xml:space="preserve"> </w:t>
      </w:r>
      <w:r w:rsidR="005F6A5B">
        <w:rPr/>
        <w:t>principe</w:t>
      </w:r>
      <w:r w:rsidR="005F6A5B">
        <w:rPr/>
        <w:t xml:space="preserve"> </w:t>
      </w:r>
      <w:r w:rsidR="005F6A5B">
        <w:rPr/>
        <w:t>zou</w:t>
      </w:r>
      <w:r w:rsidR="005F6A5B">
        <w:rPr/>
        <w:t xml:space="preserve"> </w:t>
      </w:r>
      <w:r w:rsidR="005F6A5B">
        <w:rPr/>
        <w:t>respecteren</w:t>
      </w:r>
      <w:r w:rsidR="005F6A5B">
        <w:rPr/>
        <w:t>.</w:t>
      </w:r>
    </w:p>
    <w:p w:rsidR="009D758D" w:rsidRDefault="005F6A5B" w14:paraId="6BEB7660" w14:textId="77777777"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grondslag</w:t>
      </w:r>
      <w:r w:rsidRPr="6C968D7A" w:rsidR="005F6A5B">
        <w:rPr>
          <w:b w:val="1"/>
          <w:bCs w:val="1"/>
        </w:rPr>
        <w:t>:</w:t>
      </w:r>
      <w:r w:rsidR="005F6A5B">
        <w:rPr/>
        <w:t xml:space="preserve"> </w:t>
      </w:r>
      <w:r w:rsidR="005F6A5B">
        <w:rPr/>
        <w:t>Ruimtelijk</w:t>
      </w:r>
      <w:r w:rsidR="005F6A5B">
        <w:rPr/>
        <w:t xml:space="preserve"> </w:t>
      </w:r>
      <w:r w:rsidR="005F6A5B">
        <w:rPr/>
        <w:t>Structuurplan</w:t>
      </w:r>
      <w:r w:rsidR="005F6A5B">
        <w:rPr/>
        <w:t xml:space="preserve"> Vlaanderen; art. 2.2.2 §1 VCRO (</w:t>
      </w:r>
      <w:r w:rsidR="005F6A5B">
        <w:rPr/>
        <w:t>overeenstemming</w:t>
      </w:r>
      <w:r w:rsidR="005F6A5B">
        <w:rPr/>
        <w:t xml:space="preserve"> met </w:t>
      </w:r>
      <w:r w:rsidR="005F6A5B">
        <w:rPr/>
        <w:t>ruimtelijke</w:t>
      </w:r>
      <w:r w:rsidR="005F6A5B">
        <w:rPr/>
        <w:t xml:space="preserve"> </w:t>
      </w:r>
      <w:r w:rsidR="005F6A5B">
        <w:rPr/>
        <w:t>structuurplannen</w:t>
      </w:r>
      <w:r w:rsidR="005F6A5B">
        <w:rPr/>
        <w:t xml:space="preserve">); </w:t>
      </w:r>
      <w:r w:rsidR="005F6A5B">
        <w:rPr/>
        <w:t>algemeen</w:t>
      </w:r>
      <w:r w:rsidR="005F6A5B">
        <w:rPr/>
        <w:t xml:space="preserve"> </w:t>
      </w:r>
      <w:r w:rsidR="005F6A5B">
        <w:rPr/>
        <w:t>rechtsbeginsel</w:t>
      </w:r>
      <w:r w:rsidR="005F6A5B">
        <w:rPr/>
        <w:t xml:space="preserve"> van </w:t>
      </w:r>
      <w:r w:rsidR="005F6A5B">
        <w:rPr/>
        <w:t>rechtszekerheid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gewettigd</w:t>
      </w:r>
      <w:r w:rsidR="005F6A5B">
        <w:rPr/>
        <w:t xml:space="preserve"> </w:t>
      </w:r>
      <w:r w:rsidR="005F6A5B">
        <w:rPr/>
        <w:t>vertrouwen</w:t>
      </w:r>
      <w:r w:rsidR="005F6A5B">
        <w:rPr/>
        <w:t>.</w:t>
      </w:r>
    </w:p>
    <w:p w:rsidR="009D758D" w:rsidRDefault="009D758D" w14:paraId="627560F5" w14:textId="50DCDAA5"/>
    <w:p w:rsidR="009D758D" w:rsidRDefault="25A181EA" w14:paraId="27E8AC68" w14:textId="149B25F1">
      <w:pPr>
        <w:pStyle w:val="Heading3"/>
      </w:pPr>
      <w:r w:rsidR="25A181EA">
        <w:rPr/>
        <w:t>3.1</w:t>
      </w:r>
      <w:r w:rsidR="5DB88353">
        <w:rPr/>
        <w:t>4</w:t>
      </w:r>
      <w:r w:rsidR="25A181EA">
        <w:rPr/>
        <w:t xml:space="preserve"> </w:t>
      </w:r>
      <w:r w:rsidR="25A181EA">
        <w:rPr/>
        <w:t>Doorschuifprobleem</w:t>
      </w:r>
      <w:r w:rsidR="25A181EA">
        <w:rPr/>
        <w:t xml:space="preserve"> </w:t>
      </w:r>
      <w:r w:rsidR="25A181EA">
        <w:rPr/>
        <w:t>inspectieputten</w:t>
      </w:r>
      <w:r w:rsidR="25A181EA">
        <w:rPr/>
        <w:t xml:space="preserve"> — </w:t>
      </w:r>
      <w:r w:rsidR="25A181EA">
        <w:rPr/>
        <w:t>alternatieven-onderzoek</w:t>
      </w:r>
      <w:r w:rsidR="25A181EA">
        <w:rPr/>
        <w:t xml:space="preserve"> </w:t>
      </w:r>
      <w:r w:rsidR="25A181EA">
        <w:rPr/>
        <w:t>structureel</w:t>
      </w:r>
      <w:r w:rsidR="25A181EA">
        <w:rPr/>
        <w:t xml:space="preserve"> </w:t>
      </w:r>
      <w:r w:rsidR="25A181EA">
        <w:rPr/>
        <w:t>ongeldig</w:t>
      </w:r>
    </w:p>
    <w:p w:rsidR="009D758D" w:rsidRDefault="005F6A5B" w14:paraId="3B734AF5" w14:textId="77777777">
      <w:r w:rsidR="005F6A5B">
        <w:rPr/>
        <w:t xml:space="preserve">De </w:t>
      </w:r>
      <w:r w:rsidR="005F6A5B">
        <w:rPr/>
        <w:t>locatiebepaling</w:t>
      </w:r>
      <w:r w:rsidR="005F6A5B">
        <w:rPr/>
        <w:t xml:space="preserve"> van </w:t>
      </w:r>
      <w:r w:rsidRPr="6C968D7A" w:rsidR="005F6A5B">
        <w:rPr>
          <w:b w:val="1"/>
          <w:bCs w:val="1"/>
        </w:rPr>
        <w:t>inspectieputten</w:t>
      </w:r>
      <w:r w:rsidRPr="6C968D7A" w:rsidR="005F6A5B">
        <w:rPr>
          <w:b w:val="1"/>
          <w:bCs w:val="1"/>
        </w:rPr>
        <w:t xml:space="preserve"> (</w:t>
      </w:r>
      <w:r w:rsidRPr="6C968D7A" w:rsidR="005F6A5B">
        <w:rPr>
          <w:b w:val="1"/>
          <w:bCs w:val="1"/>
        </w:rPr>
        <w:t>mofputten</w:t>
      </w:r>
      <w:r w:rsidRPr="6C968D7A" w:rsidR="005F6A5B">
        <w:rPr>
          <w:b w:val="1"/>
          <w:bCs w:val="1"/>
        </w:rPr>
        <w:t>)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het </w:t>
      </w:r>
      <w:r w:rsidR="005F6A5B">
        <w:rPr/>
        <w:t>ondergrondse</w:t>
      </w:r>
      <w:r w:rsidR="005F6A5B">
        <w:rPr/>
        <w:t xml:space="preserve"> </w:t>
      </w:r>
      <w:r w:rsidR="005F6A5B">
        <w:rPr/>
        <w:t>gedeelte</w:t>
      </w:r>
      <w:r w:rsidR="005F6A5B">
        <w:rPr/>
        <w:t xml:space="preserve"> van het </w:t>
      </w:r>
      <w:r w:rsidR="005F6A5B">
        <w:rPr/>
        <w:t>Ventilus</w:t>
      </w:r>
      <w:r w:rsidR="005F6A5B">
        <w:rPr/>
        <w:t>-tracé</w:t>
      </w:r>
      <w:r w:rsidR="005F6A5B">
        <w:rPr/>
        <w:t xml:space="preserve"> is </w:t>
      </w:r>
      <w:r w:rsidR="005F6A5B">
        <w:rPr/>
        <w:t>doorgeschoven</w:t>
      </w:r>
      <w:r w:rsidR="005F6A5B">
        <w:rPr/>
        <w:t xml:space="preserve"> van het GRUP </w:t>
      </w:r>
      <w:r w:rsidR="005F6A5B">
        <w:rPr/>
        <w:t>naar</w:t>
      </w:r>
      <w:r w:rsidR="005F6A5B">
        <w:rPr/>
        <w:t xml:space="preserve"> het MER. In het GRUP </w:t>
      </w:r>
      <w:r w:rsidR="005F6A5B">
        <w:rPr/>
        <w:t>werd</w:t>
      </w:r>
      <w:r w:rsidR="005F6A5B">
        <w:rPr/>
        <w:t xml:space="preserve"> de </w:t>
      </w:r>
      <w:r w:rsidR="005F6A5B">
        <w:rPr/>
        <w:t>precieze</w:t>
      </w:r>
      <w:r w:rsidR="005F6A5B">
        <w:rPr/>
        <w:t xml:space="preserve"> </w:t>
      </w:r>
      <w:r w:rsidR="005F6A5B">
        <w:rPr/>
        <w:t>locatie</w:t>
      </w:r>
      <w:r w:rsidR="005F6A5B">
        <w:rPr/>
        <w:t xml:space="preserve"> van de </w:t>
      </w:r>
      <w:r w:rsidR="005F6A5B">
        <w:rPr/>
        <w:t>inspectieputten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vastgelegd</w:t>
      </w:r>
      <w:r w:rsidR="005F6A5B">
        <w:rPr/>
        <w:t xml:space="preserve"> met de </w:t>
      </w:r>
      <w:r w:rsidR="005F6A5B">
        <w:rPr/>
        <w:t>motivering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dit</w:t>
      </w:r>
      <w:r w:rsidR="005F6A5B">
        <w:rPr/>
        <w:t xml:space="preserve"> op </w:t>
      </w:r>
      <w:r w:rsidR="005F6A5B">
        <w:rPr/>
        <w:t>projectniveau</w:t>
      </w:r>
      <w:r w:rsidR="005F6A5B">
        <w:rPr/>
        <w:t xml:space="preserve"> (in het MER) </w:t>
      </w:r>
      <w:r w:rsidR="005F6A5B">
        <w:rPr/>
        <w:t>zou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bepaald</w:t>
      </w:r>
      <w:r w:rsidR="005F6A5B">
        <w:rPr/>
        <w:t xml:space="preserve">. In het MER </w:t>
      </w:r>
      <w:r w:rsidR="005F6A5B">
        <w:rPr/>
        <w:t>blijkt</w:t>
      </w:r>
      <w:r w:rsidR="005F6A5B">
        <w:rPr/>
        <w:t xml:space="preserve"> de </w:t>
      </w:r>
      <w:r w:rsidR="005F6A5B">
        <w:rPr/>
        <w:t>locatie</w:t>
      </w:r>
      <w:r w:rsidR="005F6A5B">
        <w:rPr/>
        <w:t xml:space="preserve"> </w:t>
      </w:r>
      <w:r w:rsidR="005F6A5B">
        <w:rPr/>
        <w:t>echter</w:t>
      </w:r>
      <w:r w:rsidR="005F6A5B">
        <w:rPr/>
        <w:t xml:space="preserve"> </w:t>
      </w:r>
      <w:r w:rsidRPr="6C968D7A" w:rsidR="005F6A5B">
        <w:rPr>
          <w:b w:val="1"/>
          <w:bCs w:val="1"/>
        </w:rPr>
        <w:t>niet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meer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aanpasbaar</w:t>
      </w:r>
      <w:r w:rsidR="005F6A5B">
        <w:rPr/>
        <w:t xml:space="preserve"> </w:t>
      </w:r>
      <w:r w:rsidR="005F6A5B">
        <w:rPr/>
        <w:t>vanwege</w:t>
      </w:r>
      <w:r w:rsidR="005F6A5B">
        <w:rPr/>
        <w:t xml:space="preserve"> </w:t>
      </w:r>
      <w:r w:rsidR="005F6A5B">
        <w:rPr/>
        <w:t>technische</w:t>
      </w:r>
      <w:r w:rsidR="005F6A5B">
        <w:rPr/>
        <w:t xml:space="preserve"> </w:t>
      </w:r>
      <w:r w:rsidR="005F6A5B">
        <w:rPr/>
        <w:t>beperkingen</w:t>
      </w:r>
      <w:r w:rsidR="005F6A5B">
        <w:rPr/>
        <w:t xml:space="preserve">: de </w:t>
      </w:r>
      <w:r w:rsidR="005F6A5B">
        <w:rPr/>
        <w:t>maximale</w:t>
      </w:r>
      <w:r w:rsidR="005F6A5B">
        <w:rPr/>
        <w:t xml:space="preserve"> </w:t>
      </w:r>
      <w:r w:rsidR="005F6A5B">
        <w:rPr/>
        <w:t>kabellengte</w:t>
      </w:r>
      <w:r w:rsidR="005F6A5B">
        <w:rPr/>
        <w:t xml:space="preserve"> </w:t>
      </w:r>
      <w:r w:rsidR="005F6A5B">
        <w:rPr/>
        <w:t>tussen</w:t>
      </w:r>
      <w:r w:rsidR="005F6A5B">
        <w:rPr/>
        <w:t xml:space="preserve"> twee </w:t>
      </w:r>
      <w:r w:rsidR="005F6A5B">
        <w:rPr/>
        <w:t>inspectieputten</w:t>
      </w:r>
      <w:r w:rsidR="005F6A5B">
        <w:rPr/>
        <w:t xml:space="preserve"> is vast (</w:t>
      </w:r>
      <w:r w:rsidR="005F6A5B">
        <w:rPr/>
        <w:t>circa</w:t>
      </w:r>
      <w:r w:rsidR="005F6A5B">
        <w:rPr/>
        <w:t xml:space="preserve"> 1.000-1.200 meter), </w:t>
      </w:r>
      <w:r w:rsidR="005F6A5B">
        <w:rPr/>
        <w:t>waardoor</w:t>
      </w:r>
      <w:r w:rsidR="005F6A5B">
        <w:rPr/>
        <w:t xml:space="preserve"> de </w:t>
      </w:r>
      <w:r w:rsidR="005F6A5B">
        <w:rPr/>
        <w:t>locaties</w:t>
      </w:r>
      <w:r w:rsidR="005F6A5B">
        <w:rPr/>
        <w:t xml:space="preserve"> </w:t>
      </w:r>
      <w:r w:rsidR="005F6A5B">
        <w:rPr/>
        <w:t>technisch</w:t>
      </w:r>
      <w:r w:rsidR="005F6A5B">
        <w:rPr/>
        <w:t xml:space="preserve"> </w:t>
      </w:r>
      <w:r w:rsidR="005F6A5B">
        <w:rPr/>
        <w:t>gedetermineerd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zodra</w:t>
      </w:r>
      <w:r w:rsidR="005F6A5B">
        <w:rPr/>
        <w:t xml:space="preserve"> het </w:t>
      </w:r>
      <w:r w:rsidR="005F6A5B">
        <w:rPr/>
        <w:t>tracé</w:t>
      </w:r>
      <w:r w:rsidR="005F6A5B">
        <w:rPr/>
        <w:t xml:space="preserve"> </w:t>
      </w:r>
      <w:r w:rsidR="005F6A5B">
        <w:rPr/>
        <w:t>vaststaat</w:t>
      </w:r>
      <w:r w:rsidR="005F6A5B">
        <w:rPr/>
        <w:t>.</w:t>
      </w:r>
    </w:p>
    <w:p w:rsidR="009D758D" w:rsidRDefault="005F6A5B" w14:paraId="1DAE1A1B" w14:textId="77777777">
      <w:r w:rsidR="005F6A5B">
        <w:rPr/>
        <w:t xml:space="preserve">Dit </w:t>
      </w:r>
      <w:r w:rsidR="005F6A5B">
        <w:rPr/>
        <w:t>creëert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Pr="6C968D7A" w:rsidR="005F6A5B">
        <w:rPr>
          <w:b w:val="1"/>
          <w:bCs w:val="1"/>
        </w:rPr>
        <w:t>structureel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probleem</w:t>
      </w:r>
      <w:r w:rsidR="005F6A5B">
        <w:rPr/>
        <w:t xml:space="preserve"> in het </w:t>
      </w:r>
      <w:r w:rsidR="005F6A5B">
        <w:rPr/>
        <w:t>alternatieven-onderzoek</w:t>
      </w:r>
      <w:r w:rsidR="005F6A5B">
        <w:rPr/>
        <w:t xml:space="preserve">: het GRUP </w:t>
      </w:r>
      <w:r w:rsidR="005F6A5B">
        <w:rPr/>
        <w:t>verwijst</w:t>
      </w:r>
      <w:r w:rsidR="005F6A5B">
        <w:rPr/>
        <w:t xml:space="preserve"> </w:t>
      </w:r>
      <w:r w:rsidR="005F6A5B">
        <w:rPr/>
        <w:t>naar</w:t>
      </w:r>
      <w:r w:rsidR="005F6A5B">
        <w:rPr/>
        <w:t xml:space="preserve"> het MER, maar het MER </w:t>
      </w:r>
      <w:r w:rsidR="005F6A5B">
        <w:rPr/>
        <w:t>kan</w:t>
      </w:r>
      <w:r w:rsidR="005F6A5B">
        <w:rPr/>
        <w:t xml:space="preserve"> de </w:t>
      </w:r>
      <w:r w:rsidR="005F6A5B">
        <w:rPr/>
        <w:t>locaties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meer</w:t>
      </w:r>
      <w:r w:rsidR="005F6A5B">
        <w:rPr/>
        <w:t xml:space="preserve"> </w:t>
      </w:r>
      <w:r w:rsidR="005F6A5B">
        <w:rPr/>
        <w:t>wijzigen</w:t>
      </w:r>
      <w:r w:rsidR="005F6A5B">
        <w:rPr/>
        <w:t xml:space="preserve">. Het </w:t>
      </w:r>
      <w:r w:rsidR="005F6A5B">
        <w:rPr/>
        <w:t>gevolg</w:t>
      </w:r>
      <w:r w:rsidR="005F6A5B">
        <w:rPr/>
        <w:t xml:space="preserve"> is </w:t>
      </w:r>
      <w:r w:rsidR="005F6A5B">
        <w:rPr/>
        <w:t>dat</w:t>
      </w:r>
      <w:r w:rsidR="005F6A5B">
        <w:rPr/>
        <w:t xml:space="preserve"> de </w:t>
      </w:r>
      <w:r w:rsidR="005F6A5B">
        <w:rPr/>
        <w:t>locatiebepaling</w:t>
      </w:r>
      <w:r w:rsidR="005F6A5B">
        <w:rPr/>
        <w:t xml:space="preserve"> van </w:t>
      </w:r>
      <w:r w:rsidR="005F6A5B">
        <w:rPr/>
        <w:t>inspectieputten</w:t>
      </w:r>
      <w:r w:rsidR="005F6A5B">
        <w:rPr/>
        <w:t xml:space="preserve"> — die </w:t>
      </w:r>
      <w:r w:rsidR="005F6A5B">
        <w:rPr/>
        <w:t>aanzienlijke</w:t>
      </w:r>
      <w:r w:rsidR="005F6A5B">
        <w:rPr/>
        <w:t xml:space="preserve"> </w:t>
      </w:r>
      <w:r w:rsidR="005F6A5B">
        <w:rPr/>
        <w:t>lokale</w:t>
      </w:r>
      <w:r w:rsidR="005F6A5B">
        <w:rPr/>
        <w:t xml:space="preserve"> </w:t>
      </w:r>
      <w:r w:rsidR="005F6A5B">
        <w:rPr/>
        <w:t>effecten</w:t>
      </w:r>
      <w:r w:rsidR="005F6A5B">
        <w:rPr/>
        <w:t xml:space="preserve"> </w:t>
      </w:r>
      <w:r w:rsidR="005F6A5B">
        <w:rPr/>
        <w:t>veroorzaken</w:t>
      </w:r>
      <w:r w:rsidR="005F6A5B">
        <w:rPr/>
        <w:t xml:space="preserve"> (</w:t>
      </w:r>
      <w:r w:rsidR="005F6A5B">
        <w:rPr/>
        <w:t>bovengrondse</w:t>
      </w:r>
      <w:r w:rsidR="005F6A5B">
        <w:rPr/>
        <w:t xml:space="preserve"> </w:t>
      </w:r>
      <w:r w:rsidR="005F6A5B">
        <w:rPr/>
        <w:t>constructies</w:t>
      </w:r>
      <w:r w:rsidR="005F6A5B">
        <w:rPr/>
        <w:t>, EMF-</w:t>
      </w:r>
      <w:r w:rsidR="005F6A5B">
        <w:rPr/>
        <w:t>blootstelling</w:t>
      </w:r>
      <w:r w:rsidR="005F6A5B">
        <w:rPr/>
        <w:t xml:space="preserve">, </w:t>
      </w:r>
      <w:r w:rsidR="005F6A5B">
        <w:rPr/>
        <w:t>geluid</w:t>
      </w:r>
      <w:r w:rsidR="005F6A5B">
        <w:rPr/>
        <w:t xml:space="preserve">) — in </w:t>
      </w:r>
      <w:r w:rsidRPr="6C968D7A" w:rsidR="005F6A5B">
        <w:rPr>
          <w:b w:val="1"/>
          <w:bCs w:val="1"/>
        </w:rPr>
        <w:t>geen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enkel</w:t>
      </w:r>
      <w:r w:rsidRPr="6C968D7A" w:rsidR="005F6A5B">
        <w:rPr>
          <w:b w:val="1"/>
          <w:bCs w:val="1"/>
        </w:rPr>
        <w:t xml:space="preserve"> stadium</w:t>
      </w:r>
      <w:r w:rsidR="005F6A5B">
        <w:rPr/>
        <w:t xml:space="preserve"> van de procedure is </w:t>
      </w:r>
      <w:r w:rsidR="005F6A5B">
        <w:rPr/>
        <w:t>onderworpen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daadwerkelijk</w:t>
      </w:r>
      <w:r w:rsidR="005F6A5B">
        <w:rPr/>
        <w:t xml:space="preserve"> </w:t>
      </w:r>
      <w:r w:rsidR="005F6A5B">
        <w:rPr/>
        <w:t>alternatieven-onderzoek</w:t>
      </w:r>
      <w:r w:rsidR="005F6A5B">
        <w:rPr/>
        <w:t xml:space="preserve">. </w:t>
      </w:r>
      <w:r w:rsidR="005F6A5B">
        <w:rPr/>
        <w:t>Bovendien</w:t>
      </w:r>
      <w:r w:rsidR="005F6A5B">
        <w:rPr/>
        <w:t xml:space="preserve"> is </w:t>
      </w:r>
      <w:r w:rsidR="005F6A5B">
        <w:rPr/>
        <w:t>geen</w:t>
      </w:r>
      <w:r w:rsidR="005F6A5B">
        <w:rPr/>
        <w:t xml:space="preserve"> </w:t>
      </w:r>
      <w:r w:rsidR="005F6A5B">
        <w:rPr/>
        <w:t>aparte</w:t>
      </w:r>
      <w:r w:rsidR="005F6A5B">
        <w:rPr/>
        <w:t xml:space="preserve"> </w:t>
      </w:r>
      <w:r w:rsidRPr="6C968D7A" w:rsidR="005F6A5B">
        <w:rPr>
          <w:b w:val="1"/>
          <w:bCs w:val="1"/>
        </w:rPr>
        <w:t>EMF-</w:t>
      </w:r>
      <w:r w:rsidRPr="6C968D7A" w:rsidR="005F6A5B">
        <w:rPr>
          <w:b w:val="1"/>
          <w:bCs w:val="1"/>
        </w:rPr>
        <w:t>berekening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de </w:t>
      </w:r>
      <w:r w:rsidR="005F6A5B">
        <w:rPr/>
        <w:t>inspectieputten</w:t>
      </w:r>
      <w:r w:rsidR="005F6A5B">
        <w:rPr/>
        <w:t xml:space="preserve"> </w:t>
      </w:r>
      <w:r w:rsidR="005F6A5B">
        <w:rPr/>
        <w:t>gemaakt</w:t>
      </w:r>
      <w:r w:rsidR="005F6A5B">
        <w:rPr/>
        <w:t xml:space="preserve">, </w:t>
      </w:r>
      <w:r w:rsidR="005F6A5B">
        <w:rPr/>
        <w:t>terwijl</w:t>
      </w:r>
      <w:r w:rsidR="005F6A5B">
        <w:rPr/>
        <w:t xml:space="preserve"> het </w:t>
      </w:r>
      <w:r w:rsidR="005F6A5B">
        <w:rPr/>
        <w:t>afsprakenkader</w:t>
      </w:r>
      <w:r w:rsidR="005F6A5B">
        <w:rPr/>
        <w:t xml:space="preserve"> </w:t>
      </w:r>
      <w:r w:rsidR="005F6A5B">
        <w:rPr/>
        <w:t>dit</w:t>
      </w:r>
      <w:r w:rsidR="005F6A5B">
        <w:rPr/>
        <w:t xml:space="preserve"> </w:t>
      </w:r>
      <w:r w:rsidR="005F6A5B">
        <w:rPr/>
        <w:t>vereist</w:t>
      </w:r>
      <w:r w:rsidR="005F6A5B">
        <w:rPr/>
        <w:t xml:space="preserve">: ter </w:t>
      </w:r>
      <w:r w:rsidR="005F6A5B">
        <w:rPr/>
        <w:t>hoogte</w:t>
      </w:r>
      <w:r w:rsidR="005F6A5B">
        <w:rPr/>
        <w:t xml:space="preserve"> van de </w:t>
      </w:r>
      <w:r w:rsidR="005F6A5B">
        <w:rPr/>
        <w:t>inspectieputten</w:t>
      </w:r>
      <w:r w:rsidR="005F6A5B">
        <w:rPr/>
        <w:t xml:space="preserve"> </w:t>
      </w:r>
      <w:r w:rsidR="005F6A5B">
        <w:rPr/>
        <w:t>komen</w:t>
      </w:r>
      <w:r w:rsidR="005F6A5B">
        <w:rPr/>
        <w:t xml:space="preserve"> de </w:t>
      </w:r>
      <w:r w:rsidR="005F6A5B">
        <w:rPr/>
        <w:t>kabels</w:t>
      </w:r>
      <w:r w:rsidR="005F6A5B">
        <w:rPr/>
        <w:t xml:space="preserve"> </w:t>
      </w:r>
      <w:r w:rsidR="005F6A5B">
        <w:rPr/>
        <w:t>dichter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het </w:t>
      </w:r>
      <w:r w:rsidR="005F6A5B">
        <w:rPr/>
        <w:t>oppervlak</w:t>
      </w:r>
      <w:r w:rsidR="005F6A5B">
        <w:rPr/>
        <w:t xml:space="preserve">, </w:t>
      </w:r>
      <w:r w:rsidR="005F6A5B">
        <w:rPr/>
        <w:t>waardoor</w:t>
      </w:r>
      <w:r w:rsidR="005F6A5B">
        <w:rPr/>
        <w:t xml:space="preserve"> de EMF-</w:t>
      </w:r>
      <w:r w:rsidR="005F6A5B">
        <w:rPr/>
        <w:t>blootstelling</w:t>
      </w:r>
      <w:r w:rsidR="005F6A5B">
        <w:rPr/>
        <w:t xml:space="preserve"> </w:t>
      </w:r>
      <w:r w:rsidR="005F6A5B">
        <w:rPr/>
        <w:t>hoger</w:t>
      </w:r>
      <w:r w:rsidR="005F6A5B">
        <w:rPr/>
        <w:t xml:space="preserve"> is dan </w:t>
      </w:r>
      <w:r w:rsidR="005F6A5B">
        <w:rPr/>
        <w:t>bij</w:t>
      </w:r>
      <w:r w:rsidR="005F6A5B">
        <w:rPr/>
        <w:t xml:space="preserve"> de </w:t>
      </w:r>
      <w:r w:rsidR="005F6A5B">
        <w:rPr/>
        <w:t>reguliere</w:t>
      </w:r>
      <w:r w:rsidR="005F6A5B">
        <w:rPr/>
        <w:t xml:space="preserve"> </w:t>
      </w:r>
      <w:r w:rsidR="005F6A5B">
        <w:rPr/>
        <w:t>kabelsectie</w:t>
      </w:r>
      <w:r w:rsidR="005F6A5B">
        <w:rPr/>
        <w:t>.</w:t>
      </w:r>
    </w:p>
    <w:p w:rsidR="009D758D" w:rsidRDefault="005F6A5B" w14:paraId="2E70DFCF" w14:textId="77777777"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grondslag</w:t>
      </w:r>
      <w:r w:rsidRPr="6C968D7A" w:rsidR="005F6A5B">
        <w:rPr>
          <w:b w:val="1"/>
          <w:bCs w:val="1"/>
        </w:rPr>
        <w:t>:</w:t>
      </w:r>
      <w:r w:rsidR="005F6A5B">
        <w:rPr/>
        <w:t xml:space="preserve"> Art. 4.3.7 DABM (</w:t>
      </w:r>
      <w:r w:rsidR="005F6A5B">
        <w:rPr/>
        <w:t>alternatieven-onderzoek</w:t>
      </w:r>
      <w:r w:rsidR="005F6A5B">
        <w:rPr/>
        <w:t>); art. 5(1)(d) MER-</w:t>
      </w:r>
      <w:r w:rsidR="005F6A5B">
        <w:rPr/>
        <w:t>richtlijn</w:t>
      </w:r>
      <w:r w:rsidR="005F6A5B">
        <w:rPr/>
        <w:t xml:space="preserve"> 2014/52/EU. Het </w:t>
      </w:r>
      <w:r w:rsidR="005F6A5B">
        <w:rPr/>
        <w:t>doorschuiven</w:t>
      </w:r>
      <w:r w:rsidR="005F6A5B">
        <w:rPr/>
        <w:t xml:space="preserve"> van </w:t>
      </w:r>
      <w:r w:rsidR="005F6A5B">
        <w:rPr/>
        <w:t>essentiële</w:t>
      </w:r>
      <w:r w:rsidR="005F6A5B">
        <w:rPr/>
        <w:t xml:space="preserve"> </w:t>
      </w:r>
      <w:r w:rsidR="005F6A5B">
        <w:rPr/>
        <w:t>beoordelingselementen</w:t>
      </w:r>
      <w:r w:rsidR="005F6A5B">
        <w:rPr/>
        <w:t xml:space="preserve"> </w:t>
      </w:r>
      <w:r w:rsidR="005F6A5B">
        <w:rPr/>
        <w:t>tussen</w:t>
      </w:r>
      <w:r w:rsidR="005F6A5B">
        <w:rPr/>
        <w:t xml:space="preserve"> </w:t>
      </w:r>
      <w:r w:rsidR="005F6A5B">
        <w:rPr/>
        <w:t>planniveaus</w:t>
      </w:r>
      <w:r w:rsidR="005F6A5B">
        <w:rPr/>
        <w:t xml:space="preserve"> </w:t>
      </w:r>
      <w:r w:rsidR="005F6A5B">
        <w:rPr/>
        <w:t>zonder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zij</w:t>
      </w:r>
      <w:r w:rsidR="005F6A5B">
        <w:rPr/>
        <w:t xml:space="preserve"> op </w:t>
      </w:r>
      <w:r w:rsidR="005F6A5B">
        <w:rPr/>
        <w:t>enig</w:t>
      </w:r>
      <w:r w:rsidR="005F6A5B">
        <w:rPr/>
        <w:t xml:space="preserve"> </w:t>
      </w:r>
      <w:r w:rsidR="005F6A5B">
        <w:rPr/>
        <w:t>niveau</w:t>
      </w:r>
      <w:r w:rsidR="005F6A5B">
        <w:rPr/>
        <w:t xml:space="preserve"> </w:t>
      </w:r>
      <w:r w:rsidR="005F6A5B">
        <w:rPr/>
        <w:t>daadwerkelijk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beoordeeld</w:t>
      </w:r>
      <w:r w:rsidR="005F6A5B">
        <w:rPr/>
        <w:t xml:space="preserve">, is in </w:t>
      </w:r>
      <w:r w:rsidR="005F6A5B">
        <w:rPr/>
        <w:t>strijd</w:t>
      </w:r>
      <w:r w:rsidR="005F6A5B">
        <w:rPr/>
        <w:t xml:space="preserve"> met het </w:t>
      </w:r>
      <w:r w:rsidR="005F6A5B">
        <w:rPr/>
        <w:t>doel</w:t>
      </w:r>
      <w:r w:rsidR="005F6A5B">
        <w:rPr/>
        <w:t xml:space="preserve"> van de MER-</w:t>
      </w:r>
      <w:r w:rsidR="005F6A5B">
        <w:rPr/>
        <w:t>richtlijn</w:t>
      </w:r>
      <w:r w:rsidR="005F6A5B">
        <w:rPr/>
        <w:t>.</w:t>
      </w:r>
    </w:p>
    <w:p w:rsidR="009D758D" w:rsidRDefault="25A181EA" w14:paraId="7374BBDD" w14:textId="3A1A2199">
      <w:pPr>
        <w:pStyle w:val="Heading3"/>
      </w:pPr>
      <w:r w:rsidR="25A181EA">
        <w:rPr/>
        <w:t>3.1</w:t>
      </w:r>
      <w:r w:rsidR="130A93B0">
        <w:rPr/>
        <w:t>5</w:t>
      </w:r>
      <w:r w:rsidR="25A181EA">
        <w:rPr/>
        <w:t xml:space="preserve"> Cascade-effect </w:t>
      </w:r>
      <w:r w:rsidR="25A181EA">
        <w:rPr/>
        <w:t>windturbines</w:t>
      </w:r>
      <w:r w:rsidR="25A181EA">
        <w:rPr/>
        <w:t xml:space="preserve"> — precedent </w:t>
      </w:r>
      <w:r w:rsidR="25A181EA">
        <w:rPr/>
        <w:t>voor</w:t>
      </w:r>
      <w:r w:rsidR="25A181EA">
        <w:rPr/>
        <w:t xml:space="preserve"> </w:t>
      </w:r>
      <w:r w:rsidR="25A181EA">
        <w:rPr/>
        <w:t>verdere</w:t>
      </w:r>
      <w:r w:rsidR="25A181EA">
        <w:rPr/>
        <w:t xml:space="preserve"> </w:t>
      </w:r>
      <w:r w:rsidR="25A181EA">
        <w:rPr/>
        <w:t>industrialisatie</w:t>
      </w:r>
      <w:r w:rsidR="25A181EA">
        <w:rPr/>
        <w:t xml:space="preserve"> open </w:t>
      </w:r>
      <w:r w:rsidR="25A181EA">
        <w:rPr/>
        <w:t>ruimte</w:t>
      </w:r>
    </w:p>
    <w:p w:rsidR="009D758D" w:rsidRDefault="25A181EA" w14:paraId="7AC18AF3" w14:textId="156C614B">
      <w:r w:rsidR="25A181EA">
        <w:rPr/>
        <w:t xml:space="preserve">De </w:t>
      </w:r>
      <w:r w:rsidR="25A181EA">
        <w:rPr/>
        <w:t>aanleg</w:t>
      </w:r>
      <w:r w:rsidR="25A181EA">
        <w:rPr/>
        <w:t xml:space="preserve"> van </w:t>
      </w:r>
      <w:r w:rsidR="25A181EA">
        <w:rPr/>
        <w:t>een</w:t>
      </w:r>
      <w:r w:rsidR="25A181EA">
        <w:rPr/>
        <w:t xml:space="preserve"> </w:t>
      </w:r>
      <w:r w:rsidRPr="6C968D7A" w:rsidR="25A181EA">
        <w:rPr>
          <w:b w:val="1"/>
          <w:bCs w:val="1"/>
        </w:rPr>
        <w:t>bovengrondse</w:t>
      </w:r>
      <w:r w:rsidRPr="6C968D7A" w:rsidR="25A181EA">
        <w:rPr>
          <w:b w:val="1"/>
          <w:bCs w:val="1"/>
        </w:rPr>
        <w:t xml:space="preserve"> 380 kV-</w:t>
      </w:r>
      <w:r w:rsidRPr="6C968D7A" w:rsidR="25A181EA">
        <w:rPr>
          <w:b w:val="1"/>
          <w:bCs w:val="1"/>
        </w:rPr>
        <w:t>hoogspanningslijn</w:t>
      </w:r>
      <w:r w:rsidRPr="6C968D7A" w:rsidR="25A181EA">
        <w:rPr>
          <w:b w:val="1"/>
          <w:bCs w:val="1"/>
        </w:rPr>
        <w:t xml:space="preserve"> door open </w:t>
      </w:r>
      <w:r w:rsidRPr="6C968D7A" w:rsidR="25A181EA">
        <w:rPr>
          <w:b w:val="1"/>
          <w:bCs w:val="1"/>
        </w:rPr>
        <w:t>landbouwgebied</w:t>
      </w:r>
      <w:r w:rsidR="25A181EA">
        <w:rPr/>
        <w:t xml:space="preserve"> </w:t>
      </w:r>
      <w:r w:rsidR="25A181EA">
        <w:rPr/>
        <w:t>creëert</w:t>
      </w:r>
      <w:r w:rsidR="25A181EA">
        <w:rPr/>
        <w:t xml:space="preserve"> </w:t>
      </w:r>
      <w:r w:rsidR="25A181EA">
        <w:rPr/>
        <w:t>een</w:t>
      </w:r>
      <w:r w:rsidR="25A181EA">
        <w:rPr/>
        <w:t xml:space="preserve"> precedent </w:t>
      </w:r>
      <w:r w:rsidR="25A181EA">
        <w:rPr/>
        <w:t>voor</w:t>
      </w:r>
      <w:r w:rsidR="25A181EA">
        <w:rPr/>
        <w:t xml:space="preserve"> </w:t>
      </w:r>
      <w:r w:rsidR="25A181EA">
        <w:rPr/>
        <w:t>verdere</w:t>
      </w:r>
      <w:r w:rsidR="25A181EA">
        <w:rPr/>
        <w:t xml:space="preserve"> </w:t>
      </w:r>
      <w:r w:rsidR="25A181EA">
        <w:rPr/>
        <w:t>industrialisatie</w:t>
      </w:r>
      <w:r w:rsidR="25A181EA">
        <w:rPr/>
        <w:t xml:space="preserve"> van de open </w:t>
      </w:r>
      <w:r w:rsidR="25A181EA">
        <w:rPr/>
        <w:t>ruimte</w:t>
      </w:r>
      <w:r w:rsidR="25A181EA">
        <w:rPr/>
        <w:t xml:space="preserve">. Het </w:t>
      </w:r>
      <w:r w:rsidR="25A181EA">
        <w:rPr/>
        <w:t>Vlaamse</w:t>
      </w:r>
      <w:r w:rsidR="25A181EA">
        <w:rPr/>
        <w:t xml:space="preserve"> </w:t>
      </w:r>
      <w:r w:rsidR="25A181EA">
        <w:rPr/>
        <w:t>beleid</w:t>
      </w:r>
      <w:r w:rsidR="25A181EA">
        <w:rPr/>
        <w:t xml:space="preserve"> </w:t>
      </w:r>
      <w:r w:rsidR="25A181EA">
        <w:rPr/>
        <w:t>hanteert</w:t>
      </w:r>
      <w:r w:rsidR="25A181EA">
        <w:rPr/>
        <w:t xml:space="preserve"> het </w:t>
      </w:r>
      <w:r w:rsidRPr="6C968D7A" w:rsidR="25A181EA">
        <w:rPr>
          <w:b w:val="1"/>
          <w:bCs w:val="1"/>
        </w:rPr>
        <w:t>bundelingsprincipe</w:t>
      </w:r>
      <w:r w:rsidR="25A181EA">
        <w:rPr/>
        <w:t xml:space="preserve">: </w:t>
      </w:r>
      <w:r w:rsidR="25A181EA">
        <w:rPr/>
        <w:t>nieuwe</w:t>
      </w:r>
      <w:r w:rsidR="25A181EA">
        <w:rPr/>
        <w:t xml:space="preserve"> </w:t>
      </w:r>
      <w:r w:rsidR="25A181EA">
        <w:rPr/>
        <w:t>infrastructuur</w:t>
      </w:r>
      <w:r w:rsidR="25A181EA">
        <w:rPr/>
        <w:t xml:space="preserve"> </w:t>
      </w:r>
      <w:r w:rsidR="25A181EA">
        <w:rPr/>
        <w:t>wordt</w:t>
      </w:r>
      <w:r w:rsidR="25A181EA">
        <w:rPr/>
        <w:t xml:space="preserve"> </w:t>
      </w:r>
      <w:r w:rsidR="25A181EA">
        <w:rPr/>
        <w:t>bij</w:t>
      </w:r>
      <w:r w:rsidR="25A181EA">
        <w:rPr/>
        <w:t xml:space="preserve"> </w:t>
      </w:r>
      <w:r w:rsidR="25A181EA">
        <w:rPr/>
        <w:t>voorkeur</w:t>
      </w:r>
      <w:r w:rsidR="25A181EA">
        <w:rPr/>
        <w:t xml:space="preserve"> </w:t>
      </w:r>
      <w:r w:rsidR="25A181EA">
        <w:rPr/>
        <w:t>gebundeld</w:t>
      </w:r>
      <w:r w:rsidR="25A181EA">
        <w:rPr/>
        <w:t xml:space="preserve"> </w:t>
      </w:r>
      <w:r w:rsidR="25A181EA">
        <w:rPr/>
        <w:t>langs</w:t>
      </w:r>
      <w:r w:rsidR="25A181EA">
        <w:rPr/>
        <w:t xml:space="preserve"> </w:t>
      </w:r>
      <w:r w:rsidR="25A181EA">
        <w:rPr/>
        <w:t>bestaande</w:t>
      </w:r>
      <w:r w:rsidR="25A181EA">
        <w:rPr/>
        <w:t xml:space="preserve"> </w:t>
      </w:r>
      <w:r w:rsidR="25A181EA">
        <w:rPr/>
        <w:t>infrastructuur</w:t>
      </w:r>
      <w:r w:rsidR="25A181EA">
        <w:rPr/>
        <w:t xml:space="preserve">. Een </w:t>
      </w:r>
      <w:r w:rsidR="25A181EA">
        <w:rPr/>
        <w:t>bovengrondse</w:t>
      </w:r>
      <w:r w:rsidR="25A181EA">
        <w:rPr/>
        <w:t xml:space="preserve"> </w:t>
      </w:r>
      <w:r w:rsidR="25A181EA">
        <w:rPr/>
        <w:t>hoogspanningslijn</w:t>
      </w:r>
      <w:r w:rsidR="25A181EA">
        <w:rPr/>
        <w:t xml:space="preserve"> door open </w:t>
      </w:r>
      <w:r w:rsidR="25A181EA">
        <w:rPr/>
        <w:t>landbouwgebied</w:t>
      </w:r>
      <w:r w:rsidR="25A181EA">
        <w:rPr/>
        <w:t xml:space="preserve"> </w:t>
      </w:r>
      <w:r w:rsidR="25A181EA">
        <w:rPr/>
        <w:t>trekt</w:t>
      </w:r>
      <w:r w:rsidR="25A181EA">
        <w:rPr/>
        <w:t xml:space="preserve"> </w:t>
      </w:r>
      <w:r w:rsidR="25A181EA">
        <w:rPr/>
        <w:t>bijgevolg</w:t>
      </w:r>
      <w:r w:rsidR="25A181EA">
        <w:rPr/>
        <w:t xml:space="preserve"> </w:t>
      </w:r>
      <w:r w:rsidRPr="6C968D7A" w:rsidR="25A181EA">
        <w:rPr>
          <w:b w:val="1"/>
          <w:bCs w:val="1"/>
        </w:rPr>
        <w:t>windturbineprojecten</w:t>
      </w:r>
      <w:r w:rsidR="25A181EA">
        <w:rPr/>
        <w:t xml:space="preserve"> </w:t>
      </w:r>
      <w:r w:rsidR="25A181EA">
        <w:rPr/>
        <w:t>aan</w:t>
      </w:r>
      <w:r w:rsidR="25A181EA">
        <w:rPr/>
        <w:t xml:space="preserve">, die </w:t>
      </w:r>
      <w:r w:rsidR="25A181EA">
        <w:rPr/>
        <w:t>zich</w:t>
      </w:r>
      <w:r w:rsidR="25A181EA">
        <w:rPr/>
        <w:t xml:space="preserve"> </w:t>
      </w:r>
      <w:r w:rsidR="25A181EA">
        <w:rPr/>
        <w:t>bij</w:t>
      </w:r>
      <w:r w:rsidR="25A181EA">
        <w:rPr/>
        <w:t xml:space="preserve"> </w:t>
      </w:r>
      <w:r w:rsidR="25A181EA">
        <w:rPr/>
        <w:t>voorkeur</w:t>
      </w:r>
      <w:r w:rsidR="25A181EA">
        <w:rPr/>
        <w:t xml:space="preserve"> in de </w:t>
      </w:r>
      <w:r w:rsidR="25A181EA">
        <w:rPr/>
        <w:t>nabijheid</w:t>
      </w:r>
      <w:r w:rsidR="25A181EA">
        <w:rPr/>
        <w:t xml:space="preserve"> van </w:t>
      </w:r>
      <w:r w:rsidR="25A181EA">
        <w:rPr/>
        <w:t>hoogspanningsinfrastructuur</w:t>
      </w:r>
      <w:r w:rsidR="25A181EA">
        <w:rPr/>
        <w:t xml:space="preserve"> </w:t>
      </w:r>
      <w:r w:rsidR="25A181EA">
        <w:rPr/>
        <w:t>vestigen</w:t>
      </w:r>
      <w:r w:rsidR="25A181EA">
        <w:rPr/>
        <w:t xml:space="preserve"> </w:t>
      </w:r>
      <w:r w:rsidR="786CC6CC">
        <w:rPr/>
        <w:t>omdat</w:t>
      </w:r>
      <w:r w:rsidR="786CC6CC">
        <w:rPr/>
        <w:t xml:space="preserve"> de </w:t>
      </w:r>
      <w:r w:rsidR="786CC6CC">
        <w:rPr/>
        <w:t>landschapswaarde</w:t>
      </w:r>
      <w:r w:rsidR="786CC6CC">
        <w:rPr/>
        <w:t xml:space="preserve"> </w:t>
      </w:r>
      <w:r w:rsidR="786CC6CC">
        <w:rPr/>
        <w:t>daar</w:t>
      </w:r>
      <w:r w:rsidR="786CC6CC">
        <w:rPr/>
        <w:t xml:space="preserve"> al </w:t>
      </w:r>
      <w:r w:rsidR="786CC6CC">
        <w:rPr/>
        <w:t>aangesneden</w:t>
      </w:r>
      <w:r w:rsidR="786CC6CC">
        <w:rPr/>
        <w:t xml:space="preserve"> is.</w:t>
      </w:r>
    </w:p>
    <w:p w:rsidR="009D758D" w:rsidRDefault="005F6A5B" w14:paraId="4379051D" w14:textId="77777777">
      <w:r w:rsidR="005F6A5B">
        <w:rPr/>
        <w:t xml:space="preserve">De Raad </w:t>
      </w:r>
      <w:r w:rsidR="005F6A5B">
        <w:rPr/>
        <w:t>voor</w:t>
      </w:r>
      <w:r w:rsidR="005F6A5B">
        <w:rPr/>
        <w:t xml:space="preserve"> </w:t>
      </w:r>
      <w:r w:rsidR="005F6A5B">
        <w:rPr/>
        <w:t>Vergunningsbetwistingen</w:t>
      </w:r>
      <w:r w:rsidR="005F6A5B">
        <w:rPr/>
        <w:t xml:space="preserve"> </w:t>
      </w:r>
      <w:r w:rsidR="005F6A5B">
        <w:rPr/>
        <w:t>heeft</w:t>
      </w:r>
      <w:r w:rsidR="005F6A5B">
        <w:rPr/>
        <w:t xml:space="preserve"> in </w:t>
      </w:r>
      <w:r w:rsidR="005F6A5B">
        <w:rPr/>
        <w:t>meerdere</w:t>
      </w:r>
      <w:r w:rsidR="005F6A5B">
        <w:rPr/>
        <w:t xml:space="preserve"> </w:t>
      </w:r>
      <w:r w:rsidR="005F6A5B">
        <w:rPr/>
        <w:t>arresten</w:t>
      </w:r>
      <w:r w:rsidR="005F6A5B">
        <w:rPr/>
        <w:t xml:space="preserve"> </w:t>
      </w:r>
      <w:r w:rsidR="005F6A5B">
        <w:rPr/>
        <w:t>bevestigd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het </w:t>
      </w:r>
      <w:r w:rsidR="005F6A5B">
        <w:rPr/>
        <w:t>bundelingsprincipe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relevant </w:t>
      </w:r>
      <w:r w:rsidR="005F6A5B">
        <w:rPr/>
        <w:t>beoordelingscriterium</w:t>
      </w:r>
      <w:r w:rsidR="005F6A5B">
        <w:rPr/>
        <w:t xml:space="preserve"> is </w:t>
      </w:r>
      <w:r w:rsidR="005F6A5B">
        <w:rPr/>
        <w:t>bij</w:t>
      </w:r>
      <w:r w:rsidR="005F6A5B">
        <w:rPr/>
        <w:t xml:space="preserve"> de </w:t>
      </w:r>
      <w:r w:rsidR="005F6A5B">
        <w:rPr/>
        <w:t>vergunningverlening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windturbines</w:t>
      </w:r>
      <w:r w:rsidR="005F6A5B">
        <w:rPr/>
        <w:t xml:space="preserve">. Het </w:t>
      </w:r>
      <w:r w:rsidR="005F6A5B">
        <w:rPr/>
        <w:t>cumulatieve</w:t>
      </w:r>
      <w:r w:rsidR="005F6A5B">
        <w:rPr/>
        <w:t xml:space="preserve"> effect van de </w:t>
      </w:r>
      <w:r w:rsidR="005F6A5B">
        <w:rPr/>
        <w:t>Ventilus</w:t>
      </w:r>
      <w:r w:rsidR="005F6A5B">
        <w:rPr/>
        <w:t>-lijn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aantrekkingspool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windturbineprojecten</w:t>
      </w:r>
      <w:r w:rsidR="005F6A5B">
        <w:rPr/>
        <w:t xml:space="preserve"> — met de </w:t>
      </w:r>
      <w:r w:rsidR="005F6A5B">
        <w:rPr/>
        <w:t>bijbehorende</w:t>
      </w:r>
      <w:r w:rsidR="005F6A5B">
        <w:rPr/>
        <w:t xml:space="preserve"> </w:t>
      </w:r>
      <w:r w:rsidR="005F6A5B">
        <w:rPr/>
        <w:t>bijkomende</w:t>
      </w:r>
      <w:r w:rsidR="005F6A5B">
        <w:rPr/>
        <w:t xml:space="preserve"> </w:t>
      </w:r>
      <w:r w:rsidR="005F6A5B">
        <w:rPr/>
        <w:t>landschappelijke</w:t>
      </w:r>
      <w:r w:rsidR="005F6A5B">
        <w:rPr/>
        <w:t xml:space="preserve">, </w:t>
      </w:r>
      <w:r w:rsidR="005F6A5B">
        <w:rPr/>
        <w:t>visuele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ecologische</w:t>
      </w:r>
      <w:r w:rsidR="005F6A5B">
        <w:rPr/>
        <w:t xml:space="preserve"> </w:t>
      </w:r>
      <w:r w:rsidR="005F6A5B">
        <w:rPr/>
        <w:t>effecten</w:t>
      </w:r>
      <w:r w:rsidR="005F6A5B">
        <w:rPr/>
        <w:t xml:space="preserve"> — is in het MER </w:t>
      </w:r>
      <w:r w:rsidRPr="6C968D7A" w:rsidR="005F6A5B">
        <w:rPr>
          <w:b w:val="1"/>
          <w:bCs w:val="1"/>
        </w:rPr>
        <w:t>niet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beoordeeld</w:t>
      </w:r>
      <w:r w:rsidR="005F6A5B">
        <w:rPr/>
        <w:t xml:space="preserve">. Het MER </w:t>
      </w:r>
      <w:r w:rsidR="005F6A5B">
        <w:rPr/>
        <w:t>behandelt</w:t>
      </w:r>
      <w:r w:rsidR="005F6A5B">
        <w:rPr/>
        <w:t xml:space="preserve"> de </w:t>
      </w:r>
      <w:r w:rsidR="005F6A5B">
        <w:rPr/>
        <w:t>cumulatieve</w:t>
      </w:r>
      <w:r w:rsidR="005F6A5B">
        <w:rPr/>
        <w:t xml:space="preserve"> </w:t>
      </w:r>
      <w:r w:rsidR="005F6A5B">
        <w:rPr/>
        <w:t>effecten</w:t>
      </w:r>
      <w:r w:rsidR="005F6A5B">
        <w:rPr/>
        <w:t xml:space="preserve"> van </w:t>
      </w:r>
      <w:r w:rsidR="005F6A5B">
        <w:rPr/>
        <w:t>Ventilus</w:t>
      </w:r>
      <w:r w:rsidR="005F6A5B">
        <w:rPr/>
        <w:t xml:space="preserve"> </w:t>
      </w:r>
      <w:r w:rsidR="005F6A5B">
        <w:rPr/>
        <w:t>uitsluitend</w:t>
      </w:r>
      <w:r w:rsidR="005F6A5B">
        <w:rPr/>
        <w:t xml:space="preserve"> met </w:t>
      </w:r>
      <w:r w:rsidR="005F6A5B">
        <w:rPr/>
        <w:t>andere</w:t>
      </w:r>
      <w:r w:rsidR="005F6A5B">
        <w:rPr/>
        <w:t xml:space="preserve"> </w:t>
      </w:r>
      <w:r w:rsidR="005F6A5B">
        <w:rPr/>
        <w:t>hoogspanningsprojecten</w:t>
      </w:r>
      <w:r w:rsidR="005F6A5B">
        <w:rPr/>
        <w:t xml:space="preserve">, </w:t>
      </w:r>
      <w:r w:rsidR="005F6A5B">
        <w:rPr/>
        <w:t>niet</w:t>
      </w:r>
      <w:r w:rsidR="005F6A5B">
        <w:rPr/>
        <w:t xml:space="preserve"> met de </w:t>
      </w:r>
      <w:r w:rsidR="005F6A5B">
        <w:rPr/>
        <w:t>windturbineprojecten</w:t>
      </w:r>
      <w:r w:rsidR="005F6A5B">
        <w:rPr/>
        <w:t xml:space="preserve"> die het project </w:t>
      </w:r>
      <w:r w:rsidR="005F6A5B">
        <w:rPr/>
        <w:t>aantrekt</w:t>
      </w:r>
      <w:r w:rsidR="005F6A5B">
        <w:rPr/>
        <w:t>.</w:t>
      </w:r>
    </w:p>
    <w:p w:rsidR="009D758D" w:rsidRDefault="005F6A5B" w14:paraId="44FF3D0A" w14:textId="77777777">
      <w:r w:rsidR="005F6A5B">
        <w:rPr/>
        <w:t xml:space="preserve">Dit </w:t>
      </w:r>
      <w:r w:rsidR="005F6A5B">
        <w:rPr/>
        <w:t>cumulatief</w:t>
      </w:r>
      <w:r w:rsidR="005F6A5B">
        <w:rPr/>
        <w:t xml:space="preserve"> </w:t>
      </w:r>
      <w:r w:rsidR="005F6A5B">
        <w:rPr/>
        <w:t>effect is</w:t>
      </w:r>
      <w:r w:rsidR="005F6A5B">
        <w:rPr/>
        <w:t xml:space="preserve"> </w:t>
      </w:r>
      <w:r w:rsidR="005F6A5B">
        <w:rPr/>
        <w:t>geen</w:t>
      </w:r>
      <w:r w:rsidR="005F6A5B">
        <w:rPr/>
        <w:t xml:space="preserve"> </w:t>
      </w:r>
      <w:r w:rsidR="005F6A5B">
        <w:rPr/>
        <w:t>hypothetische</w:t>
      </w:r>
      <w:r w:rsidR="005F6A5B">
        <w:rPr/>
        <w:t xml:space="preserve"> </w:t>
      </w:r>
      <w:r w:rsidR="005F6A5B">
        <w:rPr/>
        <w:t>speculatie</w:t>
      </w:r>
      <w:r w:rsidR="005F6A5B">
        <w:rPr/>
        <w:t xml:space="preserve"> maar </w:t>
      </w:r>
      <w:r w:rsidR="005F6A5B">
        <w:rPr/>
        <w:t>een</w:t>
      </w:r>
      <w:r w:rsidR="005F6A5B">
        <w:rPr/>
        <w:t xml:space="preserve"> </w:t>
      </w:r>
      <w:r w:rsidR="005F6A5B">
        <w:rPr/>
        <w:t>voorzienbaar</w:t>
      </w:r>
      <w:r w:rsidR="005F6A5B">
        <w:rPr/>
        <w:t xml:space="preserve"> </w:t>
      </w:r>
      <w:r w:rsidR="005F6A5B">
        <w:rPr/>
        <w:t>gevolg</w:t>
      </w:r>
      <w:r w:rsidR="005F6A5B">
        <w:rPr/>
        <w:t xml:space="preserve"> van het </w:t>
      </w:r>
      <w:r w:rsidR="005F6A5B">
        <w:rPr/>
        <w:t>bundelingsbeleid</w:t>
      </w:r>
      <w:r w:rsidR="005F6A5B">
        <w:rPr/>
        <w:t xml:space="preserve">. De </w:t>
      </w:r>
      <w:r w:rsidR="005F6A5B">
        <w:rPr/>
        <w:t>vergunningverlenende</w:t>
      </w:r>
      <w:r w:rsidR="005F6A5B">
        <w:rPr/>
        <w:t xml:space="preserve"> </w:t>
      </w:r>
      <w:r w:rsidR="005F6A5B">
        <w:rPr/>
        <w:t>overheid</w:t>
      </w:r>
      <w:r w:rsidR="005F6A5B">
        <w:rPr/>
        <w:t xml:space="preserve"> </w:t>
      </w:r>
      <w:r w:rsidR="005F6A5B">
        <w:rPr/>
        <w:t>dient</w:t>
      </w:r>
      <w:r w:rsidR="005F6A5B">
        <w:rPr/>
        <w:t xml:space="preserve"> </w:t>
      </w:r>
      <w:r w:rsidR="005F6A5B">
        <w:rPr/>
        <w:t>dit</w:t>
      </w:r>
      <w:r w:rsidR="005F6A5B">
        <w:rPr/>
        <w:t xml:space="preserve"> cascade-effect mee </w:t>
      </w:r>
      <w:r w:rsidR="005F6A5B">
        <w:rPr/>
        <w:t>te</w:t>
      </w:r>
      <w:r w:rsidR="005F6A5B">
        <w:rPr/>
        <w:t xml:space="preserve"> </w:t>
      </w:r>
      <w:r w:rsidR="005F6A5B">
        <w:rPr/>
        <w:t>nemen</w:t>
      </w:r>
      <w:r w:rsidR="005F6A5B">
        <w:rPr/>
        <w:t xml:space="preserve"> in de </w:t>
      </w:r>
      <w:r w:rsidR="005F6A5B">
        <w:rPr/>
        <w:t>beoordeling</w:t>
      </w:r>
      <w:r w:rsidR="005F6A5B">
        <w:rPr/>
        <w:t>.</w:t>
      </w:r>
    </w:p>
    <w:p w:rsidR="009D758D" w:rsidRDefault="005F6A5B" w14:paraId="2B26F58A" w14:textId="77777777"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grondslag</w:t>
      </w:r>
      <w:r w:rsidRPr="6C968D7A" w:rsidR="005F6A5B">
        <w:rPr>
          <w:b w:val="1"/>
          <w:bCs w:val="1"/>
        </w:rPr>
        <w:t>:</w:t>
      </w:r>
      <w:r w:rsidR="005F6A5B">
        <w:rPr/>
        <w:t xml:space="preserve"> Art. 4.3.7 DABM (</w:t>
      </w:r>
      <w:r w:rsidR="005F6A5B">
        <w:rPr/>
        <w:t>cumulatieve</w:t>
      </w:r>
      <w:r w:rsidR="005F6A5B">
        <w:rPr/>
        <w:t xml:space="preserve"> </w:t>
      </w:r>
      <w:r w:rsidR="005F6A5B">
        <w:rPr/>
        <w:t>effecten</w:t>
      </w:r>
      <w:r w:rsidR="005F6A5B">
        <w:rPr/>
        <w:t xml:space="preserve">); </w:t>
      </w:r>
      <w:r w:rsidR="005F6A5B">
        <w:rPr/>
        <w:t>RvVb</w:t>
      </w:r>
      <w:r w:rsidR="005F6A5B">
        <w:rPr/>
        <w:t>-jurisprudentie</w:t>
      </w:r>
      <w:r w:rsidR="005F6A5B">
        <w:rPr/>
        <w:t xml:space="preserve"> </w:t>
      </w:r>
      <w:r w:rsidR="005F6A5B">
        <w:rPr/>
        <w:t>inzake</w:t>
      </w:r>
      <w:r w:rsidR="005F6A5B">
        <w:rPr/>
        <w:t xml:space="preserve"> </w:t>
      </w:r>
      <w:r w:rsidR="005F6A5B">
        <w:rPr/>
        <w:t>bundelingsprincipe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</w:t>
      </w:r>
      <w:r w:rsidR="005F6A5B">
        <w:rPr/>
        <w:t>windturbines</w:t>
      </w:r>
      <w:r w:rsidR="005F6A5B">
        <w:rPr/>
        <w:t>.</w:t>
      </w:r>
    </w:p>
    <w:p w:rsidR="009D758D" w:rsidP="6C968D7A" w:rsidRDefault="009D758D" w14:paraId="60061E4C" w14:textId="4D25EBBB">
      <w:pPr>
        <w:pBdr>
          <w:bottom w:val="single" w:color="CCCCCC" w:sz="6" w:space="1"/>
        </w:pBdr>
        <w:spacing w:before="240" w:after="240"/>
      </w:pPr>
    </w:p>
    <w:p w:rsidR="009D758D" w:rsidRDefault="005F6A5B" w14:paraId="173CDF2E" w14:textId="77777777">
      <w:pPr>
        <w:pStyle w:val="Heading2"/>
      </w:pPr>
      <w:r w:rsidR="005F6A5B">
        <w:rPr/>
        <w:t>4. SYSTEMATISCHE GEBREKEN IN HET MER</w:t>
      </w:r>
    </w:p>
    <w:p w:rsidR="009D758D" w:rsidRDefault="005F6A5B" w14:paraId="5D0257AA" w14:textId="77777777">
      <w:pPr>
        <w:pStyle w:val="Heading3"/>
      </w:pPr>
      <w:r w:rsidR="005F6A5B">
        <w:rPr/>
        <w:t xml:space="preserve">4.1 EMF </w:t>
      </w:r>
      <w:r w:rsidR="005F6A5B">
        <w:rPr/>
        <w:t>als</w:t>
      </w:r>
      <w:r w:rsidR="005F6A5B">
        <w:rPr/>
        <w:t xml:space="preserve"> </w:t>
      </w:r>
      <w:r w:rsidR="005F6A5B">
        <w:rPr/>
        <w:t>enige</w:t>
      </w:r>
      <w:r w:rsidR="005F6A5B">
        <w:rPr/>
        <w:t xml:space="preserve"> discipline </w:t>
      </w:r>
      <w:r w:rsidR="005F6A5B">
        <w:rPr/>
        <w:t>zonder</w:t>
      </w:r>
      <w:r w:rsidR="005F6A5B">
        <w:rPr/>
        <w:t xml:space="preserve"> </w:t>
      </w:r>
      <w:r w:rsidR="005F6A5B">
        <w:rPr/>
        <w:t>effectscore</w:t>
      </w:r>
    </w:p>
    <w:p w:rsidR="009D758D" w:rsidRDefault="005F6A5B" w14:paraId="311B32F1" w14:textId="77777777">
      <w:r w:rsidR="005F6A5B">
        <w:rPr/>
        <w:t xml:space="preserve">Het MER </w:t>
      </w:r>
      <w:r w:rsidR="005F6A5B">
        <w:rPr/>
        <w:t>kent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</w:t>
      </w:r>
      <w:r w:rsidRPr="6C968D7A" w:rsidR="005F6A5B">
        <w:rPr>
          <w:b w:val="1"/>
          <w:bCs w:val="1"/>
        </w:rPr>
        <w:t xml:space="preserve">alle </w:t>
      </w:r>
      <w:r w:rsidRPr="6C968D7A" w:rsidR="005F6A5B">
        <w:rPr>
          <w:b w:val="1"/>
          <w:bCs w:val="1"/>
        </w:rPr>
        <w:t>stressoren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effectscore</w:t>
      </w:r>
      <w:r w:rsidR="005F6A5B">
        <w:rPr/>
        <w:t xml:space="preserve"> toe op </w:t>
      </w:r>
      <w:r w:rsidR="005F6A5B">
        <w:rPr/>
        <w:t>een</w:t>
      </w:r>
      <w:r w:rsidR="005F6A5B">
        <w:rPr/>
        <w:t xml:space="preserve"> </w:t>
      </w:r>
      <w:r w:rsidR="005F6A5B">
        <w:rPr/>
        <w:t>schaal</w:t>
      </w:r>
      <w:r w:rsidR="005F6A5B">
        <w:rPr/>
        <w:t xml:space="preserve"> van -3 tot +3 — </w:t>
      </w:r>
      <w:r w:rsidRPr="6C968D7A" w:rsidR="005F6A5B">
        <w:rPr>
          <w:b w:val="1"/>
          <w:bCs w:val="1"/>
        </w:rPr>
        <w:t>behalve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aan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elektromagnetische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velden</w:t>
      </w:r>
      <w:r w:rsidRPr="6C968D7A" w:rsidR="005F6A5B">
        <w:rPr>
          <w:b w:val="1"/>
          <w:bCs w:val="1"/>
        </w:rPr>
        <w:t xml:space="preserve"> (EMF)</w:t>
      </w:r>
      <w:r w:rsidR="005F6A5B">
        <w:rPr/>
        <w:t xml:space="preserve">. </w:t>
      </w:r>
      <w:r w:rsidR="005F6A5B">
        <w:rPr/>
        <w:t>Uitgerekend</w:t>
      </w:r>
      <w:r w:rsidR="005F6A5B">
        <w:rPr/>
        <w:t xml:space="preserve"> de </w:t>
      </w:r>
      <w:r w:rsidR="005F6A5B">
        <w:rPr/>
        <w:t>enige</w:t>
      </w:r>
      <w:r w:rsidR="005F6A5B">
        <w:rPr/>
        <w:t xml:space="preserve"> stressor </w:t>
      </w:r>
      <w:r w:rsidR="005F6A5B">
        <w:rPr/>
        <w:t>waarvoor</w:t>
      </w:r>
      <w:r w:rsidR="005F6A5B">
        <w:rPr/>
        <w:t xml:space="preserve"> het IARC </w:t>
      </w:r>
      <w:r w:rsidR="005F6A5B">
        <w:rPr/>
        <w:t>een</w:t>
      </w:r>
      <w:r w:rsidR="005F6A5B">
        <w:rPr/>
        <w:t xml:space="preserve"> </w:t>
      </w:r>
      <w:r w:rsidR="005F6A5B">
        <w:rPr/>
        <w:t>classificatie</w:t>
      </w:r>
      <w:r w:rsidR="005F6A5B">
        <w:rPr/>
        <w:t xml:space="preserve"> </w:t>
      </w:r>
      <w:r w:rsidRPr="6C968D7A" w:rsidR="005F6A5B">
        <w:rPr>
          <w:b w:val="1"/>
          <w:bCs w:val="1"/>
        </w:rPr>
        <w:t>Groep 2B</w:t>
      </w:r>
      <w:r w:rsidR="005F6A5B">
        <w:rPr/>
        <w:t xml:space="preserve"> (</w:t>
      </w:r>
      <w:r w:rsidR="005F6A5B">
        <w:rPr/>
        <w:t>mogelijk</w:t>
      </w:r>
      <w:r w:rsidR="005F6A5B">
        <w:rPr/>
        <w:t xml:space="preserve"> </w:t>
      </w:r>
      <w:r w:rsidR="005F6A5B">
        <w:rPr/>
        <w:t>kankerverwekkend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de </w:t>
      </w:r>
      <w:r w:rsidR="005F6A5B">
        <w:rPr/>
        <w:t>mens</w:t>
      </w:r>
      <w:r w:rsidR="005F6A5B">
        <w:rPr/>
        <w:t xml:space="preserve">) </w:t>
      </w:r>
      <w:r w:rsidR="005F6A5B">
        <w:rPr/>
        <w:t>hanteert</w:t>
      </w:r>
      <w:r w:rsidR="005F6A5B">
        <w:rPr/>
        <w:t xml:space="preserve">, </w:t>
      </w:r>
      <w:r w:rsidR="005F6A5B">
        <w:rPr/>
        <w:t>wordt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gescoord</w:t>
      </w:r>
      <w:r w:rsidR="005F6A5B">
        <w:rPr/>
        <w:t>.</w:t>
      </w:r>
    </w:p>
    <w:p w:rsidR="009D758D" w:rsidRDefault="005F6A5B" w14:paraId="258034F7" w14:textId="77777777">
      <w:r w:rsidR="005F6A5B">
        <w:rPr/>
        <w:t xml:space="preserve">Door het project </w:t>
      </w:r>
      <w:r w:rsidR="005F6A5B">
        <w:rPr/>
        <w:t>komen</w:t>
      </w:r>
      <w:r w:rsidR="005F6A5B">
        <w:rPr/>
        <w:t xml:space="preserve"> </w:t>
      </w:r>
      <w:r w:rsidRPr="6C968D7A" w:rsidR="005F6A5B">
        <w:rPr>
          <w:b w:val="1"/>
          <w:bCs w:val="1"/>
        </w:rPr>
        <w:t xml:space="preserve">170 </w:t>
      </w:r>
      <w:r w:rsidRPr="6C968D7A" w:rsidR="005F6A5B">
        <w:rPr>
          <w:b w:val="1"/>
          <w:bCs w:val="1"/>
        </w:rPr>
        <w:t>nieuwe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woningen</w:t>
      </w:r>
      <w:r w:rsidR="005F6A5B">
        <w:rPr/>
        <w:t xml:space="preserve"> </w:t>
      </w:r>
      <w:r w:rsidR="005F6A5B">
        <w:rPr/>
        <w:t>binnen</w:t>
      </w:r>
      <w:r w:rsidR="005F6A5B">
        <w:rPr/>
        <w:t xml:space="preserve"> de 0,4 </w:t>
      </w:r>
      <w:r w:rsidR="005F6A5B">
        <w:rPr/>
        <w:t>uT</w:t>
      </w:r>
      <w:r w:rsidR="005F6A5B">
        <w:rPr/>
        <w:t xml:space="preserve"> </w:t>
      </w:r>
      <w:r w:rsidR="005F6A5B">
        <w:rPr/>
        <w:t>jaargemiddelde</w:t>
      </w:r>
      <w:r w:rsidR="005F6A5B">
        <w:rPr/>
        <w:t xml:space="preserve"> </w:t>
      </w:r>
      <w:r w:rsidR="005F6A5B">
        <w:rPr/>
        <w:t>magnetische</w:t>
      </w:r>
      <w:r w:rsidR="005F6A5B">
        <w:rPr/>
        <w:t xml:space="preserve"> </w:t>
      </w:r>
      <w:r w:rsidR="005F6A5B">
        <w:rPr/>
        <w:t>veldcontour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liggen</w:t>
      </w:r>
      <w:r w:rsidR="005F6A5B">
        <w:rPr/>
        <w:t xml:space="preserve">. </w:t>
      </w:r>
      <w:r w:rsidR="005F6A5B">
        <w:rPr/>
        <w:t>Daarnaast</w:t>
      </w:r>
      <w:r w:rsidR="005F6A5B">
        <w:rPr/>
        <w:t xml:space="preserve"> </w:t>
      </w:r>
      <w:r w:rsidR="005F6A5B">
        <w:rPr/>
        <w:t>bevinden</w:t>
      </w:r>
      <w:r w:rsidR="005F6A5B">
        <w:rPr/>
        <w:t xml:space="preserve"> </w:t>
      </w:r>
      <w:r w:rsidR="005F6A5B">
        <w:rPr/>
        <w:t>zich</w:t>
      </w:r>
      <w:r w:rsidR="005F6A5B">
        <w:rPr/>
        <w:t xml:space="preserve"> 13 </w:t>
      </w:r>
      <w:r w:rsidR="005F6A5B">
        <w:rPr/>
        <w:t>onbebouwde</w:t>
      </w:r>
      <w:r w:rsidR="005F6A5B">
        <w:rPr/>
        <w:t xml:space="preserve"> </w:t>
      </w:r>
      <w:r w:rsidR="005F6A5B">
        <w:rPr/>
        <w:t>bouwpercelen</w:t>
      </w:r>
      <w:r w:rsidR="005F6A5B">
        <w:rPr/>
        <w:t xml:space="preserve"> in de contour, die </w:t>
      </w:r>
      <w:r w:rsidR="005F6A5B">
        <w:rPr/>
        <w:t>potentieel</w:t>
      </w:r>
      <w:r w:rsidR="005F6A5B">
        <w:rPr/>
        <w:t xml:space="preserve"> </w:t>
      </w:r>
      <w:r w:rsidR="005F6A5B">
        <w:rPr/>
        <w:t>tientallen</w:t>
      </w:r>
      <w:r w:rsidR="005F6A5B">
        <w:rPr/>
        <w:t xml:space="preserve"> tot </w:t>
      </w:r>
      <w:r w:rsidR="005F6A5B">
        <w:rPr/>
        <w:t>honderden</w:t>
      </w:r>
      <w:r w:rsidR="005F6A5B">
        <w:rPr/>
        <w:t xml:space="preserve"> extra </w:t>
      </w:r>
      <w:r w:rsidR="005F6A5B">
        <w:rPr/>
        <w:t>woningen</w:t>
      </w:r>
      <w:r w:rsidR="005F6A5B">
        <w:rPr/>
        <w:t xml:space="preserve"> </w:t>
      </w:r>
      <w:r w:rsidR="005F6A5B">
        <w:rPr/>
        <w:t>kunnen</w:t>
      </w:r>
      <w:r w:rsidR="005F6A5B">
        <w:rPr/>
        <w:t xml:space="preserve"> </w:t>
      </w:r>
      <w:r w:rsidR="005F6A5B">
        <w:rPr/>
        <w:t>bevatten</w:t>
      </w:r>
      <w:r w:rsidR="005F6A5B">
        <w:rPr/>
        <w:t xml:space="preserve">. 2 </w:t>
      </w:r>
      <w:r w:rsidR="005F6A5B">
        <w:rPr/>
        <w:t>kinderopvangvoorzieningen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Lendelede</w:t>
      </w:r>
      <w:r w:rsidR="005F6A5B">
        <w:rPr/>
        <w:t xml:space="preserve"> </w:t>
      </w:r>
      <w:r w:rsidR="005F6A5B">
        <w:rPr/>
        <w:t>bevinden</w:t>
      </w:r>
      <w:r w:rsidR="005F6A5B">
        <w:rPr/>
        <w:t xml:space="preserve"> </w:t>
      </w:r>
      <w:r w:rsidR="005F6A5B">
        <w:rPr/>
        <w:t>zich</w:t>
      </w:r>
      <w:r w:rsidR="005F6A5B">
        <w:rPr/>
        <w:t xml:space="preserve"> </w:t>
      </w:r>
      <w:r w:rsidR="005F6A5B">
        <w:rPr/>
        <w:t>reeds</w:t>
      </w:r>
      <w:r w:rsidR="005F6A5B">
        <w:rPr/>
        <w:t xml:space="preserve"> in de </w:t>
      </w:r>
      <w:r w:rsidR="005F6A5B">
        <w:rPr/>
        <w:t>bestaande</w:t>
      </w:r>
      <w:r w:rsidR="005F6A5B">
        <w:rPr/>
        <w:t xml:space="preserve"> 0,4 </w:t>
      </w:r>
      <w:r w:rsidR="005F6A5B">
        <w:rPr/>
        <w:t>uT</w:t>
      </w:r>
      <w:r w:rsidR="005F6A5B">
        <w:rPr/>
        <w:t xml:space="preserve"> contour.</w:t>
      </w:r>
    </w:p>
    <w:p w:rsidR="009D758D" w:rsidRDefault="005F6A5B" w14:paraId="142EB151" w14:textId="77777777">
      <w:r w:rsidR="005F6A5B">
        <w:rPr/>
        <w:t xml:space="preserve">Het MER </w:t>
      </w:r>
      <w:r w:rsidR="005F6A5B">
        <w:rPr/>
        <w:t>berekent</w:t>
      </w:r>
      <w:r w:rsidR="005F6A5B">
        <w:rPr/>
        <w:t xml:space="preserve"> de EMF-</w:t>
      </w:r>
      <w:r w:rsidR="005F6A5B">
        <w:rPr/>
        <w:t>blootstelling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belastingsfactor</w:t>
      </w:r>
      <w:r w:rsidR="005F6A5B">
        <w:rPr/>
        <w:t xml:space="preserve"> van </w:t>
      </w:r>
      <w:r w:rsidR="005F6A5B">
        <w:rPr/>
        <w:t>slechts</w:t>
      </w:r>
      <w:r w:rsidR="005F6A5B">
        <w:rPr/>
        <w:t xml:space="preserve"> </w:t>
      </w:r>
      <w:r w:rsidRPr="6C968D7A" w:rsidR="005F6A5B">
        <w:rPr>
          <w:b w:val="1"/>
          <w:bCs w:val="1"/>
        </w:rPr>
        <w:t>30%</w:t>
      </w:r>
      <w:r w:rsidR="005F6A5B">
        <w:rPr/>
        <w:t xml:space="preserve">, </w:t>
      </w:r>
      <w:r w:rsidR="005F6A5B">
        <w:rPr/>
        <w:t>terwijl</w:t>
      </w:r>
      <w:r w:rsidR="005F6A5B">
        <w:rPr/>
        <w:t>:</w:t>
      </w:r>
    </w:p>
    <w:p w:rsidR="009D758D" w:rsidRDefault="005F6A5B" w14:paraId="18AB2A65" w14:textId="77777777">
      <w:pPr>
        <w:pStyle w:val="ListBullet"/>
        <w:spacing w:after="60"/>
        <w:ind w:left="720"/>
        <w:rPr/>
      </w:pPr>
      <w:r w:rsidR="005F6A5B">
        <w:rPr/>
        <w:t xml:space="preserve">De </w:t>
      </w:r>
      <w:r w:rsidR="005F6A5B">
        <w:rPr/>
        <w:t>capaciteit</w:t>
      </w:r>
      <w:r w:rsidR="005F6A5B">
        <w:rPr/>
        <w:t xml:space="preserve"> </w:t>
      </w:r>
      <w:r w:rsidR="005F6A5B">
        <w:rPr/>
        <w:t>verdubbelt</w:t>
      </w:r>
      <w:r w:rsidR="005F6A5B">
        <w:rPr/>
        <w:t xml:space="preserve"> van 3 </w:t>
      </w:r>
      <w:r w:rsidR="005F6A5B">
        <w:rPr/>
        <w:t>naar</w:t>
      </w:r>
      <w:r w:rsidR="005F6A5B">
        <w:rPr/>
        <w:t xml:space="preserve"> 6 GW</w:t>
      </w:r>
    </w:p>
    <w:p w:rsidR="009D758D" w:rsidRDefault="005F6A5B" w14:paraId="3E92BE76" w14:textId="77777777">
      <w:pPr>
        <w:pStyle w:val="ListBullet"/>
        <w:spacing w:after="60"/>
        <w:ind w:left="720"/>
        <w:rPr/>
      </w:pPr>
      <w:r w:rsidR="005F6A5B">
        <w:rPr/>
        <w:t xml:space="preserve">De </w:t>
      </w:r>
      <w:r w:rsidR="005F6A5B">
        <w:rPr/>
        <w:t>elektrificatie</w:t>
      </w:r>
      <w:r w:rsidR="005F6A5B">
        <w:rPr/>
        <w:t xml:space="preserve"> de </w:t>
      </w:r>
      <w:r w:rsidR="005F6A5B">
        <w:rPr/>
        <w:t>belasting</w:t>
      </w:r>
      <w:r w:rsidR="005F6A5B">
        <w:rPr/>
        <w:t xml:space="preserve"> </w:t>
      </w:r>
      <w:r w:rsidR="005F6A5B">
        <w:rPr/>
        <w:t>verder</w:t>
      </w:r>
      <w:r w:rsidR="005F6A5B">
        <w:rPr/>
        <w:t xml:space="preserve"> </w:t>
      </w:r>
      <w:r w:rsidR="005F6A5B">
        <w:rPr/>
        <w:t>doet</w:t>
      </w:r>
      <w:r w:rsidR="005F6A5B">
        <w:rPr/>
        <w:t xml:space="preserve"> </w:t>
      </w:r>
      <w:r w:rsidR="005F6A5B">
        <w:rPr/>
        <w:t>stijgen</w:t>
      </w:r>
    </w:p>
    <w:p w:rsidR="009D758D" w:rsidRDefault="005F6A5B" w14:paraId="12FDB3D3" w14:textId="77777777">
      <w:pPr>
        <w:pStyle w:val="ListBullet"/>
        <w:spacing w:after="60"/>
        <w:ind w:left="720"/>
        <w:rPr/>
      </w:pPr>
      <w:r w:rsidR="005F6A5B">
        <w:rPr/>
        <w:t>Incidenten</w:t>
      </w:r>
      <w:r w:rsidR="005F6A5B">
        <w:rPr/>
        <w:t xml:space="preserve"> tot 100% </w:t>
      </w:r>
      <w:r w:rsidR="005F6A5B">
        <w:rPr/>
        <w:t>belasting</w:t>
      </w:r>
      <w:r w:rsidR="005F6A5B">
        <w:rPr/>
        <w:t xml:space="preserve"> </w:t>
      </w:r>
      <w:r w:rsidR="005F6A5B">
        <w:rPr/>
        <w:t>kunnen</w:t>
      </w:r>
      <w:r w:rsidR="005F6A5B">
        <w:rPr/>
        <w:t xml:space="preserve"> </w:t>
      </w:r>
      <w:r w:rsidR="005F6A5B">
        <w:rPr/>
        <w:t>leiden</w:t>
      </w:r>
    </w:p>
    <w:p w:rsidR="009D758D" w:rsidRDefault="25A181EA" w14:paraId="75F8090A" w14:textId="749C3F5E">
      <w:pPr>
        <w:pStyle w:val="ListBullet"/>
        <w:spacing w:after="60"/>
        <w:ind w:left="720"/>
        <w:rPr/>
      </w:pPr>
      <w:r w:rsidR="25A181EA">
        <w:rPr/>
        <w:t xml:space="preserve">Het </w:t>
      </w:r>
      <w:r w:rsidR="25A181EA">
        <w:rPr/>
        <w:t>energie</w:t>
      </w:r>
      <w:r w:rsidR="2A8DAA04">
        <w:rPr/>
        <w:t>-</w:t>
      </w:r>
      <w:r w:rsidR="25A181EA">
        <w:rPr/>
        <w:t>eiland</w:t>
      </w:r>
      <w:r w:rsidR="25A181EA">
        <w:rPr/>
        <w:t xml:space="preserve"> Prinses Elisabeth de </w:t>
      </w:r>
      <w:r w:rsidR="25A181EA">
        <w:rPr/>
        <w:t>belasting</w:t>
      </w:r>
      <w:r w:rsidR="25A181EA">
        <w:rPr/>
        <w:t xml:space="preserve"> </w:t>
      </w:r>
      <w:r w:rsidR="25A181EA">
        <w:rPr/>
        <w:t>naar</w:t>
      </w:r>
      <w:r w:rsidR="25A181EA">
        <w:rPr/>
        <w:t xml:space="preserve"> 80-90% </w:t>
      </w:r>
      <w:r w:rsidR="25A181EA">
        <w:rPr/>
        <w:t>kan</w:t>
      </w:r>
      <w:r w:rsidR="25A181EA">
        <w:rPr/>
        <w:t xml:space="preserve"> </w:t>
      </w:r>
      <w:r w:rsidR="25A181EA">
        <w:rPr/>
        <w:t>drijven</w:t>
      </w:r>
      <w:r w:rsidR="25A181EA">
        <w:rPr/>
        <w:t xml:space="preserve"> </w:t>
      </w:r>
    </w:p>
    <w:p w:rsidR="009D758D" w:rsidRDefault="005F6A5B" w14:paraId="6C96139E" w14:textId="77777777">
      <w:r w:rsidR="005F6A5B">
        <w:rPr/>
        <w:t xml:space="preserve">De </w:t>
      </w:r>
      <w:r w:rsidR="005F6A5B">
        <w:rPr/>
        <w:t>meest</w:t>
      </w:r>
      <w:r w:rsidR="005F6A5B">
        <w:rPr/>
        <w:t xml:space="preserve"> </w:t>
      </w:r>
      <w:r w:rsidR="005F6A5B">
        <w:rPr/>
        <w:t>recente</w:t>
      </w:r>
      <w:r w:rsidR="005F6A5B">
        <w:rPr/>
        <w:t xml:space="preserve"> </w:t>
      </w:r>
      <w:r w:rsidR="005F6A5B">
        <w:rPr/>
        <w:t>wetenschappelijke</w:t>
      </w:r>
      <w:r w:rsidR="005F6A5B">
        <w:rPr/>
        <w:t xml:space="preserve"> </w:t>
      </w:r>
      <w:r w:rsidR="005F6A5B">
        <w:rPr/>
        <w:t>referentie</w:t>
      </w:r>
      <w:r w:rsidR="005F6A5B">
        <w:rPr/>
        <w:t xml:space="preserve"> </w:t>
      </w:r>
      <w:r w:rsidR="005F6A5B">
        <w:rPr/>
        <w:t>waarop</w:t>
      </w:r>
      <w:r w:rsidR="005F6A5B">
        <w:rPr/>
        <w:t xml:space="preserve"> het MER </w:t>
      </w:r>
      <w:r w:rsidR="005F6A5B">
        <w:rPr/>
        <w:t>inhoudelijk</w:t>
      </w:r>
      <w:r w:rsidR="005F6A5B">
        <w:rPr/>
        <w:t xml:space="preserve"> </w:t>
      </w:r>
      <w:r w:rsidR="005F6A5B">
        <w:rPr/>
        <w:t>steunt</w:t>
      </w:r>
      <w:r w:rsidR="005F6A5B">
        <w:rPr/>
        <w:t xml:space="preserve"> is </w:t>
      </w:r>
      <w:r w:rsidRPr="6C968D7A" w:rsidR="005F6A5B">
        <w:rPr>
          <w:b w:val="1"/>
          <w:bCs w:val="1"/>
        </w:rPr>
        <w:t>SCENIHR 2015</w:t>
      </w:r>
      <w:r w:rsidR="005F6A5B">
        <w:rPr/>
        <w:t xml:space="preserve"> — </w:t>
      </w:r>
      <w:r w:rsidR="005F6A5B">
        <w:rPr/>
        <w:t>meer</w:t>
      </w:r>
      <w:r w:rsidR="005F6A5B">
        <w:rPr/>
        <w:t xml:space="preserve"> dan 10 </w:t>
      </w:r>
      <w:r w:rsidR="005F6A5B">
        <w:rPr/>
        <w:t>jaar</w:t>
      </w:r>
      <w:r w:rsidR="005F6A5B">
        <w:rPr/>
        <w:t xml:space="preserve"> oud. Het </w:t>
      </w:r>
      <w:r w:rsidR="005F6A5B">
        <w:rPr/>
        <w:t>recentere</w:t>
      </w:r>
      <w:r w:rsidR="005F6A5B">
        <w:rPr/>
        <w:t xml:space="preserve"> </w:t>
      </w:r>
      <w:r w:rsidRPr="6C968D7A" w:rsidR="005F6A5B">
        <w:rPr>
          <w:b w:val="1"/>
          <w:bCs w:val="1"/>
        </w:rPr>
        <w:t>SCHEER 2024</w:t>
      </w:r>
      <w:r w:rsidR="005F6A5B">
        <w:rPr/>
        <w:t xml:space="preserve"> </w:t>
      </w:r>
      <w:r w:rsidR="005F6A5B">
        <w:rPr/>
        <w:t>advies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in het MER (</w:t>
      </w:r>
      <w:r w:rsidR="005F6A5B">
        <w:rPr/>
        <w:t>Hfst</w:t>
      </w:r>
      <w:r w:rsidR="005F6A5B">
        <w:rPr/>
        <w:t xml:space="preserve"> 13, p. 13-33) </w:t>
      </w:r>
      <w:r w:rsidR="005F6A5B">
        <w:rPr/>
        <w:t>weliswaar</w:t>
      </w:r>
      <w:r w:rsidR="005F6A5B">
        <w:rPr/>
        <w:t xml:space="preserve"> </w:t>
      </w:r>
      <w:r w:rsidR="005F6A5B">
        <w:rPr/>
        <w:t>vermeld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"</w:t>
      </w:r>
      <w:r w:rsidR="005F6A5B">
        <w:rPr/>
        <w:t>onderzoek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momenteel</w:t>
      </w:r>
      <w:r w:rsidR="005F6A5B">
        <w:rPr/>
        <w:t xml:space="preserve"> </w:t>
      </w:r>
      <w:r w:rsidR="005F6A5B">
        <w:rPr/>
        <w:t>geëvalueerd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door de Universiteit Gent", maar is </w:t>
      </w:r>
      <w:r w:rsidRPr="6C968D7A" w:rsidR="005F6A5B">
        <w:rPr>
          <w:b w:val="1"/>
          <w:bCs w:val="1"/>
        </w:rPr>
        <w:t>niet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inhoudelijk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verwerkt</w:t>
      </w:r>
      <w:r w:rsidR="005F6A5B">
        <w:rPr/>
        <w:t xml:space="preserve"> in de </w:t>
      </w:r>
      <w:r w:rsidR="005F6A5B">
        <w:rPr/>
        <w:t>effectbeoordeling</w:t>
      </w:r>
      <w:r w:rsidR="005F6A5B">
        <w:rPr/>
        <w:t xml:space="preserve"> of de </w:t>
      </w:r>
      <w:r w:rsidR="005F6A5B">
        <w:rPr/>
        <w:t>berekening</w:t>
      </w:r>
      <w:r w:rsidR="005F6A5B">
        <w:rPr/>
        <w:t xml:space="preserve"> van de EMF-</w:t>
      </w:r>
      <w:r w:rsidR="005F6A5B">
        <w:rPr/>
        <w:t>blootstelling</w:t>
      </w:r>
      <w:r w:rsidR="005F6A5B">
        <w:rPr/>
        <w:t xml:space="preserve">. Het </w:t>
      </w:r>
      <w:r w:rsidR="005F6A5B">
        <w:rPr/>
        <w:t>louter</w:t>
      </w:r>
      <w:r w:rsidR="005F6A5B">
        <w:rPr/>
        <w:t xml:space="preserve"> </w:t>
      </w:r>
      <w:r w:rsidR="005F6A5B">
        <w:rPr/>
        <w:t>vermelden</w:t>
      </w:r>
      <w:r w:rsidR="005F6A5B">
        <w:rPr/>
        <w:t xml:space="preserve"> van </w:t>
      </w:r>
      <w:r w:rsidR="005F6A5B">
        <w:rPr/>
        <w:t>een</w:t>
      </w:r>
      <w:r w:rsidR="005F6A5B">
        <w:rPr/>
        <w:t xml:space="preserve"> </w:t>
      </w:r>
      <w:r w:rsidR="005F6A5B">
        <w:rPr/>
        <w:t>recente</w:t>
      </w:r>
      <w:r w:rsidR="005F6A5B">
        <w:rPr/>
        <w:t xml:space="preserve"> </w:t>
      </w:r>
      <w:r w:rsidR="005F6A5B">
        <w:rPr/>
        <w:t>wetenschappelijke</w:t>
      </w:r>
      <w:r w:rsidR="005F6A5B">
        <w:rPr/>
        <w:t xml:space="preserve"> </w:t>
      </w:r>
      <w:r w:rsidR="005F6A5B">
        <w:rPr/>
        <w:t>publicatie</w:t>
      </w:r>
      <w:r w:rsidR="005F6A5B">
        <w:rPr/>
        <w:t xml:space="preserve"> </w:t>
      </w:r>
      <w:r w:rsidR="005F6A5B">
        <w:rPr/>
        <w:t>zonder</w:t>
      </w:r>
      <w:r w:rsidR="005F6A5B">
        <w:rPr/>
        <w:t xml:space="preserve"> de </w:t>
      </w:r>
      <w:r w:rsidR="005F6A5B">
        <w:rPr/>
        <w:t>bevindingen</w:t>
      </w:r>
      <w:r w:rsidR="005F6A5B">
        <w:rPr/>
        <w:t xml:space="preserve"> </w:t>
      </w:r>
      <w:r w:rsidR="005F6A5B">
        <w:rPr/>
        <w:t>ervan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integreren</w:t>
      </w:r>
      <w:r w:rsidR="005F6A5B">
        <w:rPr/>
        <w:t xml:space="preserve"> in de </w:t>
      </w:r>
      <w:r w:rsidR="005F6A5B">
        <w:rPr/>
        <w:t>beoordeling</w:t>
      </w:r>
      <w:r w:rsidR="005F6A5B">
        <w:rPr/>
        <w:t xml:space="preserve"> </w:t>
      </w:r>
      <w:r w:rsidR="005F6A5B">
        <w:rPr/>
        <w:t>voldoet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de </w:t>
      </w:r>
      <w:r w:rsidR="005F6A5B">
        <w:rPr/>
        <w:t>volledigheidseis</w:t>
      </w:r>
      <w:r w:rsidR="005F6A5B">
        <w:rPr/>
        <w:t xml:space="preserve"> van art. 4.3.7 DABM.</w:t>
      </w:r>
    </w:p>
    <w:p w:rsidR="009D758D" w:rsidP="6C968D7A" w:rsidRDefault="25A181EA" w14:paraId="2DF1AC54" w14:textId="788E3603">
      <w:pPr>
        <w:rPr>
          <w:i w:val="1"/>
          <w:iCs w:val="1"/>
        </w:rPr>
      </w:pPr>
      <w:r w:rsidRPr="6C968D7A" w:rsidR="25A181EA">
        <w:rPr>
          <w:b w:val="1"/>
          <w:bCs w:val="1"/>
        </w:rPr>
        <w:t>Juridische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grondslag</w:t>
      </w:r>
      <w:r w:rsidRPr="6C968D7A" w:rsidR="25A181EA">
        <w:rPr>
          <w:b w:val="1"/>
          <w:bCs w:val="1"/>
        </w:rPr>
        <w:t>:</w:t>
      </w:r>
      <w:r w:rsidR="25A181EA">
        <w:rPr/>
        <w:t xml:space="preserve"> Art. 191 lid 2 VWEU (</w:t>
      </w:r>
      <w:r w:rsidR="25A181EA">
        <w:rPr/>
        <w:t>voorzorgsbeginsel</w:t>
      </w:r>
      <w:r w:rsidR="25A181EA">
        <w:rPr/>
        <w:t>); art. 4.3.7 DABM (</w:t>
      </w:r>
      <w:r w:rsidR="25A181EA">
        <w:rPr/>
        <w:t>volledigheid</w:t>
      </w:r>
      <w:r w:rsidR="25A181EA">
        <w:rPr/>
        <w:t xml:space="preserve"> MER); </w:t>
      </w:r>
      <w:r w:rsidR="25A181EA">
        <w:rPr/>
        <w:t>HvJ</w:t>
      </w:r>
      <w:r w:rsidR="25A181EA">
        <w:rPr/>
        <w:t xml:space="preserve">-EU Waddenzee (C-127/02): </w:t>
      </w:r>
      <w:r w:rsidR="25A181EA">
        <w:rPr/>
        <w:t>wetenschappelijke</w:t>
      </w:r>
      <w:r w:rsidR="25A181EA">
        <w:rPr/>
        <w:t xml:space="preserve"> </w:t>
      </w:r>
      <w:r w:rsidR="25A181EA">
        <w:rPr/>
        <w:t>twijfel</w:t>
      </w:r>
      <w:r w:rsidR="25A181EA">
        <w:rPr/>
        <w:t xml:space="preserve"> sluit de </w:t>
      </w:r>
      <w:r w:rsidR="25A181EA">
        <w:rPr/>
        <w:t>conclusie</w:t>
      </w:r>
      <w:r w:rsidR="25A181EA">
        <w:rPr/>
        <w:t xml:space="preserve"> "</w:t>
      </w:r>
      <w:r w:rsidR="25A181EA">
        <w:rPr/>
        <w:t>geen</w:t>
      </w:r>
      <w:r w:rsidR="25A181EA">
        <w:rPr/>
        <w:t xml:space="preserve"> significant effect" </w:t>
      </w:r>
      <w:r w:rsidR="25A181EA">
        <w:rPr/>
        <w:t>uit</w:t>
      </w:r>
      <w:r w:rsidR="25A181EA">
        <w:rPr/>
        <w:t>.</w:t>
      </w:r>
    </w:p>
    <w:p w:rsidR="009D758D" w:rsidRDefault="005F6A5B" w14:paraId="063806E9" w14:textId="77777777">
      <w:pPr>
        <w:pStyle w:val="Heading3"/>
      </w:pPr>
      <w:r w:rsidR="005F6A5B">
        <w:rPr/>
        <w:t xml:space="preserve">4.1bis Het GRUP </w:t>
      </w:r>
      <w:r w:rsidR="005F6A5B">
        <w:rPr/>
        <w:t>begrenst</w:t>
      </w:r>
      <w:r w:rsidR="005F6A5B">
        <w:rPr/>
        <w:t xml:space="preserve"> de </w:t>
      </w:r>
      <w:r w:rsidR="005F6A5B">
        <w:rPr/>
        <w:t>belasting</w:t>
      </w:r>
      <w:r w:rsidR="005F6A5B">
        <w:rPr/>
        <w:t xml:space="preserve"> op </w:t>
      </w:r>
      <w:r w:rsidR="005F6A5B">
        <w:rPr/>
        <w:t>maximaal</w:t>
      </w:r>
      <w:r w:rsidR="005F6A5B">
        <w:rPr/>
        <w:t xml:space="preserve"> 2 GW — </w:t>
      </w:r>
      <w:r w:rsidR="005F6A5B">
        <w:rPr/>
        <w:t>geen</w:t>
      </w:r>
      <w:r w:rsidR="005F6A5B">
        <w:rPr/>
        <w:t xml:space="preserve"> </w:t>
      </w:r>
      <w:r w:rsidR="005F6A5B">
        <w:rPr/>
        <w:t>vergunning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hogere</w:t>
      </w:r>
      <w:r w:rsidR="005F6A5B">
        <w:rPr/>
        <w:t xml:space="preserve"> </w:t>
      </w:r>
      <w:r w:rsidR="005F6A5B">
        <w:rPr/>
        <w:t>belasting</w:t>
      </w:r>
      <w:r w:rsidR="005F6A5B">
        <w:rPr/>
        <w:t xml:space="preserve"> </w:t>
      </w:r>
      <w:r w:rsidR="005F6A5B">
        <w:rPr/>
        <w:t>mogelijk</w:t>
      </w:r>
    </w:p>
    <w:p w:rsidR="009D758D" w:rsidRDefault="005F6A5B" w14:paraId="62596766" w14:textId="77777777">
      <w:r w:rsidR="005F6A5B">
        <w:rPr/>
        <w:t xml:space="preserve">Het GRUP </w:t>
      </w:r>
      <w:r w:rsidR="005F6A5B">
        <w:rPr/>
        <w:t>Ventilus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het </w:t>
      </w:r>
      <w:r w:rsidR="005F6A5B">
        <w:rPr/>
        <w:t>bijhorende</w:t>
      </w:r>
      <w:r w:rsidR="005F6A5B">
        <w:rPr/>
        <w:t xml:space="preserve"> plan-MER </w:t>
      </w:r>
      <w:r w:rsidR="005F6A5B">
        <w:rPr/>
        <w:t>zijn</w:t>
      </w:r>
      <w:r w:rsidR="005F6A5B">
        <w:rPr/>
        <w:t xml:space="preserve"> </w:t>
      </w:r>
      <w:r w:rsidR="005F6A5B">
        <w:rPr/>
        <w:t>opgesteld</w:t>
      </w:r>
      <w:r w:rsidR="005F6A5B">
        <w:rPr/>
        <w:t xml:space="preserve"> op basis van de </w:t>
      </w:r>
      <w:r w:rsidR="005F6A5B">
        <w:rPr/>
        <w:t>veronderstelling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de </w:t>
      </w:r>
      <w:r w:rsidRPr="6C968D7A" w:rsidR="005F6A5B">
        <w:rPr>
          <w:b w:val="1"/>
          <w:bCs w:val="1"/>
        </w:rPr>
        <w:t>belastingsfactor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maximaal</w:t>
      </w:r>
      <w:r w:rsidRPr="6C968D7A" w:rsidR="005F6A5B">
        <w:rPr>
          <w:b w:val="1"/>
          <w:bCs w:val="1"/>
        </w:rPr>
        <w:t xml:space="preserve"> 30%</w:t>
      </w:r>
      <w:r w:rsidR="005F6A5B">
        <w:rPr/>
        <w:t xml:space="preserve"> </w:t>
      </w:r>
      <w:r w:rsidR="005F6A5B">
        <w:rPr/>
        <w:t>bedraagt</w:t>
      </w:r>
      <w:r w:rsidR="005F6A5B">
        <w:rPr/>
        <w:t xml:space="preserve">. Het is op basis van </w:t>
      </w:r>
      <w:r w:rsidR="005F6A5B">
        <w:rPr/>
        <w:t>deze</w:t>
      </w:r>
      <w:r w:rsidR="005F6A5B">
        <w:rPr/>
        <w:t xml:space="preserve"> </w:t>
      </w:r>
      <w:r w:rsidR="005F6A5B">
        <w:rPr/>
        <w:t>aanname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de </w:t>
      </w:r>
      <w:r w:rsidR="005F6A5B">
        <w:rPr/>
        <w:t>effecten</w:t>
      </w:r>
      <w:r w:rsidR="005F6A5B">
        <w:rPr/>
        <w:t xml:space="preserve"> op </w:t>
      </w:r>
      <w:r w:rsidR="005F6A5B">
        <w:rPr/>
        <w:t>gezondheid</w:t>
      </w:r>
      <w:r w:rsidR="005F6A5B">
        <w:rPr/>
        <w:t>, EMF-</w:t>
      </w:r>
      <w:r w:rsidR="005F6A5B">
        <w:rPr/>
        <w:t>blootstelling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leefmilieu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beoordeeld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het GRUP is </w:t>
      </w:r>
      <w:r w:rsidR="005F6A5B">
        <w:rPr/>
        <w:t>goedgekeurd</w:t>
      </w:r>
      <w:r w:rsidR="005F6A5B">
        <w:rPr/>
        <w:t>.</w:t>
      </w:r>
    </w:p>
    <w:p w:rsidR="009D758D" w:rsidRDefault="005F6A5B" w14:paraId="34A029EC" w14:textId="77777777">
      <w:r w:rsidR="005F6A5B">
        <w:rPr/>
        <w:t xml:space="preserve">Dit </w:t>
      </w:r>
      <w:r w:rsidR="005F6A5B">
        <w:rPr/>
        <w:t>heeft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directe</w:t>
      </w:r>
      <w:r w:rsidR="005F6A5B">
        <w:rPr/>
        <w:t xml:space="preserve"> </w:t>
      </w:r>
      <w:r w:rsidR="005F6A5B">
        <w:rPr/>
        <w:t>juridische</w:t>
      </w:r>
      <w:r w:rsidR="005F6A5B">
        <w:rPr/>
        <w:t xml:space="preserve"> </w:t>
      </w:r>
      <w:r w:rsidR="005F6A5B">
        <w:rPr/>
        <w:t>consequentie</w:t>
      </w:r>
      <w:r w:rsidR="005F6A5B">
        <w:rPr/>
        <w:t xml:space="preserve">: </w:t>
      </w:r>
      <w:r w:rsidRPr="6C968D7A" w:rsidR="005F6A5B">
        <w:rPr>
          <w:b w:val="1"/>
          <w:bCs w:val="1"/>
        </w:rPr>
        <w:t>binnen</w:t>
      </w:r>
      <w:r w:rsidRPr="6C968D7A" w:rsidR="005F6A5B">
        <w:rPr>
          <w:b w:val="1"/>
          <w:bCs w:val="1"/>
        </w:rPr>
        <w:t xml:space="preserve"> het </w:t>
      </w:r>
      <w:r w:rsidRPr="6C968D7A" w:rsidR="005F6A5B">
        <w:rPr>
          <w:b w:val="1"/>
          <w:bCs w:val="1"/>
        </w:rPr>
        <w:t>bestaande</w:t>
      </w:r>
      <w:r w:rsidRPr="6C968D7A" w:rsidR="005F6A5B">
        <w:rPr>
          <w:b w:val="1"/>
          <w:bCs w:val="1"/>
        </w:rPr>
        <w:t xml:space="preserve"> GRUP </w:t>
      </w:r>
      <w:r w:rsidRPr="6C968D7A" w:rsidR="005F6A5B">
        <w:rPr>
          <w:b w:val="1"/>
          <w:bCs w:val="1"/>
        </w:rPr>
        <w:t>kan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geen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omgevingsvergunning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worden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afgeleverd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voor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exploitatie</w:t>
      </w:r>
      <w:r w:rsidRPr="6C968D7A" w:rsidR="005F6A5B">
        <w:rPr>
          <w:b w:val="1"/>
          <w:bCs w:val="1"/>
        </w:rPr>
        <w:t xml:space="preserve"> die de 30%-</w:t>
      </w:r>
      <w:r w:rsidRPr="6C968D7A" w:rsidR="005F6A5B">
        <w:rPr>
          <w:b w:val="1"/>
          <w:bCs w:val="1"/>
        </w:rPr>
        <w:t>belastingsfactor</w:t>
      </w:r>
      <w:r w:rsidRPr="6C968D7A" w:rsidR="005F6A5B">
        <w:rPr>
          <w:b w:val="1"/>
          <w:bCs w:val="1"/>
        </w:rPr>
        <w:t xml:space="preserve"> — </w:t>
      </w:r>
      <w:r w:rsidRPr="6C968D7A" w:rsidR="005F6A5B">
        <w:rPr>
          <w:b w:val="1"/>
          <w:bCs w:val="1"/>
        </w:rPr>
        <w:t>oftewel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maximaal</w:t>
      </w:r>
      <w:r w:rsidRPr="6C968D7A" w:rsidR="005F6A5B">
        <w:rPr>
          <w:b w:val="1"/>
          <w:bCs w:val="1"/>
        </w:rPr>
        <w:t xml:space="preserve"> 2 GW — </w:t>
      </w:r>
      <w:r w:rsidRPr="6C968D7A" w:rsidR="005F6A5B">
        <w:rPr>
          <w:b w:val="1"/>
          <w:bCs w:val="1"/>
        </w:rPr>
        <w:t>overschrijdt</w:t>
      </w:r>
      <w:r w:rsidR="005F6A5B">
        <w:rPr/>
        <w:t xml:space="preserve">. Een </w:t>
      </w:r>
      <w:r w:rsidR="005F6A5B">
        <w:rPr/>
        <w:t>hogere</w:t>
      </w:r>
      <w:r w:rsidR="005F6A5B">
        <w:rPr/>
        <w:t xml:space="preserve"> </w:t>
      </w:r>
      <w:r w:rsidR="005F6A5B">
        <w:rPr/>
        <w:t>belasting</w:t>
      </w:r>
      <w:r w:rsidR="005F6A5B">
        <w:rPr/>
        <w:t xml:space="preserve"> </w:t>
      </w:r>
      <w:r w:rsidR="005F6A5B">
        <w:rPr/>
        <w:t>zou</w:t>
      </w:r>
      <w:r w:rsidR="005F6A5B">
        <w:rPr/>
        <w:t xml:space="preserve"> immers </w:t>
      </w:r>
      <w:r w:rsidR="005F6A5B">
        <w:rPr/>
        <w:t>een</w:t>
      </w:r>
      <w:r w:rsidR="005F6A5B">
        <w:rPr/>
        <w:t xml:space="preserve"> </w:t>
      </w:r>
      <w:r w:rsidR="005F6A5B">
        <w:rPr/>
        <w:t>fundamenteel</w:t>
      </w:r>
      <w:r w:rsidR="005F6A5B">
        <w:rPr/>
        <w:t xml:space="preserve"> </w:t>
      </w:r>
      <w:r w:rsidR="005F6A5B">
        <w:rPr/>
        <w:t>andere</w:t>
      </w:r>
      <w:r w:rsidR="005F6A5B">
        <w:rPr/>
        <w:t xml:space="preserve"> </w:t>
      </w:r>
      <w:r w:rsidR="005F6A5B">
        <w:rPr/>
        <w:t>effectbeoordeling</w:t>
      </w:r>
      <w:r w:rsidR="005F6A5B">
        <w:rPr/>
        <w:t xml:space="preserve"> </w:t>
      </w:r>
      <w:r w:rsidR="005F6A5B">
        <w:rPr/>
        <w:t>vereisen</w:t>
      </w:r>
      <w:r w:rsidR="005F6A5B">
        <w:rPr/>
        <w:t xml:space="preserve"> dan die </w:t>
      </w:r>
      <w:r w:rsidR="005F6A5B">
        <w:rPr/>
        <w:t>welke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het GRUP ten </w:t>
      </w:r>
      <w:r w:rsidR="005F6A5B">
        <w:rPr/>
        <w:t>grondslag</w:t>
      </w:r>
      <w:r w:rsidR="005F6A5B">
        <w:rPr/>
        <w:t xml:space="preserve"> </w:t>
      </w:r>
      <w:r w:rsidR="005F6A5B">
        <w:rPr/>
        <w:t>ligt</w:t>
      </w:r>
      <w:r w:rsidR="005F6A5B">
        <w:rPr/>
        <w:t xml:space="preserve">, </w:t>
      </w:r>
      <w:r w:rsidR="005F6A5B">
        <w:rPr/>
        <w:t>en</w:t>
      </w:r>
      <w:r w:rsidR="005F6A5B">
        <w:rPr/>
        <w:t xml:space="preserve"> </w:t>
      </w:r>
      <w:r w:rsidR="005F6A5B">
        <w:rPr/>
        <w:t>zou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nieuw</w:t>
      </w:r>
      <w:r w:rsidR="005F6A5B">
        <w:rPr/>
        <w:t xml:space="preserve"> plan-MER </w:t>
      </w:r>
      <w:r w:rsidR="005F6A5B">
        <w:rPr/>
        <w:t>noodzakelijk</w:t>
      </w:r>
      <w:r w:rsidR="005F6A5B">
        <w:rPr/>
        <w:t xml:space="preserve"> </w:t>
      </w:r>
      <w:r w:rsidR="005F6A5B">
        <w:rPr/>
        <w:t>maken</w:t>
      </w:r>
      <w:r w:rsidR="005F6A5B">
        <w:rPr/>
        <w:t>.</w:t>
      </w:r>
    </w:p>
    <w:p w:rsidR="009D758D" w:rsidRDefault="005F6A5B" w14:paraId="5B09E32D" w14:textId="77777777">
      <w:r w:rsidR="005F6A5B">
        <w:rPr/>
        <w:t xml:space="preserve">Het is van </w:t>
      </w:r>
      <w:r w:rsidR="005F6A5B">
        <w:rPr/>
        <w:t>belang</w:t>
      </w:r>
      <w:r w:rsidR="005F6A5B">
        <w:rPr/>
        <w:t xml:space="preserve"> om </w:t>
      </w:r>
      <w:r w:rsidR="005F6A5B">
        <w:rPr/>
        <w:t>deze</w:t>
      </w:r>
      <w:r w:rsidR="005F6A5B">
        <w:rPr/>
        <w:t xml:space="preserve"> </w:t>
      </w:r>
      <w:r w:rsidR="005F6A5B">
        <w:rPr/>
        <w:t>grens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definiëren</w:t>
      </w:r>
      <w:r w:rsidR="005F6A5B">
        <w:rPr/>
        <w:t xml:space="preserve"> in termen van </w:t>
      </w:r>
      <w:r w:rsidRPr="6C968D7A" w:rsidR="005F6A5B">
        <w:rPr>
          <w:b w:val="1"/>
          <w:bCs w:val="1"/>
        </w:rPr>
        <w:t>maximaal</w:t>
      </w:r>
      <w:r w:rsidRPr="6C968D7A" w:rsidR="005F6A5B">
        <w:rPr>
          <w:b w:val="1"/>
          <w:bCs w:val="1"/>
        </w:rPr>
        <w:t xml:space="preserve"> 2 GW</w:t>
      </w:r>
      <w:r w:rsidR="005F6A5B">
        <w:rPr/>
        <w:t xml:space="preserve"> in </w:t>
      </w:r>
      <w:r w:rsidR="005F6A5B">
        <w:rPr/>
        <w:t>plaats</w:t>
      </w:r>
      <w:r w:rsidR="005F6A5B">
        <w:rPr/>
        <w:t xml:space="preserve"> van "30% </w:t>
      </w:r>
      <w:r w:rsidR="005F6A5B">
        <w:rPr/>
        <w:t>belasting</w:t>
      </w:r>
      <w:r w:rsidR="005F6A5B">
        <w:rPr/>
        <w:t xml:space="preserve">", </w:t>
      </w:r>
      <w:r w:rsidR="005F6A5B">
        <w:rPr/>
        <w:t>omdat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uitdrukking</w:t>
      </w:r>
      <w:r w:rsidR="005F6A5B">
        <w:rPr/>
        <w:t xml:space="preserve"> in </w:t>
      </w:r>
      <w:r w:rsidR="005F6A5B">
        <w:rPr/>
        <w:t>relatieve</w:t>
      </w:r>
      <w:r w:rsidR="005F6A5B">
        <w:rPr/>
        <w:t xml:space="preserve"> </w:t>
      </w:r>
      <w:r w:rsidR="005F6A5B">
        <w:rPr/>
        <w:t>belastingsfactor</w:t>
      </w:r>
      <w:r w:rsidR="005F6A5B">
        <w:rPr/>
        <w:t xml:space="preserve"> Elia de </w:t>
      </w:r>
      <w:r w:rsidR="005F6A5B">
        <w:rPr/>
        <w:t>mogelijkheid</w:t>
      </w:r>
      <w:r w:rsidR="005F6A5B">
        <w:rPr/>
        <w:t xml:space="preserve"> </w:t>
      </w:r>
      <w:r w:rsidR="005F6A5B">
        <w:rPr/>
        <w:t>zou</w:t>
      </w:r>
      <w:r w:rsidR="005F6A5B">
        <w:rPr/>
        <w:t xml:space="preserve"> </w:t>
      </w:r>
      <w:r w:rsidR="005F6A5B">
        <w:rPr/>
        <w:t>bieden</w:t>
      </w:r>
      <w:r w:rsidR="005F6A5B">
        <w:rPr/>
        <w:t xml:space="preserve"> om </w:t>
      </w:r>
      <w:r w:rsidR="005F6A5B">
        <w:rPr/>
        <w:t>zwaardere</w:t>
      </w:r>
      <w:r w:rsidR="005F6A5B">
        <w:rPr/>
        <w:t xml:space="preserve"> </w:t>
      </w:r>
      <w:r w:rsidR="005F6A5B">
        <w:rPr/>
        <w:t>kabels</w:t>
      </w:r>
      <w:r w:rsidR="005F6A5B">
        <w:rPr/>
        <w:t xml:space="preserve"> of </w:t>
      </w:r>
      <w:r w:rsidR="005F6A5B">
        <w:rPr/>
        <w:t>geleiders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installeren</w:t>
      </w:r>
      <w:r w:rsidR="005F6A5B">
        <w:rPr/>
        <w:t xml:space="preserve"> (</w:t>
      </w:r>
      <w:r w:rsidR="005F6A5B">
        <w:rPr/>
        <w:t>waardoor</w:t>
      </w:r>
      <w:r w:rsidR="005F6A5B">
        <w:rPr/>
        <w:t xml:space="preserve"> de </w:t>
      </w:r>
      <w:r w:rsidR="005F6A5B">
        <w:rPr/>
        <w:t>nominale</w:t>
      </w:r>
      <w:r w:rsidR="005F6A5B">
        <w:rPr/>
        <w:t xml:space="preserve"> </w:t>
      </w:r>
      <w:r w:rsidR="005F6A5B">
        <w:rPr/>
        <w:t>capaciteit</w:t>
      </w:r>
      <w:r w:rsidR="005F6A5B">
        <w:rPr/>
        <w:t xml:space="preserve"> </w:t>
      </w:r>
      <w:r w:rsidR="005F6A5B">
        <w:rPr/>
        <w:t>toeneemt</w:t>
      </w:r>
      <w:r w:rsidR="005F6A5B">
        <w:rPr/>
        <w:t xml:space="preserve">) </w:t>
      </w:r>
      <w:r w:rsidR="005F6A5B">
        <w:rPr/>
        <w:t>en</w:t>
      </w:r>
      <w:r w:rsidR="005F6A5B">
        <w:rPr/>
        <w:t xml:space="preserve"> </w:t>
      </w:r>
      <w:r w:rsidR="005F6A5B">
        <w:rPr/>
        <w:t>vervolgens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argumenteren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de </w:t>
      </w:r>
      <w:r w:rsidR="005F6A5B">
        <w:rPr/>
        <w:t>belastingsfactor</w:t>
      </w:r>
      <w:r w:rsidR="005F6A5B">
        <w:rPr/>
        <w:t xml:space="preserve"> </w:t>
      </w:r>
      <w:r w:rsidR="005F6A5B">
        <w:rPr/>
        <w:t>onder</w:t>
      </w:r>
      <w:r w:rsidR="005F6A5B">
        <w:rPr/>
        <w:t xml:space="preserve"> de 30% </w:t>
      </w:r>
      <w:r w:rsidR="005F6A5B">
        <w:rPr/>
        <w:t>blijft</w:t>
      </w:r>
      <w:r w:rsidR="005F6A5B">
        <w:rPr/>
        <w:t xml:space="preserve"> — </w:t>
      </w:r>
      <w:r w:rsidR="005F6A5B">
        <w:rPr/>
        <w:t>terwijl</w:t>
      </w:r>
      <w:r w:rsidR="005F6A5B">
        <w:rPr/>
        <w:t xml:space="preserve"> de absolute </w:t>
      </w:r>
      <w:r w:rsidR="005F6A5B">
        <w:rPr/>
        <w:t>vermogenstransit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de </w:t>
      </w:r>
      <w:r w:rsidR="005F6A5B">
        <w:rPr/>
        <w:t>daarmee</w:t>
      </w:r>
      <w:r w:rsidR="005F6A5B">
        <w:rPr/>
        <w:t xml:space="preserve"> </w:t>
      </w:r>
      <w:r w:rsidR="005F6A5B">
        <w:rPr/>
        <w:t>gepaard</w:t>
      </w:r>
      <w:r w:rsidR="005F6A5B">
        <w:rPr/>
        <w:t xml:space="preserve"> </w:t>
      </w:r>
      <w:r w:rsidR="005F6A5B">
        <w:rPr/>
        <w:t>gaande</w:t>
      </w:r>
      <w:r w:rsidR="005F6A5B">
        <w:rPr/>
        <w:t xml:space="preserve"> EMF-</w:t>
      </w:r>
      <w:r w:rsidR="005F6A5B">
        <w:rPr/>
        <w:t>blootstelling</w:t>
      </w:r>
      <w:r w:rsidR="005F6A5B">
        <w:rPr/>
        <w:t xml:space="preserve">, </w:t>
      </w:r>
      <w:r w:rsidR="005F6A5B">
        <w:rPr/>
        <w:t>geluidshinder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andere</w:t>
      </w:r>
      <w:r w:rsidR="005F6A5B">
        <w:rPr/>
        <w:t xml:space="preserve"> </w:t>
      </w:r>
      <w:r w:rsidR="005F6A5B">
        <w:rPr/>
        <w:t>effecten</w:t>
      </w:r>
      <w:r w:rsidR="005F6A5B">
        <w:rPr/>
        <w:t xml:space="preserve"> in </w:t>
      </w:r>
      <w:r w:rsidR="005F6A5B">
        <w:rPr/>
        <w:t>werkelijkheid</w:t>
      </w:r>
      <w:r w:rsidR="005F6A5B">
        <w:rPr/>
        <w:t xml:space="preserve"> </w:t>
      </w:r>
      <w:r w:rsidR="005F6A5B">
        <w:rPr/>
        <w:t>toenemen</w:t>
      </w:r>
      <w:r w:rsidR="005F6A5B">
        <w:rPr/>
        <w:t>.</w:t>
      </w:r>
    </w:p>
    <w:p w:rsidR="009D758D" w:rsidRDefault="005F6A5B" w14:paraId="3D91D20E" w14:textId="77777777">
      <w:r w:rsidR="005F6A5B">
        <w:rPr/>
        <w:t xml:space="preserve">De </w:t>
      </w:r>
      <w:r w:rsidR="005F6A5B">
        <w:rPr/>
        <w:t>vergunningverlenende</w:t>
      </w:r>
      <w:r w:rsidR="005F6A5B">
        <w:rPr/>
        <w:t xml:space="preserve"> </w:t>
      </w:r>
      <w:r w:rsidR="005F6A5B">
        <w:rPr/>
        <w:t>overheid</w:t>
      </w:r>
      <w:r w:rsidR="005F6A5B">
        <w:rPr/>
        <w:t xml:space="preserve"> </w:t>
      </w:r>
      <w:r w:rsidR="005F6A5B">
        <w:rPr/>
        <w:t>dient</w:t>
      </w:r>
      <w:r w:rsidR="005F6A5B">
        <w:rPr/>
        <w:t xml:space="preserve"> </w:t>
      </w:r>
      <w:r w:rsidR="005F6A5B">
        <w:rPr/>
        <w:t>bijgevolg</w:t>
      </w:r>
      <w:r w:rsidR="005F6A5B">
        <w:rPr/>
        <w:t xml:space="preserve">, </w:t>
      </w:r>
      <w:r w:rsidR="005F6A5B">
        <w:rPr/>
        <w:t>indien</w:t>
      </w:r>
      <w:r w:rsidR="005F6A5B">
        <w:rPr/>
        <w:t xml:space="preserve"> de </w:t>
      </w:r>
      <w:r w:rsidR="005F6A5B">
        <w:rPr/>
        <w:t>vergunning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verleend</w:t>
      </w:r>
      <w:r w:rsidR="005F6A5B">
        <w:rPr/>
        <w:t xml:space="preserve">, </w:t>
      </w:r>
      <w:r w:rsidR="005F6A5B">
        <w:rPr/>
        <w:t>als</w:t>
      </w:r>
      <w:r w:rsidR="005F6A5B">
        <w:rPr/>
        <w:t xml:space="preserve"> </w:t>
      </w:r>
      <w:r w:rsidRPr="6C968D7A" w:rsidR="005F6A5B">
        <w:rPr>
          <w:b w:val="1"/>
          <w:bCs w:val="1"/>
        </w:rPr>
        <w:t>bindende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vergunningsvoorwaarde</w:t>
      </w:r>
      <w:r w:rsidR="005F6A5B">
        <w:rPr/>
        <w:t xml:space="preserve"> op </w:t>
      </w:r>
      <w:r w:rsidR="005F6A5B">
        <w:rPr/>
        <w:t>te</w:t>
      </w:r>
      <w:r w:rsidR="005F6A5B">
        <w:rPr/>
        <w:t xml:space="preserve"> </w:t>
      </w:r>
      <w:r w:rsidR="005F6A5B">
        <w:rPr/>
        <w:t>leggen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de </w:t>
      </w:r>
      <w:r w:rsidR="005F6A5B">
        <w:rPr/>
        <w:t>maximale</w:t>
      </w:r>
      <w:r w:rsidR="005F6A5B">
        <w:rPr/>
        <w:t xml:space="preserve"> </w:t>
      </w:r>
      <w:r w:rsidR="005F6A5B">
        <w:rPr/>
        <w:t>vermogenstransit</w:t>
      </w:r>
      <w:r w:rsidR="005F6A5B">
        <w:rPr/>
        <w:t xml:space="preserve"> op de </w:t>
      </w:r>
      <w:r w:rsidR="005F6A5B">
        <w:rPr/>
        <w:t>Ventilus</w:t>
      </w:r>
      <w:r w:rsidR="005F6A5B">
        <w:rPr/>
        <w:t>-verbinding</w:t>
      </w:r>
      <w:r w:rsidR="005F6A5B">
        <w:rPr/>
        <w:t xml:space="preserve"> </w:t>
      </w:r>
      <w:r w:rsidR="005F6A5B">
        <w:rPr/>
        <w:t>beperkt</w:t>
      </w:r>
      <w:r w:rsidR="005F6A5B">
        <w:rPr/>
        <w:t xml:space="preserve"> </w:t>
      </w:r>
      <w:r w:rsidR="005F6A5B">
        <w:rPr/>
        <w:t>blijft</w:t>
      </w:r>
      <w:r w:rsidR="005F6A5B">
        <w:rPr/>
        <w:t xml:space="preserve"> tot 2 GW, </w:t>
      </w:r>
      <w:r w:rsidR="005F6A5B">
        <w:rPr/>
        <w:t>overeenkomstig</w:t>
      </w:r>
      <w:r w:rsidR="005F6A5B">
        <w:rPr/>
        <w:t xml:space="preserve"> de </w:t>
      </w:r>
      <w:r w:rsidR="005F6A5B">
        <w:rPr/>
        <w:t>aannames</w:t>
      </w:r>
      <w:r w:rsidR="005F6A5B">
        <w:rPr/>
        <w:t xml:space="preserve"> </w:t>
      </w:r>
      <w:r w:rsidR="005F6A5B">
        <w:rPr/>
        <w:t>waarop</w:t>
      </w:r>
      <w:r w:rsidR="005F6A5B">
        <w:rPr/>
        <w:t xml:space="preserve"> het GRUP </w:t>
      </w:r>
      <w:r w:rsidR="005F6A5B">
        <w:rPr/>
        <w:t>en</w:t>
      </w:r>
      <w:r w:rsidR="005F6A5B">
        <w:rPr/>
        <w:t xml:space="preserve"> het plan-MER </w:t>
      </w:r>
      <w:r w:rsidR="005F6A5B">
        <w:rPr/>
        <w:t>zijn</w:t>
      </w:r>
      <w:r w:rsidR="005F6A5B">
        <w:rPr/>
        <w:t xml:space="preserve"> </w:t>
      </w:r>
      <w:r w:rsidR="005F6A5B">
        <w:rPr/>
        <w:t>gebaseerd</w:t>
      </w:r>
      <w:r w:rsidR="005F6A5B">
        <w:rPr/>
        <w:t>.</w:t>
      </w:r>
    </w:p>
    <w:p w:rsidR="009D758D" w:rsidRDefault="005F6A5B" w14:paraId="10B09341" w14:textId="77777777"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grondslag</w:t>
      </w:r>
      <w:r w:rsidRPr="6C968D7A" w:rsidR="005F6A5B">
        <w:rPr>
          <w:b w:val="1"/>
          <w:bCs w:val="1"/>
        </w:rPr>
        <w:t>:</w:t>
      </w:r>
      <w:r w:rsidR="005F6A5B">
        <w:rPr/>
        <w:t xml:space="preserve"> Art. 2.2.2 §1 VCRO (</w:t>
      </w:r>
      <w:r w:rsidR="005F6A5B">
        <w:rPr/>
        <w:t>overeenstemming</w:t>
      </w:r>
      <w:r w:rsidR="005F6A5B">
        <w:rPr/>
        <w:t xml:space="preserve"> </w:t>
      </w:r>
      <w:r w:rsidR="005F6A5B">
        <w:rPr/>
        <w:t>vergunning</w:t>
      </w:r>
      <w:r w:rsidR="005F6A5B">
        <w:rPr/>
        <w:t xml:space="preserve"> met </w:t>
      </w:r>
      <w:r w:rsidR="005F6A5B">
        <w:rPr/>
        <w:t>ruimtelijke</w:t>
      </w:r>
      <w:r w:rsidR="005F6A5B">
        <w:rPr/>
        <w:t xml:space="preserve"> </w:t>
      </w:r>
      <w:r w:rsidR="005F6A5B">
        <w:rPr/>
        <w:t>uitvoeringsplannen</w:t>
      </w:r>
      <w:r w:rsidR="005F6A5B">
        <w:rPr/>
        <w:t xml:space="preserve">); art. 4.3.4 </w:t>
      </w:r>
      <w:r w:rsidR="005F6A5B">
        <w:rPr/>
        <w:t>en</w:t>
      </w:r>
      <w:r w:rsidR="005F6A5B">
        <w:rPr/>
        <w:t xml:space="preserve"> 4.3.7 DABM (</w:t>
      </w:r>
      <w:r w:rsidR="005F6A5B">
        <w:rPr/>
        <w:t>verband</w:t>
      </w:r>
      <w:r w:rsidR="005F6A5B">
        <w:rPr/>
        <w:t xml:space="preserve"> plan-MER </w:t>
      </w:r>
      <w:r w:rsidR="005F6A5B">
        <w:rPr/>
        <w:t>en</w:t>
      </w:r>
      <w:r w:rsidR="005F6A5B">
        <w:rPr/>
        <w:t xml:space="preserve"> project-MER); Raad van State </w:t>
      </w:r>
      <w:r w:rsidR="005F6A5B">
        <w:rPr/>
        <w:t>vaste</w:t>
      </w:r>
      <w:r w:rsidR="005F6A5B">
        <w:rPr/>
        <w:t xml:space="preserve"> </w:t>
      </w:r>
      <w:r w:rsidR="005F6A5B">
        <w:rPr/>
        <w:t>rechtspraak</w:t>
      </w:r>
      <w:r w:rsidR="005F6A5B">
        <w:rPr/>
        <w:t xml:space="preserve"> </w:t>
      </w:r>
      <w:r w:rsidR="005F6A5B">
        <w:rPr/>
        <w:t>inzake</w:t>
      </w:r>
      <w:r w:rsidR="005F6A5B">
        <w:rPr/>
        <w:t xml:space="preserve"> </w:t>
      </w:r>
      <w:r w:rsidR="005F6A5B">
        <w:rPr/>
        <w:t>overeenstemming</w:t>
      </w:r>
      <w:r w:rsidR="005F6A5B">
        <w:rPr/>
        <w:t xml:space="preserve"> </w:t>
      </w:r>
      <w:r w:rsidR="005F6A5B">
        <w:rPr/>
        <w:t>vergunningsbeslissing</w:t>
      </w:r>
      <w:r w:rsidR="005F6A5B">
        <w:rPr/>
        <w:t xml:space="preserve"> met </w:t>
      </w:r>
      <w:r w:rsidR="005F6A5B">
        <w:rPr/>
        <w:t>planologische</w:t>
      </w:r>
      <w:r w:rsidR="005F6A5B">
        <w:rPr/>
        <w:t xml:space="preserve"> </w:t>
      </w:r>
      <w:r w:rsidR="005F6A5B">
        <w:rPr/>
        <w:t>grondslag</w:t>
      </w:r>
      <w:r w:rsidR="005F6A5B">
        <w:rPr/>
        <w:t>.</w:t>
      </w:r>
    </w:p>
    <w:p w:rsidR="009D758D" w:rsidRDefault="005F6A5B" w14:paraId="128F9EBA" w14:textId="77777777">
      <w:pPr>
        <w:pStyle w:val="Heading3"/>
      </w:pPr>
      <w:r w:rsidR="005F6A5B">
        <w:rPr/>
        <w:t xml:space="preserve">4.2 </w:t>
      </w:r>
      <w:r w:rsidR="005F6A5B">
        <w:rPr/>
        <w:t>Milderende</w:t>
      </w:r>
      <w:r w:rsidR="005F6A5B">
        <w:rPr/>
        <w:t xml:space="preserve"> </w:t>
      </w:r>
      <w:r w:rsidR="005F6A5B">
        <w:rPr/>
        <w:t>maatregelen</w:t>
      </w:r>
      <w:r w:rsidR="005F6A5B">
        <w:rPr/>
        <w:t xml:space="preserve"> in </w:t>
      </w:r>
      <w:r w:rsidR="005F6A5B">
        <w:rPr/>
        <w:t>geen</w:t>
      </w:r>
      <w:r w:rsidR="005F6A5B">
        <w:rPr/>
        <w:t xml:space="preserve"> </w:t>
      </w:r>
      <w:r w:rsidR="005F6A5B">
        <w:rPr/>
        <w:t>enkele</w:t>
      </w:r>
      <w:r w:rsidR="005F6A5B">
        <w:rPr/>
        <w:t xml:space="preserve"> discipline </w:t>
      </w:r>
      <w:r w:rsidR="005F6A5B">
        <w:rPr/>
        <w:t>bindend</w:t>
      </w:r>
    </w:p>
    <w:p w:rsidR="009D758D" w:rsidRDefault="005F6A5B" w14:paraId="296B796A" w14:textId="77777777">
      <w:r w:rsidR="005F6A5B">
        <w:rPr/>
        <w:t xml:space="preserve">In </w:t>
      </w:r>
      <w:r w:rsidRPr="6C968D7A" w:rsidR="005F6A5B">
        <w:rPr>
          <w:b w:val="1"/>
          <w:bCs w:val="1"/>
        </w:rPr>
        <w:t xml:space="preserve">elk van de 6 </w:t>
      </w:r>
      <w:r w:rsidRPr="6C968D7A" w:rsidR="005F6A5B">
        <w:rPr>
          <w:b w:val="1"/>
          <w:bCs w:val="1"/>
        </w:rPr>
        <w:t>onderzochte</w:t>
      </w:r>
      <w:r w:rsidRPr="6C968D7A" w:rsidR="005F6A5B">
        <w:rPr>
          <w:b w:val="1"/>
          <w:bCs w:val="1"/>
        </w:rPr>
        <w:t xml:space="preserve"> disciplines</w:t>
      </w:r>
      <w:r w:rsidR="005F6A5B">
        <w:rPr/>
        <w:t xml:space="preserve"> is </w:t>
      </w:r>
      <w:r w:rsidR="005F6A5B">
        <w:rPr/>
        <w:t>vastgesteld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milderende</w:t>
      </w:r>
      <w:r w:rsidR="005F6A5B">
        <w:rPr/>
        <w:t xml:space="preserve"> </w:t>
      </w:r>
      <w:r w:rsidR="005F6A5B">
        <w:rPr/>
        <w:t>maatregelen</w:t>
      </w:r>
      <w:r w:rsidR="005F6A5B">
        <w:rPr/>
        <w:t xml:space="preserve"> </w:t>
      </w:r>
      <w:r w:rsidR="005F6A5B">
        <w:rPr/>
        <w:t>vrijblijvend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geformuleerd</w:t>
      </w:r>
      <w:r w:rsidR="005F6A5B">
        <w:rPr/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9D758D" w:rsidTr="6C968D7A" w14:paraId="58056803" w14:textId="77777777">
        <w:tc>
          <w:tcPr>
            <w:tcW w:w="4703" w:type="dxa"/>
            <w:shd w:val="clear" w:color="auto" w:fill="244061" w:themeFill="accent1" w:themeFillShade="80"/>
            <w:tcMar/>
          </w:tcPr>
          <w:p w:rsidR="009D758D" w:rsidRDefault="005F6A5B" w14:paraId="6A9A66C4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Discipline</w:t>
            </w:r>
          </w:p>
        </w:tc>
        <w:tc>
          <w:tcPr>
            <w:tcW w:w="4703" w:type="dxa"/>
            <w:shd w:val="clear" w:color="auto" w:fill="244061" w:themeFill="accent1" w:themeFillShade="80"/>
            <w:tcMar/>
          </w:tcPr>
          <w:p w:rsidR="009D758D" w:rsidRDefault="005F6A5B" w14:paraId="56FCE397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Citaat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uit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MER</w:t>
            </w:r>
          </w:p>
        </w:tc>
      </w:tr>
      <w:tr w:rsidR="009D758D" w:rsidTr="6C968D7A" w14:paraId="57DBCCAE" w14:textId="77777777">
        <w:tc>
          <w:tcPr>
            <w:tcW w:w="4703" w:type="dxa"/>
            <w:shd w:val="clear" w:color="auto" w:fill="F2F6FC"/>
            <w:tcMar/>
          </w:tcPr>
          <w:p w:rsidR="009D758D" w:rsidRDefault="005F6A5B" w14:paraId="708A6980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Water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RDefault="005F6A5B" w14:paraId="543E3D4B" w14:textId="77777777">
            <w:pPr>
              <w:spacing w:before="40" w:after="40"/>
            </w:pP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"Voor de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filterbemalingen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worden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binnen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het project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nog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geen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maatregelen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voorzien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"</w:t>
            </w:r>
          </w:p>
        </w:tc>
      </w:tr>
      <w:tr w:rsidR="009D758D" w:rsidTr="6C968D7A" w14:paraId="02D38AFF" w14:textId="77777777">
        <w:tc>
          <w:tcPr>
            <w:tcW w:w="4703" w:type="dxa"/>
            <w:tcMar/>
          </w:tcPr>
          <w:p w:rsidR="009D758D" w:rsidRDefault="005F6A5B" w14:paraId="4E5B2C98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Gezondheid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>/EMF</w:t>
            </w:r>
          </w:p>
        </w:tc>
        <w:tc>
          <w:tcPr>
            <w:tcW w:w="4703" w:type="dxa"/>
            <w:tcMar/>
          </w:tcPr>
          <w:p w:rsidR="009D758D" w:rsidRDefault="005F6A5B" w14:paraId="2F79CC14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Maatregelen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zijn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"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adviserend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communicatief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,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niet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fysiek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of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juridisch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bindend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"</w:t>
            </w:r>
          </w:p>
        </w:tc>
      </w:tr>
      <w:tr w:rsidR="009D758D" w:rsidTr="6C968D7A" w14:paraId="35309EEE" w14:textId="77777777"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590FBCB3" w14:textId="77777777">
            <w:pPr>
              <w:spacing w:before="40" w:after="40"/>
              <w:rPr>
                <w:b w:val="1"/>
                <w:bCs w:val="1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Biodiversiteit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2BC383E6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Cruciale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beschermingsacties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zijn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gecategoriseerd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als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"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aanbeveling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"</w:t>
            </w:r>
            <w:r w:rsidRPr="6C968D7A" w:rsidR="005F6A5B">
              <w:rPr>
                <w:sz w:val="19"/>
                <w:szCs w:val="19"/>
              </w:rPr>
              <w:t xml:space="preserve">, </w:t>
            </w:r>
            <w:r w:rsidRPr="6C968D7A" w:rsidR="005F6A5B">
              <w:rPr>
                <w:sz w:val="19"/>
                <w:szCs w:val="19"/>
              </w:rPr>
              <w:t>niet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als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maatregel</w:t>
            </w:r>
          </w:p>
        </w:tc>
      </w:tr>
      <w:tr w:rsidR="009D758D" w:rsidTr="6C968D7A" w14:paraId="5EF2AC39" w14:textId="77777777">
        <w:tc>
          <w:tcPr>
            <w:tcW w:w="4703" w:type="dxa"/>
            <w:tcMar/>
          </w:tcPr>
          <w:p w:rsidR="009D758D" w:rsidP="6C968D7A" w:rsidRDefault="005F6A5B" w14:paraId="1809D685" w14:textId="77777777">
            <w:pPr>
              <w:spacing w:before="40" w:after="40"/>
              <w:rPr>
                <w:b w:val="1"/>
                <w:bCs w:val="1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Landschap</w:t>
            </w:r>
          </w:p>
        </w:tc>
        <w:tc>
          <w:tcPr>
            <w:tcW w:w="4703" w:type="dxa"/>
            <w:tcMar/>
          </w:tcPr>
          <w:p w:rsidR="009D758D" w:rsidRDefault="005F6A5B" w14:paraId="3F6D1745" w14:textId="77777777">
            <w:pPr>
              <w:spacing w:before="40" w:after="40"/>
            </w:pP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"Worden ten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aanzien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van de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negatieve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effecten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geen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dwingende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milderende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maatregelen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opgelegd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"</w:t>
            </w:r>
            <w:r w:rsidRPr="6C968D7A" w:rsidR="005F6A5B">
              <w:rPr>
                <w:sz w:val="19"/>
                <w:szCs w:val="19"/>
              </w:rPr>
              <w:t xml:space="preserve"> (p.11-127)</w:t>
            </w:r>
          </w:p>
        </w:tc>
      </w:tr>
      <w:tr w:rsidR="009D758D" w:rsidTr="6C968D7A" w14:paraId="267763DF" w14:textId="77777777"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75387BD6" w14:textId="77777777">
            <w:pPr>
              <w:spacing w:before="40" w:after="40"/>
              <w:rPr>
                <w:b w:val="1"/>
                <w:bCs w:val="1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Mens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>/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>Landbouw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RDefault="005F6A5B" w14:paraId="5A3EFDF6" w14:textId="77777777">
            <w:pPr>
              <w:spacing w:before="40" w:after="40"/>
            </w:pP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"Worden ten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aanzien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van de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ruimtelijke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effecten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geen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dwingende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milderende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maatregelen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opgelegd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"</w:t>
            </w:r>
            <w:r w:rsidRPr="6C968D7A" w:rsidR="005F6A5B">
              <w:rPr>
                <w:sz w:val="19"/>
                <w:szCs w:val="19"/>
              </w:rPr>
              <w:t xml:space="preserve"> (p.14-60)</w:t>
            </w:r>
          </w:p>
        </w:tc>
      </w:tr>
      <w:tr w:rsidR="009D758D" w:rsidTr="6C968D7A" w14:paraId="104C0FC4" w14:textId="77777777">
        <w:tc>
          <w:tcPr>
            <w:tcW w:w="4703" w:type="dxa"/>
            <w:tcMar/>
          </w:tcPr>
          <w:p w:rsidR="009D758D" w:rsidP="6C968D7A" w:rsidRDefault="005F6A5B" w14:paraId="772AE593" w14:textId="77777777">
            <w:pPr>
              <w:spacing w:before="40" w:after="40"/>
              <w:rPr>
                <w:b w:val="1"/>
                <w:bCs w:val="1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Geluid</w:t>
            </w:r>
          </w:p>
        </w:tc>
        <w:tc>
          <w:tcPr>
            <w:tcW w:w="4703" w:type="dxa"/>
            <w:tcMar/>
          </w:tcPr>
          <w:p w:rsidR="009D758D" w:rsidRDefault="005F6A5B" w14:paraId="721FC104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Maatregelen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zijn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"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generiek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vrijblijvend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"</w:t>
            </w:r>
          </w:p>
        </w:tc>
      </w:tr>
    </w:tbl>
    <w:p w:rsidR="009D758D" w:rsidRDefault="009D758D" w14:paraId="44EAFD9C" w14:textId="77777777"/>
    <w:p w:rsidR="009D758D" w:rsidRDefault="005F6A5B" w14:paraId="331529D4" w14:textId="77777777">
      <w:r w:rsidR="005F6A5B">
        <w:rPr/>
        <w:t xml:space="preserve">De B26 Nota PIV4 </w:t>
      </w:r>
      <w:r w:rsidR="005F6A5B">
        <w:rPr/>
        <w:t>bevestigt</w:t>
      </w:r>
      <w:r w:rsidR="005F6A5B">
        <w:rPr/>
        <w:t xml:space="preserve"> </w:t>
      </w:r>
      <w:r w:rsidR="005F6A5B">
        <w:rPr/>
        <w:t>dit</w:t>
      </w:r>
      <w:r w:rsidR="005F6A5B">
        <w:rPr/>
        <w:t xml:space="preserve"> patroon. Bij </w:t>
      </w:r>
      <w:r w:rsidR="005F6A5B">
        <w:rPr/>
        <w:t>elke</w:t>
      </w:r>
      <w:r w:rsidR="005F6A5B">
        <w:rPr/>
        <w:t xml:space="preserve"> </w:t>
      </w:r>
      <w:r w:rsidR="005F6A5B">
        <w:rPr/>
        <w:t>maatregel</w:t>
      </w:r>
      <w:r w:rsidR="005F6A5B">
        <w:rPr/>
        <w:t xml:space="preserve"> </w:t>
      </w:r>
      <w:r w:rsidR="005F6A5B">
        <w:rPr/>
        <w:t>staat</w:t>
      </w:r>
      <w:r w:rsidR="005F6A5B">
        <w:rPr/>
        <w:t xml:space="preserve">: </w:t>
      </w:r>
      <w:r w:rsidRPr="6C968D7A" w:rsidR="005F6A5B">
        <w:rPr>
          <w:i w:val="1"/>
          <w:iCs w:val="1"/>
        </w:rPr>
        <w:t xml:space="preserve">"De </w:t>
      </w:r>
      <w:r w:rsidRPr="6C968D7A" w:rsidR="005F6A5B">
        <w:rPr>
          <w:i w:val="1"/>
          <w:iCs w:val="1"/>
        </w:rPr>
        <w:t>vergunningverlenende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overheid</w:t>
      </w:r>
      <w:r w:rsidR="005F6A5B">
        <w:rPr/>
        <w:t xml:space="preserve"> </w:t>
      </w:r>
      <w:r w:rsidRPr="6C968D7A" w:rsidR="005F6A5B">
        <w:rPr>
          <w:b w:val="1"/>
          <w:bCs w:val="1"/>
        </w:rPr>
        <w:t>kan</w:t>
      </w:r>
      <w:r w:rsidR="005F6A5B">
        <w:rPr/>
        <w:t xml:space="preserve"> </w:t>
      </w:r>
      <w:r w:rsidRPr="6C968D7A" w:rsidR="005F6A5B">
        <w:rPr>
          <w:i w:val="1"/>
          <w:iCs w:val="1"/>
        </w:rPr>
        <w:t xml:space="preserve">de </w:t>
      </w:r>
      <w:r w:rsidRPr="6C968D7A" w:rsidR="005F6A5B">
        <w:rPr>
          <w:i w:val="1"/>
          <w:iCs w:val="1"/>
        </w:rPr>
        <w:t>naleving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ervan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als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vergunningsvoorwaarde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opleggen</w:t>
      </w:r>
      <w:r w:rsidRPr="6C968D7A" w:rsidR="005F6A5B">
        <w:rPr>
          <w:i w:val="1"/>
          <w:iCs w:val="1"/>
        </w:rPr>
        <w:t>."</w:t>
      </w:r>
      <w:r w:rsidR="005F6A5B">
        <w:rPr/>
        <w:t xml:space="preserve"> (</w:t>
      </w:r>
      <w:r w:rsidR="005F6A5B">
        <w:rPr/>
        <w:t>nadruk</w:t>
      </w:r>
      <w:r w:rsidR="005F6A5B">
        <w:rPr/>
        <w:t xml:space="preserve"> </w:t>
      </w:r>
      <w:r w:rsidR="005F6A5B">
        <w:rPr/>
        <w:t>toegevoegd</w:t>
      </w:r>
      <w:r w:rsidR="005F6A5B">
        <w:rPr/>
        <w:t xml:space="preserve">) — het </w:t>
      </w:r>
      <w:r w:rsidR="005F6A5B">
        <w:rPr/>
        <w:t>woord</w:t>
      </w:r>
      <w:r w:rsidR="005F6A5B">
        <w:rPr/>
        <w:t xml:space="preserve"> "</w:t>
      </w:r>
      <w:r w:rsidR="005F6A5B">
        <w:rPr/>
        <w:t>kan</w:t>
      </w:r>
      <w:r w:rsidR="005F6A5B">
        <w:rPr/>
        <w:t xml:space="preserve">" in </w:t>
      </w:r>
      <w:r w:rsidR="005F6A5B">
        <w:rPr/>
        <w:t>plaats</w:t>
      </w:r>
      <w:r w:rsidR="005F6A5B">
        <w:rPr/>
        <w:t xml:space="preserve"> van "</w:t>
      </w:r>
      <w:r w:rsidR="005F6A5B">
        <w:rPr/>
        <w:t>moet</w:t>
      </w:r>
      <w:r w:rsidR="005F6A5B">
        <w:rPr/>
        <w:t xml:space="preserve">" </w:t>
      </w:r>
      <w:r w:rsidR="005F6A5B">
        <w:rPr/>
        <w:t>bevestigt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maatregelen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bindend</w:t>
      </w:r>
      <w:r w:rsidR="005F6A5B">
        <w:rPr/>
        <w:t xml:space="preserve"> </w:t>
      </w:r>
      <w:r w:rsidR="005F6A5B">
        <w:rPr/>
        <w:t>zijn</w:t>
      </w:r>
      <w:r w:rsidR="005F6A5B">
        <w:rPr/>
        <w:t>.</w:t>
      </w:r>
    </w:p>
    <w:p w:rsidR="009D758D" w:rsidRDefault="005F6A5B" w14:paraId="68C5ABE4" w14:textId="77777777">
      <w:r w:rsidR="005F6A5B">
        <w:rPr/>
        <w:t xml:space="preserve">De </w:t>
      </w:r>
      <w:r w:rsidR="005F6A5B">
        <w:rPr/>
        <w:t>structurele</w:t>
      </w:r>
      <w:r w:rsidR="005F6A5B">
        <w:rPr/>
        <w:t xml:space="preserve"> </w:t>
      </w:r>
      <w:r w:rsidR="005F6A5B">
        <w:rPr/>
        <w:t>vrijblijvendheid</w:t>
      </w:r>
      <w:r w:rsidR="005F6A5B">
        <w:rPr/>
        <w:t xml:space="preserve"> van het MER </w:t>
      </w:r>
      <w:r w:rsidR="005F6A5B">
        <w:rPr/>
        <w:t>wordt</w:t>
      </w:r>
      <w:r w:rsidR="005F6A5B">
        <w:rPr/>
        <w:t xml:space="preserve"> </w:t>
      </w:r>
      <w:r w:rsidR="005F6A5B">
        <w:rPr/>
        <w:t>bijzonder</w:t>
      </w:r>
      <w:r w:rsidR="005F6A5B">
        <w:rPr/>
        <w:t xml:space="preserve"> </w:t>
      </w:r>
      <w:r w:rsidR="005F6A5B">
        <w:rPr/>
        <w:t>scherp</w:t>
      </w:r>
      <w:r w:rsidR="005F6A5B">
        <w:rPr/>
        <w:t xml:space="preserve"> </w:t>
      </w:r>
      <w:r w:rsidR="005F6A5B">
        <w:rPr/>
        <w:t>geïllustreerd</w:t>
      </w:r>
      <w:r w:rsidR="005F6A5B">
        <w:rPr/>
        <w:t xml:space="preserve"> door de </w:t>
      </w:r>
      <w:r w:rsidR="005F6A5B">
        <w:rPr/>
        <w:t>volgende</w:t>
      </w:r>
      <w:r w:rsidR="005F6A5B">
        <w:rPr/>
        <w:t xml:space="preserve"> </w:t>
      </w:r>
      <w:r w:rsidRPr="6C968D7A" w:rsidR="005F6A5B">
        <w:rPr>
          <w:b w:val="1"/>
          <w:bCs w:val="1"/>
        </w:rPr>
        <w:t>letterlijke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citaten</w:t>
      </w:r>
      <w:r w:rsidR="005F6A5B">
        <w:rPr/>
        <w:t xml:space="preserve"> </w:t>
      </w:r>
      <w:r w:rsidR="005F6A5B">
        <w:rPr/>
        <w:t>uit</w:t>
      </w:r>
      <w:r w:rsidR="005F6A5B">
        <w:rPr/>
        <w:t xml:space="preserve"> de </w:t>
      </w:r>
      <w:r w:rsidR="005F6A5B">
        <w:rPr/>
        <w:t>milderende</w:t>
      </w:r>
      <w:r w:rsidR="005F6A5B">
        <w:rPr/>
        <w:t xml:space="preserve"> </w:t>
      </w:r>
      <w:r w:rsidR="005F6A5B">
        <w:rPr/>
        <w:t>maatregelen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randvoorwaarden</w:t>
      </w:r>
      <w:r w:rsidR="005F6A5B">
        <w:rPr/>
        <w:t>:</w:t>
      </w:r>
    </w:p>
    <w:p w:rsidR="009D758D" w:rsidRDefault="005F6A5B" w14:paraId="07772E23" w14:textId="77777777">
      <w:pPr>
        <w:pStyle w:val="ListBullet"/>
        <w:spacing w:after="60"/>
        <w:ind w:left="720"/>
        <w:rPr/>
      </w:pPr>
      <w:r w:rsidRPr="6C968D7A" w:rsidR="005F6A5B">
        <w:rPr>
          <w:i w:val="1"/>
          <w:iCs w:val="1"/>
        </w:rPr>
        <w:t>"</w:t>
      </w:r>
      <w:r w:rsidRPr="6C968D7A" w:rsidR="005F6A5B">
        <w:rPr>
          <w:i w:val="1"/>
          <w:iCs w:val="1"/>
        </w:rPr>
        <w:t>wellicht</w:t>
      </w:r>
      <w:r w:rsidRPr="6C968D7A" w:rsidR="005F6A5B">
        <w:rPr>
          <w:i w:val="1"/>
          <w:iCs w:val="1"/>
        </w:rPr>
        <w:t xml:space="preserve"> 's </w:t>
      </w:r>
      <w:r w:rsidRPr="6C968D7A" w:rsidR="005F6A5B">
        <w:rPr>
          <w:i w:val="1"/>
          <w:iCs w:val="1"/>
        </w:rPr>
        <w:t>avonds</w:t>
      </w:r>
      <w:r w:rsidRPr="6C968D7A" w:rsidR="005F6A5B">
        <w:rPr>
          <w:i w:val="1"/>
          <w:iCs w:val="1"/>
        </w:rPr>
        <w:t xml:space="preserve">, 's </w:t>
      </w:r>
      <w:r w:rsidRPr="6C968D7A" w:rsidR="005F6A5B">
        <w:rPr>
          <w:i w:val="1"/>
          <w:iCs w:val="1"/>
        </w:rPr>
        <w:t>nachts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en</w:t>
      </w:r>
      <w:r w:rsidRPr="6C968D7A" w:rsidR="005F6A5B">
        <w:rPr>
          <w:i w:val="1"/>
          <w:iCs w:val="1"/>
        </w:rPr>
        <w:t>/of in het weekend"</w:t>
      </w:r>
      <w:r w:rsidR="005F6A5B">
        <w:rPr/>
        <w:t xml:space="preserve"> — de timing van </w:t>
      </w:r>
      <w:r w:rsidR="005F6A5B">
        <w:rPr/>
        <w:t>werkzaamheden</w:t>
      </w:r>
      <w:r w:rsidR="005F6A5B">
        <w:rPr/>
        <w:t xml:space="preserve"> is </w:t>
      </w:r>
      <w:r w:rsidR="005F6A5B">
        <w:rPr/>
        <w:t>niet</w:t>
      </w:r>
      <w:r w:rsidR="005F6A5B">
        <w:rPr/>
        <w:t xml:space="preserve"> </w:t>
      </w:r>
      <w:r w:rsidR="005F6A5B">
        <w:rPr/>
        <w:t>vastgelegd</w:t>
      </w:r>
      <w:r w:rsidR="005F6A5B">
        <w:rPr/>
        <w:t xml:space="preserve"> maar </w:t>
      </w:r>
      <w:r w:rsidR="005F6A5B">
        <w:rPr/>
        <w:t>slechts</w:t>
      </w:r>
      <w:r w:rsidR="005F6A5B">
        <w:rPr/>
        <w:t xml:space="preserve"> </w:t>
      </w:r>
      <w:r w:rsidR="005F6A5B">
        <w:rPr/>
        <w:t>vermoed</w:t>
      </w:r>
      <w:r w:rsidR="005F6A5B">
        <w:rPr/>
        <w:t>;</w:t>
      </w:r>
    </w:p>
    <w:p w:rsidR="009D758D" w:rsidRDefault="005F6A5B" w14:paraId="1CC139E8" w14:textId="77777777">
      <w:pPr>
        <w:pStyle w:val="ListBullet"/>
        <w:spacing w:after="60"/>
        <w:ind w:left="720"/>
        <w:rPr/>
      </w:pPr>
      <w:r w:rsidRPr="6C968D7A" w:rsidR="005F6A5B">
        <w:rPr>
          <w:i w:val="1"/>
          <w:iCs w:val="1"/>
        </w:rPr>
        <w:t>"</w:t>
      </w:r>
      <w:r w:rsidRPr="6C968D7A" w:rsidR="005F6A5B">
        <w:rPr>
          <w:i w:val="1"/>
          <w:iCs w:val="1"/>
        </w:rPr>
        <w:t>indien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mogelijk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gelet</w:t>
      </w:r>
      <w:r w:rsidRPr="6C968D7A" w:rsidR="005F6A5B">
        <w:rPr>
          <w:i w:val="1"/>
          <w:iCs w:val="1"/>
        </w:rPr>
        <w:t xml:space="preserve"> op de </w:t>
      </w:r>
      <w:r w:rsidRPr="6C968D7A" w:rsidR="005F6A5B">
        <w:rPr>
          <w:i w:val="1"/>
          <w:iCs w:val="1"/>
        </w:rPr>
        <w:t>veiligheidsvoorwaarden</w:t>
      </w:r>
      <w:r w:rsidRPr="6C968D7A" w:rsidR="005F6A5B">
        <w:rPr>
          <w:i w:val="1"/>
          <w:iCs w:val="1"/>
        </w:rPr>
        <w:t>"</w:t>
      </w:r>
      <w:r w:rsidR="005F6A5B">
        <w:rPr/>
        <w:t xml:space="preserve"> — </w:t>
      </w:r>
      <w:r w:rsidR="005F6A5B">
        <w:rPr/>
        <w:t>een</w:t>
      </w:r>
      <w:r w:rsidR="005F6A5B">
        <w:rPr/>
        <w:t xml:space="preserve"> </w:t>
      </w:r>
      <w:r w:rsidR="005F6A5B">
        <w:rPr/>
        <w:t>ontsnappingsclausule</w:t>
      </w:r>
      <w:r w:rsidR="005F6A5B">
        <w:rPr/>
        <w:t xml:space="preserve"> die </w:t>
      </w:r>
      <w:r w:rsidR="005F6A5B">
        <w:rPr/>
        <w:t>elke</w:t>
      </w:r>
      <w:r w:rsidR="005F6A5B">
        <w:rPr/>
        <w:t xml:space="preserve"> </w:t>
      </w:r>
      <w:r w:rsidR="005F6A5B">
        <w:rPr/>
        <w:t>maatregel</w:t>
      </w:r>
      <w:r w:rsidR="005F6A5B">
        <w:rPr/>
        <w:t xml:space="preserve"> </w:t>
      </w:r>
      <w:r w:rsidR="005F6A5B">
        <w:rPr/>
        <w:t>vrijblijvend</w:t>
      </w:r>
      <w:r w:rsidR="005F6A5B">
        <w:rPr/>
        <w:t xml:space="preserve"> </w:t>
      </w:r>
      <w:r w:rsidR="005F6A5B">
        <w:rPr/>
        <w:t>maakt</w:t>
      </w:r>
      <w:r w:rsidR="005F6A5B">
        <w:rPr/>
        <w:t>;</w:t>
      </w:r>
    </w:p>
    <w:p w:rsidR="009D758D" w:rsidRDefault="005F6A5B" w14:paraId="417EEF28" w14:textId="77777777">
      <w:pPr>
        <w:pStyle w:val="ListBullet"/>
        <w:spacing w:after="60"/>
        <w:ind w:left="720"/>
        <w:rPr/>
      </w:pPr>
      <w:r w:rsidRPr="6C968D7A" w:rsidR="005F6A5B">
        <w:rPr>
          <w:i w:val="1"/>
          <w:iCs w:val="1"/>
        </w:rPr>
        <w:t>"</w:t>
      </w:r>
      <w:r w:rsidRPr="6C968D7A" w:rsidR="005F6A5B">
        <w:rPr>
          <w:i w:val="1"/>
          <w:iCs w:val="1"/>
        </w:rPr>
        <w:t>waar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mogelijk</w:t>
      </w:r>
      <w:r w:rsidRPr="6C968D7A" w:rsidR="005F6A5B">
        <w:rPr>
          <w:i w:val="1"/>
          <w:iCs w:val="1"/>
        </w:rPr>
        <w:t xml:space="preserve"> op alle </w:t>
      </w:r>
      <w:r w:rsidRPr="6C968D7A" w:rsidR="005F6A5B">
        <w:rPr>
          <w:i w:val="1"/>
          <w:iCs w:val="1"/>
        </w:rPr>
        <w:t>randen</w:t>
      </w:r>
      <w:r w:rsidRPr="6C968D7A" w:rsidR="005F6A5B">
        <w:rPr>
          <w:i w:val="1"/>
          <w:iCs w:val="1"/>
        </w:rPr>
        <w:t>"</w:t>
      </w:r>
      <w:r w:rsidR="005F6A5B">
        <w:rPr/>
        <w:t xml:space="preserve"> — </w:t>
      </w:r>
      <w:r w:rsidR="005F6A5B">
        <w:rPr/>
        <w:t>geen</w:t>
      </w:r>
      <w:r w:rsidR="005F6A5B">
        <w:rPr/>
        <w:t xml:space="preserve"> </w:t>
      </w:r>
      <w:r w:rsidR="005F6A5B">
        <w:rPr/>
        <w:t>garantie</w:t>
      </w:r>
      <w:r w:rsidR="005F6A5B">
        <w:rPr/>
        <w:t xml:space="preserve">, </w:t>
      </w:r>
      <w:r w:rsidR="005F6A5B">
        <w:rPr/>
        <w:t>slechts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inspanningsverbintenis</w:t>
      </w:r>
      <w:r w:rsidR="005F6A5B">
        <w:rPr/>
        <w:t>;</w:t>
      </w:r>
    </w:p>
    <w:p w:rsidR="009D758D" w:rsidRDefault="005F6A5B" w14:paraId="54C4647A" w14:textId="77777777">
      <w:pPr>
        <w:pStyle w:val="ListBullet"/>
        <w:spacing w:after="60"/>
        <w:ind w:left="720"/>
        <w:rPr/>
      </w:pPr>
      <w:r w:rsidRPr="6C968D7A" w:rsidR="005F6A5B">
        <w:rPr>
          <w:i w:val="1"/>
          <w:iCs w:val="1"/>
        </w:rPr>
        <w:t>"</w:t>
      </w:r>
      <w:r w:rsidRPr="6C968D7A" w:rsidR="005F6A5B">
        <w:rPr>
          <w:i w:val="1"/>
          <w:iCs w:val="1"/>
        </w:rPr>
        <w:t>indien</w:t>
      </w:r>
      <w:r w:rsidRPr="6C968D7A" w:rsidR="005F6A5B">
        <w:rPr>
          <w:i w:val="1"/>
          <w:iCs w:val="1"/>
        </w:rPr>
        <w:t xml:space="preserve"> het </w:t>
      </w:r>
      <w:r w:rsidRPr="6C968D7A" w:rsidR="005F6A5B">
        <w:rPr>
          <w:i w:val="1"/>
          <w:iCs w:val="1"/>
        </w:rPr>
        <w:t>terrein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te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drassig</w:t>
      </w:r>
      <w:r w:rsidRPr="6C968D7A" w:rsidR="005F6A5B">
        <w:rPr>
          <w:i w:val="1"/>
          <w:iCs w:val="1"/>
        </w:rPr>
        <w:t xml:space="preserve"> is"</w:t>
      </w:r>
      <w:r w:rsidR="005F6A5B">
        <w:rPr/>
        <w:t xml:space="preserve"> — </w:t>
      </w:r>
      <w:r w:rsidR="005F6A5B">
        <w:rPr/>
        <w:t>weersomstandigheden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excuus</w:t>
      </w:r>
      <w:r w:rsidR="005F6A5B">
        <w:rPr/>
        <w:t xml:space="preserve"> om </w:t>
      </w:r>
      <w:r w:rsidR="005F6A5B">
        <w:rPr/>
        <w:t>maatregelen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uit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voeren</w:t>
      </w:r>
      <w:r w:rsidR="005F6A5B">
        <w:rPr/>
        <w:t>;</w:t>
      </w:r>
    </w:p>
    <w:p w:rsidR="009D758D" w:rsidRDefault="005F6A5B" w14:paraId="6CAF543C" w14:textId="77777777">
      <w:pPr>
        <w:pStyle w:val="ListBullet"/>
        <w:spacing w:after="60"/>
        <w:ind w:left="720"/>
        <w:rPr/>
      </w:pPr>
      <w:r w:rsidR="005F6A5B">
        <w:rPr/>
        <w:t>bij</w:t>
      </w:r>
      <w:r w:rsidR="005F6A5B">
        <w:rPr/>
        <w:t xml:space="preserve"> de </w:t>
      </w:r>
      <w:r w:rsidR="005F6A5B">
        <w:rPr/>
        <w:t>soortentoets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Pr="6C968D7A" w:rsidR="005F6A5B">
        <w:rPr>
          <w:i w:val="1"/>
          <w:iCs w:val="1"/>
        </w:rPr>
        <w:t>"</w:t>
      </w:r>
      <w:r w:rsidRPr="6C968D7A" w:rsidR="005F6A5B">
        <w:rPr>
          <w:i w:val="1"/>
          <w:iCs w:val="1"/>
        </w:rPr>
        <w:t>een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afwijking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gevraagd</w:t>
      </w:r>
      <w:r w:rsidRPr="6C968D7A" w:rsidR="005F6A5B">
        <w:rPr>
          <w:i w:val="1"/>
          <w:iCs w:val="1"/>
        </w:rPr>
        <w:t xml:space="preserve"> maar men </w:t>
      </w:r>
      <w:r w:rsidRPr="6C968D7A" w:rsidR="005F6A5B">
        <w:rPr>
          <w:i w:val="1"/>
          <w:iCs w:val="1"/>
        </w:rPr>
        <w:t>weet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nog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niet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waarvan</w:t>
      </w:r>
      <w:r w:rsidRPr="6C968D7A" w:rsidR="005F6A5B">
        <w:rPr>
          <w:i w:val="1"/>
          <w:iCs w:val="1"/>
        </w:rPr>
        <w:t>"</w:t>
      </w:r>
      <w:r w:rsidR="005F6A5B">
        <w:rPr/>
        <w:t xml:space="preserve"> — de </w:t>
      </w:r>
      <w:r w:rsidR="005F6A5B">
        <w:rPr/>
        <w:t>aanvrager</w:t>
      </w:r>
      <w:r w:rsidR="005F6A5B">
        <w:rPr/>
        <w:t xml:space="preserve"> </w:t>
      </w:r>
      <w:r w:rsidR="005F6A5B">
        <w:rPr/>
        <w:t>vraagt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afwijking</w:t>
      </w:r>
      <w:r w:rsidR="005F6A5B">
        <w:rPr/>
        <w:t xml:space="preserve"> van het </w:t>
      </w:r>
      <w:r w:rsidR="005F6A5B">
        <w:rPr/>
        <w:t>Soortenbesluit</w:t>
      </w:r>
      <w:r w:rsidR="005F6A5B">
        <w:rPr/>
        <w:t xml:space="preserve"> </w:t>
      </w:r>
      <w:r w:rsidR="005F6A5B">
        <w:rPr/>
        <w:t>zonder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kunnen</w:t>
      </w:r>
      <w:r w:rsidR="005F6A5B">
        <w:rPr/>
        <w:t xml:space="preserve"> </w:t>
      </w:r>
      <w:r w:rsidR="005F6A5B">
        <w:rPr/>
        <w:t>specificeren</w:t>
      </w:r>
      <w:r w:rsidR="005F6A5B">
        <w:rPr/>
        <w:t xml:space="preserve"> </w:t>
      </w:r>
      <w:r w:rsidR="005F6A5B">
        <w:rPr/>
        <w:t>welke</w:t>
      </w:r>
      <w:r w:rsidR="005F6A5B">
        <w:rPr/>
        <w:t xml:space="preserve"> </w:t>
      </w:r>
      <w:r w:rsidR="005F6A5B">
        <w:rPr/>
        <w:t>soorten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getroffen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welke</w:t>
      </w:r>
      <w:r w:rsidR="005F6A5B">
        <w:rPr/>
        <w:t xml:space="preserve"> </w:t>
      </w:r>
      <w:r w:rsidR="005F6A5B">
        <w:rPr/>
        <w:t>afwijkingen</w:t>
      </w:r>
      <w:r w:rsidR="005F6A5B">
        <w:rPr/>
        <w:t xml:space="preserve"> </w:t>
      </w:r>
      <w:r w:rsidR="005F6A5B">
        <w:rPr/>
        <w:t>noodzakelijk</w:t>
      </w:r>
      <w:r w:rsidR="005F6A5B">
        <w:rPr/>
        <w:t xml:space="preserve"> </w:t>
      </w:r>
      <w:r w:rsidR="005F6A5B">
        <w:rPr/>
        <w:t>zijn</w:t>
      </w:r>
      <w:r w:rsidR="005F6A5B">
        <w:rPr/>
        <w:t>.</w:t>
      </w:r>
    </w:p>
    <w:p w:rsidR="009D758D" w:rsidRDefault="005F6A5B" w14:paraId="40E8AAE0" w14:textId="77777777">
      <w:r w:rsidR="005F6A5B">
        <w:rPr/>
        <w:t>Deze</w:t>
      </w:r>
      <w:r w:rsidR="005F6A5B">
        <w:rPr/>
        <w:t xml:space="preserve"> </w:t>
      </w:r>
      <w:r w:rsidR="005F6A5B">
        <w:rPr/>
        <w:t>systematische</w:t>
      </w:r>
      <w:r w:rsidR="005F6A5B">
        <w:rPr/>
        <w:t xml:space="preserve"> </w:t>
      </w:r>
      <w:r w:rsidR="005F6A5B">
        <w:rPr/>
        <w:t>inventarisatie</w:t>
      </w:r>
      <w:r w:rsidR="005F6A5B">
        <w:rPr/>
        <w:t xml:space="preserve"> </w:t>
      </w:r>
      <w:r w:rsidR="005F6A5B">
        <w:rPr/>
        <w:t>toont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het MER </w:t>
      </w:r>
      <w:r w:rsidR="005F6A5B">
        <w:rPr/>
        <w:t>geen</w:t>
      </w:r>
      <w:r w:rsidR="005F6A5B">
        <w:rPr/>
        <w:t xml:space="preserve"> </w:t>
      </w:r>
      <w:r w:rsidR="005F6A5B">
        <w:rPr/>
        <w:t>bindende</w:t>
      </w:r>
      <w:r w:rsidR="005F6A5B">
        <w:rPr/>
        <w:t xml:space="preserve"> </w:t>
      </w:r>
      <w:r w:rsidR="005F6A5B">
        <w:rPr/>
        <w:t>maatregelen</w:t>
      </w:r>
      <w:r w:rsidR="005F6A5B">
        <w:rPr/>
        <w:t xml:space="preserve"> </w:t>
      </w:r>
      <w:r w:rsidR="005F6A5B">
        <w:rPr/>
        <w:t>bevat</w:t>
      </w:r>
      <w:r w:rsidR="005F6A5B">
        <w:rPr/>
        <w:t xml:space="preserve"> maar </w:t>
      </w:r>
      <w:r w:rsidR="005F6A5B">
        <w:rPr/>
        <w:t>slechts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catalogus</w:t>
      </w:r>
      <w:r w:rsidR="005F6A5B">
        <w:rPr/>
        <w:t xml:space="preserve"> van </w:t>
      </w:r>
      <w:r w:rsidR="005F6A5B">
        <w:rPr/>
        <w:t>goede</w:t>
      </w:r>
      <w:r w:rsidR="005F6A5B">
        <w:rPr/>
        <w:t xml:space="preserve"> </w:t>
      </w:r>
      <w:r w:rsidR="005F6A5B">
        <w:rPr/>
        <w:t>voornemens</w:t>
      </w:r>
      <w:r w:rsidR="005F6A5B">
        <w:rPr/>
        <w:t xml:space="preserve"> </w:t>
      </w:r>
      <w:r w:rsidR="005F6A5B">
        <w:rPr/>
        <w:t>onder</w:t>
      </w:r>
      <w:r w:rsidR="005F6A5B">
        <w:rPr/>
        <w:t xml:space="preserve"> </w:t>
      </w:r>
      <w:r w:rsidR="005F6A5B">
        <w:rPr/>
        <w:t>voorbehoud</w:t>
      </w:r>
      <w:r w:rsidR="005F6A5B">
        <w:rPr/>
        <w:t xml:space="preserve">. Een </w:t>
      </w:r>
      <w:r w:rsidR="005F6A5B">
        <w:rPr/>
        <w:t>effectbeoordeling</w:t>
      </w:r>
      <w:r w:rsidR="005F6A5B">
        <w:rPr/>
        <w:t xml:space="preserve"> die </w:t>
      </w:r>
      <w:r w:rsidR="005F6A5B">
        <w:rPr/>
        <w:t>steunt</w:t>
      </w:r>
      <w:r w:rsidR="005F6A5B">
        <w:rPr/>
        <w:t xml:space="preserve"> op </w:t>
      </w:r>
      <w:r w:rsidR="005F6A5B">
        <w:rPr/>
        <w:t>maatregelen</w:t>
      </w:r>
      <w:r w:rsidR="005F6A5B">
        <w:rPr/>
        <w:t xml:space="preserve"> die </w:t>
      </w:r>
      <w:r w:rsidR="005F6A5B">
        <w:rPr/>
        <w:t>structureel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geformuleerd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"</w:t>
      </w:r>
      <w:r w:rsidR="005F6A5B">
        <w:rPr/>
        <w:t>wellicht</w:t>
      </w:r>
      <w:r w:rsidR="005F6A5B">
        <w:rPr/>
        <w:t>", "</w:t>
      </w:r>
      <w:r w:rsidR="005F6A5B">
        <w:rPr/>
        <w:t>indien</w:t>
      </w:r>
      <w:r w:rsidR="005F6A5B">
        <w:rPr/>
        <w:t xml:space="preserve"> </w:t>
      </w:r>
      <w:r w:rsidR="005F6A5B">
        <w:rPr/>
        <w:t>mogelijk</w:t>
      </w:r>
      <w:r w:rsidR="005F6A5B">
        <w:rPr/>
        <w:t xml:space="preserve">" </w:t>
      </w:r>
      <w:r w:rsidR="005F6A5B">
        <w:rPr/>
        <w:t>en</w:t>
      </w:r>
      <w:r w:rsidR="005F6A5B">
        <w:rPr/>
        <w:t xml:space="preserve"> "</w:t>
      </w:r>
      <w:r w:rsidR="005F6A5B">
        <w:rPr/>
        <w:t>waar</w:t>
      </w:r>
      <w:r w:rsidR="005F6A5B">
        <w:rPr/>
        <w:t xml:space="preserve"> </w:t>
      </w:r>
      <w:r w:rsidR="005F6A5B">
        <w:rPr/>
        <w:t>mogelijk</w:t>
      </w:r>
      <w:r w:rsidR="005F6A5B">
        <w:rPr/>
        <w:t xml:space="preserve">" </w:t>
      </w:r>
      <w:r w:rsidR="005F6A5B">
        <w:rPr/>
        <w:t>biedt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de </w:t>
      </w:r>
      <w:r w:rsidR="005F6A5B">
        <w:rPr/>
        <w:t>zekerheid</w:t>
      </w:r>
      <w:r w:rsidR="005F6A5B">
        <w:rPr/>
        <w:t xml:space="preserve"> die het </w:t>
      </w:r>
      <w:r w:rsidR="005F6A5B">
        <w:rPr/>
        <w:t>Europees</w:t>
      </w:r>
      <w:r w:rsidR="005F6A5B">
        <w:rPr/>
        <w:t xml:space="preserve"> </w:t>
      </w:r>
      <w:r w:rsidR="005F6A5B">
        <w:rPr/>
        <w:t>milieurecht</w:t>
      </w:r>
      <w:r w:rsidR="005F6A5B">
        <w:rPr/>
        <w:t xml:space="preserve"> </w:t>
      </w:r>
      <w:r w:rsidR="005F6A5B">
        <w:rPr/>
        <w:t>vereist</w:t>
      </w:r>
      <w:r w:rsidR="005F6A5B">
        <w:rPr/>
        <w:t>.</w:t>
      </w:r>
    </w:p>
    <w:p w:rsidR="009D758D" w:rsidP="25A181EA" w:rsidRDefault="5801618E" w14:paraId="74340A7D" w14:textId="0C4EC788">
      <w:r w:rsidRPr="6C968D7A" w:rsidR="5801618E">
        <w:rPr>
          <w:b w:val="1"/>
          <w:bCs w:val="1"/>
        </w:rPr>
        <w:t>Meerdere</w:t>
      </w:r>
      <w:r w:rsidRPr="6C968D7A" w:rsidR="5801618E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gemeenten</w:t>
      </w:r>
      <w:r w:rsidR="25A181EA">
        <w:rPr/>
        <w:t xml:space="preserve"> </w:t>
      </w:r>
      <w:r w:rsidR="25A181EA">
        <w:rPr/>
        <w:t>en</w:t>
      </w:r>
      <w:r w:rsidR="25A181EA">
        <w:rPr/>
        <w:t xml:space="preserve"> het </w:t>
      </w:r>
      <w:r w:rsidR="25A181EA">
        <w:rPr/>
        <w:t>Agentschap</w:t>
      </w:r>
      <w:r w:rsidR="25A181EA">
        <w:rPr/>
        <w:t xml:space="preserve"> </w:t>
      </w:r>
      <w:r w:rsidR="25A181EA">
        <w:rPr/>
        <w:t>Onroerend</w:t>
      </w:r>
      <w:r w:rsidR="25A181EA">
        <w:rPr/>
        <w:t xml:space="preserve"> </w:t>
      </w:r>
      <w:r w:rsidR="25A181EA">
        <w:rPr/>
        <w:t>Erfgoed</w:t>
      </w:r>
      <w:r w:rsidR="25A181EA">
        <w:rPr/>
        <w:t xml:space="preserve"> </w:t>
      </w:r>
      <w:r w:rsidR="25A181EA">
        <w:rPr/>
        <w:t>bevestigen</w:t>
      </w:r>
      <w:r w:rsidR="25A181EA">
        <w:rPr/>
        <w:t xml:space="preserve"> </w:t>
      </w:r>
      <w:r w:rsidR="25A181EA">
        <w:rPr/>
        <w:t>dit</w:t>
      </w:r>
      <w:r w:rsidR="25A181EA">
        <w:rPr/>
        <w:t xml:space="preserve"> </w:t>
      </w:r>
      <w:r w:rsidR="25A181EA">
        <w:rPr/>
        <w:t>gebrek</w:t>
      </w:r>
      <w:r w:rsidR="25A181EA">
        <w:rPr/>
        <w:t xml:space="preserve">. Het </w:t>
      </w:r>
      <w:r w:rsidR="25A181EA">
        <w:rPr/>
        <w:t>Agentschap</w:t>
      </w:r>
      <w:r w:rsidR="25A181EA">
        <w:rPr/>
        <w:t xml:space="preserve"> </w:t>
      </w:r>
      <w:r w:rsidR="25A181EA">
        <w:rPr/>
        <w:t>concludeert</w:t>
      </w:r>
      <w:r w:rsidR="25A181EA">
        <w:rPr/>
        <w:t xml:space="preserve">: </w:t>
      </w:r>
      <w:r w:rsidRPr="6C968D7A" w:rsidR="25A181EA">
        <w:rPr>
          <w:i w:val="1"/>
          <w:iCs w:val="1"/>
        </w:rPr>
        <w:t xml:space="preserve">"Het is NOODZAKELIJK het MER </w:t>
      </w:r>
      <w:r w:rsidRPr="6C968D7A" w:rsidR="25A181EA">
        <w:rPr>
          <w:i w:val="1"/>
          <w:iCs w:val="1"/>
        </w:rPr>
        <w:t>verder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aan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te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passen</w:t>
      </w:r>
      <w:r w:rsidRPr="6C968D7A" w:rsidR="25A181EA">
        <w:rPr>
          <w:i w:val="1"/>
          <w:iCs w:val="1"/>
        </w:rPr>
        <w:t>."</w:t>
      </w:r>
    </w:p>
    <w:p w:rsidR="009D758D" w:rsidRDefault="005F6A5B" w14:paraId="3808ADA6" w14:textId="77777777"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grondslag</w:t>
      </w:r>
      <w:r w:rsidRPr="6C968D7A" w:rsidR="005F6A5B">
        <w:rPr>
          <w:b w:val="1"/>
          <w:bCs w:val="1"/>
        </w:rPr>
        <w:t>:</w:t>
      </w:r>
      <w:r w:rsidR="005F6A5B">
        <w:rPr/>
        <w:t xml:space="preserve"> Art. 5(1)(c) MER-</w:t>
      </w:r>
      <w:r w:rsidR="005F6A5B">
        <w:rPr/>
        <w:t>richtlijn</w:t>
      </w:r>
      <w:r w:rsidR="005F6A5B">
        <w:rPr/>
        <w:t xml:space="preserve"> 2014/52/EU; </w:t>
      </w:r>
      <w:r w:rsidR="005F6A5B">
        <w:rPr/>
        <w:t>HvJ</w:t>
      </w:r>
      <w:r w:rsidR="005F6A5B">
        <w:rPr/>
        <w:t xml:space="preserve">-EU Briels (C-521/12): </w:t>
      </w:r>
      <w:r w:rsidR="005F6A5B">
        <w:rPr/>
        <w:t>maatregelen</w:t>
      </w:r>
      <w:r w:rsidR="005F6A5B">
        <w:rPr/>
        <w:t xml:space="preserve"> </w:t>
      </w:r>
      <w:r w:rsidR="005F6A5B">
        <w:rPr/>
        <w:t>waarop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effectbeoordeling</w:t>
      </w:r>
      <w:r w:rsidR="005F6A5B">
        <w:rPr/>
        <w:t xml:space="preserve"> </w:t>
      </w:r>
      <w:r w:rsidR="005F6A5B">
        <w:rPr/>
        <w:t>steunt</w:t>
      </w:r>
      <w:r w:rsidR="005F6A5B">
        <w:rPr/>
        <w:t xml:space="preserve"> </w:t>
      </w:r>
      <w:r w:rsidR="005F6A5B">
        <w:rPr/>
        <w:t>moeten</w:t>
      </w:r>
      <w:r w:rsidR="005F6A5B">
        <w:rPr/>
        <w:t xml:space="preserve"> </w:t>
      </w:r>
      <w:r w:rsidR="005F6A5B">
        <w:rPr/>
        <w:t>zeker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afdwingbaar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. Een </w:t>
      </w:r>
      <w:r w:rsidR="005F6A5B">
        <w:rPr/>
        <w:t>effectbeoordeling</w:t>
      </w:r>
      <w:r w:rsidR="005F6A5B">
        <w:rPr/>
        <w:t xml:space="preserve"> </w:t>
      </w:r>
      <w:r w:rsidR="005F6A5B">
        <w:rPr/>
        <w:t>gebaseerd</w:t>
      </w:r>
      <w:r w:rsidR="005F6A5B">
        <w:rPr/>
        <w:t xml:space="preserve"> op </w:t>
      </w:r>
      <w:r w:rsidR="005F6A5B">
        <w:rPr/>
        <w:t>niet-bindende</w:t>
      </w:r>
      <w:r w:rsidR="005F6A5B">
        <w:rPr/>
        <w:t xml:space="preserve"> </w:t>
      </w:r>
      <w:r w:rsidR="005F6A5B">
        <w:rPr/>
        <w:t>maatregelen</w:t>
      </w:r>
      <w:r w:rsidR="005F6A5B">
        <w:rPr/>
        <w:t xml:space="preserve"> is </w:t>
      </w:r>
      <w:r w:rsidR="005F6A5B">
        <w:rPr/>
        <w:t>juridisch</w:t>
      </w:r>
      <w:r w:rsidR="005F6A5B">
        <w:rPr/>
        <w:t xml:space="preserve"> </w:t>
      </w:r>
      <w:r w:rsidR="005F6A5B">
        <w:rPr/>
        <w:t>waardeloos</w:t>
      </w:r>
      <w:r w:rsidR="005F6A5B">
        <w:rPr/>
        <w:t>.</w:t>
      </w:r>
    </w:p>
    <w:p w:rsidR="009D758D" w:rsidRDefault="005F6A5B" w14:paraId="24660090" w14:textId="77777777">
      <w:pPr>
        <w:pStyle w:val="Heading3"/>
      </w:pPr>
      <w:r w:rsidR="005F6A5B">
        <w:rPr/>
        <w:t xml:space="preserve">4.3 </w:t>
      </w:r>
      <w:r w:rsidR="005F6A5B">
        <w:rPr/>
        <w:t>Voorzorgsbeginsel</w:t>
      </w:r>
      <w:r w:rsidR="005F6A5B">
        <w:rPr/>
        <w:t xml:space="preserve"> </w:t>
      </w:r>
      <w:r w:rsidR="005F6A5B">
        <w:rPr/>
        <w:t>systematisch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toegepast</w:t>
      </w:r>
    </w:p>
    <w:p w:rsidR="009D758D" w:rsidRDefault="005F6A5B" w14:paraId="24E58C1E" w14:textId="77777777">
      <w:r w:rsidR="005F6A5B">
        <w:rPr/>
        <w:t xml:space="preserve">Het MER </w:t>
      </w:r>
      <w:r w:rsidR="005F6A5B">
        <w:rPr/>
        <w:t>erkent</w:t>
      </w:r>
      <w:r w:rsidR="005F6A5B">
        <w:rPr/>
        <w:t xml:space="preserve"> </w:t>
      </w:r>
      <w:r w:rsidRPr="6C968D7A" w:rsidR="005F6A5B">
        <w:rPr>
          <w:b w:val="1"/>
          <w:bCs w:val="1"/>
        </w:rPr>
        <w:t xml:space="preserve">32 </w:t>
      </w:r>
      <w:r w:rsidRPr="6C968D7A" w:rsidR="005F6A5B">
        <w:rPr>
          <w:b w:val="1"/>
          <w:bCs w:val="1"/>
        </w:rPr>
        <w:t>leemten</w:t>
      </w:r>
      <w:r w:rsidRPr="6C968D7A" w:rsidR="005F6A5B">
        <w:rPr>
          <w:b w:val="1"/>
          <w:bCs w:val="1"/>
        </w:rPr>
        <w:t xml:space="preserve"> in de </w:t>
      </w:r>
      <w:r w:rsidRPr="6C968D7A" w:rsidR="005F6A5B">
        <w:rPr>
          <w:b w:val="1"/>
          <w:bCs w:val="1"/>
        </w:rPr>
        <w:t>kennis</w:t>
      </w:r>
      <w:r w:rsidR="005F6A5B">
        <w:rPr/>
        <w:t xml:space="preserve"> (</w:t>
      </w:r>
      <w:r w:rsidR="005F6A5B">
        <w:rPr/>
        <w:t>Hfst</w:t>
      </w:r>
      <w:r w:rsidR="005F6A5B">
        <w:rPr/>
        <w:t xml:space="preserve"> 18-19) maar </w:t>
      </w:r>
      <w:r w:rsidR="005F6A5B">
        <w:rPr/>
        <w:t>concludeert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</w:t>
      </w:r>
      <w:r w:rsidR="005F6A5B">
        <w:rPr/>
        <w:t>elke</w:t>
      </w:r>
      <w:r w:rsidR="005F6A5B">
        <w:rPr/>
        <w:t xml:space="preserve"> </w:t>
      </w:r>
      <w:r w:rsidR="005F6A5B">
        <w:rPr/>
        <w:t>leemte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de </w:t>
      </w:r>
      <w:r w:rsidR="005F6A5B">
        <w:rPr/>
        <w:t>onzekerheden</w:t>
      </w:r>
      <w:r w:rsidR="005F6A5B">
        <w:rPr/>
        <w:t xml:space="preserve"> "</w:t>
      </w:r>
      <w:r w:rsidR="005F6A5B">
        <w:rPr/>
        <w:t>te</w:t>
      </w:r>
      <w:r w:rsidR="005F6A5B">
        <w:rPr/>
        <w:t xml:space="preserve"> </w:t>
      </w:r>
      <w:r w:rsidR="005F6A5B">
        <w:rPr/>
        <w:t>beperkt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om </w:t>
      </w:r>
      <w:r w:rsidR="005F6A5B">
        <w:rPr/>
        <w:t>invloed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hebben</w:t>
      </w:r>
      <w:r w:rsidR="005F6A5B">
        <w:rPr/>
        <w:t xml:space="preserve"> op de </w:t>
      </w:r>
      <w:r w:rsidR="005F6A5B">
        <w:rPr/>
        <w:t>effectbeoordeling</w:t>
      </w:r>
      <w:r w:rsidR="005F6A5B">
        <w:rPr/>
        <w:t xml:space="preserve">." Dit is </w:t>
      </w:r>
      <w:r w:rsidR="005F6A5B">
        <w:rPr/>
        <w:t>een</w:t>
      </w:r>
      <w:r w:rsidR="005F6A5B">
        <w:rPr/>
        <w:t xml:space="preserve"> </w:t>
      </w:r>
      <w:r w:rsidR="005F6A5B">
        <w:rPr/>
        <w:t>cirkelredenering</w:t>
      </w:r>
      <w:r w:rsidR="005F6A5B">
        <w:rPr/>
        <w:t xml:space="preserve">: het MER </w:t>
      </w:r>
      <w:r w:rsidR="005F6A5B">
        <w:rPr/>
        <w:t>stelt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leemten</w:t>
      </w:r>
      <w:r w:rsidR="005F6A5B">
        <w:rPr/>
        <w:t xml:space="preserve"> de scores </w:t>
      </w:r>
      <w:r w:rsidR="005F6A5B">
        <w:rPr/>
        <w:t>niet</w:t>
      </w:r>
      <w:r w:rsidR="005F6A5B">
        <w:rPr/>
        <w:t xml:space="preserve"> </w:t>
      </w:r>
      <w:r w:rsidR="005F6A5B">
        <w:rPr/>
        <w:t>beinvloeden</w:t>
      </w:r>
      <w:r w:rsidR="005F6A5B">
        <w:rPr/>
        <w:t xml:space="preserve">, </w:t>
      </w:r>
      <w:r w:rsidR="005F6A5B">
        <w:rPr/>
        <w:t>terwijl</w:t>
      </w:r>
      <w:r w:rsidR="005F6A5B">
        <w:rPr/>
        <w:t xml:space="preserve"> het </w:t>
      </w:r>
      <w:r w:rsidR="005F6A5B">
        <w:rPr/>
        <w:t>juist</w:t>
      </w:r>
      <w:r w:rsidR="005F6A5B">
        <w:rPr/>
        <w:t xml:space="preserve"> door die </w:t>
      </w:r>
      <w:r w:rsidR="005F6A5B">
        <w:rPr/>
        <w:t>leemten</w:t>
      </w:r>
      <w:r w:rsidR="005F6A5B">
        <w:rPr/>
        <w:t xml:space="preserve"> </w:t>
      </w:r>
      <w:r w:rsidR="005F6A5B">
        <w:rPr/>
        <w:t>onmogelijk</w:t>
      </w:r>
      <w:r w:rsidR="005F6A5B">
        <w:rPr/>
        <w:t xml:space="preserve"> is om scores correct vast </w:t>
      </w:r>
      <w:r w:rsidR="005F6A5B">
        <w:rPr/>
        <w:t>te</w:t>
      </w:r>
      <w:r w:rsidR="005F6A5B">
        <w:rPr/>
        <w:t xml:space="preserve"> </w:t>
      </w:r>
      <w:r w:rsidR="005F6A5B">
        <w:rPr/>
        <w:t>stellen</w:t>
      </w:r>
      <w:r w:rsidR="005F6A5B">
        <w:rPr/>
        <w:t>.</w:t>
      </w:r>
    </w:p>
    <w:p w:rsidR="009D758D" w:rsidRDefault="005F6A5B" w14:paraId="5DE74CB5" w14:textId="77777777">
      <w:r w:rsidR="005F6A5B">
        <w:rPr/>
        <w:t xml:space="preserve">Concrete </w:t>
      </w:r>
      <w:r w:rsidR="005F6A5B">
        <w:rPr/>
        <w:t>voorbeelden</w:t>
      </w:r>
      <w:r w:rsidR="005F6A5B">
        <w:rPr/>
        <w:t xml:space="preserve"> van </w:t>
      </w:r>
      <w:r w:rsidR="005F6A5B">
        <w:rPr/>
        <w:t>genegeerde</w:t>
      </w:r>
      <w:r w:rsidR="005F6A5B">
        <w:rPr/>
        <w:t xml:space="preserve"> </w:t>
      </w:r>
      <w:r w:rsidR="005F6A5B">
        <w:rPr/>
        <w:t>kennislacunes</w:t>
      </w:r>
      <w:r w:rsidR="005F6A5B">
        <w:rPr/>
        <w:t>:</w:t>
      </w:r>
    </w:p>
    <w:p w:rsidR="009D758D" w:rsidRDefault="005F6A5B" w14:paraId="394D977C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 xml:space="preserve">EMF </w:t>
      </w:r>
      <w:r w:rsidRPr="6C968D7A" w:rsidR="005F6A5B">
        <w:rPr>
          <w:b w:val="1"/>
          <w:bCs w:val="1"/>
        </w:rPr>
        <w:t>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kinderleukemie</w:t>
      </w:r>
      <w:r w:rsidR="005F6A5B">
        <w:rPr/>
        <w:t xml:space="preserve"> — IARC Groep 2B, 170 </w:t>
      </w:r>
      <w:r w:rsidR="005F6A5B">
        <w:rPr/>
        <w:t>woningen</w:t>
      </w:r>
      <w:r w:rsidR="005F6A5B">
        <w:rPr/>
        <w:t xml:space="preserve"> in contour, </w:t>
      </w:r>
      <w:r w:rsidR="005F6A5B">
        <w:rPr/>
        <w:t>geen</w:t>
      </w:r>
      <w:r w:rsidR="005F6A5B">
        <w:rPr/>
        <w:t xml:space="preserve"> </w:t>
      </w:r>
      <w:r w:rsidR="005F6A5B">
        <w:rPr/>
        <w:t>effectscore</w:t>
      </w:r>
    </w:p>
    <w:p w:rsidR="009D758D" w:rsidRDefault="005F6A5B" w14:paraId="35566246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EMF op fauna</w:t>
      </w:r>
      <w:r w:rsidR="005F6A5B">
        <w:rPr/>
        <w:t xml:space="preserve"> — 250+ studies </w:t>
      </w:r>
      <w:r w:rsidR="005F6A5B">
        <w:rPr/>
        <w:t>zonder</w:t>
      </w:r>
      <w:r w:rsidR="005F6A5B">
        <w:rPr/>
        <w:t xml:space="preserve"> consensus, </w:t>
      </w:r>
      <w:r w:rsidR="005F6A5B">
        <w:rPr/>
        <w:t>geen</w:t>
      </w:r>
      <w:r w:rsidR="005F6A5B">
        <w:rPr/>
        <w:t xml:space="preserve"> </w:t>
      </w:r>
      <w:r w:rsidR="005F6A5B">
        <w:rPr/>
        <w:t>effectscore</w:t>
      </w:r>
      <w:r w:rsidR="005F6A5B">
        <w:rPr/>
        <w:t xml:space="preserve">, </w:t>
      </w:r>
      <w:r w:rsidR="005F6A5B">
        <w:rPr/>
        <w:t>geen</w:t>
      </w:r>
      <w:r w:rsidR="005F6A5B">
        <w:rPr/>
        <w:t xml:space="preserve"> </w:t>
      </w:r>
      <w:r w:rsidR="005F6A5B">
        <w:rPr/>
        <w:t>voorzorgsmaatregel</w:t>
      </w:r>
    </w:p>
    <w:p w:rsidR="009D758D" w:rsidRDefault="005F6A5B" w14:paraId="3813B24A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Bodemopwarming</w:t>
      </w:r>
      <w:r w:rsidRPr="6C968D7A" w:rsidR="005F6A5B">
        <w:rPr>
          <w:b w:val="1"/>
          <w:bCs w:val="1"/>
        </w:rPr>
        <w:t xml:space="preserve"> door </w:t>
      </w:r>
      <w:r w:rsidRPr="6C968D7A" w:rsidR="005F6A5B">
        <w:rPr>
          <w:b w:val="1"/>
          <w:bCs w:val="1"/>
        </w:rPr>
        <w:t>kabels</w:t>
      </w:r>
      <w:r w:rsidR="005F6A5B">
        <w:rPr/>
        <w:t xml:space="preserve"> — </w:t>
      </w:r>
      <w:r w:rsidR="005F6A5B">
        <w:rPr/>
        <w:t>erkend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onbekend</w:t>
      </w:r>
      <w:r w:rsidR="005F6A5B">
        <w:rPr/>
        <w:t>, maar "</w:t>
      </w:r>
      <w:r w:rsidR="005F6A5B">
        <w:rPr/>
        <w:t>significante</w:t>
      </w:r>
      <w:r w:rsidR="005F6A5B">
        <w:rPr/>
        <w:t xml:space="preserve"> </w:t>
      </w:r>
      <w:r w:rsidR="005F6A5B">
        <w:rPr/>
        <w:t>effecten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verwacht</w:t>
      </w:r>
      <w:r w:rsidR="005F6A5B">
        <w:rPr/>
        <w:t>"</w:t>
      </w:r>
    </w:p>
    <w:p w:rsidR="009D758D" w:rsidRDefault="005F6A5B" w14:paraId="59227426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Corona-</w:t>
      </w:r>
      <w:r w:rsidRPr="6C968D7A" w:rsidR="005F6A5B">
        <w:rPr>
          <w:b w:val="1"/>
          <w:bCs w:val="1"/>
        </w:rPr>
        <w:t>geluid</w:t>
      </w:r>
      <w:r w:rsidRPr="6C968D7A" w:rsidR="005F6A5B">
        <w:rPr>
          <w:b w:val="1"/>
          <w:bCs w:val="1"/>
        </w:rPr>
        <w:t xml:space="preserve"> op fauna</w:t>
      </w:r>
      <w:r w:rsidR="005F6A5B">
        <w:rPr/>
        <w:t xml:space="preserve"> — "</w:t>
      </w:r>
      <w:r w:rsidR="005F6A5B">
        <w:rPr/>
        <w:t>niet</w:t>
      </w:r>
      <w:r w:rsidR="005F6A5B">
        <w:rPr/>
        <w:t xml:space="preserve"> </w:t>
      </w:r>
      <w:r w:rsidR="005F6A5B">
        <w:rPr/>
        <w:t>gekend</w:t>
      </w:r>
      <w:r w:rsidR="005F6A5B">
        <w:rPr/>
        <w:t xml:space="preserve">", </w:t>
      </w:r>
      <w:r w:rsidR="005F6A5B">
        <w:rPr/>
        <w:t>niet</w:t>
      </w:r>
      <w:r w:rsidR="005F6A5B">
        <w:rPr/>
        <w:t xml:space="preserve"> </w:t>
      </w:r>
      <w:r w:rsidR="005F6A5B">
        <w:rPr/>
        <w:t>beoordeeld</w:t>
      </w:r>
    </w:p>
    <w:p w:rsidR="009D758D" w:rsidRDefault="005F6A5B" w14:paraId="583BCD39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HTLS-</w:t>
      </w:r>
      <w:r w:rsidRPr="6C968D7A" w:rsidR="005F6A5B">
        <w:rPr>
          <w:b w:val="1"/>
          <w:bCs w:val="1"/>
        </w:rPr>
        <w:t>veroudering</w:t>
      </w:r>
      <w:r w:rsidR="005F6A5B">
        <w:rPr/>
        <w:t xml:space="preserve"> — tot 10 dB(A) </w:t>
      </w:r>
      <w:r w:rsidR="005F6A5B">
        <w:rPr/>
        <w:t>toename</w:t>
      </w:r>
      <w:r w:rsidR="005F6A5B">
        <w:rPr/>
        <w:t xml:space="preserve"> </w:t>
      </w:r>
      <w:r w:rsidR="005F6A5B">
        <w:rPr/>
        <w:t>geluid</w:t>
      </w:r>
      <w:r w:rsidR="005F6A5B">
        <w:rPr/>
        <w:t xml:space="preserve">, </w:t>
      </w:r>
      <w:r w:rsidR="005F6A5B">
        <w:rPr/>
        <w:t>duur</w:t>
      </w:r>
      <w:r w:rsidR="005F6A5B">
        <w:rPr/>
        <w:t>: "</w:t>
      </w:r>
      <w:r w:rsidR="005F6A5B">
        <w:rPr/>
        <w:t>leemte</w:t>
      </w:r>
      <w:r w:rsidR="005F6A5B">
        <w:rPr/>
        <w:t xml:space="preserve"> in de </w:t>
      </w:r>
      <w:r w:rsidR="005F6A5B">
        <w:rPr/>
        <w:t>kennis</w:t>
      </w:r>
      <w:r w:rsidR="005F6A5B">
        <w:rPr/>
        <w:t>"</w:t>
      </w:r>
    </w:p>
    <w:p w:rsidR="009D758D" w:rsidRDefault="005F6A5B" w14:paraId="456AA624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ILVO-</w:t>
      </w:r>
      <w:r w:rsidRPr="6C968D7A" w:rsidR="005F6A5B">
        <w:rPr>
          <w:b w:val="1"/>
          <w:bCs w:val="1"/>
        </w:rPr>
        <w:t>studie</w:t>
      </w:r>
      <w:r w:rsidRPr="6C968D7A" w:rsidR="005F6A5B">
        <w:rPr>
          <w:b w:val="1"/>
          <w:bCs w:val="1"/>
        </w:rPr>
        <w:t xml:space="preserve"> EMF op </w:t>
      </w:r>
      <w:r w:rsidRPr="6C968D7A" w:rsidR="005F6A5B">
        <w:rPr>
          <w:b w:val="1"/>
          <w:bCs w:val="1"/>
        </w:rPr>
        <w:t>landbouw</w:t>
      </w:r>
      <w:r w:rsidR="005F6A5B">
        <w:rPr/>
        <w:t xml:space="preserve"> — "</w:t>
      </w:r>
      <w:r w:rsidR="005F6A5B">
        <w:rPr/>
        <w:t>geen</w:t>
      </w:r>
      <w:r w:rsidR="005F6A5B">
        <w:rPr/>
        <w:t xml:space="preserve"> </w:t>
      </w:r>
      <w:r w:rsidR="005F6A5B">
        <w:rPr/>
        <w:t>eenduidige</w:t>
      </w:r>
      <w:r w:rsidR="005F6A5B">
        <w:rPr/>
        <w:t xml:space="preserve"> </w:t>
      </w:r>
      <w:r w:rsidR="005F6A5B">
        <w:rPr/>
        <w:t>conclusies</w:t>
      </w:r>
      <w:r w:rsidR="005F6A5B">
        <w:rPr/>
        <w:t xml:space="preserve">", </w:t>
      </w:r>
      <w:r w:rsidR="005F6A5B">
        <w:rPr/>
        <w:t>voorzorg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toegepast</w:t>
      </w:r>
    </w:p>
    <w:p w:rsidR="009D758D" w:rsidRDefault="005F6A5B" w14:paraId="3A10C140" w14:textId="77777777">
      <w:r w:rsidR="005F6A5B">
        <w:rPr/>
        <w:t xml:space="preserve">De </w:t>
      </w:r>
      <w:r w:rsidR="005F6A5B">
        <w:rPr/>
        <w:t>niet-toepassing</w:t>
      </w:r>
      <w:r w:rsidR="005F6A5B">
        <w:rPr/>
        <w:t xml:space="preserve"> van het </w:t>
      </w:r>
      <w:r w:rsidR="005F6A5B">
        <w:rPr/>
        <w:t>voorzorgsbeginsel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bijzonder</w:t>
      </w:r>
      <w:r w:rsidR="005F6A5B">
        <w:rPr/>
        <w:t xml:space="preserve"> </w:t>
      </w:r>
      <w:r w:rsidR="005F6A5B">
        <w:rPr/>
        <w:t>schrijnend</w:t>
      </w:r>
      <w:r w:rsidR="005F6A5B">
        <w:rPr/>
        <w:t xml:space="preserve"> </w:t>
      </w:r>
      <w:r w:rsidR="005F6A5B">
        <w:rPr/>
        <w:t>geïllustreerd</w:t>
      </w:r>
      <w:r w:rsidR="005F6A5B">
        <w:rPr/>
        <w:t xml:space="preserve"> door de </w:t>
      </w:r>
      <w:r w:rsidRPr="6C968D7A" w:rsidR="005F6A5B">
        <w:rPr>
          <w:b w:val="1"/>
          <w:bCs w:val="1"/>
        </w:rPr>
        <w:t>kosten-batenanalyse</w:t>
      </w:r>
      <w:r w:rsidRPr="6C968D7A" w:rsidR="005F6A5B">
        <w:rPr>
          <w:b w:val="1"/>
          <w:bCs w:val="1"/>
        </w:rPr>
        <w:t xml:space="preserve"> (KBA)</w:t>
      </w:r>
      <w:r w:rsidR="005F6A5B">
        <w:rPr/>
        <w:t xml:space="preserve"> die het project </w:t>
      </w:r>
      <w:r w:rsidR="005F6A5B">
        <w:rPr/>
        <w:t>ondersteunt</w:t>
      </w:r>
      <w:r w:rsidR="005F6A5B">
        <w:rPr/>
        <w:t xml:space="preserve">. </w:t>
      </w:r>
      <w:r w:rsidR="005F6A5B">
        <w:rPr/>
        <w:t>Deze</w:t>
      </w:r>
      <w:r w:rsidR="005F6A5B">
        <w:rPr/>
        <w:t xml:space="preserve"> KBA </w:t>
      </w:r>
      <w:r w:rsidR="005F6A5B">
        <w:rPr/>
        <w:t>waardeert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geval</w:t>
      </w:r>
      <w:r w:rsidR="005F6A5B">
        <w:rPr/>
        <w:t xml:space="preserve"> van </w:t>
      </w:r>
      <w:r w:rsidRPr="6C968D7A" w:rsidR="005F6A5B">
        <w:rPr>
          <w:b w:val="1"/>
          <w:bCs w:val="1"/>
        </w:rPr>
        <w:t>kinderleukemie</w:t>
      </w:r>
      <w:r w:rsidRPr="6C968D7A" w:rsidR="005F6A5B">
        <w:rPr>
          <w:b w:val="1"/>
          <w:bCs w:val="1"/>
        </w:rPr>
        <w:t xml:space="preserve"> op </w:t>
      </w:r>
      <w:r w:rsidRPr="6C968D7A" w:rsidR="005F6A5B">
        <w:rPr>
          <w:b w:val="1"/>
          <w:bCs w:val="1"/>
        </w:rPr>
        <w:t>slechts</w:t>
      </w:r>
      <w:r w:rsidRPr="6C968D7A" w:rsidR="005F6A5B">
        <w:rPr>
          <w:b w:val="1"/>
          <w:bCs w:val="1"/>
        </w:rPr>
        <w:t xml:space="preserve"> EUR 0,3 tot 0,8 </w:t>
      </w:r>
      <w:r w:rsidRPr="6C968D7A" w:rsidR="005F6A5B">
        <w:rPr>
          <w:b w:val="1"/>
          <w:bCs w:val="1"/>
        </w:rPr>
        <w:t>miljoen</w:t>
      </w:r>
      <w:r w:rsidR="005F6A5B">
        <w:rPr/>
        <w:t xml:space="preserve">. Dit </w:t>
      </w:r>
      <w:r w:rsidR="005F6A5B">
        <w:rPr/>
        <w:t>bedrag</w:t>
      </w:r>
      <w:r w:rsidR="005F6A5B">
        <w:rPr/>
        <w:t xml:space="preserve"> is </w:t>
      </w:r>
      <w:r w:rsidR="005F6A5B">
        <w:rPr/>
        <w:t>ethisch</w:t>
      </w:r>
      <w:r w:rsidR="005F6A5B">
        <w:rPr/>
        <w:t xml:space="preserve"> </w:t>
      </w:r>
      <w:r w:rsidR="005F6A5B">
        <w:rPr/>
        <w:t>onhoudbaar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wetenschappelijk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laag</w:t>
      </w:r>
      <w:r w:rsidR="005F6A5B">
        <w:rPr/>
        <w:t xml:space="preserve"> </w:t>
      </w:r>
      <w:r w:rsidR="005F6A5B">
        <w:rPr/>
        <w:t>vergeleken</w:t>
      </w:r>
      <w:r w:rsidR="005F6A5B">
        <w:rPr/>
        <w:t xml:space="preserve"> met </w:t>
      </w:r>
      <w:r w:rsidR="005F6A5B">
        <w:rPr/>
        <w:t>internationale</w:t>
      </w:r>
      <w:r w:rsidR="005F6A5B">
        <w:rPr/>
        <w:t xml:space="preserve"> DALY/QALY-</w:t>
      </w:r>
      <w:r w:rsidR="005F6A5B">
        <w:rPr/>
        <w:t>waarderingen</w:t>
      </w:r>
      <w:r w:rsidR="005F6A5B">
        <w:rPr/>
        <w:t xml:space="preserve">, die — </w:t>
      </w:r>
      <w:r w:rsidR="005F6A5B">
        <w:rPr/>
        <w:t>afhankelijk</w:t>
      </w:r>
      <w:r w:rsidR="005F6A5B">
        <w:rPr/>
        <w:t xml:space="preserve"> van het </w:t>
      </w:r>
      <w:r w:rsidR="005F6A5B">
        <w:rPr/>
        <w:t>gehanteerde</w:t>
      </w:r>
      <w:r w:rsidR="005F6A5B">
        <w:rPr/>
        <w:t xml:space="preserve"> model — tot </w:t>
      </w:r>
      <w:r w:rsidR="005F6A5B">
        <w:rPr/>
        <w:t>significante</w:t>
      </w:r>
      <w:r w:rsidR="005F6A5B">
        <w:rPr/>
        <w:t xml:space="preserve"> </w:t>
      </w:r>
      <w:r w:rsidR="005F6A5B">
        <w:rPr/>
        <w:t>hogere</w:t>
      </w:r>
      <w:r w:rsidR="005F6A5B">
        <w:rPr/>
        <w:t xml:space="preserve"> </w:t>
      </w:r>
      <w:r w:rsidR="005F6A5B">
        <w:rPr/>
        <w:t>bedragen</w:t>
      </w:r>
      <w:r w:rsidR="005F6A5B">
        <w:rPr/>
        <w:t xml:space="preserve"> </w:t>
      </w:r>
      <w:r w:rsidR="005F6A5B">
        <w:rPr/>
        <w:t>komen</w:t>
      </w:r>
      <w:r w:rsidR="005F6A5B">
        <w:rPr/>
        <w:t xml:space="preserve"> </w:t>
      </w:r>
      <w:r w:rsidR="005F6A5B">
        <w:rPr/>
        <w:t>wanneer</w:t>
      </w:r>
      <w:r w:rsidR="005F6A5B">
        <w:rPr/>
        <w:t xml:space="preserve"> </w:t>
      </w:r>
      <w:r w:rsidR="005F6A5B">
        <w:rPr/>
        <w:t>kwaliteit</w:t>
      </w:r>
      <w:r w:rsidR="005F6A5B">
        <w:rPr/>
        <w:t xml:space="preserve"> van </w:t>
      </w:r>
      <w:r w:rsidR="005F6A5B">
        <w:rPr/>
        <w:t>leven</w:t>
      </w:r>
      <w:r w:rsidR="005F6A5B">
        <w:rPr/>
        <w:t xml:space="preserve">, </w:t>
      </w:r>
      <w:r w:rsidR="005F6A5B">
        <w:rPr/>
        <w:t>behandelingskosten</w:t>
      </w:r>
      <w:r w:rsidR="005F6A5B">
        <w:rPr/>
        <w:t xml:space="preserve">, </w:t>
      </w:r>
      <w:r w:rsidR="005F6A5B">
        <w:rPr/>
        <w:t>productiviteitsverlies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immateriële</w:t>
      </w:r>
      <w:r w:rsidR="005F6A5B">
        <w:rPr/>
        <w:t xml:space="preserve"> </w:t>
      </w:r>
      <w:r w:rsidR="005F6A5B">
        <w:rPr/>
        <w:t>schade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meegerekend</w:t>
      </w:r>
      <w:r w:rsidR="005F6A5B">
        <w:rPr/>
        <w:t xml:space="preserve">. Door het </w:t>
      </w:r>
      <w:r w:rsidR="005F6A5B">
        <w:rPr/>
        <w:t>risico</w:t>
      </w:r>
      <w:r w:rsidR="005F6A5B">
        <w:rPr/>
        <w:t xml:space="preserve"> op </w:t>
      </w:r>
      <w:r w:rsidR="005F6A5B">
        <w:rPr/>
        <w:t>kinderleukemie</w:t>
      </w:r>
      <w:r w:rsidR="005F6A5B">
        <w:rPr/>
        <w:t xml:space="preserve"> in de KBA op </w:t>
      </w:r>
      <w:r w:rsidR="005F6A5B">
        <w:rPr/>
        <w:t>een</w:t>
      </w:r>
      <w:r w:rsidR="005F6A5B">
        <w:rPr/>
        <w:t xml:space="preserve"> </w:t>
      </w:r>
      <w:r w:rsidR="005F6A5B">
        <w:rPr/>
        <w:t>dergelijk</w:t>
      </w:r>
      <w:r w:rsidR="005F6A5B">
        <w:rPr/>
        <w:t xml:space="preserve"> </w:t>
      </w:r>
      <w:r w:rsidR="005F6A5B">
        <w:rPr/>
        <w:t>laag</w:t>
      </w:r>
      <w:r w:rsidR="005F6A5B">
        <w:rPr/>
        <w:t xml:space="preserve"> </w:t>
      </w:r>
      <w:r w:rsidR="005F6A5B">
        <w:rPr/>
        <w:t>bedrag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waarderen</w:t>
      </w:r>
      <w:r w:rsidR="005F6A5B">
        <w:rPr/>
        <w:t xml:space="preserve">, </w:t>
      </w:r>
      <w:r w:rsidR="005F6A5B">
        <w:rPr/>
        <w:t>wordt</w:t>
      </w:r>
      <w:r w:rsidR="005F6A5B">
        <w:rPr/>
        <w:t xml:space="preserve"> het </w:t>
      </w:r>
      <w:r w:rsidR="005F6A5B">
        <w:rPr/>
        <w:t>voorzorgsbeginsel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alleen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toegepast</w:t>
      </w:r>
      <w:r w:rsidR="005F6A5B">
        <w:rPr/>
        <w:t xml:space="preserve">, maar </w:t>
      </w:r>
      <w:r w:rsidR="005F6A5B">
        <w:rPr/>
        <w:t>wordt</w:t>
      </w:r>
      <w:r w:rsidR="005F6A5B">
        <w:rPr/>
        <w:t xml:space="preserve"> het </w:t>
      </w:r>
      <w:r w:rsidR="005F6A5B">
        <w:rPr/>
        <w:t>actief</w:t>
      </w:r>
      <w:r w:rsidR="005F6A5B">
        <w:rPr/>
        <w:t xml:space="preserve"> </w:t>
      </w:r>
      <w:r w:rsidR="005F6A5B">
        <w:rPr/>
        <w:t>ondermijnd</w:t>
      </w:r>
      <w:r w:rsidR="005F6A5B">
        <w:rPr/>
        <w:t xml:space="preserve">: de </w:t>
      </w:r>
      <w:r w:rsidR="005F6A5B">
        <w:rPr/>
        <w:t>financiële</w:t>
      </w:r>
      <w:r w:rsidR="005F6A5B">
        <w:rPr/>
        <w:t xml:space="preserve"> </w:t>
      </w:r>
      <w:r w:rsidR="005F6A5B">
        <w:rPr/>
        <w:t>balans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kunstmatig</w:t>
      </w:r>
      <w:r w:rsidR="005F6A5B">
        <w:rPr/>
        <w:t xml:space="preserve"> in het </w:t>
      </w:r>
      <w:r w:rsidR="005F6A5B">
        <w:rPr/>
        <w:t>voordeel</w:t>
      </w:r>
      <w:r w:rsidR="005F6A5B">
        <w:rPr/>
        <w:t xml:space="preserve"> van het project </w:t>
      </w:r>
      <w:r w:rsidR="005F6A5B">
        <w:rPr/>
        <w:t>gekanteld</w:t>
      </w:r>
      <w:r w:rsidR="005F6A5B">
        <w:rPr/>
        <w:t xml:space="preserve"> </w:t>
      </w:r>
      <w:r w:rsidR="005F6A5B">
        <w:rPr/>
        <w:t>doordat</w:t>
      </w:r>
      <w:r w:rsidR="005F6A5B">
        <w:rPr/>
        <w:t xml:space="preserve"> de </w:t>
      </w:r>
      <w:r w:rsidR="005F6A5B">
        <w:rPr/>
        <w:t>werkelijke</w:t>
      </w:r>
      <w:r w:rsidR="005F6A5B">
        <w:rPr/>
        <w:t xml:space="preserve"> </w:t>
      </w:r>
      <w:r w:rsidR="005F6A5B">
        <w:rPr/>
        <w:t>maatschappelijke</w:t>
      </w:r>
      <w:r w:rsidR="005F6A5B">
        <w:rPr/>
        <w:t xml:space="preserve"> </w:t>
      </w:r>
      <w:r w:rsidR="005F6A5B">
        <w:rPr/>
        <w:t>kosten</w:t>
      </w:r>
      <w:r w:rsidR="005F6A5B">
        <w:rPr/>
        <w:t xml:space="preserve"> van </w:t>
      </w:r>
      <w:r w:rsidR="005F6A5B">
        <w:rPr/>
        <w:t>een</w:t>
      </w:r>
      <w:r w:rsidR="005F6A5B">
        <w:rPr/>
        <w:t xml:space="preserve"> </w:t>
      </w:r>
      <w:r w:rsidR="005F6A5B">
        <w:rPr/>
        <w:t>vermijdbaar</w:t>
      </w:r>
      <w:r w:rsidR="005F6A5B">
        <w:rPr/>
        <w:t xml:space="preserve"> </w:t>
      </w:r>
      <w:r w:rsidR="005F6A5B">
        <w:rPr/>
        <w:t>gezondheidsrisico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weggerekend</w:t>
      </w:r>
      <w:r w:rsidR="005F6A5B">
        <w:rPr/>
        <w:t>.</w:t>
      </w:r>
    </w:p>
    <w:p w:rsidR="009D758D" w:rsidP="25A181EA" w:rsidRDefault="25A181EA" w14:paraId="7AA211A0" w14:textId="13614960">
      <w:r w:rsidRPr="6C968D7A" w:rsidR="25A181EA">
        <w:rPr>
          <w:b w:val="1"/>
          <w:bCs w:val="1"/>
        </w:rPr>
        <w:t>Juridische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grondslag</w:t>
      </w:r>
      <w:r w:rsidRPr="6C968D7A" w:rsidR="25A181EA">
        <w:rPr>
          <w:b w:val="1"/>
          <w:bCs w:val="1"/>
        </w:rPr>
        <w:t>:</w:t>
      </w:r>
      <w:r w:rsidR="25A181EA">
        <w:rPr/>
        <w:t xml:space="preserve"> Art. 191 lid 2 VWEU; Art. 14 </w:t>
      </w:r>
      <w:r w:rsidR="25A181EA">
        <w:rPr/>
        <w:t>Vlaamse</w:t>
      </w:r>
      <w:r w:rsidR="25A181EA">
        <w:rPr/>
        <w:t xml:space="preserve"> </w:t>
      </w:r>
      <w:r w:rsidR="25A181EA">
        <w:rPr/>
        <w:t>Natuurdecreet</w:t>
      </w:r>
      <w:r w:rsidR="25A181EA">
        <w:rPr/>
        <w:t xml:space="preserve">; </w:t>
      </w:r>
      <w:r w:rsidR="25A181EA">
        <w:rPr/>
        <w:t>HvJ</w:t>
      </w:r>
      <w:r w:rsidR="25A181EA">
        <w:rPr/>
        <w:t xml:space="preserve">-EU Waddenzee (C-127/02): </w:t>
      </w:r>
      <w:r w:rsidR="25A181EA">
        <w:rPr/>
        <w:t>bij</w:t>
      </w:r>
      <w:r w:rsidR="25A181EA">
        <w:rPr/>
        <w:t xml:space="preserve"> </w:t>
      </w:r>
      <w:r w:rsidR="25A181EA">
        <w:rPr/>
        <w:t>wetenschappelijke</w:t>
      </w:r>
      <w:r w:rsidR="25A181EA">
        <w:rPr/>
        <w:t xml:space="preserve"> </w:t>
      </w:r>
      <w:r w:rsidR="25A181EA">
        <w:rPr/>
        <w:t>twijfel</w:t>
      </w:r>
      <w:r w:rsidR="25A181EA">
        <w:rPr/>
        <w:t xml:space="preserve"> </w:t>
      </w:r>
      <w:r w:rsidR="25A181EA">
        <w:rPr/>
        <w:t>kan</w:t>
      </w:r>
      <w:r w:rsidR="25A181EA">
        <w:rPr/>
        <w:t xml:space="preserve"> </w:t>
      </w:r>
      <w:r w:rsidR="25A181EA">
        <w:rPr/>
        <w:t>niet</w:t>
      </w:r>
      <w:r w:rsidR="25A181EA">
        <w:rPr/>
        <w:t xml:space="preserve"> </w:t>
      </w:r>
      <w:r w:rsidR="25A181EA">
        <w:rPr/>
        <w:t>worden</w:t>
      </w:r>
      <w:r w:rsidR="25A181EA">
        <w:rPr/>
        <w:t xml:space="preserve"> </w:t>
      </w:r>
      <w:r w:rsidR="25A181EA">
        <w:rPr/>
        <w:t>geconcludeerd</w:t>
      </w:r>
      <w:r w:rsidR="25A181EA">
        <w:rPr/>
        <w:t xml:space="preserve"> </w:t>
      </w:r>
      <w:r w:rsidR="25A181EA">
        <w:rPr/>
        <w:t>dat</w:t>
      </w:r>
      <w:r w:rsidR="25A181EA">
        <w:rPr/>
        <w:t xml:space="preserve"> er </w:t>
      </w:r>
      <w:r w:rsidR="25A181EA">
        <w:rPr/>
        <w:t>geen</w:t>
      </w:r>
      <w:r w:rsidR="25A181EA">
        <w:rPr/>
        <w:t xml:space="preserve"> significant </w:t>
      </w:r>
      <w:r w:rsidR="25A181EA">
        <w:rPr/>
        <w:t>negatief</w:t>
      </w:r>
      <w:r w:rsidR="25A181EA">
        <w:rPr/>
        <w:t xml:space="preserve"> </w:t>
      </w:r>
      <w:r w:rsidR="25A181EA">
        <w:rPr/>
        <w:t>effect is</w:t>
      </w:r>
      <w:r w:rsidR="25A181EA">
        <w:rPr/>
        <w:t>.</w:t>
      </w:r>
    </w:p>
    <w:p w:rsidR="009D758D" w:rsidRDefault="005F6A5B" w14:paraId="04771E85" w14:textId="77777777">
      <w:r w:rsidRPr="6C968D7A" w:rsidR="005F6A5B">
        <w:rPr>
          <w:b w:val="1"/>
          <w:bCs w:val="1"/>
        </w:rPr>
        <w:t>Samenvattende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voorzorgstabel</w:t>
      </w:r>
      <w:r w:rsidRPr="6C968D7A" w:rsidR="005F6A5B">
        <w:rPr>
          <w:b w:val="1"/>
          <w:bCs w:val="1"/>
        </w:rPr>
        <w:t xml:space="preserve"> per </w:t>
      </w:r>
      <w:r w:rsidRPr="6C968D7A" w:rsidR="005F6A5B">
        <w:rPr>
          <w:b w:val="1"/>
          <w:bCs w:val="1"/>
        </w:rPr>
        <w:t>domein</w:t>
      </w:r>
      <w:r w:rsidRPr="6C968D7A" w:rsidR="005F6A5B">
        <w:rPr>
          <w:b w:val="1"/>
          <w:bCs w:val="1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8"/>
        <w:gridCol w:w="1631"/>
        <w:gridCol w:w="1568"/>
        <w:gridCol w:w="1568"/>
        <w:gridCol w:w="1568"/>
        <w:gridCol w:w="1666"/>
      </w:tblGrid>
      <w:tr w:rsidR="009D758D" w:rsidTr="6C968D7A" w14:paraId="4F30ABEC" w14:textId="77777777">
        <w:tc>
          <w:tcPr>
            <w:tcW w:w="1568" w:type="dxa"/>
            <w:shd w:val="clear" w:color="auto" w:fill="244061" w:themeFill="accent1" w:themeFillShade="80"/>
            <w:tcMar/>
          </w:tcPr>
          <w:p w:rsidR="009D758D" w:rsidP="6C968D7A" w:rsidRDefault="005F6A5B" w14:paraId="49E5AAB3" w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Domein</w:t>
            </w:r>
          </w:p>
        </w:tc>
        <w:tc>
          <w:tcPr>
            <w:tcW w:w="1568" w:type="dxa"/>
            <w:shd w:val="clear" w:color="auto" w:fill="244061" w:themeFill="accent1" w:themeFillShade="80"/>
            <w:tcMar/>
          </w:tcPr>
          <w:p w:rsidR="009D758D" w:rsidRDefault="005F6A5B" w14:paraId="4BA22790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Wetenschappelijk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plausibel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mechanisme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?</w:t>
            </w:r>
          </w:p>
        </w:tc>
        <w:tc>
          <w:tcPr>
            <w:tcW w:w="1568" w:type="dxa"/>
            <w:shd w:val="clear" w:color="auto" w:fill="244061" w:themeFill="accent1" w:themeFillShade="80"/>
            <w:tcMar/>
          </w:tcPr>
          <w:p w:rsidR="009D758D" w:rsidRDefault="005F6A5B" w14:paraId="2073A2BA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Potentieel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ernstige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schade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?</w:t>
            </w:r>
          </w:p>
        </w:tc>
        <w:tc>
          <w:tcPr>
            <w:tcW w:w="1568" w:type="dxa"/>
            <w:shd w:val="clear" w:color="auto" w:fill="244061" w:themeFill="accent1" w:themeFillShade="80"/>
            <w:tcMar/>
          </w:tcPr>
          <w:p w:rsidR="009D758D" w:rsidRDefault="005F6A5B" w14:paraId="15716D2D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Minder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ingrijpend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alternatief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?</w:t>
            </w:r>
          </w:p>
        </w:tc>
        <w:tc>
          <w:tcPr>
            <w:tcW w:w="1568" w:type="dxa"/>
            <w:shd w:val="clear" w:color="auto" w:fill="244061" w:themeFill="accent1" w:themeFillShade="80"/>
            <w:tcMar/>
          </w:tcPr>
          <w:p w:rsidR="009D758D" w:rsidRDefault="005F6A5B" w14:paraId="6F68C4B2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MER-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onderzoek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uitgevoerd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?</w:t>
            </w:r>
          </w:p>
        </w:tc>
        <w:tc>
          <w:tcPr>
            <w:tcW w:w="1568" w:type="dxa"/>
            <w:shd w:val="clear" w:color="auto" w:fill="244061" w:themeFill="accent1" w:themeFillShade="80"/>
            <w:tcMar/>
          </w:tcPr>
          <w:p w:rsidR="009D758D" w:rsidRDefault="005F6A5B" w14:paraId="768A02AB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Voorzorgsbeginsel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geschonden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?</w:t>
            </w:r>
          </w:p>
        </w:tc>
      </w:tr>
      <w:tr w:rsidR="009D758D" w:rsidTr="6C968D7A" w14:paraId="33B62BC5" w14:textId="77777777">
        <w:tc>
          <w:tcPr>
            <w:tcW w:w="1568" w:type="dxa"/>
            <w:shd w:val="clear" w:color="auto" w:fill="F2F6FC"/>
            <w:tcMar/>
          </w:tcPr>
          <w:p w:rsidR="009D758D" w:rsidRDefault="005F6A5B" w14:paraId="2127CE76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Gezondheid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 xml:space="preserve"> (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>kinderleukemie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>)</w:t>
            </w:r>
          </w:p>
        </w:tc>
        <w:tc>
          <w:tcPr>
            <w:tcW w:w="1568" w:type="dxa"/>
            <w:shd w:val="clear" w:color="auto" w:fill="F2F6FC"/>
            <w:tcMar/>
          </w:tcPr>
          <w:p w:rsidR="009D758D" w:rsidP="6C968D7A" w:rsidRDefault="005F6A5B" w14:paraId="26BDCD0A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Ja — IARC 2B, </w:t>
            </w:r>
            <w:r w:rsidRPr="6C968D7A" w:rsidR="005F6A5B">
              <w:rPr>
                <w:sz w:val="19"/>
                <w:szCs w:val="19"/>
              </w:rPr>
              <w:t>consistente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associatie</w:t>
            </w:r>
          </w:p>
        </w:tc>
        <w:tc>
          <w:tcPr>
            <w:tcW w:w="1568" w:type="dxa"/>
            <w:shd w:val="clear" w:color="auto" w:fill="F2F6FC"/>
            <w:tcMar/>
          </w:tcPr>
          <w:p w:rsidR="009D758D" w:rsidP="6C968D7A" w:rsidRDefault="005F6A5B" w14:paraId="3F9DDE20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Ja — </w:t>
            </w:r>
            <w:r w:rsidRPr="6C968D7A" w:rsidR="005F6A5B">
              <w:rPr>
                <w:sz w:val="19"/>
                <w:szCs w:val="19"/>
              </w:rPr>
              <w:t>leukemie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bij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kinderen</w:t>
            </w:r>
          </w:p>
        </w:tc>
        <w:tc>
          <w:tcPr>
            <w:tcW w:w="1568" w:type="dxa"/>
            <w:shd w:val="clear" w:color="auto" w:fill="F2F6FC"/>
            <w:tcMar/>
          </w:tcPr>
          <w:p w:rsidR="009D758D" w:rsidP="6C968D7A" w:rsidRDefault="005F6A5B" w14:paraId="797089AF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Ja — </w:t>
            </w:r>
            <w:r w:rsidRPr="6C968D7A" w:rsidR="005F6A5B">
              <w:rPr>
                <w:sz w:val="19"/>
                <w:szCs w:val="19"/>
              </w:rPr>
              <w:t>ondergrondse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kabel</w:t>
            </w:r>
            <w:r w:rsidRPr="6C968D7A" w:rsidR="005F6A5B">
              <w:rPr>
                <w:sz w:val="19"/>
                <w:szCs w:val="19"/>
              </w:rPr>
              <w:t xml:space="preserve"> op </w:t>
            </w:r>
            <w:r w:rsidRPr="6C968D7A" w:rsidR="005F6A5B">
              <w:rPr>
                <w:sz w:val="19"/>
                <w:szCs w:val="19"/>
              </w:rPr>
              <w:t>gelijkstroom</w:t>
            </w:r>
          </w:p>
        </w:tc>
        <w:tc>
          <w:tcPr>
            <w:tcW w:w="1568" w:type="dxa"/>
            <w:shd w:val="clear" w:color="auto" w:fill="F2F6FC"/>
            <w:tcMar/>
          </w:tcPr>
          <w:p w:rsidR="009D758D" w:rsidP="6C968D7A" w:rsidRDefault="005F6A5B" w14:paraId="7CF15AB4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Geen </w:t>
            </w:r>
            <w:r w:rsidRPr="6C968D7A" w:rsidR="005F6A5B">
              <w:rPr>
                <w:sz w:val="19"/>
                <w:szCs w:val="19"/>
              </w:rPr>
              <w:t>effectscore</w:t>
            </w:r>
          </w:p>
        </w:tc>
        <w:tc>
          <w:tcPr>
            <w:tcW w:w="1568" w:type="dxa"/>
            <w:shd w:val="clear" w:color="auto" w:fill="F2F6FC"/>
            <w:tcMar/>
          </w:tcPr>
          <w:p w:rsidR="009D758D" w:rsidRDefault="005F6A5B" w14:paraId="1B4FC342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Ja</w:t>
            </w:r>
          </w:p>
        </w:tc>
      </w:tr>
      <w:tr w:rsidR="009D758D" w:rsidTr="6C968D7A" w14:paraId="0C61A115" w14:textId="77777777">
        <w:tc>
          <w:tcPr>
            <w:tcW w:w="1568" w:type="dxa"/>
            <w:tcMar/>
          </w:tcPr>
          <w:p w:rsidR="009D758D" w:rsidRDefault="005F6A5B" w14:paraId="3AB369A0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Corona-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>ionen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 xml:space="preserve"> + E403</w:t>
            </w:r>
          </w:p>
        </w:tc>
        <w:tc>
          <w:tcPr>
            <w:tcW w:w="1568" w:type="dxa"/>
            <w:tcMar/>
          </w:tcPr>
          <w:p w:rsidR="009D758D" w:rsidP="6C968D7A" w:rsidRDefault="005F6A5B" w14:paraId="0F9C418C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Ja — </w:t>
            </w:r>
            <w:r w:rsidRPr="6C968D7A" w:rsidR="005F6A5B">
              <w:rPr>
                <w:sz w:val="19"/>
                <w:szCs w:val="19"/>
              </w:rPr>
              <w:t>bewezen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fysisch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mechanisme</w:t>
            </w:r>
          </w:p>
        </w:tc>
        <w:tc>
          <w:tcPr>
            <w:tcW w:w="1568" w:type="dxa"/>
            <w:tcMar/>
          </w:tcPr>
          <w:p w:rsidR="009D758D" w:rsidP="6C968D7A" w:rsidRDefault="005F6A5B" w14:paraId="4EE1706D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Ja — </w:t>
            </w:r>
            <w:r w:rsidRPr="6C968D7A" w:rsidR="005F6A5B">
              <w:rPr>
                <w:sz w:val="19"/>
                <w:szCs w:val="19"/>
              </w:rPr>
              <w:t>verhoogde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longdepositie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carcinogenen</w:t>
            </w:r>
          </w:p>
        </w:tc>
        <w:tc>
          <w:tcPr>
            <w:tcW w:w="1568" w:type="dxa"/>
            <w:tcMar/>
          </w:tcPr>
          <w:p w:rsidR="009D758D" w:rsidP="6C968D7A" w:rsidRDefault="005F6A5B" w14:paraId="4634CE46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Ja — </w:t>
            </w:r>
            <w:r w:rsidRPr="6C968D7A" w:rsidR="005F6A5B">
              <w:rPr>
                <w:sz w:val="19"/>
                <w:szCs w:val="19"/>
              </w:rPr>
              <w:t>ondergrondse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kabel</w:t>
            </w:r>
            <w:r w:rsidRPr="6C968D7A" w:rsidR="005F6A5B">
              <w:rPr>
                <w:sz w:val="19"/>
                <w:szCs w:val="19"/>
              </w:rPr>
              <w:t xml:space="preserve"> op </w:t>
            </w:r>
            <w:r w:rsidRPr="6C968D7A" w:rsidR="005F6A5B">
              <w:rPr>
                <w:sz w:val="19"/>
                <w:szCs w:val="19"/>
              </w:rPr>
              <w:t>gelijkstroom</w:t>
            </w:r>
          </w:p>
        </w:tc>
        <w:tc>
          <w:tcPr>
            <w:tcW w:w="1568" w:type="dxa"/>
            <w:tcMar/>
          </w:tcPr>
          <w:p w:rsidR="009D758D" w:rsidP="6C968D7A" w:rsidRDefault="005F6A5B" w14:paraId="73D2CF42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Niet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onderzocht</w:t>
            </w:r>
          </w:p>
        </w:tc>
        <w:tc>
          <w:tcPr>
            <w:tcW w:w="1568" w:type="dxa"/>
            <w:tcMar/>
          </w:tcPr>
          <w:p w:rsidR="009D758D" w:rsidRDefault="005F6A5B" w14:paraId="75E478D1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Ja</w:t>
            </w:r>
          </w:p>
        </w:tc>
      </w:tr>
      <w:tr w:rsidR="009D758D" w:rsidTr="6C968D7A" w14:paraId="20F65623" w14:textId="77777777">
        <w:tc>
          <w:tcPr>
            <w:tcW w:w="1568" w:type="dxa"/>
            <w:shd w:val="clear" w:color="auto" w:fill="F2F6FC"/>
            <w:tcMar/>
          </w:tcPr>
          <w:p w:rsidR="009D758D" w:rsidP="6C968D7A" w:rsidRDefault="005F6A5B" w14:paraId="20323764" w14:textId="77777777">
            <w:pPr>
              <w:spacing w:before="40" w:after="40"/>
              <w:rPr>
                <w:b w:val="1"/>
                <w:bCs w:val="1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Alternatieven</w:t>
            </w:r>
          </w:p>
        </w:tc>
        <w:tc>
          <w:tcPr>
            <w:tcW w:w="1568" w:type="dxa"/>
            <w:shd w:val="clear" w:color="auto" w:fill="F2F6FC"/>
            <w:tcMar/>
          </w:tcPr>
          <w:p w:rsidR="009D758D" w:rsidP="6C968D7A" w:rsidRDefault="005F6A5B" w14:paraId="4DE7CFE6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Ja — HVDC </w:t>
            </w:r>
            <w:r w:rsidRPr="6C968D7A" w:rsidR="005F6A5B">
              <w:rPr>
                <w:sz w:val="19"/>
                <w:szCs w:val="19"/>
              </w:rPr>
              <w:t>bewezen</w:t>
            </w:r>
            <w:r w:rsidRPr="6C968D7A" w:rsidR="005F6A5B">
              <w:rPr>
                <w:sz w:val="19"/>
                <w:szCs w:val="19"/>
              </w:rPr>
              <w:t xml:space="preserve"> op </w:t>
            </w:r>
            <w:r w:rsidRPr="6C968D7A" w:rsidR="005F6A5B">
              <w:rPr>
                <w:sz w:val="19"/>
                <w:szCs w:val="19"/>
              </w:rPr>
              <w:t>grotere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schaal</w:t>
            </w:r>
          </w:p>
        </w:tc>
        <w:tc>
          <w:tcPr>
            <w:tcW w:w="1568" w:type="dxa"/>
            <w:shd w:val="clear" w:color="auto" w:fill="F2F6FC"/>
            <w:tcMar/>
          </w:tcPr>
          <w:p w:rsidR="009D758D" w:rsidP="6C968D7A" w:rsidRDefault="005F6A5B" w14:paraId="12226307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Ja — </w:t>
            </w:r>
            <w:r w:rsidRPr="6C968D7A" w:rsidR="005F6A5B">
              <w:rPr>
                <w:sz w:val="19"/>
                <w:szCs w:val="19"/>
              </w:rPr>
              <w:t>vermijdbare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gezondheids</w:t>
            </w:r>
            <w:r w:rsidRPr="6C968D7A" w:rsidR="005F6A5B">
              <w:rPr>
                <w:sz w:val="19"/>
                <w:szCs w:val="19"/>
              </w:rPr>
              <w:t xml:space="preserve">- </w:t>
            </w:r>
            <w:r w:rsidRPr="6C968D7A" w:rsidR="005F6A5B">
              <w:rPr>
                <w:sz w:val="19"/>
                <w:szCs w:val="19"/>
              </w:rPr>
              <w:t>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milieuschade</w:t>
            </w:r>
          </w:p>
        </w:tc>
        <w:tc>
          <w:tcPr>
            <w:tcW w:w="1568" w:type="dxa"/>
            <w:shd w:val="clear" w:color="auto" w:fill="F2F6FC"/>
            <w:tcMar/>
          </w:tcPr>
          <w:p w:rsidR="009D758D" w:rsidP="6C968D7A" w:rsidRDefault="005F6A5B" w14:paraId="5C906B76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Ja — </w:t>
            </w:r>
            <w:r w:rsidRPr="6C968D7A" w:rsidR="005F6A5B">
              <w:rPr>
                <w:sz w:val="19"/>
                <w:szCs w:val="19"/>
              </w:rPr>
              <w:t>bewezen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technologie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beschikbaar</w:t>
            </w:r>
          </w:p>
        </w:tc>
        <w:tc>
          <w:tcPr>
            <w:tcW w:w="1568" w:type="dxa"/>
            <w:shd w:val="clear" w:color="auto" w:fill="F2F6FC"/>
            <w:tcMar/>
          </w:tcPr>
          <w:p w:rsidR="009D758D" w:rsidP="6C968D7A" w:rsidRDefault="005F6A5B" w14:paraId="287DA704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Niet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volwaardig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onderzocht</w:t>
            </w:r>
          </w:p>
        </w:tc>
        <w:tc>
          <w:tcPr>
            <w:tcW w:w="1568" w:type="dxa"/>
            <w:shd w:val="clear" w:color="auto" w:fill="F2F6FC"/>
            <w:tcMar/>
          </w:tcPr>
          <w:p w:rsidR="009D758D" w:rsidRDefault="005F6A5B" w14:paraId="4BD48BAA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Ja</w:t>
            </w:r>
          </w:p>
        </w:tc>
      </w:tr>
      <w:tr w:rsidR="009D758D" w:rsidTr="6C968D7A" w14:paraId="1DEF483D" w14:textId="77777777">
        <w:tc>
          <w:tcPr>
            <w:tcW w:w="1568" w:type="dxa"/>
            <w:tcMar/>
          </w:tcPr>
          <w:p w:rsidR="009D758D" w:rsidRDefault="005F6A5B" w14:paraId="160BE80F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Biodiversiteit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 xml:space="preserve"> (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>vogelsterfte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>)</w:t>
            </w:r>
          </w:p>
        </w:tc>
        <w:tc>
          <w:tcPr>
            <w:tcW w:w="1568" w:type="dxa"/>
            <w:tcMar/>
          </w:tcPr>
          <w:p w:rsidR="009D758D" w:rsidP="6C968D7A" w:rsidRDefault="005F6A5B" w14:paraId="22BFCCAD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Ja — 170.000+/</w:t>
            </w:r>
            <w:r w:rsidRPr="6C968D7A" w:rsidR="005F6A5B">
              <w:rPr>
                <w:sz w:val="19"/>
                <w:szCs w:val="19"/>
              </w:rPr>
              <w:t>jaar</w:t>
            </w:r>
            <w:r w:rsidRPr="6C968D7A" w:rsidR="005F6A5B">
              <w:rPr>
                <w:sz w:val="19"/>
                <w:szCs w:val="19"/>
              </w:rPr>
              <w:t xml:space="preserve"> in </w:t>
            </w:r>
            <w:r w:rsidRPr="6C968D7A" w:rsidR="005F6A5B">
              <w:rPr>
                <w:sz w:val="19"/>
                <w:szCs w:val="19"/>
              </w:rPr>
              <w:t>België</w:t>
            </w:r>
          </w:p>
        </w:tc>
        <w:tc>
          <w:tcPr>
            <w:tcW w:w="1568" w:type="dxa"/>
            <w:tcMar/>
          </w:tcPr>
          <w:p w:rsidR="009D758D" w:rsidP="6C968D7A" w:rsidRDefault="005F6A5B" w14:paraId="5C661231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Ja — </w:t>
            </w:r>
            <w:r w:rsidRPr="6C968D7A" w:rsidR="005F6A5B">
              <w:rPr>
                <w:sz w:val="19"/>
                <w:szCs w:val="19"/>
              </w:rPr>
              <w:t>structurele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mortaliteit</w:t>
            </w:r>
          </w:p>
        </w:tc>
        <w:tc>
          <w:tcPr>
            <w:tcW w:w="1568" w:type="dxa"/>
            <w:tcMar/>
          </w:tcPr>
          <w:p w:rsidR="009D758D" w:rsidP="6C968D7A" w:rsidRDefault="005F6A5B" w14:paraId="4C3DF3D8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Ja — </w:t>
            </w:r>
            <w:r w:rsidRPr="6C968D7A" w:rsidR="005F6A5B">
              <w:rPr>
                <w:sz w:val="19"/>
                <w:szCs w:val="19"/>
              </w:rPr>
              <w:t>ondergrondse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kabel</w:t>
            </w:r>
            <w:r w:rsidRPr="6C968D7A" w:rsidR="005F6A5B">
              <w:rPr>
                <w:sz w:val="19"/>
                <w:szCs w:val="19"/>
              </w:rPr>
              <w:t xml:space="preserve"> op </w:t>
            </w:r>
            <w:r w:rsidRPr="6C968D7A" w:rsidR="005F6A5B">
              <w:rPr>
                <w:sz w:val="19"/>
                <w:szCs w:val="19"/>
              </w:rPr>
              <w:t>gelijkstroom</w:t>
            </w:r>
            <w:r w:rsidRPr="6C968D7A" w:rsidR="005F6A5B">
              <w:rPr>
                <w:sz w:val="19"/>
                <w:szCs w:val="19"/>
              </w:rPr>
              <w:t xml:space="preserve"> = </w:t>
            </w:r>
            <w:r w:rsidRPr="6C968D7A" w:rsidR="005F6A5B">
              <w:rPr>
                <w:sz w:val="19"/>
                <w:szCs w:val="19"/>
              </w:rPr>
              <w:t>nul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sterftes</w:t>
            </w:r>
          </w:p>
        </w:tc>
        <w:tc>
          <w:tcPr>
            <w:tcW w:w="1568" w:type="dxa"/>
            <w:tcMar/>
          </w:tcPr>
          <w:p w:rsidR="009D758D" w:rsidP="6C968D7A" w:rsidRDefault="005F6A5B" w14:paraId="2D763D1B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Niet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gekwantificeerd</w:t>
            </w:r>
          </w:p>
        </w:tc>
        <w:tc>
          <w:tcPr>
            <w:tcW w:w="1568" w:type="dxa"/>
            <w:tcMar/>
          </w:tcPr>
          <w:p w:rsidR="009D758D" w:rsidRDefault="005F6A5B" w14:paraId="09BE07F9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Ja</w:t>
            </w:r>
          </w:p>
        </w:tc>
      </w:tr>
      <w:tr w:rsidR="009D758D" w:rsidTr="6C968D7A" w14:paraId="11B9DAE9" w14:textId="77777777">
        <w:tc>
          <w:tcPr>
            <w:tcW w:w="1568" w:type="dxa"/>
            <w:shd w:val="clear" w:color="auto" w:fill="F2F6FC"/>
            <w:tcMar/>
          </w:tcPr>
          <w:p w:rsidR="009D758D" w:rsidRDefault="005F6A5B" w14:paraId="178BC811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Biodiversiteit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 xml:space="preserve"> (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>bijen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>/EMF)</w:t>
            </w:r>
          </w:p>
        </w:tc>
        <w:tc>
          <w:tcPr>
            <w:tcW w:w="1568" w:type="dxa"/>
            <w:shd w:val="clear" w:color="auto" w:fill="F2F6FC"/>
            <w:tcMar/>
          </w:tcPr>
          <w:p w:rsidR="009D758D" w:rsidP="6C968D7A" w:rsidRDefault="005F6A5B" w14:paraId="51678C94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Deels</w:t>
            </w:r>
            <w:r w:rsidRPr="6C968D7A" w:rsidR="005F6A5B">
              <w:rPr>
                <w:sz w:val="19"/>
                <w:szCs w:val="19"/>
              </w:rPr>
              <w:t xml:space="preserve"> — 185 studies, </w:t>
            </w:r>
            <w:r w:rsidRPr="6C968D7A" w:rsidR="005F6A5B">
              <w:rPr>
                <w:sz w:val="19"/>
                <w:szCs w:val="19"/>
              </w:rPr>
              <w:t>meerderheid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schadelijk</w:t>
            </w:r>
          </w:p>
        </w:tc>
        <w:tc>
          <w:tcPr>
            <w:tcW w:w="1568" w:type="dxa"/>
            <w:shd w:val="clear" w:color="auto" w:fill="F2F6FC"/>
            <w:tcMar/>
          </w:tcPr>
          <w:p w:rsidR="009D758D" w:rsidP="6C968D7A" w:rsidRDefault="005F6A5B" w14:paraId="4E609875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Ja — </w:t>
            </w:r>
            <w:r w:rsidRPr="6C968D7A" w:rsidR="005F6A5B">
              <w:rPr>
                <w:sz w:val="19"/>
                <w:szCs w:val="19"/>
              </w:rPr>
              <w:t>verminderde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bestuiving</w:t>
            </w:r>
          </w:p>
        </w:tc>
        <w:tc>
          <w:tcPr>
            <w:tcW w:w="1568" w:type="dxa"/>
            <w:shd w:val="clear" w:color="auto" w:fill="F2F6FC"/>
            <w:tcMar/>
          </w:tcPr>
          <w:p w:rsidR="009D758D" w:rsidP="6C968D7A" w:rsidRDefault="005F6A5B" w14:paraId="793A7AAE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Ja — </w:t>
            </w:r>
            <w:r w:rsidRPr="6C968D7A" w:rsidR="005F6A5B">
              <w:rPr>
                <w:sz w:val="19"/>
                <w:szCs w:val="19"/>
              </w:rPr>
              <w:t>ondergrondse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kabel</w:t>
            </w:r>
            <w:r w:rsidRPr="6C968D7A" w:rsidR="005F6A5B">
              <w:rPr>
                <w:sz w:val="19"/>
                <w:szCs w:val="19"/>
              </w:rPr>
              <w:t xml:space="preserve"> op </w:t>
            </w:r>
            <w:r w:rsidRPr="6C968D7A" w:rsidR="005F6A5B">
              <w:rPr>
                <w:sz w:val="19"/>
                <w:szCs w:val="19"/>
              </w:rPr>
              <w:t>gelijkstroom</w:t>
            </w:r>
          </w:p>
        </w:tc>
        <w:tc>
          <w:tcPr>
            <w:tcW w:w="1568" w:type="dxa"/>
            <w:shd w:val="clear" w:color="auto" w:fill="F2F6FC"/>
            <w:tcMar/>
          </w:tcPr>
          <w:p w:rsidR="009D758D" w:rsidP="6C968D7A" w:rsidRDefault="005F6A5B" w14:paraId="57CCA0B9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Erkende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leemte</w:t>
            </w:r>
            <w:r w:rsidRPr="6C968D7A" w:rsidR="005F6A5B">
              <w:rPr>
                <w:sz w:val="19"/>
                <w:szCs w:val="19"/>
              </w:rPr>
              <w:t xml:space="preserve">, </w:t>
            </w:r>
            <w:r w:rsidRPr="6C968D7A" w:rsidR="005F6A5B">
              <w:rPr>
                <w:sz w:val="19"/>
                <w:szCs w:val="19"/>
              </w:rPr>
              <w:t>niet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beoordeeld</w:t>
            </w:r>
          </w:p>
        </w:tc>
        <w:tc>
          <w:tcPr>
            <w:tcW w:w="1568" w:type="dxa"/>
            <w:shd w:val="clear" w:color="auto" w:fill="F2F6FC"/>
            <w:tcMar/>
          </w:tcPr>
          <w:p w:rsidR="009D758D" w:rsidRDefault="005F6A5B" w14:paraId="0DD463F8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Ja</w:t>
            </w:r>
          </w:p>
        </w:tc>
      </w:tr>
    </w:tbl>
    <w:p w:rsidR="009D758D" w:rsidRDefault="009D758D" w14:paraId="4B94D5A5" w14:textId="77777777"/>
    <w:p w:rsidR="009D758D" w:rsidRDefault="005F6A5B" w14:paraId="504CDA65" w14:textId="77777777">
      <w:r w:rsidR="005F6A5B">
        <w:rPr/>
        <w:t xml:space="preserve">Het </w:t>
      </w:r>
      <w:r w:rsidR="005F6A5B">
        <w:rPr/>
        <w:t>voorzorgsbeginsel</w:t>
      </w:r>
      <w:r w:rsidR="005F6A5B">
        <w:rPr/>
        <w:t xml:space="preserve"> is in </w:t>
      </w:r>
      <w:r w:rsidRPr="6C968D7A" w:rsidR="005F6A5B">
        <w:rPr>
          <w:b w:val="1"/>
          <w:bCs w:val="1"/>
        </w:rPr>
        <w:t>geen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enkel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domein</w:t>
      </w:r>
      <w:r w:rsidR="005F6A5B">
        <w:rPr/>
        <w:t xml:space="preserve"> </w:t>
      </w:r>
      <w:r w:rsidR="005F6A5B">
        <w:rPr/>
        <w:t>toegepast</w:t>
      </w:r>
      <w:r w:rsidR="005F6A5B">
        <w:rPr/>
        <w:t xml:space="preserve">, </w:t>
      </w:r>
      <w:r w:rsidR="005F6A5B">
        <w:rPr/>
        <w:t>terwijl</w:t>
      </w:r>
      <w:r w:rsidR="005F6A5B">
        <w:rPr/>
        <w:t xml:space="preserve"> het in alle </w:t>
      </w:r>
      <w:r w:rsidR="005F6A5B">
        <w:rPr/>
        <w:t>domeinen</w:t>
      </w:r>
      <w:r w:rsidR="005F6A5B">
        <w:rPr/>
        <w:t xml:space="preserve"> </w:t>
      </w:r>
      <w:r w:rsidR="005F6A5B">
        <w:rPr/>
        <w:t>geschonden</w:t>
      </w:r>
      <w:r w:rsidR="005F6A5B">
        <w:rPr/>
        <w:t xml:space="preserve"> is. Dit is </w:t>
      </w:r>
      <w:r w:rsidR="005F6A5B">
        <w:rPr/>
        <w:t>geen</w:t>
      </w:r>
      <w:r w:rsidR="005F6A5B">
        <w:rPr/>
        <w:t xml:space="preserve"> </w:t>
      </w:r>
      <w:r w:rsidR="005F6A5B">
        <w:rPr/>
        <w:t>incidenteel</w:t>
      </w:r>
      <w:r w:rsidR="005F6A5B">
        <w:rPr/>
        <w:t xml:space="preserve"> </w:t>
      </w:r>
      <w:r w:rsidR="005F6A5B">
        <w:rPr/>
        <w:t>verzuim</w:t>
      </w:r>
      <w:r w:rsidR="005F6A5B">
        <w:rPr/>
        <w:t xml:space="preserve"> maar </w:t>
      </w:r>
      <w:r w:rsidR="005F6A5B">
        <w:rPr/>
        <w:t>een</w:t>
      </w:r>
      <w:r w:rsidR="005F6A5B">
        <w:rPr/>
        <w:t xml:space="preserve"> </w:t>
      </w:r>
      <w:r w:rsidRPr="6C968D7A" w:rsidR="005F6A5B">
        <w:rPr>
          <w:b w:val="1"/>
          <w:bCs w:val="1"/>
        </w:rPr>
        <w:t>systematisch</w:t>
      </w:r>
      <w:r w:rsidRPr="6C968D7A" w:rsidR="005F6A5B">
        <w:rPr>
          <w:b w:val="1"/>
          <w:bCs w:val="1"/>
        </w:rPr>
        <w:t xml:space="preserve"> patroon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de </w:t>
      </w:r>
      <w:r w:rsidR="005F6A5B">
        <w:rPr/>
        <w:t>gehele</w:t>
      </w:r>
      <w:r w:rsidR="005F6A5B">
        <w:rPr/>
        <w:t xml:space="preserve"> </w:t>
      </w:r>
      <w:r w:rsidR="005F6A5B">
        <w:rPr/>
        <w:t>effectbeoordeling</w:t>
      </w:r>
      <w:r w:rsidR="005F6A5B">
        <w:rPr/>
        <w:t xml:space="preserve"> </w:t>
      </w:r>
      <w:r w:rsidR="005F6A5B">
        <w:rPr/>
        <w:t>aantast</w:t>
      </w:r>
      <w:r w:rsidR="005F6A5B">
        <w:rPr/>
        <w:t>.</w:t>
      </w:r>
    </w:p>
    <w:p w:rsidR="009D758D" w:rsidRDefault="005F6A5B" w14:paraId="3234CB68" w14:textId="77777777"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grondslag</w:t>
      </w:r>
      <w:r w:rsidRPr="6C968D7A" w:rsidR="005F6A5B">
        <w:rPr>
          <w:b w:val="1"/>
          <w:bCs w:val="1"/>
        </w:rPr>
        <w:t>:</w:t>
      </w:r>
      <w:r w:rsidR="005F6A5B">
        <w:rPr/>
        <w:t xml:space="preserve"> Art. 191 lid 2 VWEU; CJEU Bayer-arrest (C-499/18 P, 2021): </w:t>
      </w:r>
      <w:r w:rsidR="005F6A5B">
        <w:rPr/>
        <w:t>geen</w:t>
      </w:r>
      <w:r w:rsidR="005F6A5B">
        <w:rPr/>
        <w:t xml:space="preserve"> </w:t>
      </w:r>
      <w:r w:rsidR="005F6A5B">
        <w:rPr/>
        <w:t>uitputtend</w:t>
      </w:r>
      <w:r w:rsidR="005F6A5B">
        <w:rPr/>
        <w:t xml:space="preserve"> </w:t>
      </w:r>
      <w:r w:rsidR="005F6A5B">
        <w:rPr/>
        <w:t>bewijs</w:t>
      </w:r>
      <w:r w:rsidR="005F6A5B">
        <w:rPr/>
        <w:t xml:space="preserve"> </w:t>
      </w:r>
      <w:r w:rsidR="005F6A5B">
        <w:rPr/>
        <w:t>vereist</w:t>
      </w:r>
      <w:r w:rsidR="005F6A5B">
        <w:rPr/>
        <w:t xml:space="preserve">, </w:t>
      </w:r>
      <w:r w:rsidR="005F6A5B">
        <w:rPr/>
        <w:t>financiële</w:t>
      </w:r>
      <w:r w:rsidR="005F6A5B">
        <w:rPr/>
        <w:t xml:space="preserve"> </w:t>
      </w:r>
      <w:r w:rsidR="005F6A5B">
        <w:rPr/>
        <w:t>schade</w:t>
      </w:r>
      <w:r w:rsidR="005F6A5B">
        <w:rPr/>
        <w:t xml:space="preserve"> irrelevant; Pfizer-arrest (T-13/99, 2002): </w:t>
      </w:r>
      <w:r w:rsidR="005F6A5B">
        <w:rPr/>
        <w:t>voorzorgsbeginsel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algemeen</w:t>
      </w:r>
      <w:r w:rsidR="005F6A5B">
        <w:rPr/>
        <w:t xml:space="preserve"> </w:t>
      </w:r>
      <w:r w:rsidR="005F6A5B">
        <w:rPr/>
        <w:t>beginsel</w:t>
      </w:r>
      <w:r w:rsidR="005F6A5B">
        <w:rPr/>
        <w:t xml:space="preserve"> van </w:t>
      </w:r>
      <w:r w:rsidR="005F6A5B">
        <w:rPr/>
        <w:t>Unierecht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"</w:t>
      </w:r>
      <w:r w:rsidR="005F6A5B">
        <w:rPr/>
        <w:t>specifieke</w:t>
      </w:r>
      <w:r w:rsidR="005F6A5B">
        <w:rPr/>
        <w:t xml:space="preserve">, </w:t>
      </w:r>
      <w:r w:rsidR="005F6A5B">
        <w:rPr/>
        <w:t>objectieve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samenhangende</w:t>
      </w:r>
      <w:r w:rsidR="005F6A5B">
        <w:rPr/>
        <w:t xml:space="preserve"> </w:t>
      </w:r>
      <w:r w:rsidR="005F6A5B">
        <w:rPr/>
        <w:t>aanwijzingen</w:t>
      </w:r>
      <w:r w:rsidR="005F6A5B">
        <w:rPr/>
        <w:t>."</w:t>
      </w:r>
    </w:p>
    <w:p w:rsidR="009D758D" w:rsidRDefault="005F6A5B" w14:paraId="2C3EE8BF" w14:textId="77777777">
      <w:pPr>
        <w:pStyle w:val="Heading3"/>
      </w:pPr>
      <w:r w:rsidR="005F6A5B">
        <w:rPr/>
        <w:t xml:space="preserve">4.4 </w:t>
      </w:r>
      <w:r w:rsidR="005F6A5B">
        <w:rPr/>
        <w:t>Effectscores</w:t>
      </w:r>
      <w:r w:rsidR="005F6A5B">
        <w:rPr/>
        <w:t xml:space="preserve"> </w:t>
      </w:r>
      <w:r w:rsidR="005F6A5B">
        <w:rPr/>
        <w:t>systematisch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laag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1"/>
        <w:gridCol w:w="2351"/>
        <w:gridCol w:w="2351"/>
        <w:gridCol w:w="2351"/>
      </w:tblGrid>
      <w:tr w:rsidR="009D758D" w:rsidTr="6C968D7A" w14:paraId="4F5025B9" w14:textId="77777777">
        <w:tc>
          <w:tcPr>
            <w:tcW w:w="2351" w:type="dxa"/>
            <w:shd w:val="clear" w:color="auto" w:fill="244061" w:themeFill="accent1" w:themeFillShade="80"/>
            <w:tcMar/>
          </w:tcPr>
          <w:p w:rsidR="009D758D" w:rsidRDefault="005F6A5B" w14:paraId="3904544B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Discipline</w:t>
            </w:r>
          </w:p>
        </w:tc>
        <w:tc>
          <w:tcPr>
            <w:tcW w:w="2351" w:type="dxa"/>
            <w:shd w:val="clear" w:color="auto" w:fill="244061" w:themeFill="accent1" w:themeFillShade="80"/>
            <w:tcMar/>
          </w:tcPr>
          <w:p w:rsidR="009D758D" w:rsidRDefault="005F6A5B" w14:paraId="434A4642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Max. score MER</w:t>
            </w:r>
          </w:p>
        </w:tc>
        <w:tc>
          <w:tcPr>
            <w:tcW w:w="2351" w:type="dxa"/>
            <w:shd w:val="clear" w:color="auto" w:fill="244061" w:themeFill="accent1" w:themeFillShade="80"/>
            <w:tcMar/>
          </w:tcPr>
          <w:p w:rsidR="009D758D" w:rsidP="6C968D7A" w:rsidRDefault="005F6A5B" w14:paraId="68833476" w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Verwacht</w:t>
            </w:r>
          </w:p>
        </w:tc>
        <w:tc>
          <w:tcPr>
            <w:tcW w:w="2351" w:type="dxa"/>
            <w:shd w:val="clear" w:color="auto" w:fill="244061" w:themeFill="accent1" w:themeFillShade="80"/>
            <w:tcMar/>
          </w:tcPr>
          <w:p w:rsidR="009D758D" w:rsidP="6C968D7A" w:rsidRDefault="005F6A5B" w14:paraId="02504D88" w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Motivering</w:t>
            </w:r>
          </w:p>
        </w:tc>
      </w:tr>
      <w:tr w:rsidR="009D758D" w:rsidTr="6C968D7A" w14:paraId="1598B001" w14:textId="77777777">
        <w:tc>
          <w:tcPr>
            <w:tcW w:w="2351" w:type="dxa"/>
            <w:shd w:val="clear" w:color="auto" w:fill="F2F6FC"/>
            <w:tcMar/>
          </w:tcPr>
          <w:p w:rsidR="009D758D" w:rsidRDefault="005F6A5B" w14:paraId="1465E1BA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Water</w:t>
            </w:r>
          </w:p>
        </w:tc>
        <w:tc>
          <w:tcPr>
            <w:tcW w:w="2351" w:type="dxa"/>
            <w:shd w:val="clear" w:color="auto" w:fill="F2F6FC"/>
            <w:tcMar/>
          </w:tcPr>
          <w:p w:rsidR="009D758D" w:rsidRDefault="005F6A5B" w14:paraId="0CAE14BB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-3</w:t>
            </w:r>
          </w:p>
        </w:tc>
        <w:tc>
          <w:tcPr>
            <w:tcW w:w="2351" w:type="dxa"/>
            <w:shd w:val="clear" w:color="auto" w:fill="F2F6FC"/>
            <w:tcMar/>
          </w:tcPr>
          <w:p w:rsidR="009D758D" w:rsidRDefault="005F6A5B" w14:paraId="51B95496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-3</w:t>
            </w:r>
          </w:p>
        </w:tc>
        <w:tc>
          <w:tcPr>
            <w:tcW w:w="2351" w:type="dxa"/>
            <w:shd w:val="clear" w:color="auto" w:fill="F2F6FC"/>
            <w:tcMar/>
          </w:tcPr>
          <w:p w:rsidR="009D758D" w:rsidP="6C968D7A" w:rsidRDefault="005F6A5B" w14:paraId="104F7EC6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Correct — maar KRW-</w:t>
            </w:r>
            <w:r w:rsidRPr="6C968D7A" w:rsidR="005F6A5B">
              <w:rPr>
                <w:sz w:val="19"/>
                <w:szCs w:val="19"/>
              </w:rPr>
              <w:t>afwijkingen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ongeldig</w:t>
            </w:r>
          </w:p>
        </w:tc>
      </w:tr>
      <w:tr w:rsidR="009D758D" w:rsidTr="6C968D7A" w14:paraId="45C008D8" w14:textId="77777777">
        <w:tc>
          <w:tcPr>
            <w:tcW w:w="2351" w:type="dxa"/>
            <w:tcMar/>
          </w:tcPr>
          <w:p w:rsidR="009D758D" w:rsidP="6C968D7A" w:rsidRDefault="005F6A5B" w14:paraId="5DBC02A3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Landschap</w:t>
            </w:r>
          </w:p>
        </w:tc>
        <w:tc>
          <w:tcPr>
            <w:tcW w:w="2351" w:type="dxa"/>
            <w:tcMar/>
          </w:tcPr>
          <w:p w:rsidR="009D758D" w:rsidRDefault="005F6A5B" w14:paraId="579D89C7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-2</w:t>
            </w:r>
          </w:p>
        </w:tc>
        <w:tc>
          <w:tcPr>
            <w:tcW w:w="2351" w:type="dxa"/>
            <w:tcMar/>
          </w:tcPr>
          <w:p w:rsidR="009D758D" w:rsidRDefault="005F6A5B" w14:paraId="207C28E8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-3</w:t>
            </w:r>
          </w:p>
        </w:tc>
        <w:tc>
          <w:tcPr>
            <w:tcW w:w="2351" w:type="dxa"/>
            <w:tcMar/>
          </w:tcPr>
          <w:p w:rsidR="009D758D" w:rsidRDefault="005F6A5B" w14:paraId="623B85E7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MER </w:t>
            </w:r>
            <w:r w:rsidRPr="6C968D7A" w:rsidR="005F6A5B">
              <w:rPr>
                <w:sz w:val="19"/>
                <w:szCs w:val="19"/>
              </w:rPr>
              <w:t>erkent</w:t>
            </w:r>
            <w:r w:rsidRPr="6C968D7A" w:rsidR="005F6A5B">
              <w:rPr>
                <w:sz w:val="19"/>
                <w:szCs w:val="19"/>
              </w:rPr>
              <w:t xml:space="preserve"> "de facto </w:t>
            </w:r>
            <w:r w:rsidRPr="6C968D7A" w:rsidR="005F6A5B">
              <w:rPr>
                <w:sz w:val="19"/>
                <w:szCs w:val="19"/>
              </w:rPr>
              <w:t>niet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te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milderen</w:t>
            </w:r>
            <w:r w:rsidRPr="6C968D7A" w:rsidR="005F6A5B">
              <w:rPr>
                <w:sz w:val="19"/>
                <w:szCs w:val="19"/>
              </w:rPr>
              <w:t xml:space="preserve">" maar </w:t>
            </w:r>
            <w:r w:rsidRPr="6C968D7A" w:rsidR="005F6A5B">
              <w:rPr>
                <w:sz w:val="19"/>
                <w:szCs w:val="19"/>
              </w:rPr>
              <w:t>scoort</w:t>
            </w:r>
            <w:r w:rsidRPr="6C968D7A" w:rsidR="005F6A5B">
              <w:rPr>
                <w:sz w:val="19"/>
                <w:szCs w:val="19"/>
              </w:rPr>
              <w:t xml:space="preserve"> -2</w:t>
            </w:r>
          </w:p>
        </w:tc>
      </w:tr>
      <w:tr w:rsidR="009D758D" w:rsidTr="6C968D7A" w14:paraId="2A3C6220" w14:textId="77777777">
        <w:tc>
          <w:tcPr>
            <w:tcW w:w="2351" w:type="dxa"/>
            <w:shd w:val="clear" w:color="auto" w:fill="F2F6FC"/>
            <w:tcMar/>
          </w:tcPr>
          <w:p w:rsidR="009D758D" w:rsidP="6C968D7A" w:rsidRDefault="005F6A5B" w14:paraId="21336091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Mens</w:t>
            </w:r>
            <w:r w:rsidRPr="6C968D7A" w:rsidR="005F6A5B">
              <w:rPr>
                <w:sz w:val="19"/>
                <w:szCs w:val="19"/>
              </w:rPr>
              <w:t>/</w:t>
            </w:r>
            <w:r w:rsidRPr="6C968D7A" w:rsidR="005F6A5B">
              <w:rPr>
                <w:sz w:val="19"/>
                <w:szCs w:val="19"/>
              </w:rPr>
              <w:t>Landbouw</w:t>
            </w:r>
          </w:p>
        </w:tc>
        <w:tc>
          <w:tcPr>
            <w:tcW w:w="2351" w:type="dxa"/>
            <w:shd w:val="clear" w:color="auto" w:fill="F2F6FC"/>
            <w:tcMar/>
          </w:tcPr>
          <w:p w:rsidR="009D758D" w:rsidRDefault="005F6A5B" w14:paraId="36DF6844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-2</w:t>
            </w:r>
          </w:p>
        </w:tc>
        <w:tc>
          <w:tcPr>
            <w:tcW w:w="2351" w:type="dxa"/>
            <w:shd w:val="clear" w:color="auto" w:fill="F2F6FC"/>
            <w:tcMar/>
          </w:tcPr>
          <w:p w:rsidR="009D758D" w:rsidRDefault="005F6A5B" w14:paraId="1E6277E8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-2/-3</w:t>
            </w:r>
          </w:p>
        </w:tc>
        <w:tc>
          <w:tcPr>
            <w:tcW w:w="2351" w:type="dxa"/>
            <w:shd w:val="clear" w:color="auto" w:fill="F2F6FC"/>
            <w:tcMar/>
          </w:tcPr>
          <w:p w:rsidR="009D758D" w:rsidP="6C968D7A" w:rsidRDefault="005F6A5B" w14:paraId="67AA2482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Impact "</w:t>
            </w:r>
            <w:r w:rsidRPr="6C968D7A" w:rsidR="005F6A5B">
              <w:rPr>
                <w:sz w:val="19"/>
                <w:szCs w:val="19"/>
              </w:rPr>
              <w:t>onvermijdelijk</w:t>
            </w:r>
            <w:r w:rsidRPr="6C968D7A" w:rsidR="005F6A5B">
              <w:rPr>
                <w:sz w:val="19"/>
                <w:szCs w:val="19"/>
              </w:rPr>
              <w:t xml:space="preserve">" maar </w:t>
            </w:r>
            <w:r w:rsidRPr="6C968D7A" w:rsidR="005F6A5B">
              <w:rPr>
                <w:sz w:val="19"/>
                <w:szCs w:val="19"/>
              </w:rPr>
              <w:t>geen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maatregelen</w:t>
            </w:r>
          </w:p>
        </w:tc>
      </w:tr>
      <w:tr w:rsidR="009D758D" w:rsidTr="6C968D7A" w14:paraId="11B0DED1" w14:textId="77777777">
        <w:tc>
          <w:tcPr>
            <w:tcW w:w="2351" w:type="dxa"/>
            <w:tcMar/>
          </w:tcPr>
          <w:p w:rsidR="009D758D" w:rsidP="6C968D7A" w:rsidRDefault="005F6A5B" w14:paraId="3EA06456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Geluid</w:t>
            </w:r>
          </w:p>
        </w:tc>
        <w:tc>
          <w:tcPr>
            <w:tcW w:w="2351" w:type="dxa"/>
            <w:tcMar/>
          </w:tcPr>
          <w:p w:rsidR="009D758D" w:rsidRDefault="005F6A5B" w14:paraId="156B7C8D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-1</w:t>
            </w:r>
          </w:p>
        </w:tc>
        <w:tc>
          <w:tcPr>
            <w:tcW w:w="2351" w:type="dxa"/>
            <w:tcMar/>
          </w:tcPr>
          <w:p w:rsidR="009D758D" w:rsidRDefault="005F6A5B" w14:paraId="1CBA0AC9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-2</w:t>
            </w:r>
          </w:p>
        </w:tc>
        <w:tc>
          <w:tcPr>
            <w:tcW w:w="2351" w:type="dxa"/>
            <w:tcMar/>
          </w:tcPr>
          <w:p w:rsidR="009D758D" w:rsidRDefault="005F6A5B" w14:paraId="233D06FD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MKN </w:t>
            </w:r>
            <w:r w:rsidRPr="6C968D7A" w:rsidR="005F6A5B">
              <w:rPr>
                <w:sz w:val="19"/>
                <w:szCs w:val="19"/>
              </w:rPr>
              <w:t>overschreden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bij</w:t>
            </w:r>
            <w:r w:rsidRPr="6C968D7A" w:rsidR="005F6A5B">
              <w:rPr>
                <w:sz w:val="19"/>
                <w:szCs w:val="19"/>
              </w:rPr>
              <w:t xml:space="preserve"> 24-28 </w:t>
            </w:r>
            <w:r w:rsidRPr="6C968D7A" w:rsidR="005F6A5B">
              <w:rPr>
                <w:sz w:val="19"/>
                <w:szCs w:val="19"/>
              </w:rPr>
              <w:t>woningen</w:t>
            </w:r>
            <w:r w:rsidRPr="6C968D7A" w:rsidR="005F6A5B">
              <w:rPr>
                <w:sz w:val="19"/>
                <w:szCs w:val="19"/>
              </w:rPr>
              <w:t xml:space="preserve"> (</w:t>
            </w:r>
            <w:r w:rsidRPr="6C968D7A" w:rsidR="005F6A5B">
              <w:rPr>
                <w:sz w:val="19"/>
                <w:szCs w:val="19"/>
              </w:rPr>
              <w:t>exploitatie</w:t>
            </w:r>
            <w:r w:rsidRPr="6C968D7A" w:rsidR="005F6A5B">
              <w:rPr>
                <w:sz w:val="19"/>
                <w:szCs w:val="19"/>
              </w:rPr>
              <w:t>)</w:t>
            </w:r>
          </w:p>
        </w:tc>
      </w:tr>
      <w:tr w:rsidR="009D758D" w:rsidTr="6C968D7A" w14:paraId="69228E26" w14:textId="77777777">
        <w:tc>
          <w:tcPr>
            <w:tcW w:w="2351" w:type="dxa"/>
            <w:shd w:val="clear" w:color="auto" w:fill="F2F6FC"/>
            <w:tcMar/>
          </w:tcPr>
          <w:p w:rsidR="009D758D" w:rsidP="6C968D7A" w:rsidRDefault="005F6A5B" w14:paraId="75B72ABB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Biodiversiteit</w:t>
            </w:r>
          </w:p>
        </w:tc>
        <w:tc>
          <w:tcPr>
            <w:tcW w:w="2351" w:type="dxa"/>
            <w:shd w:val="clear" w:color="auto" w:fill="F2F6FC"/>
            <w:tcMar/>
          </w:tcPr>
          <w:p w:rsidR="009D758D" w:rsidRDefault="005F6A5B" w14:paraId="63AEC3B0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-2</w:t>
            </w:r>
          </w:p>
        </w:tc>
        <w:tc>
          <w:tcPr>
            <w:tcW w:w="2351" w:type="dxa"/>
            <w:shd w:val="clear" w:color="auto" w:fill="F2F6FC"/>
            <w:tcMar/>
          </w:tcPr>
          <w:p w:rsidR="009D758D" w:rsidRDefault="005F6A5B" w14:paraId="7D64B1F7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-2/-3</w:t>
            </w:r>
          </w:p>
        </w:tc>
        <w:tc>
          <w:tcPr>
            <w:tcW w:w="2351" w:type="dxa"/>
            <w:shd w:val="clear" w:color="auto" w:fill="F2F6FC"/>
            <w:tcMar/>
          </w:tcPr>
          <w:p w:rsidR="009D758D" w:rsidP="6C968D7A" w:rsidRDefault="005F6A5B" w14:paraId="3D169C58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3 SBZ-H, 1 SBZ-V, 8 VEN </w:t>
            </w:r>
            <w:r w:rsidRPr="6C968D7A" w:rsidR="005F6A5B">
              <w:rPr>
                <w:sz w:val="19"/>
                <w:szCs w:val="19"/>
              </w:rPr>
              <w:t>geraakt</w:t>
            </w:r>
          </w:p>
        </w:tc>
      </w:tr>
      <w:tr w:rsidR="009D758D" w:rsidTr="6C968D7A" w14:paraId="639FECBA" w14:textId="77777777">
        <w:tc>
          <w:tcPr>
            <w:tcW w:w="2351" w:type="dxa"/>
            <w:tcMar/>
          </w:tcPr>
          <w:p w:rsidR="009D758D" w:rsidRDefault="005F6A5B" w14:paraId="04BEA21F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Gezondheid</w:t>
            </w:r>
            <w:r w:rsidRPr="6C968D7A" w:rsidR="005F6A5B">
              <w:rPr>
                <w:sz w:val="19"/>
                <w:szCs w:val="19"/>
              </w:rPr>
              <w:t>/EMF</w:t>
            </w:r>
          </w:p>
        </w:tc>
        <w:tc>
          <w:tcPr>
            <w:tcW w:w="2351" w:type="dxa"/>
            <w:tcMar/>
          </w:tcPr>
          <w:p w:rsidR="009D758D" w:rsidRDefault="005F6A5B" w14:paraId="1FE82387" w14:textId="77777777">
            <w:pPr>
              <w:spacing w:before="40" w:after="40"/>
            </w:pPr>
            <w:r w:rsidRPr="6C968D7A" w:rsidR="005F6A5B">
              <w:rPr>
                <w:i w:val="1"/>
                <w:iCs w:val="1"/>
                <w:sz w:val="19"/>
                <w:szCs w:val="19"/>
              </w:rPr>
              <w:t>geen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score</w:t>
            </w:r>
          </w:p>
        </w:tc>
        <w:tc>
          <w:tcPr>
            <w:tcW w:w="2351" w:type="dxa"/>
            <w:tcMar/>
          </w:tcPr>
          <w:p w:rsidR="009D758D" w:rsidRDefault="005F6A5B" w14:paraId="2ACAEAA9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-2/-3</w:t>
            </w:r>
          </w:p>
        </w:tc>
        <w:tc>
          <w:tcPr>
            <w:tcW w:w="2351" w:type="dxa"/>
            <w:tcMar/>
          </w:tcPr>
          <w:p w:rsidR="009D758D" w:rsidRDefault="005F6A5B" w14:paraId="50CF5881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170 </w:t>
            </w:r>
            <w:r w:rsidRPr="6C968D7A" w:rsidR="005F6A5B">
              <w:rPr>
                <w:sz w:val="19"/>
                <w:szCs w:val="19"/>
              </w:rPr>
              <w:t>woningen</w:t>
            </w:r>
            <w:r w:rsidRPr="6C968D7A" w:rsidR="005F6A5B">
              <w:rPr>
                <w:sz w:val="19"/>
                <w:szCs w:val="19"/>
              </w:rPr>
              <w:t xml:space="preserve"> in IARC-2B contour</w:t>
            </w:r>
          </w:p>
        </w:tc>
      </w:tr>
    </w:tbl>
    <w:p w:rsidR="009D758D" w:rsidRDefault="009D758D" w14:paraId="3DEEC669" w14:textId="77777777"/>
    <w:p w:rsidR="009D758D" w:rsidRDefault="005F6A5B" w14:paraId="43654C49" w14:textId="77777777">
      <w:r w:rsidR="005F6A5B">
        <w:rPr/>
        <w:t xml:space="preserve">Het </w:t>
      </w:r>
      <w:r w:rsidR="005F6A5B">
        <w:rPr/>
        <w:t>Agentschap</w:t>
      </w:r>
      <w:r w:rsidR="005F6A5B">
        <w:rPr/>
        <w:t xml:space="preserve"> </w:t>
      </w:r>
      <w:r w:rsidR="005F6A5B">
        <w:rPr/>
        <w:t>Onroerend</w:t>
      </w:r>
      <w:r w:rsidR="005F6A5B">
        <w:rPr/>
        <w:t xml:space="preserve"> </w:t>
      </w:r>
      <w:r w:rsidR="005F6A5B">
        <w:rPr/>
        <w:t>Erfgoed</w:t>
      </w:r>
      <w:r w:rsidR="005F6A5B">
        <w:rPr/>
        <w:t xml:space="preserve"> </w:t>
      </w:r>
      <w:r w:rsidR="005F6A5B">
        <w:rPr/>
        <w:t>bevestigt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effectscores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laag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: </w:t>
      </w:r>
      <w:r w:rsidR="005F6A5B">
        <w:rPr/>
        <w:t>lijn</w:t>
      </w:r>
      <w:r w:rsidR="005F6A5B">
        <w:rPr/>
        <w:t xml:space="preserve"> </w:t>
      </w:r>
      <w:r w:rsidR="005F6A5B">
        <w:rPr/>
        <w:t>naast</w:t>
      </w:r>
      <w:r w:rsidR="005F6A5B">
        <w:rPr/>
        <w:t xml:space="preserve"> (&lt;100m) </w:t>
      </w:r>
      <w:r w:rsidR="005F6A5B">
        <w:rPr/>
        <w:t>en</w:t>
      </w:r>
      <w:r w:rsidR="005F6A5B">
        <w:rPr/>
        <w:t xml:space="preserve"> OVER </w:t>
      </w:r>
      <w:r w:rsidR="005F6A5B">
        <w:rPr/>
        <w:t>erfgoed</w:t>
      </w:r>
      <w:r w:rsidR="005F6A5B">
        <w:rPr/>
        <w:t xml:space="preserve"> </w:t>
      </w:r>
      <w:r w:rsidR="005F6A5B">
        <w:rPr/>
        <w:t>krijgt</w:t>
      </w:r>
      <w:r w:rsidR="005F6A5B">
        <w:rPr/>
        <w:t xml:space="preserve"> </w:t>
      </w:r>
      <w:r w:rsidR="005F6A5B">
        <w:rPr/>
        <w:t>dezelfde</w:t>
      </w:r>
      <w:r w:rsidR="005F6A5B">
        <w:rPr/>
        <w:t xml:space="preserve"> score (-1), </w:t>
      </w:r>
      <w:r w:rsidR="005F6A5B">
        <w:rPr/>
        <w:t>hetgeen</w:t>
      </w:r>
      <w:r w:rsidR="005F6A5B">
        <w:rPr/>
        <w:t xml:space="preserve"> "</w:t>
      </w:r>
      <w:r w:rsidR="005F6A5B">
        <w:rPr/>
        <w:t>onjuist</w:t>
      </w:r>
      <w:r w:rsidR="005F6A5B">
        <w:rPr/>
        <w:t xml:space="preserve">" is. De </w:t>
      </w:r>
      <w:r w:rsidR="005F6A5B">
        <w:rPr/>
        <w:t>gemeente</w:t>
      </w:r>
      <w:r w:rsidR="005F6A5B">
        <w:rPr/>
        <w:t xml:space="preserve"> </w:t>
      </w:r>
      <w:r w:rsidR="005F6A5B">
        <w:rPr/>
        <w:t>Zuienkerke</w:t>
      </w:r>
      <w:r w:rsidR="005F6A5B">
        <w:rPr/>
        <w:t xml:space="preserve"> </w:t>
      </w:r>
      <w:r w:rsidR="005F6A5B">
        <w:rPr/>
        <w:t>betwist</w:t>
      </w:r>
      <w:r w:rsidR="005F6A5B">
        <w:rPr/>
        <w:t xml:space="preserve"> </w:t>
      </w:r>
      <w:r w:rsidR="005F6A5B">
        <w:rPr/>
        <w:t>expliciet</w:t>
      </w:r>
      <w:r w:rsidR="005F6A5B">
        <w:rPr/>
        <w:t xml:space="preserve"> de score 0 die het MER </w:t>
      </w:r>
      <w:r w:rsidR="005F6A5B">
        <w:rPr/>
        <w:t>toekent</w:t>
      </w:r>
      <w:r w:rsidR="005F6A5B">
        <w:rPr/>
        <w:t>.</w:t>
      </w:r>
    </w:p>
    <w:p w:rsidR="009D758D" w:rsidRDefault="005F6A5B" w14:paraId="321C659E" w14:textId="77777777">
      <w:pPr>
        <w:pStyle w:val="Heading3"/>
      </w:pPr>
      <w:r w:rsidR="005F6A5B">
        <w:rPr/>
        <w:t xml:space="preserve">4.5 </w:t>
      </w:r>
      <w:r w:rsidR="005F6A5B">
        <w:rPr/>
        <w:t>Artificiële</w:t>
      </w:r>
      <w:r w:rsidR="005F6A5B">
        <w:rPr/>
        <w:t xml:space="preserve"> </w:t>
      </w:r>
      <w:r w:rsidR="005F6A5B">
        <w:rPr/>
        <w:t>referentietoestand</w:t>
      </w:r>
      <w:r w:rsidR="005F6A5B">
        <w:rPr/>
        <w:t xml:space="preserve"> — 3e </w:t>
      </w:r>
      <w:r w:rsidR="005F6A5B">
        <w:rPr/>
        <w:t>transformator</w:t>
      </w:r>
      <w:r w:rsidR="005F6A5B">
        <w:rPr/>
        <w:t xml:space="preserve"> </w:t>
      </w:r>
      <w:r w:rsidR="005F6A5B">
        <w:rPr/>
        <w:t>Izegem</w:t>
      </w:r>
    </w:p>
    <w:p w:rsidR="009D758D" w:rsidRDefault="005F6A5B" w14:paraId="7E37A9E4" w14:textId="77777777">
      <w:r w:rsidR="005F6A5B">
        <w:rPr/>
        <w:t xml:space="preserve">De </w:t>
      </w:r>
      <w:r w:rsidRPr="6C968D7A" w:rsidR="005F6A5B">
        <w:rPr>
          <w:b w:val="1"/>
          <w:bCs w:val="1"/>
        </w:rPr>
        <w:t xml:space="preserve">3e </w:t>
      </w:r>
      <w:r w:rsidRPr="6C968D7A" w:rsidR="005F6A5B">
        <w:rPr>
          <w:b w:val="1"/>
          <w:bCs w:val="1"/>
        </w:rPr>
        <w:t>transformator</w:t>
      </w:r>
      <w:r w:rsidR="005F6A5B">
        <w:rPr/>
        <w:t xml:space="preserve"> op het </w:t>
      </w:r>
      <w:r w:rsidR="005F6A5B">
        <w:rPr/>
        <w:t>hoogspanningsstation</w:t>
      </w:r>
      <w:r w:rsidR="005F6A5B">
        <w:rPr/>
        <w:t xml:space="preserve"> </w:t>
      </w:r>
      <w:r w:rsidR="005F6A5B">
        <w:rPr/>
        <w:t>te</w:t>
      </w:r>
      <w:r w:rsidR="005F6A5B">
        <w:rPr/>
        <w:t xml:space="preserve"> </w:t>
      </w:r>
      <w:r w:rsidR="005F6A5B">
        <w:rPr/>
        <w:t>Izegem</w:t>
      </w:r>
      <w:r w:rsidR="005F6A5B">
        <w:rPr/>
        <w:t xml:space="preserve"> is </w:t>
      </w:r>
      <w:r w:rsidRPr="6C968D7A" w:rsidR="005F6A5B">
        <w:rPr>
          <w:i w:val="1"/>
          <w:iCs w:val="1"/>
        </w:rPr>
        <w:t>"</w:t>
      </w:r>
      <w:r w:rsidRPr="6C968D7A" w:rsidR="005F6A5B">
        <w:rPr>
          <w:i w:val="1"/>
          <w:iCs w:val="1"/>
        </w:rPr>
        <w:t>enkel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en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alleen</w:t>
      </w:r>
      <w:r w:rsidRPr="6C968D7A" w:rsidR="005F6A5B">
        <w:rPr>
          <w:i w:val="1"/>
          <w:iCs w:val="1"/>
        </w:rPr>
        <w:t>"</w:t>
      </w:r>
      <w:r w:rsidR="005F6A5B">
        <w:rPr/>
        <w:t xml:space="preserve"> </w:t>
      </w:r>
      <w:r w:rsidR="005F6A5B">
        <w:rPr/>
        <w:t>aangelegd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het </w:t>
      </w:r>
      <w:r w:rsidR="005F6A5B">
        <w:rPr/>
        <w:t>Ventilus</w:t>
      </w:r>
      <w:r w:rsidR="005F6A5B">
        <w:rPr/>
        <w:t xml:space="preserve">-project — </w:t>
      </w:r>
      <w:r w:rsidR="005F6A5B">
        <w:rPr/>
        <w:t>dit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bevestigd</w:t>
      </w:r>
      <w:r w:rsidR="005F6A5B">
        <w:rPr/>
        <w:t xml:space="preserve"> door de </w:t>
      </w:r>
      <w:r w:rsidR="005F6A5B">
        <w:rPr/>
        <w:t>toelichtingsnota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de </w:t>
      </w:r>
      <w:r w:rsidR="005F6A5B">
        <w:rPr/>
        <w:t>aanvraag</w:t>
      </w:r>
      <w:r w:rsidR="005F6A5B">
        <w:rPr/>
        <w:t xml:space="preserve">. </w:t>
      </w:r>
      <w:r w:rsidR="005F6A5B">
        <w:rPr/>
        <w:t>Desondanks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deze</w:t>
      </w:r>
      <w:r w:rsidR="005F6A5B">
        <w:rPr/>
        <w:t xml:space="preserve"> </w:t>
      </w:r>
      <w:r w:rsidR="005F6A5B">
        <w:rPr/>
        <w:t>transformator</w:t>
      </w:r>
      <w:r w:rsidR="005F6A5B">
        <w:rPr/>
        <w:t xml:space="preserve"> in het MER </w:t>
      </w:r>
      <w:r w:rsidRPr="6C968D7A" w:rsidR="005F6A5B">
        <w:rPr>
          <w:b w:val="1"/>
          <w:bCs w:val="1"/>
        </w:rPr>
        <w:t>meegerekend</w:t>
      </w:r>
      <w:r w:rsidRPr="6C968D7A" w:rsidR="005F6A5B">
        <w:rPr>
          <w:b w:val="1"/>
          <w:bCs w:val="1"/>
        </w:rPr>
        <w:t xml:space="preserve"> in de </w:t>
      </w:r>
      <w:r w:rsidRPr="6C968D7A" w:rsidR="005F6A5B">
        <w:rPr>
          <w:b w:val="1"/>
          <w:bCs w:val="1"/>
        </w:rPr>
        <w:t>referentietoestand</w:t>
      </w:r>
      <w:r w:rsidR="005F6A5B">
        <w:rPr/>
        <w:t xml:space="preserve"> (de </w:t>
      </w:r>
      <w:r w:rsidR="005F6A5B">
        <w:rPr/>
        <w:t>bestaande</w:t>
      </w:r>
      <w:r w:rsidR="005F6A5B">
        <w:rPr/>
        <w:t xml:space="preserve"> </w:t>
      </w:r>
      <w:r w:rsidR="005F6A5B">
        <w:rPr/>
        <w:t>situatie</w:t>
      </w:r>
      <w:r w:rsidR="005F6A5B">
        <w:rPr/>
        <w:t xml:space="preserve"> </w:t>
      </w:r>
      <w:r w:rsidR="005F6A5B">
        <w:rPr/>
        <w:t>waartegen</w:t>
      </w:r>
      <w:r w:rsidR="005F6A5B">
        <w:rPr/>
        <w:t xml:space="preserve"> de </w:t>
      </w:r>
      <w:r w:rsidR="005F6A5B">
        <w:rPr/>
        <w:t>effecten</w:t>
      </w:r>
      <w:r w:rsidR="005F6A5B">
        <w:rPr/>
        <w:t xml:space="preserve"> van het project </w:t>
      </w:r>
      <w:r w:rsidR="005F6A5B">
        <w:rPr/>
        <w:t>worden</w:t>
      </w:r>
      <w:r w:rsidR="005F6A5B">
        <w:rPr/>
        <w:t xml:space="preserve"> </w:t>
      </w:r>
      <w:r w:rsidR="005F6A5B">
        <w:rPr/>
        <w:t>afgewogen</w:t>
      </w:r>
      <w:r w:rsidR="005F6A5B">
        <w:rPr/>
        <w:t>).</w:t>
      </w:r>
    </w:p>
    <w:p w:rsidR="009D758D" w:rsidRDefault="005F6A5B" w14:paraId="6F6DF8F2" w14:textId="77777777">
      <w:r w:rsidR="005F6A5B">
        <w:rPr/>
        <w:t xml:space="preserve">Dit </w:t>
      </w:r>
      <w:r w:rsidR="005F6A5B">
        <w:rPr/>
        <w:t>creëert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Pr="6C968D7A" w:rsidR="005F6A5B">
        <w:rPr>
          <w:b w:val="1"/>
          <w:bCs w:val="1"/>
        </w:rPr>
        <w:t>methodologisch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bedrog</w:t>
      </w:r>
      <w:r w:rsidR="005F6A5B">
        <w:rPr/>
        <w:t xml:space="preserve">: de </w:t>
      </w:r>
      <w:r w:rsidR="005F6A5B">
        <w:rPr/>
        <w:t>effecten</w:t>
      </w:r>
      <w:r w:rsidR="005F6A5B">
        <w:rPr/>
        <w:t xml:space="preserve"> van het </w:t>
      </w:r>
      <w:r w:rsidR="005F6A5B">
        <w:rPr/>
        <w:t>Ventilus</w:t>
      </w:r>
      <w:r w:rsidR="005F6A5B">
        <w:rPr/>
        <w:t xml:space="preserve">-project </w:t>
      </w:r>
      <w:r w:rsidR="005F6A5B">
        <w:rPr/>
        <w:t>worden</w:t>
      </w:r>
      <w:r w:rsidR="005F6A5B">
        <w:rPr/>
        <w:t xml:space="preserve"> </w:t>
      </w:r>
      <w:r w:rsidR="005F6A5B">
        <w:rPr/>
        <w:t>vergeleken</w:t>
      </w:r>
      <w:r w:rsidR="005F6A5B">
        <w:rPr/>
        <w:t xml:space="preserve"> met </w:t>
      </w:r>
      <w:r w:rsidR="005F6A5B">
        <w:rPr/>
        <w:t>een</w:t>
      </w:r>
      <w:r w:rsidR="005F6A5B">
        <w:rPr/>
        <w:t xml:space="preserve"> </w:t>
      </w:r>
      <w:r w:rsidR="005F6A5B">
        <w:rPr/>
        <w:t>referentiesituatie</w:t>
      </w:r>
      <w:r w:rsidR="005F6A5B">
        <w:rPr/>
        <w:t xml:space="preserve"> die </w:t>
      </w:r>
      <w:r w:rsidR="005F6A5B">
        <w:rPr/>
        <w:t>pas</w:t>
      </w:r>
      <w:r w:rsidR="005F6A5B">
        <w:rPr/>
        <w:t xml:space="preserve"> door het </w:t>
      </w:r>
      <w:r w:rsidR="005F6A5B">
        <w:rPr/>
        <w:t>Ventilus</w:t>
      </w:r>
      <w:r w:rsidR="005F6A5B">
        <w:rPr/>
        <w:t xml:space="preserve">-project </w:t>
      </w:r>
      <w:r w:rsidR="005F6A5B">
        <w:rPr/>
        <w:t>zelf</w:t>
      </w:r>
      <w:r w:rsidR="005F6A5B">
        <w:rPr/>
        <w:t xml:space="preserve"> is </w:t>
      </w:r>
      <w:r w:rsidR="005F6A5B">
        <w:rPr/>
        <w:t>gecreëerd</w:t>
      </w:r>
      <w:r w:rsidR="005F6A5B">
        <w:rPr/>
        <w:t xml:space="preserve">. De </w:t>
      </w:r>
      <w:r w:rsidR="005F6A5B">
        <w:rPr/>
        <w:t>gevolgen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ingrijpend</w:t>
      </w:r>
      <w:r w:rsidR="005F6A5B">
        <w:rPr/>
        <w:t>:</w:t>
      </w:r>
    </w:p>
    <w:p w:rsidR="009D758D" w:rsidRDefault="005F6A5B" w14:paraId="14C79FBC" w14:textId="77777777">
      <w:pPr>
        <w:pStyle w:val="ListBullet"/>
        <w:spacing w:after="60"/>
        <w:ind w:left="720"/>
        <w:rPr/>
      </w:pPr>
      <w:r w:rsidR="005F6A5B">
        <w:rPr/>
        <w:t xml:space="preserve">De </w:t>
      </w:r>
      <w:r w:rsidRPr="6C968D7A" w:rsidR="005F6A5B">
        <w:rPr>
          <w:b w:val="1"/>
          <w:bCs w:val="1"/>
        </w:rPr>
        <w:t>EMF-</w:t>
      </w:r>
      <w:r w:rsidRPr="6C968D7A" w:rsidR="005F6A5B">
        <w:rPr>
          <w:b w:val="1"/>
          <w:bCs w:val="1"/>
        </w:rPr>
        <w:t>contourkaarten</w:t>
      </w:r>
      <w:r w:rsidR="005F6A5B">
        <w:rPr/>
        <w:t xml:space="preserve"> in de zone </w:t>
      </w:r>
      <w:r w:rsidR="005F6A5B">
        <w:rPr/>
        <w:t>Izegem</w:t>
      </w:r>
      <w:r w:rsidR="005F6A5B">
        <w:rPr/>
        <w:t xml:space="preserve"> </w:t>
      </w:r>
      <w:r w:rsidR="005F6A5B">
        <w:rPr/>
        <w:t>tonen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kleiner</w:t>
      </w:r>
      <w:r w:rsidR="005F6A5B">
        <w:rPr/>
        <w:t xml:space="preserve"> </w:t>
      </w:r>
      <w:r w:rsidR="005F6A5B">
        <w:rPr/>
        <w:t>verschil</w:t>
      </w:r>
      <w:r w:rsidR="005F6A5B">
        <w:rPr/>
        <w:t xml:space="preserve"> </w:t>
      </w:r>
      <w:r w:rsidR="005F6A5B">
        <w:rPr/>
        <w:t>tussen</w:t>
      </w:r>
      <w:r w:rsidR="005F6A5B">
        <w:rPr/>
        <w:t xml:space="preserve"> de </w:t>
      </w:r>
      <w:r w:rsidR="005F6A5B">
        <w:rPr/>
        <w:t>referentietoestand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de </w:t>
      </w:r>
      <w:r w:rsidR="005F6A5B">
        <w:rPr/>
        <w:t>projectsituatie</w:t>
      </w:r>
      <w:r w:rsidR="005F6A5B">
        <w:rPr/>
        <w:t xml:space="preserve"> dan </w:t>
      </w:r>
      <w:r w:rsidR="005F6A5B">
        <w:rPr/>
        <w:t>werkelijk</w:t>
      </w:r>
      <w:r w:rsidR="005F6A5B">
        <w:rPr/>
        <w:t xml:space="preserve"> het </w:t>
      </w:r>
      <w:r w:rsidR="005F6A5B">
        <w:rPr/>
        <w:t>geval</w:t>
      </w:r>
      <w:r w:rsidR="005F6A5B">
        <w:rPr/>
        <w:t xml:space="preserve"> is, </w:t>
      </w:r>
      <w:r w:rsidR="005F6A5B">
        <w:rPr/>
        <w:t>omdat</w:t>
      </w:r>
      <w:r w:rsidR="005F6A5B">
        <w:rPr/>
        <w:t xml:space="preserve"> de </w:t>
      </w:r>
      <w:r w:rsidR="005F6A5B">
        <w:rPr/>
        <w:t>referentietoestand</w:t>
      </w:r>
      <w:r w:rsidR="005F6A5B">
        <w:rPr/>
        <w:t xml:space="preserve"> </w:t>
      </w:r>
      <w:r w:rsidR="005F6A5B">
        <w:rPr/>
        <w:t>reeds</w:t>
      </w:r>
      <w:r w:rsidR="005F6A5B">
        <w:rPr/>
        <w:t xml:space="preserve"> de EMF-</w:t>
      </w:r>
      <w:r w:rsidR="005F6A5B">
        <w:rPr/>
        <w:t>bijdrage</w:t>
      </w:r>
      <w:r w:rsidR="005F6A5B">
        <w:rPr/>
        <w:t xml:space="preserve"> van de 3e </w:t>
      </w:r>
      <w:r w:rsidR="005F6A5B">
        <w:rPr/>
        <w:t>transformator</w:t>
      </w:r>
      <w:r w:rsidR="005F6A5B">
        <w:rPr/>
        <w:t xml:space="preserve"> </w:t>
      </w:r>
      <w:r w:rsidR="005F6A5B">
        <w:rPr/>
        <w:t>bevat</w:t>
      </w:r>
      <w:r w:rsidR="005F6A5B">
        <w:rPr/>
        <w:t>.</w:t>
      </w:r>
    </w:p>
    <w:p w:rsidR="009D758D" w:rsidRDefault="005F6A5B" w14:paraId="19E8A4F0" w14:textId="77777777">
      <w:pPr>
        <w:pStyle w:val="ListBullet"/>
        <w:spacing w:after="60"/>
        <w:ind w:left="720"/>
        <w:rPr/>
      </w:pPr>
      <w:r w:rsidR="005F6A5B">
        <w:rPr/>
        <w:t xml:space="preserve">De </w:t>
      </w:r>
      <w:r w:rsidRPr="6C968D7A" w:rsidR="005F6A5B">
        <w:rPr>
          <w:b w:val="1"/>
          <w:bCs w:val="1"/>
        </w:rPr>
        <w:t>geluidsniveaus</w:t>
      </w:r>
      <w:r w:rsidR="005F6A5B">
        <w:rPr/>
        <w:t xml:space="preserve"> in de </w:t>
      </w:r>
      <w:r w:rsidR="005F6A5B">
        <w:rPr/>
        <w:t>referentietoestand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reeds</w:t>
      </w:r>
      <w:r w:rsidR="005F6A5B">
        <w:rPr/>
        <w:t xml:space="preserve"> </w:t>
      </w:r>
      <w:r w:rsidR="005F6A5B">
        <w:rPr/>
        <w:t>verhoogd</w:t>
      </w:r>
      <w:r w:rsidR="005F6A5B">
        <w:rPr/>
        <w:t xml:space="preserve"> door de 3e </w:t>
      </w:r>
      <w:r w:rsidR="005F6A5B">
        <w:rPr/>
        <w:t>transformator</w:t>
      </w:r>
      <w:r w:rsidR="005F6A5B">
        <w:rPr/>
        <w:t xml:space="preserve">, </w:t>
      </w:r>
      <w:r w:rsidR="005F6A5B">
        <w:rPr/>
        <w:t>waardoor</w:t>
      </w:r>
      <w:r w:rsidR="005F6A5B">
        <w:rPr/>
        <w:t xml:space="preserve"> het </w:t>
      </w:r>
      <w:r w:rsidR="005F6A5B">
        <w:rPr/>
        <w:t>bijkomende</w:t>
      </w:r>
      <w:r w:rsidR="005F6A5B">
        <w:rPr/>
        <w:t xml:space="preserve"> </w:t>
      </w:r>
      <w:r w:rsidR="005F6A5B">
        <w:rPr/>
        <w:t>geluid</w:t>
      </w:r>
      <w:r w:rsidR="005F6A5B">
        <w:rPr/>
        <w:t xml:space="preserve"> van </w:t>
      </w:r>
      <w:r w:rsidR="005F6A5B">
        <w:rPr/>
        <w:t>Ventilus</w:t>
      </w:r>
      <w:r w:rsidR="005F6A5B">
        <w:rPr/>
        <w:t xml:space="preserve"> </w:t>
      </w:r>
      <w:r w:rsidR="005F6A5B">
        <w:rPr/>
        <w:t>kleiner</w:t>
      </w:r>
      <w:r w:rsidR="005F6A5B">
        <w:rPr/>
        <w:t xml:space="preserve"> </w:t>
      </w:r>
      <w:r w:rsidR="005F6A5B">
        <w:rPr/>
        <w:t>lijkt</w:t>
      </w:r>
      <w:r w:rsidR="005F6A5B">
        <w:rPr/>
        <w:t>.</w:t>
      </w:r>
    </w:p>
    <w:p w:rsidR="009D758D" w:rsidRDefault="005F6A5B" w14:paraId="7D2DB7C4" w14:textId="77777777">
      <w:pPr>
        <w:pStyle w:val="ListBullet"/>
        <w:spacing w:after="60"/>
        <w:ind w:left="720"/>
        <w:rPr/>
      </w:pPr>
      <w:r w:rsidR="005F6A5B">
        <w:rPr/>
        <w:t xml:space="preserve">De </w:t>
      </w:r>
      <w:r w:rsidRPr="6C968D7A" w:rsidR="005F6A5B">
        <w:rPr>
          <w:b w:val="1"/>
          <w:bCs w:val="1"/>
        </w:rPr>
        <w:t>cumulatieve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effecten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artificieel</w:t>
      </w:r>
      <w:r w:rsidR="005F6A5B">
        <w:rPr/>
        <w:t xml:space="preserve"> </w:t>
      </w:r>
      <w:r w:rsidR="005F6A5B">
        <w:rPr/>
        <w:t>verlaagd</w:t>
      </w:r>
      <w:r w:rsidR="005F6A5B">
        <w:rPr/>
        <w:t xml:space="preserve"> </w:t>
      </w:r>
      <w:r w:rsidR="005F6A5B">
        <w:rPr/>
        <w:t>doordat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projectcomponent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bestaande</w:t>
      </w:r>
      <w:r w:rsidR="005F6A5B">
        <w:rPr/>
        <w:t xml:space="preserve"> </w:t>
      </w:r>
      <w:r w:rsidR="005F6A5B">
        <w:rPr/>
        <w:t>toestand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meegerekend</w:t>
      </w:r>
      <w:r w:rsidR="005F6A5B">
        <w:rPr/>
        <w:t>.</w:t>
      </w:r>
    </w:p>
    <w:p w:rsidR="009D758D" w:rsidRDefault="25A181EA" w14:paraId="54355F33" w14:textId="0B3379D1">
      <w:r w:rsidR="25A181EA">
        <w:rPr/>
        <w:t xml:space="preserve">De </w:t>
      </w:r>
      <w:r w:rsidR="25A181EA">
        <w:rPr/>
        <w:t>correcte</w:t>
      </w:r>
      <w:r w:rsidR="25A181EA">
        <w:rPr/>
        <w:t xml:space="preserve"> </w:t>
      </w:r>
      <w:r w:rsidR="25A181EA">
        <w:rPr/>
        <w:t>methodologische</w:t>
      </w:r>
      <w:r w:rsidR="25A181EA">
        <w:rPr/>
        <w:t xml:space="preserve"> </w:t>
      </w:r>
      <w:r w:rsidR="25A181EA">
        <w:rPr/>
        <w:t>benadering</w:t>
      </w:r>
      <w:r w:rsidR="25A181EA">
        <w:rPr/>
        <w:t xml:space="preserve"> </w:t>
      </w:r>
      <w:r w:rsidR="25A181EA">
        <w:rPr/>
        <w:t>vereist</w:t>
      </w:r>
      <w:r w:rsidR="25A181EA">
        <w:rPr/>
        <w:t xml:space="preserve"> </w:t>
      </w:r>
      <w:r w:rsidR="25A181EA">
        <w:rPr/>
        <w:t>dat</w:t>
      </w:r>
      <w:r w:rsidR="25A181EA">
        <w:rPr/>
        <w:t xml:space="preserve"> de </w:t>
      </w:r>
      <w:r w:rsidR="25A181EA">
        <w:rPr/>
        <w:t>referentietoestand</w:t>
      </w:r>
      <w:r w:rsidR="25A181EA">
        <w:rPr/>
        <w:t xml:space="preserve"> de </w:t>
      </w:r>
      <w:r w:rsidR="25A181EA">
        <w:rPr/>
        <w:t>situatie</w:t>
      </w:r>
      <w:r w:rsidR="25A181EA">
        <w:rPr/>
        <w:t xml:space="preserve"> </w:t>
      </w:r>
      <w:r w:rsidRPr="6C968D7A" w:rsidR="25A181EA">
        <w:rPr>
          <w:b w:val="1"/>
          <w:bCs w:val="1"/>
        </w:rPr>
        <w:t>zonder</w:t>
      </w:r>
      <w:r w:rsidR="25A181EA">
        <w:rPr/>
        <w:t xml:space="preserve"> de 3e </w:t>
      </w:r>
      <w:r w:rsidR="25A181EA">
        <w:rPr/>
        <w:t>transformator</w:t>
      </w:r>
      <w:r w:rsidR="25A181EA">
        <w:rPr/>
        <w:t xml:space="preserve"> </w:t>
      </w:r>
      <w:r w:rsidR="25A181EA">
        <w:rPr/>
        <w:t>als</w:t>
      </w:r>
      <w:r w:rsidR="25A181EA">
        <w:rPr/>
        <w:t xml:space="preserve"> </w:t>
      </w:r>
      <w:r w:rsidR="25A181EA">
        <w:rPr/>
        <w:t>uitgangspunt</w:t>
      </w:r>
      <w:r w:rsidR="25A181EA">
        <w:rPr/>
        <w:t xml:space="preserve"> </w:t>
      </w:r>
      <w:r w:rsidR="25A181EA">
        <w:rPr/>
        <w:t>neemt</w:t>
      </w:r>
      <w:r w:rsidR="25A181EA">
        <w:rPr/>
        <w:t xml:space="preserve">, </w:t>
      </w:r>
      <w:r w:rsidR="25A181EA">
        <w:rPr/>
        <w:t>aangezien</w:t>
      </w:r>
      <w:r w:rsidR="25A181EA">
        <w:rPr/>
        <w:t xml:space="preserve"> </w:t>
      </w:r>
      <w:r w:rsidR="25A181EA">
        <w:rPr/>
        <w:t>deze</w:t>
      </w:r>
      <w:r w:rsidR="25A181EA">
        <w:rPr/>
        <w:t xml:space="preserve"> </w:t>
      </w:r>
      <w:r w:rsidR="25A181EA">
        <w:rPr/>
        <w:t>transformator</w:t>
      </w:r>
      <w:r w:rsidR="25A181EA">
        <w:rPr/>
        <w:t xml:space="preserve"> </w:t>
      </w:r>
      <w:r w:rsidR="25A181EA">
        <w:rPr/>
        <w:t>geen</w:t>
      </w:r>
      <w:r w:rsidR="25A181EA">
        <w:rPr/>
        <w:t xml:space="preserve"> </w:t>
      </w:r>
      <w:r w:rsidR="25A181EA">
        <w:rPr/>
        <w:t>autonome</w:t>
      </w:r>
      <w:r w:rsidR="25A181EA">
        <w:rPr/>
        <w:t xml:space="preserve"> </w:t>
      </w:r>
      <w:r w:rsidR="25A181EA">
        <w:rPr/>
        <w:t>functie</w:t>
      </w:r>
      <w:r w:rsidR="25A181EA">
        <w:rPr/>
        <w:t xml:space="preserve"> </w:t>
      </w:r>
      <w:r w:rsidR="25A181EA">
        <w:rPr/>
        <w:t>heeft</w:t>
      </w:r>
      <w:r w:rsidR="25A181EA">
        <w:rPr/>
        <w:t xml:space="preserve"> </w:t>
      </w:r>
      <w:r w:rsidR="25A181EA">
        <w:rPr/>
        <w:t>los</w:t>
      </w:r>
      <w:r w:rsidR="25A181EA">
        <w:rPr/>
        <w:t xml:space="preserve"> van het </w:t>
      </w:r>
      <w:r w:rsidR="25A181EA">
        <w:rPr/>
        <w:t>Ventilus</w:t>
      </w:r>
      <w:r w:rsidR="25A181EA">
        <w:rPr/>
        <w:t xml:space="preserve">-project. Door de 3e </w:t>
      </w:r>
      <w:r w:rsidR="25A181EA">
        <w:rPr/>
        <w:t>transformator</w:t>
      </w:r>
      <w:r w:rsidR="25A181EA">
        <w:rPr/>
        <w:t xml:space="preserve"> in de </w:t>
      </w:r>
      <w:r w:rsidR="25A181EA">
        <w:rPr/>
        <w:t>referentietoestand</w:t>
      </w:r>
      <w:r w:rsidR="25A181EA">
        <w:rPr/>
        <w:t xml:space="preserve"> op </w:t>
      </w:r>
      <w:r w:rsidR="25A181EA">
        <w:rPr/>
        <w:t>te</w:t>
      </w:r>
      <w:r w:rsidR="25A181EA">
        <w:rPr/>
        <w:t xml:space="preserve"> </w:t>
      </w:r>
      <w:r w:rsidR="25A181EA">
        <w:rPr/>
        <w:t>nemen</w:t>
      </w:r>
      <w:r w:rsidR="25A181EA">
        <w:rPr/>
        <w:t xml:space="preserve">, </w:t>
      </w:r>
      <w:r w:rsidR="25A181EA">
        <w:rPr/>
        <w:t>worden</w:t>
      </w:r>
      <w:r w:rsidR="25A181EA">
        <w:rPr/>
        <w:t xml:space="preserve"> </w:t>
      </w:r>
      <w:r w:rsidRPr="6C968D7A" w:rsidR="25A181EA">
        <w:rPr>
          <w:b w:val="1"/>
          <w:bCs w:val="1"/>
        </w:rPr>
        <w:t xml:space="preserve">alle </w:t>
      </w:r>
      <w:r w:rsidRPr="6C968D7A" w:rsidR="25A181EA">
        <w:rPr>
          <w:b w:val="1"/>
          <w:bCs w:val="1"/>
        </w:rPr>
        <w:t>effectberekeningen</w:t>
      </w:r>
      <w:r w:rsidR="25A181EA">
        <w:rPr/>
        <w:t xml:space="preserve"> </w:t>
      </w:r>
      <w:r w:rsidR="25A181EA">
        <w:rPr/>
        <w:t>voor</w:t>
      </w:r>
      <w:r w:rsidR="25A181EA">
        <w:rPr/>
        <w:t xml:space="preserve"> de zone </w:t>
      </w:r>
      <w:r w:rsidR="25A181EA">
        <w:rPr/>
        <w:t>Izegem</w:t>
      </w:r>
      <w:r w:rsidR="25A181EA">
        <w:rPr/>
        <w:t xml:space="preserve"> — EMF, </w:t>
      </w:r>
      <w:r w:rsidR="25A181EA">
        <w:rPr/>
        <w:t>geluid</w:t>
      </w:r>
      <w:r w:rsidR="25A181EA">
        <w:rPr/>
        <w:t xml:space="preserve">, </w:t>
      </w:r>
      <w:r w:rsidR="25A181EA">
        <w:rPr/>
        <w:t>landschap</w:t>
      </w:r>
      <w:r w:rsidR="25A181EA">
        <w:rPr/>
        <w:t xml:space="preserve">, </w:t>
      </w:r>
      <w:r w:rsidR="25A181EA">
        <w:rPr/>
        <w:t>trillingen</w:t>
      </w:r>
      <w:r w:rsidR="25A181EA">
        <w:rPr/>
        <w:t xml:space="preserve"> — </w:t>
      </w:r>
      <w:r w:rsidR="25A181EA">
        <w:rPr/>
        <w:t>artificieel</w:t>
      </w:r>
      <w:r w:rsidR="25A181EA">
        <w:rPr/>
        <w:t xml:space="preserve"> </w:t>
      </w:r>
      <w:r w:rsidR="25A181EA">
        <w:rPr/>
        <w:t>verlaagd</w:t>
      </w:r>
      <w:r w:rsidR="25A181EA">
        <w:rPr/>
        <w:t xml:space="preserve">. Dit </w:t>
      </w:r>
      <w:r w:rsidR="25A181EA">
        <w:rPr/>
        <w:t>tast</w:t>
      </w:r>
      <w:r w:rsidR="25A181EA">
        <w:rPr/>
        <w:t xml:space="preserve"> de </w:t>
      </w:r>
      <w:r w:rsidR="25A181EA">
        <w:rPr/>
        <w:t>betrouwbaarheid</w:t>
      </w:r>
      <w:r w:rsidR="25A181EA">
        <w:rPr/>
        <w:t xml:space="preserve"> van het MER </w:t>
      </w:r>
      <w:r w:rsidR="25A181EA">
        <w:rPr/>
        <w:t>voor</w:t>
      </w:r>
      <w:r w:rsidR="25A181EA">
        <w:rPr/>
        <w:t xml:space="preserve"> de </w:t>
      </w:r>
      <w:r w:rsidR="25A181EA">
        <w:rPr/>
        <w:t>volledige</w:t>
      </w:r>
      <w:r w:rsidR="25A181EA">
        <w:rPr/>
        <w:t xml:space="preserve"> zone </w:t>
      </w:r>
      <w:r w:rsidR="25A181EA">
        <w:rPr/>
        <w:t>Izegem</w:t>
      </w:r>
      <w:r w:rsidR="25A181EA">
        <w:rPr/>
        <w:t xml:space="preserve"> </w:t>
      </w:r>
      <w:r w:rsidR="25A181EA">
        <w:rPr/>
        <w:t>aan</w:t>
      </w:r>
      <w:r w:rsidR="524F9110">
        <w:rPr/>
        <w:t xml:space="preserve">, maar </w:t>
      </w:r>
      <w:r w:rsidR="524F9110">
        <w:rPr/>
        <w:t>ook</w:t>
      </w:r>
      <w:r w:rsidR="524F9110">
        <w:rPr/>
        <w:t xml:space="preserve"> van het GRUP</w:t>
      </w:r>
      <w:r w:rsidR="524F9110">
        <w:rPr/>
        <w:t xml:space="preserve">.  </w:t>
      </w:r>
    </w:p>
    <w:p w:rsidR="009D758D" w:rsidRDefault="005F6A5B" w14:paraId="48B62A3A" w14:textId="77777777">
      <w:r w:rsidRPr="6C968D7A" w:rsidR="005F6A5B">
        <w:rPr>
          <w:b w:val="1"/>
          <w:bCs w:val="1"/>
        </w:rPr>
        <w:t>Juridische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grondslag</w:t>
      </w:r>
      <w:r w:rsidRPr="6C968D7A" w:rsidR="005F6A5B">
        <w:rPr>
          <w:b w:val="1"/>
          <w:bCs w:val="1"/>
        </w:rPr>
        <w:t>:</w:t>
      </w:r>
      <w:r w:rsidR="005F6A5B">
        <w:rPr/>
        <w:t xml:space="preserve"> Art. 4.3.4 DABM (</w:t>
      </w:r>
      <w:r w:rsidR="005F6A5B">
        <w:rPr/>
        <w:t>objectiviteit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volledigheid</w:t>
      </w:r>
      <w:r w:rsidR="005F6A5B">
        <w:rPr/>
        <w:t xml:space="preserve"> MER); art. 5(1)(a) MER-</w:t>
      </w:r>
      <w:r w:rsidR="005F6A5B">
        <w:rPr/>
        <w:t>richtlijn</w:t>
      </w:r>
      <w:r w:rsidR="005F6A5B">
        <w:rPr/>
        <w:t xml:space="preserve"> 2014/52/EU (</w:t>
      </w:r>
      <w:r w:rsidR="005F6A5B">
        <w:rPr/>
        <w:t>beschrijving</w:t>
      </w:r>
      <w:r w:rsidR="005F6A5B">
        <w:rPr/>
        <w:t xml:space="preserve"> van de </w:t>
      </w:r>
      <w:r w:rsidR="005F6A5B">
        <w:rPr/>
        <w:t>referentiesituatie</w:t>
      </w:r>
      <w:r w:rsidR="005F6A5B">
        <w:rPr/>
        <w:t xml:space="preserve">). Een </w:t>
      </w:r>
      <w:r w:rsidR="005F6A5B">
        <w:rPr/>
        <w:t>referentietoestand</w:t>
      </w:r>
      <w:r w:rsidR="005F6A5B">
        <w:rPr/>
        <w:t xml:space="preserve"> die </w:t>
      </w:r>
      <w:r w:rsidR="005F6A5B">
        <w:rPr/>
        <w:t>projectcomponenten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bestaande</w:t>
      </w:r>
      <w:r w:rsidR="005F6A5B">
        <w:rPr/>
        <w:t xml:space="preserve"> </w:t>
      </w:r>
      <w:r w:rsidR="005F6A5B">
        <w:rPr/>
        <w:t>situatie</w:t>
      </w:r>
      <w:r w:rsidR="005F6A5B">
        <w:rPr/>
        <w:t xml:space="preserve"> </w:t>
      </w:r>
      <w:r w:rsidR="005F6A5B">
        <w:rPr/>
        <w:t>presenteert</w:t>
      </w:r>
      <w:r w:rsidR="005F6A5B">
        <w:rPr/>
        <w:t xml:space="preserve">, is in </w:t>
      </w:r>
      <w:r w:rsidR="005F6A5B">
        <w:rPr/>
        <w:t>strijd</w:t>
      </w:r>
      <w:r w:rsidR="005F6A5B">
        <w:rPr/>
        <w:t xml:space="preserve"> met de </w:t>
      </w:r>
      <w:r w:rsidR="005F6A5B">
        <w:rPr/>
        <w:t>objectiviteitsvereiste</w:t>
      </w:r>
      <w:r w:rsidR="005F6A5B">
        <w:rPr/>
        <w:t>.</w:t>
      </w:r>
    </w:p>
    <w:p w:rsidR="009D758D" w:rsidP="6C968D7A" w:rsidRDefault="009D758D" w14:paraId="3656B9AB" w14:textId="1D64D486">
      <w:pPr>
        <w:pBdr>
          <w:bottom w:val="single" w:color="CCCCCC" w:sz="6" w:space="1"/>
        </w:pBdr>
        <w:spacing w:before="240" w:after="240"/>
      </w:pPr>
    </w:p>
    <w:p w:rsidR="009D758D" w:rsidRDefault="005F6A5B" w14:paraId="1F05BCCB" w14:textId="77777777">
      <w:pPr>
        <w:pStyle w:val="Heading2"/>
      </w:pPr>
      <w:r w:rsidR="005F6A5B">
        <w:rPr/>
        <w:t>5. INHOUDELIJKE BEZWAREN PER DISCIPLINE</w:t>
      </w:r>
    </w:p>
    <w:p w:rsidR="009D758D" w:rsidRDefault="005F6A5B" w14:paraId="4D42F8FF" w14:textId="77777777">
      <w:pPr>
        <w:pStyle w:val="Heading3"/>
      </w:pPr>
      <w:r w:rsidR="005F6A5B">
        <w:rPr/>
        <w:t xml:space="preserve">5.1 Water </w:t>
      </w:r>
      <w:r w:rsidR="005F6A5B">
        <w:rPr/>
        <w:t>en</w:t>
      </w:r>
      <w:r w:rsidR="005F6A5B">
        <w:rPr/>
        <w:t xml:space="preserve"> </w:t>
      </w:r>
      <w:r w:rsidR="005F6A5B">
        <w:rPr/>
        <w:t>Kaderrichtlijn</w:t>
      </w:r>
      <w:r w:rsidR="005F6A5B">
        <w:rPr/>
        <w:t xml:space="preserve"> Water</w:t>
      </w:r>
    </w:p>
    <w:p w:rsidR="009D758D" w:rsidRDefault="005F6A5B" w14:paraId="0C478F73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 xml:space="preserve">15+ </w:t>
      </w:r>
      <w:r w:rsidRPr="6C968D7A" w:rsidR="005F6A5B">
        <w:rPr>
          <w:b w:val="1"/>
          <w:bCs w:val="1"/>
        </w:rPr>
        <w:t>sterk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negatieve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effecten</w:t>
      </w:r>
      <w:r w:rsidRPr="6C968D7A" w:rsidR="005F6A5B">
        <w:rPr>
          <w:b w:val="1"/>
          <w:bCs w:val="1"/>
        </w:rPr>
        <w:t xml:space="preserve"> (-3)</w:t>
      </w:r>
      <w:r w:rsidR="005F6A5B">
        <w:rPr/>
        <w:t xml:space="preserve"> op </w:t>
      </w:r>
      <w:r w:rsidR="005F6A5B">
        <w:rPr/>
        <w:t>oppervlaktewaterkwaliteit</w:t>
      </w:r>
    </w:p>
    <w:p w:rsidR="009D758D" w:rsidRDefault="005F6A5B" w14:paraId="490CA703" w14:textId="77777777">
      <w:pPr>
        <w:pStyle w:val="ListBullet"/>
        <w:spacing w:after="60"/>
        <w:ind w:left="720"/>
        <w:rPr/>
      </w:pPr>
      <w:r w:rsidR="005F6A5B">
        <w:rPr/>
        <w:t>Arseenconcentraties</w:t>
      </w:r>
      <w:r w:rsidR="005F6A5B">
        <w:rPr/>
        <w:t xml:space="preserve"> tot </w:t>
      </w:r>
      <w:r w:rsidRPr="6C968D7A" w:rsidR="005F6A5B">
        <w:rPr>
          <w:b w:val="1"/>
          <w:bCs w:val="1"/>
        </w:rPr>
        <w:t xml:space="preserve">640 </w:t>
      </w:r>
      <w:r w:rsidRPr="6C968D7A" w:rsidR="005F6A5B">
        <w:rPr>
          <w:b w:val="1"/>
          <w:bCs w:val="1"/>
        </w:rPr>
        <w:t>ug</w:t>
      </w:r>
      <w:r w:rsidRPr="6C968D7A" w:rsidR="005F6A5B">
        <w:rPr>
          <w:b w:val="1"/>
          <w:bCs w:val="1"/>
        </w:rPr>
        <w:t>/l</w:t>
      </w:r>
      <w:r w:rsidR="005F6A5B">
        <w:rPr/>
        <w:t xml:space="preserve"> (factor 32 </w:t>
      </w:r>
      <w:r w:rsidR="005F6A5B">
        <w:rPr/>
        <w:t>boven</w:t>
      </w:r>
      <w:r w:rsidR="005F6A5B">
        <w:rPr/>
        <w:t xml:space="preserve"> MKN)</w:t>
      </w:r>
    </w:p>
    <w:p w:rsidR="009D758D" w:rsidRDefault="005F6A5B" w14:paraId="45466417" w14:textId="77777777">
      <w:pPr>
        <w:pStyle w:val="ListBullet"/>
        <w:spacing w:after="60"/>
        <w:ind w:left="720"/>
        <w:rPr/>
      </w:pPr>
      <w:r w:rsidR="005F6A5B">
        <w:rPr/>
        <w:t>Totale</w:t>
      </w:r>
      <w:r w:rsidR="005F6A5B">
        <w:rPr/>
        <w:t xml:space="preserve"> </w:t>
      </w:r>
      <w:r w:rsidR="005F6A5B">
        <w:rPr/>
        <w:t>bemaling</w:t>
      </w:r>
      <w:r w:rsidR="005F6A5B">
        <w:rPr/>
        <w:t xml:space="preserve"> </w:t>
      </w:r>
      <w:r w:rsidRPr="6C968D7A" w:rsidR="005F6A5B">
        <w:rPr>
          <w:b w:val="1"/>
          <w:bCs w:val="1"/>
        </w:rPr>
        <w:t xml:space="preserve">2.260 </w:t>
      </w:r>
      <w:r w:rsidRPr="6C968D7A" w:rsidR="005F6A5B">
        <w:rPr>
          <w:b w:val="1"/>
          <w:bCs w:val="1"/>
        </w:rPr>
        <w:t>dagen</w:t>
      </w:r>
      <w:r w:rsidR="005F6A5B">
        <w:rPr/>
        <w:t xml:space="preserve"> (~6,2 </w:t>
      </w:r>
      <w:r w:rsidR="005F6A5B">
        <w:rPr/>
        <w:t>jaar</w:t>
      </w:r>
      <w:r w:rsidR="005F6A5B">
        <w:rPr/>
        <w:t xml:space="preserve">), </w:t>
      </w:r>
      <w:r w:rsidR="005F6A5B">
        <w:rPr/>
        <w:t>niet</w:t>
      </w:r>
      <w:r w:rsidR="005F6A5B">
        <w:rPr/>
        <w:t xml:space="preserve"> "</w:t>
      </w:r>
      <w:r w:rsidR="005F6A5B">
        <w:rPr/>
        <w:t>tijdelijk</w:t>
      </w:r>
      <w:r w:rsidR="005F6A5B">
        <w:rPr/>
        <w:t>"</w:t>
      </w:r>
    </w:p>
    <w:p w:rsidR="009D758D" w:rsidRDefault="005F6A5B" w14:paraId="143B1537" w14:textId="77777777">
      <w:pPr>
        <w:pStyle w:val="ListBullet"/>
        <w:spacing w:after="60"/>
        <w:ind w:left="720"/>
        <w:rPr/>
      </w:pPr>
      <w:r w:rsidR="005F6A5B">
        <w:rPr/>
        <w:t>Lozingsnormen</w:t>
      </w:r>
      <w:r w:rsidR="005F6A5B">
        <w:rPr/>
        <w:t xml:space="preserve"> </w:t>
      </w:r>
      <w:r w:rsidRPr="6C968D7A" w:rsidR="005F6A5B">
        <w:rPr>
          <w:i w:val="1"/>
          <w:iCs w:val="1"/>
        </w:rPr>
        <w:t xml:space="preserve">"op </w:t>
      </w:r>
      <w:r w:rsidRPr="6C968D7A" w:rsidR="005F6A5B">
        <w:rPr>
          <w:i w:val="1"/>
          <w:iCs w:val="1"/>
        </w:rPr>
        <w:t>dit</w:t>
      </w:r>
      <w:r w:rsidRPr="6C968D7A" w:rsidR="005F6A5B">
        <w:rPr>
          <w:i w:val="1"/>
          <w:iCs w:val="1"/>
        </w:rPr>
        <w:t xml:space="preserve"> moment </w:t>
      </w:r>
      <w:r w:rsidRPr="6C968D7A" w:rsidR="005F6A5B">
        <w:rPr>
          <w:i w:val="1"/>
          <w:iCs w:val="1"/>
        </w:rPr>
        <w:t>nog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niet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gekend</w:t>
      </w:r>
      <w:r w:rsidRPr="6C968D7A" w:rsidR="005F6A5B">
        <w:rPr>
          <w:i w:val="1"/>
          <w:iCs w:val="1"/>
        </w:rPr>
        <w:t>"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</w:t>
      </w:r>
      <w:r w:rsidR="005F6A5B">
        <w:rPr/>
        <w:t>vergunningsaanvraag</w:t>
      </w:r>
    </w:p>
    <w:p w:rsidR="009D758D" w:rsidRDefault="005F6A5B" w14:paraId="764E0124" w14:textId="77777777">
      <w:pPr>
        <w:pStyle w:val="ListBullet"/>
        <w:spacing w:after="60"/>
        <w:ind w:left="720"/>
        <w:rPr/>
      </w:pPr>
      <w:r w:rsidR="005F6A5B">
        <w:rPr/>
        <w:t>PFAS-</w:t>
      </w:r>
      <w:r w:rsidR="005F6A5B">
        <w:rPr/>
        <w:t>zuivering</w:t>
      </w:r>
      <w:r w:rsidR="005F6A5B">
        <w:rPr/>
        <w:t xml:space="preserve"> </w:t>
      </w:r>
      <w:r w:rsidRPr="6C968D7A" w:rsidR="005F6A5B">
        <w:rPr>
          <w:i w:val="1"/>
          <w:iCs w:val="1"/>
        </w:rPr>
        <w:t xml:space="preserve">"in de </w:t>
      </w:r>
      <w:r w:rsidRPr="6C968D7A" w:rsidR="005F6A5B">
        <w:rPr>
          <w:i w:val="1"/>
          <w:iCs w:val="1"/>
        </w:rPr>
        <w:t>praktijk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niet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altijd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realiseerbaar</w:t>
      </w:r>
      <w:r w:rsidRPr="6C968D7A" w:rsidR="005F6A5B">
        <w:rPr>
          <w:i w:val="1"/>
          <w:iCs w:val="1"/>
        </w:rPr>
        <w:t>"</w:t>
      </w:r>
    </w:p>
    <w:p w:rsidR="009D758D" w:rsidRDefault="005F6A5B" w14:paraId="5350FE84" w14:textId="77777777">
      <w:pPr>
        <w:pStyle w:val="ListBullet"/>
        <w:spacing w:after="60"/>
        <w:ind w:left="720"/>
        <w:rPr/>
      </w:pPr>
      <w:r w:rsidR="005F6A5B">
        <w:rPr/>
        <w:t>Retourbemaling</w:t>
      </w:r>
      <w:r w:rsidR="005F6A5B">
        <w:rPr/>
        <w:t xml:space="preserve"> </w:t>
      </w:r>
      <w:r w:rsidR="005F6A5B">
        <w:rPr/>
        <w:t>aanbevolen</w:t>
      </w:r>
      <w:r w:rsidR="005F6A5B">
        <w:rPr/>
        <w:t xml:space="preserve"> maar </w:t>
      </w:r>
      <w:r w:rsidRPr="6C968D7A" w:rsidR="005F6A5B">
        <w:rPr>
          <w:b w:val="1"/>
          <w:bCs w:val="1"/>
        </w:rPr>
        <w:t>technisch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onmogelijk</w:t>
      </w:r>
      <w:r w:rsidR="005F6A5B">
        <w:rPr/>
        <w:t xml:space="preserve"> met </w:t>
      </w:r>
      <w:r w:rsidR="005F6A5B">
        <w:rPr/>
        <w:t>gekozen</w:t>
      </w:r>
      <w:r w:rsidR="005F6A5B">
        <w:rPr/>
        <w:t xml:space="preserve"> </w:t>
      </w:r>
      <w:r w:rsidR="005F6A5B">
        <w:rPr/>
        <w:t>drainbemaling</w:t>
      </w:r>
    </w:p>
    <w:p w:rsidR="009D758D" w:rsidRDefault="005F6A5B" w14:paraId="4A3FFE2B" w14:textId="77777777">
      <w:pPr>
        <w:pStyle w:val="ListBullet"/>
        <w:spacing w:after="60"/>
        <w:ind w:left="720"/>
        <w:rPr/>
      </w:pPr>
      <w:r w:rsidR="005F6A5B">
        <w:rPr/>
        <w:t xml:space="preserve">VMM </w:t>
      </w:r>
      <w:r w:rsidR="005F6A5B">
        <w:rPr/>
        <w:t>wijst</w:t>
      </w:r>
      <w:r w:rsidR="005F6A5B">
        <w:rPr/>
        <w:t xml:space="preserve"> </w:t>
      </w:r>
      <w:r w:rsidR="005F6A5B">
        <w:rPr/>
        <w:t>inbuizing</w:t>
      </w:r>
      <w:r w:rsidR="005F6A5B">
        <w:rPr/>
        <w:t xml:space="preserve"> Mandel </w:t>
      </w:r>
      <w:r w:rsidR="005F6A5B">
        <w:rPr/>
        <w:t>af</w:t>
      </w:r>
      <w:r w:rsidR="005F6A5B">
        <w:rPr/>
        <w:t xml:space="preserve">: 1 </w:t>
      </w:r>
      <w:r w:rsidR="005F6A5B">
        <w:rPr/>
        <w:t>buis</w:t>
      </w:r>
      <w:r w:rsidR="005F6A5B">
        <w:rPr/>
        <w:t xml:space="preserve"> </w:t>
      </w:r>
      <w:r w:rsidR="005F6A5B">
        <w:rPr/>
        <w:t>waar</w:t>
      </w:r>
      <w:r w:rsidR="005F6A5B">
        <w:rPr/>
        <w:t xml:space="preserve"> 9 </w:t>
      </w:r>
      <w:r w:rsidR="005F6A5B">
        <w:rPr/>
        <w:t>nodig</w:t>
      </w:r>
    </w:p>
    <w:p w:rsidR="009D758D" w:rsidRDefault="005F6A5B" w14:paraId="7E61C881" w14:textId="77777777">
      <w:pPr>
        <w:pStyle w:val="ListBullet"/>
        <w:spacing w:after="60"/>
        <w:ind w:left="720"/>
        <w:rPr/>
      </w:pPr>
      <w:r w:rsidR="005F6A5B">
        <w:rPr/>
        <w:t xml:space="preserve">Project </w:t>
      </w:r>
      <w:r w:rsidR="005F6A5B">
        <w:rPr/>
        <w:t>kruist</w:t>
      </w:r>
      <w:r w:rsidR="005F6A5B">
        <w:rPr/>
        <w:t xml:space="preserve"> </w:t>
      </w:r>
      <w:r w:rsidR="005F6A5B">
        <w:rPr/>
        <w:t>drinkwaterbeschermingszones</w:t>
      </w:r>
      <w:r w:rsidR="005F6A5B">
        <w:rPr/>
        <w:t xml:space="preserve"> </w:t>
      </w:r>
      <w:r w:rsidR="005F6A5B">
        <w:rPr/>
        <w:t>Snellegem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Avelgem</w:t>
      </w:r>
    </w:p>
    <w:p w:rsidR="009D758D" w:rsidRDefault="25A181EA" w14:paraId="39C9ED8D" w14:textId="26F5E974">
      <w:pPr>
        <w:pStyle w:val="ListBullet"/>
        <w:spacing w:after="60"/>
        <w:ind w:left="720"/>
        <w:rPr/>
      </w:pPr>
      <w:r w:rsidRPr="6C968D7A" w:rsidR="25A181EA">
        <w:rPr>
          <w:b w:val="1"/>
          <w:bCs w:val="1"/>
        </w:rPr>
        <w:t>Watertoets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uitsluitend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voor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huidig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klimaat</w:t>
      </w:r>
      <w:r w:rsidR="25A181EA">
        <w:rPr/>
        <w:t xml:space="preserve"> — </w:t>
      </w:r>
      <w:r w:rsidR="25A181EA">
        <w:rPr/>
        <w:t>geen</w:t>
      </w:r>
      <w:r w:rsidR="25A181EA">
        <w:rPr/>
        <w:t xml:space="preserve"> </w:t>
      </w:r>
      <w:r w:rsidR="25A181EA">
        <w:rPr/>
        <w:t>beoordeling</w:t>
      </w:r>
      <w:r w:rsidR="25A181EA">
        <w:rPr/>
        <w:t xml:space="preserve"> op basis van </w:t>
      </w:r>
      <w:r w:rsidR="25A181EA">
        <w:rPr/>
        <w:t>toekomstige</w:t>
      </w:r>
      <w:r w:rsidR="25A181EA">
        <w:rPr/>
        <w:t xml:space="preserve"> </w:t>
      </w:r>
      <w:r w:rsidR="25A181EA">
        <w:rPr/>
        <w:t>klimaatscenario's</w:t>
      </w:r>
      <w:r w:rsidR="25A181EA">
        <w:rPr/>
        <w:t xml:space="preserve">, </w:t>
      </w:r>
      <w:r w:rsidR="25A181EA">
        <w:rPr/>
        <w:t>terwijl</w:t>
      </w:r>
      <w:r w:rsidR="25A181EA">
        <w:rPr/>
        <w:t xml:space="preserve"> het </w:t>
      </w:r>
      <w:r w:rsidR="25A181EA">
        <w:rPr/>
        <w:t>Vlaamse</w:t>
      </w:r>
      <w:r w:rsidR="25A181EA">
        <w:rPr/>
        <w:t xml:space="preserve"> </w:t>
      </w:r>
      <w:r w:rsidRPr="6C968D7A" w:rsidR="25A181EA">
        <w:rPr>
          <w:b w:val="1"/>
          <w:bCs w:val="1"/>
        </w:rPr>
        <w:t>Blue Deal-</w:t>
      </w:r>
      <w:r w:rsidRPr="6C968D7A" w:rsidR="25A181EA">
        <w:rPr>
          <w:b w:val="1"/>
          <w:bCs w:val="1"/>
        </w:rPr>
        <w:t>programma</w:t>
      </w:r>
      <w:r w:rsidR="25A181EA">
        <w:rPr/>
        <w:t xml:space="preserve"> net </w:t>
      </w:r>
      <w:r w:rsidR="25A181EA">
        <w:rPr/>
        <w:t>ontharding</w:t>
      </w:r>
      <w:r w:rsidR="25A181EA">
        <w:rPr/>
        <w:t xml:space="preserve"> </w:t>
      </w:r>
      <w:r w:rsidR="25A181EA">
        <w:rPr/>
        <w:t>en</w:t>
      </w:r>
      <w:r w:rsidR="25A181EA">
        <w:rPr/>
        <w:t xml:space="preserve"> </w:t>
      </w:r>
      <w:r w:rsidR="25A181EA">
        <w:rPr/>
        <w:t>infiltratie</w:t>
      </w:r>
      <w:r w:rsidR="25A181EA">
        <w:rPr/>
        <w:t xml:space="preserve"> </w:t>
      </w:r>
      <w:r w:rsidR="25A181EA">
        <w:rPr/>
        <w:t>nastreeft</w:t>
      </w:r>
      <w:r w:rsidR="25A181EA">
        <w:rPr/>
        <w:t xml:space="preserve">; het project </w:t>
      </w:r>
      <w:r w:rsidR="25A181EA">
        <w:rPr/>
        <w:t>voegt</w:t>
      </w:r>
      <w:r w:rsidR="25A181EA">
        <w:rPr/>
        <w:t xml:space="preserve"> </w:t>
      </w:r>
      <w:r w:rsidR="25A181EA">
        <w:rPr/>
        <w:t>verharding</w:t>
      </w:r>
      <w:r w:rsidR="25A181EA">
        <w:rPr/>
        <w:t xml:space="preserve"> toe (</w:t>
      </w:r>
      <w:r w:rsidR="25A181EA">
        <w:rPr/>
        <w:t>inspectieputten</w:t>
      </w:r>
      <w:r w:rsidR="25A181EA">
        <w:rPr/>
        <w:t xml:space="preserve">, </w:t>
      </w:r>
      <w:r w:rsidR="25A181EA">
        <w:rPr/>
        <w:t>werfzones</w:t>
      </w:r>
      <w:r w:rsidR="25A181EA">
        <w:rPr/>
        <w:t xml:space="preserve">, </w:t>
      </w:r>
      <w:r w:rsidR="25A181EA">
        <w:rPr/>
        <w:t>funderingen</w:t>
      </w:r>
      <w:r w:rsidR="25A181EA">
        <w:rPr/>
        <w:t xml:space="preserve">) in </w:t>
      </w:r>
      <w:r w:rsidR="25A181EA">
        <w:rPr/>
        <w:t>een</w:t>
      </w:r>
      <w:r w:rsidR="25A181EA">
        <w:rPr/>
        <w:t xml:space="preserve"> </w:t>
      </w:r>
      <w:r w:rsidR="25A181EA">
        <w:rPr/>
        <w:t>beleidskader</w:t>
      </w:r>
      <w:r w:rsidR="25A181EA">
        <w:rPr/>
        <w:t xml:space="preserve"> </w:t>
      </w:r>
      <w:r w:rsidR="25A181EA">
        <w:rPr/>
        <w:t>dat</w:t>
      </w:r>
      <w:r w:rsidR="25A181EA">
        <w:rPr/>
        <w:t xml:space="preserve"> </w:t>
      </w:r>
      <w:r w:rsidR="25A181EA">
        <w:rPr/>
        <w:t>ontharding</w:t>
      </w:r>
      <w:r w:rsidR="25A181EA">
        <w:rPr/>
        <w:t xml:space="preserve"> </w:t>
      </w:r>
      <w:r w:rsidR="25A181EA">
        <w:rPr/>
        <w:t>als</w:t>
      </w:r>
      <w:r w:rsidR="25A181EA">
        <w:rPr/>
        <w:t xml:space="preserve"> </w:t>
      </w:r>
      <w:r w:rsidR="25A181EA">
        <w:rPr/>
        <w:t>prioriteit</w:t>
      </w:r>
      <w:r w:rsidR="25A181EA">
        <w:rPr/>
        <w:t xml:space="preserve"> </w:t>
      </w:r>
      <w:r w:rsidR="25A181EA">
        <w:rPr/>
        <w:t>stelt</w:t>
      </w:r>
      <w:r w:rsidR="25A181EA">
        <w:rPr/>
        <w:t xml:space="preserve"> — </w:t>
      </w:r>
      <w:r w:rsidR="25A181EA">
        <w:rPr/>
        <w:t>dit</w:t>
      </w:r>
      <w:r w:rsidR="25A181EA">
        <w:rPr/>
        <w:t xml:space="preserve"> is intern </w:t>
      </w:r>
      <w:r w:rsidR="25A181EA">
        <w:rPr/>
        <w:t>tegenstrijdig</w:t>
      </w:r>
      <w:r w:rsidR="10B20CBF">
        <w:rPr/>
        <w:t xml:space="preserve">.  </w:t>
      </w:r>
      <w:r w:rsidR="10B20CBF">
        <w:rPr/>
        <w:t xml:space="preserve">Bij alle dossiers in West-Vlaanderen </w:t>
      </w:r>
      <w:r w:rsidR="10B20CBF">
        <w:rPr/>
        <w:t>dient</w:t>
      </w:r>
      <w:r w:rsidR="10B20CBF">
        <w:rPr/>
        <w:t xml:space="preserve"> de </w:t>
      </w:r>
      <w:r w:rsidR="10B20CBF">
        <w:rPr/>
        <w:t>toetsing</w:t>
      </w:r>
      <w:r w:rsidR="10B20CBF">
        <w:rPr/>
        <w:t xml:space="preserve"> door </w:t>
      </w:r>
      <w:r w:rsidR="10B20CBF">
        <w:rPr/>
        <w:t>dienst</w:t>
      </w:r>
      <w:r w:rsidR="10B20CBF">
        <w:rPr/>
        <w:t xml:space="preserve"> </w:t>
      </w:r>
      <w:r w:rsidR="10B20CBF">
        <w:rPr/>
        <w:t>Waterlopen</w:t>
      </w:r>
      <w:r w:rsidR="10B20CBF">
        <w:rPr/>
        <w:t xml:space="preserve"> </w:t>
      </w:r>
      <w:r w:rsidR="10B20CBF">
        <w:rPr/>
        <w:t>te</w:t>
      </w:r>
      <w:r w:rsidR="10B20CBF">
        <w:rPr/>
        <w:t xml:space="preserve"> </w:t>
      </w:r>
      <w:r w:rsidR="10B20CBF">
        <w:rPr/>
        <w:t>gebeuren</w:t>
      </w:r>
      <w:r w:rsidR="10B20CBF">
        <w:rPr/>
        <w:t xml:space="preserve"> </w:t>
      </w:r>
      <w:r w:rsidR="10B20CBF">
        <w:rPr/>
        <w:t>tov</w:t>
      </w:r>
      <w:r w:rsidR="10B20CBF">
        <w:rPr/>
        <w:t xml:space="preserve"> het </w:t>
      </w:r>
      <w:r w:rsidR="10B20CBF">
        <w:rPr/>
        <w:t>toekomstig</w:t>
      </w:r>
      <w:r w:rsidR="10B20CBF">
        <w:rPr/>
        <w:t xml:space="preserve"> </w:t>
      </w:r>
      <w:r w:rsidR="10B20CBF">
        <w:rPr/>
        <w:t>klimaat</w:t>
      </w:r>
      <w:r w:rsidR="10B20CBF">
        <w:rPr/>
        <w:t xml:space="preserve">.  </w:t>
      </w:r>
    </w:p>
    <w:p w:rsidR="009D758D" w:rsidRDefault="005F6A5B" w14:paraId="6654FAA9" w14:textId="77777777">
      <w:pPr>
        <w:pStyle w:val="Heading3"/>
      </w:pPr>
      <w:r w:rsidR="005F6A5B">
        <w:rPr/>
        <w:t xml:space="preserve">5.2 </w:t>
      </w:r>
      <w:r w:rsidR="005F6A5B">
        <w:rPr/>
        <w:t>Gezondheid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elektromagnetische</w:t>
      </w:r>
      <w:r w:rsidR="005F6A5B">
        <w:rPr/>
        <w:t xml:space="preserve"> </w:t>
      </w:r>
      <w:r w:rsidR="005F6A5B">
        <w:rPr/>
        <w:t>velden</w:t>
      </w:r>
    </w:p>
    <w:p w:rsidR="009D758D" w:rsidRDefault="005F6A5B" w14:paraId="16959061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 xml:space="preserve">170 </w:t>
      </w:r>
      <w:r w:rsidRPr="6C968D7A" w:rsidR="005F6A5B">
        <w:rPr>
          <w:b w:val="1"/>
          <w:bCs w:val="1"/>
        </w:rPr>
        <w:t>nieuwe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woningen</w:t>
      </w:r>
      <w:r w:rsidR="005F6A5B">
        <w:rPr/>
        <w:t xml:space="preserve"> in 0,4 </w:t>
      </w:r>
      <w:r w:rsidR="005F6A5B">
        <w:rPr/>
        <w:t>uT</w:t>
      </w:r>
      <w:r w:rsidR="005F6A5B">
        <w:rPr/>
        <w:t xml:space="preserve"> contour (IARC Groep 2B)</w:t>
      </w:r>
    </w:p>
    <w:p w:rsidR="009D758D" w:rsidRDefault="005F6A5B" w14:paraId="2C63A631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 xml:space="preserve">Geen </w:t>
      </w:r>
      <w:r w:rsidRPr="6C968D7A" w:rsidR="005F6A5B">
        <w:rPr>
          <w:b w:val="1"/>
          <w:bCs w:val="1"/>
        </w:rPr>
        <w:t>effectscore</w:t>
      </w:r>
      <w:r w:rsidR="005F6A5B">
        <w:rPr/>
        <w:t xml:space="preserve"> — </w:t>
      </w:r>
      <w:r w:rsidR="005F6A5B">
        <w:rPr/>
        <w:t>enige</w:t>
      </w:r>
      <w:r w:rsidR="005F6A5B">
        <w:rPr/>
        <w:t xml:space="preserve"> stressor in MER die </w:t>
      </w:r>
      <w:r w:rsidR="005F6A5B">
        <w:rPr/>
        <w:t>niet</w:t>
      </w:r>
      <w:r w:rsidR="005F6A5B">
        <w:rPr/>
        <w:t xml:space="preserve"> </w:t>
      </w:r>
      <w:r w:rsidR="005F6A5B">
        <w:rPr/>
        <w:t>gescoord</w:t>
      </w:r>
      <w:r w:rsidR="005F6A5B">
        <w:rPr/>
        <w:t xml:space="preserve"> </w:t>
      </w:r>
      <w:r w:rsidR="005F6A5B">
        <w:rPr/>
        <w:t>wordt</w:t>
      </w:r>
    </w:p>
    <w:p w:rsidR="009D758D" w:rsidRDefault="005F6A5B" w14:paraId="7F4BC5E9" w14:textId="77777777">
      <w:pPr>
        <w:pStyle w:val="ListBullet"/>
        <w:spacing w:after="60"/>
        <w:ind w:left="720"/>
        <w:rPr/>
      </w:pPr>
      <w:r w:rsidR="005F6A5B">
        <w:rPr/>
        <w:t>Belastingsfactor</w:t>
      </w:r>
      <w:r w:rsidR="005F6A5B">
        <w:rPr/>
        <w:t xml:space="preserve"> 30% is </w:t>
      </w:r>
      <w:r w:rsidR="005F6A5B">
        <w:rPr/>
        <w:t>geen</w:t>
      </w:r>
      <w:r w:rsidR="005F6A5B">
        <w:rPr/>
        <w:t xml:space="preserve"> worst-case maar best </w:t>
      </w:r>
      <w:r w:rsidR="005F6A5B">
        <w:rPr/>
        <w:t>estimate</w:t>
      </w:r>
    </w:p>
    <w:p w:rsidR="009D758D" w:rsidRDefault="005F6A5B" w14:paraId="5A8177EE" w14:textId="77777777">
      <w:pPr>
        <w:pStyle w:val="ListBullet"/>
        <w:spacing w:after="60"/>
        <w:ind w:left="720"/>
        <w:rPr/>
      </w:pPr>
      <w:r w:rsidR="005F6A5B">
        <w:rPr/>
        <w:t xml:space="preserve">13 </w:t>
      </w:r>
      <w:r w:rsidR="005F6A5B">
        <w:rPr/>
        <w:t>bouwpercelen</w:t>
      </w:r>
      <w:r w:rsidR="005F6A5B">
        <w:rPr/>
        <w:t xml:space="preserve"> = </w:t>
      </w:r>
      <w:r w:rsidR="005F6A5B">
        <w:rPr/>
        <w:t>potentieel</w:t>
      </w:r>
      <w:r w:rsidR="005F6A5B">
        <w:rPr/>
        <w:t xml:space="preserve"> </w:t>
      </w:r>
      <w:r w:rsidR="005F6A5B">
        <w:rPr/>
        <w:t>honderden</w:t>
      </w:r>
      <w:r w:rsidR="005F6A5B">
        <w:rPr/>
        <w:t xml:space="preserve"> extra </w:t>
      </w:r>
      <w:r w:rsidR="005F6A5B">
        <w:rPr/>
        <w:t>woningen</w:t>
      </w:r>
    </w:p>
    <w:p w:rsidR="009D758D" w:rsidRDefault="005F6A5B" w14:paraId="466B380A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 xml:space="preserve">2 </w:t>
      </w:r>
      <w:r w:rsidRPr="6C968D7A" w:rsidR="005F6A5B">
        <w:rPr>
          <w:b w:val="1"/>
          <w:bCs w:val="1"/>
        </w:rPr>
        <w:t>kinderopvangen</w:t>
      </w:r>
      <w:r w:rsidR="005F6A5B">
        <w:rPr/>
        <w:t xml:space="preserve"> </w:t>
      </w:r>
      <w:r w:rsidR="005F6A5B">
        <w:rPr/>
        <w:t>reeds</w:t>
      </w:r>
      <w:r w:rsidR="005F6A5B">
        <w:rPr/>
        <w:t xml:space="preserve"> in contour (</w:t>
      </w:r>
      <w:r w:rsidR="005F6A5B">
        <w:rPr/>
        <w:t>Lendelede</w:t>
      </w:r>
      <w:r w:rsidR="005F6A5B">
        <w:rPr/>
        <w:t>)</w:t>
      </w:r>
    </w:p>
    <w:p w:rsidR="009D758D" w:rsidRDefault="005F6A5B" w14:paraId="5E1A5B98" w14:textId="77777777">
      <w:pPr>
        <w:pStyle w:val="ListBullet"/>
        <w:spacing w:after="60"/>
        <w:ind w:left="720"/>
        <w:rPr/>
      </w:pPr>
      <w:r w:rsidR="005F6A5B">
        <w:rPr/>
        <w:t xml:space="preserve">SCENIHR 2015 </w:t>
      </w:r>
      <w:r w:rsidR="005F6A5B">
        <w:rPr/>
        <w:t>als</w:t>
      </w:r>
      <w:r w:rsidR="005F6A5B">
        <w:rPr/>
        <w:t xml:space="preserve"> </w:t>
      </w:r>
      <w:r w:rsidR="005F6A5B">
        <w:rPr/>
        <w:t>meest</w:t>
      </w:r>
      <w:r w:rsidR="005F6A5B">
        <w:rPr/>
        <w:t xml:space="preserve"> </w:t>
      </w:r>
      <w:r w:rsidR="005F6A5B">
        <w:rPr/>
        <w:t>recente</w:t>
      </w:r>
      <w:r w:rsidR="005F6A5B">
        <w:rPr/>
        <w:t xml:space="preserve"> </w:t>
      </w:r>
      <w:r w:rsidR="005F6A5B">
        <w:rPr/>
        <w:t>bron</w:t>
      </w:r>
      <w:r w:rsidR="005F6A5B">
        <w:rPr/>
        <w:t xml:space="preserve"> (&gt;10 </w:t>
      </w:r>
      <w:r w:rsidR="005F6A5B">
        <w:rPr/>
        <w:t>jaar</w:t>
      </w:r>
      <w:r w:rsidR="005F6A5B">
        <w:rPr/>
        <w:t xml:space="preserve"> oud)</w:t>
      </w:r>
    </w:p>
    <w:p w:rsidR="009D758D" w:rsidRDefault="005F6A5B" w14:paraId="3201606D" w14:textId="77777777">
      <w:pPr>
        <w:pStyle w:val="ListBullet"/>
        <w:spacing w:after="60"/>
        <w:ind w:left="720"/>
        <w:rPr/>
      </w:pPr>
      <w:r w:rsidR="005F6A5B">
        <w:rPr/>
        <w:t>Convenant</w:t>
      </w:r>
      <w:r w:rsidR="005F6A5B">
        <w:rPr/>
        <w:t xml:space="preserve"> Elia </w:t>
      </w:r>
      <w:r w:rsidR="005F6A5B">
        <w:rPr/>
        <w:t>opzegbaar</w:t>
      </w:r>
      <w:r w:rsidR="005F6A5B">
        <w:rPr/>
        <w:t xml:space="preserve"> </w:t>
      </w:r>
      <w:r w:rsidR="005F6A5B">
        <w:rPr/>
        <w:t>na</w:t>
      </w:r>
      <w:r w:rsidR="005F6A5B">
        <w:rPr/>
        <w:t xml:space="preserve"> 6 </w:t>
      </w:r>
      <w:r w:rsidR="005F6A5B">
        <w:rPr/>
        <w:t>maanden</w:t>
      </w:r>
      <w:r w:rsidR="005F6A5B">
        <w:rPr/>
        <w:t xml:space="preserve"> (</w:t>
      </w:r>
      <w:r w:rsidR="005F6A5B">
        <w:rPr/>
        <w:t>Zedelgem</w:t>
      </w:r>
      <w:r w:rsidR="005F6A5B">
        <w:rPr/>
        <w:t>: "</w:t>
      </w:r>
      <w:r w:rsidR="005F6A5B">
        <w:rPr/>
        <w:t>lege</w:t>
      </w:r>
      <w:r w:rsidR="005F6A5B">
        <w:rPr/>
        <w:t xml:space="preserve"> </w:t>
      </w:r>
      <w:r w:rsidR="005F6A5B">
        <w:rPr/>
        <w:t>doos</w:t>
      </w:r>
      <w:r w:rsidR="005F6A5B">
        <w:rPr/>
        <w:t>")</w:t>
      </w:r>
    </w:p>
    <w:p w:rsidR="009D758D" w:rsidRDefault="005F6A5B" w14:paraId="6C6E262F" w14:textId="77777777">
      <w:pPr>
        <w:pStyle w:val="ListBullet"/>
        <w:spacing w:after="60"/>
        <w:ind w:left="720"/>
        <w:rPr/>
      </w:pPr>
      <w:r w:rsidR="005F6A5B">
        <w:rPr/>
        <w:t xml:space="preserve">Monitoring </w:t>
      </w:r>
      <w:r w:rsidR="005F6A5B">
        <w:rPr/>
        <w:t>zonder</w:t>
      </w:r>
      <w:r w:rsidR="005F6A5B">
        <w:rPr/>
        <w:t xml:space="preserve"> </w:t>
      </w:r>
      <w:r w:rsidR="005F6A5B">
        <w:rPr/>
        <w:t>sanctiemogelijkheid</w:t>
      </w:r>
    </w:p>
    <w:p w:rsidR="009D758D" w:rsidRDefault="005F6A5B" w14:paraId="5EE15A1F" w14:textId="77777777">
      <w:pPr>
        <w:pStyle w:val="Heading3"/>
      </w:pPr>
      <w:r w:rsidR="005F6A5B">
        <w:rPr/>
        <w:t xml:space="preserve">5.3 </w:t>
      </w:r>
      <w:r w:rsidR="005F6A5B">
        <w:rPr/>
        <w:t>Biodiversiteit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Natura 2000</w:t>
      </w:r>
    </w:p>
    <w:p w:rsidR="009D758D" w:rsidRDefault="005F6A5B" w14:paraId="3C262F2B" w14:textId="77777777">
      <w:pPr>
        <w:pStyle w:val="ListBullet"/>
        <w:spacing w:after="60"/>
        <w:ind w:left="720"/>
        <w:rPr/>
      </w:pPr>
      <w:r w:rsidR="005F6A5B">
        <w:rPr/>
        <w:t>Passende</w:t>
      </w:r>
      <w:r w:rsidR="005F6A5B">
        <w:rPr/>
        <w:t xml:space="preserve"> </w:t>
      </w:r>
      <w:r w:rsidR="005F6A5B">
        <w:rPr/>
        <w:t>Beoordeling</w:t>
      </w:r>
      <w:r w:rsidR="005F6A5B">
        <w:rPr/>
        <w:t xml:space="preserve"> </w:t>
      </w:r>
      <w:r w:rsidRPr="6C968D7A" w:rsidR="005F6A5B">
        <w:rPr>
          <w:b w:val="1"/>
          <w:bCs w:val="1"/>
        </w:rPr>
        <w:t>niet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inhoudelijk</w:t>
      </w:r>
      <w:r w:rsidRPr="6C968D7A" w:rsidR="005F6A5B">
        <w:rPr>
          <w:b w:val="1"/>
          <w:bCs w:val="1"/>
        </w:rPr>
        <w:t xml:space="preserve"> in MER</w:t>
      </w:r>
      <w:r w:rsidR="005F6A5B">
        <w:rPr/>
        <w:t xml:space="preserve"> — </w:t>
      </w:r>
      <w:r w:rsidR="005F6A5B">
        <w:rPr/>
        <w:t>enkel</w:t>
      </w:r>
      <w:r w:rsidR="005F6A5B">
        <w:rPr/>
        <w:t xml:space="preserve"> "</w:t>
      </w:r>
      <w:r w:rsidR="005F6A5B">
        <w:rPr/>
        <w:t>Zie</w:t>
      </w:r>
      <w:r w:rsidR="005F6A5B">
        <w:rPr/>
        <w:t xml:space="preserve"> </w:t>
      </w:r>
      <w:r w:rsidR="005F6A5B">
        <w:rPr/>
        <w:t>bijlage</w:t>
      </w:r>
      <w:r w:rsidR="005F6A5B">
        <w:rPr/>
        <w:t xml:space="preserve"> 10.1"</w:t>
      </w:r>
    </w:p>
    <w:p w:rsidR="009D758D" w:rsidRDefault="005F6A5B" w14:paraId="34971BF1" w14:textId="77777777">
      <w:pPr>
        <w:pStyle w:val="ListBullet"/>
        <w:spacing w:after="60"/>
        <w:ind w:left="720"/>
        <w:rPr/>
      </w:pPr>
      <w:r w:rsidR="005F6A5B">
        <w:rPr/>
        <w:t xml:space="preserve">Kapotte </w:t>
      </w:r>
      <w:r w:rsidR="005F6A5B">
        <w:rPr/>
        <w:t>verwijzing</w:t>
      </w:r>
      <w:r w:rsidR="005F6A5B">
        <w:rPr/>
        <w:t xml:space="preserve"> in </w:t>
      </w:r>
      <w:r w:rsidR="005F6A5B">
        <w:rPr/>
        <w:t>conclusie</w:t>
      </w:r>
      <w:r w:rsidR="005F6A5B">
        <w:rPr/>
        <w:t xml:space="preserve"> (</w:t>
      </w:r>
      <w:r w:rsidR="005F6A5B">
        <w:rPr/>
        <w:t>zie</w:t>
      </w:r>
      <w:r w:rsidR="005F6A5B">
        <w:rPr/>
        <w:t xml:space="preserve"> 2.3 </w:t>
      </w:r>
      <w:r w:rsidR="005F6A5B">
        <w:rPr/>
        <w:t>hierboven</w:t>
      </w:r>
      <w:r w:rsidR="005F6A5B">
        <w:rPr/>
        <w:t>)</w:t>
      </w:r>
    </w:p>
    <w:p w:rsidR="009D758D" w:rsidRDefault="005F6A5B" w14:paraId="59BC2C4E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 xml:space="preserve">10+ ha </w:t>
      </w:r>
      <w:r w:rsidRPr="6C968D7A" w:rsidR="005F6A5B">
        <w:rPr>
          <w:b w:val="1"/>
          <w:bCs w:val="1"/>
        </w:rPr>
        <w:t>waardevolle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vegetatie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verlies</w:t>
      </w:r>
      <w:r w:rsidR="005F6A5B">
        <w:rPr/>
        <w:t xml:space="preserve"> HS Gezelle, </w:t>
      </w:r>
      <w:r w:rsidR="005F6A5B">
        <w:rPr/>
        <w:t>compensatie</w:t>
      </w:r>
      <w:r w:rsidR="005F6A5B">
        <w:rPr/>
        <w:t xml:space="preserve"> </w:t>
      </w:r>
      <w:r w:rsidR="005F6A5B">
        <w:rPr/>
        <w:t>slechts</w:t>
      </w:r>
      <w:r w:rsidR="005F6A5B">
        <w:rPr/>
        <w:t xml:space="preserve"> 1,6 ha</w:t>
      </w:r>
    </w:p>
    <w:p w:rsidR="009D758D" w:rsidRDefault="005F6A5B" w14:paraId="705CCF09" w14:textId="77777777">
      <w:pPr>
        <w:pStyle w:val="ListBullet"/>
        <w:spacing w:after="60"/>
        <w:ind w:left="720"/>
        <w:rPr/>
      </w:pPr>
      <w:r w:rsidR="005F6A5B">
        <w:rPr/>
        <w:t xml:space="preserve">EMF op fauna: </w:t>
      </w:r>
      <w:r w:rsidR="005F6A5B">
        <w:rPr/>
        <w:t>erkende</w:t>
      </w:r>
      <w:r w:rsidR="005F6A5B">
        <w:rPr/>
        <w:t xml:space="preserve"> </w:t>
      </w:r>
      <w:r w:rsidR="005F6A5B">
        <w:rPr/>
        <w:t>leemte</w:t>
      </w:r>
      <w:r w:rsidR="005F6A5B">
        <w:rPr/>
        <w:t xml:space="preserve"> </w:t>
      </w:r>
      <w:r w:rsidR="005F6A5B">
        <w:rPr/>
        <w:t>zonder</w:t>
      </w:r>
      <w:r w:rsidR="005F6A5B">
        <w:rPr/>
        <w:t xml:space="preserve"> </w:t>
      </w:r>
      <w:r w:rsidR="005F6A5B">
        <w:rPr/>
        <w:t>effectscore</w:t>
      </w:r>
      <w:r w:rsidR="005F6A5B">
        <w:rPr/>
        <w:t xml:space="preserve"> of </w:t>
      </w:r>
      <w:r w:rsidR="005F6A5B">
        <w:rPr/>
        <w:t>voorzorgsmaatregel</w:t>
      </w:r>
    </w:p>
    <w:p w:rsidR="009D758D" w:rsidRDefault="005F6A5B" w14:paraId="3E095C23" w14:textId="77777777">
      <w:pPr>
        <w:pStyle w:val="ListBullet"/>
        <w:spacing w:after="60"/>
        <w:ind w:left="720"/>
        <w:rPr/>
      </w:pPr>
      <w:r w:rsidR="005F6A5B">
        <w:rPr/>
        <w:t>Soortentoets</w:t>
      </w:r>
      <w:r w:rsidR="005F6A5B">
        <w:rPr/>
        <w:t xml:space="preserve"> </w:t>
      </w:r>
      <w:r w:rsidR="005F6A5B">
        <w:rPr/>
        <w:t>ontbreekt</w:t>
      </w:r>
      <w:r w:rsidR="005F6A5B">
        <w:rPr/>
        <w:t xml:space="preserve"> </w:t>
      </w:r>
      <w:r w:rsidR="005F6A5B">
        <w:rPr/>
        <w:t>inhoudelijk</w:t>
      </w:r>
      <w:r w:rsidR="005F6A5B">
        <w:rPr/>
        <w:t xml:space="preserve"> — </w:t>
      </w:r>
      <w:r w:rsidR="005F6A5B">
        <w:rPr/>
        <w:t>geen</w:t>
      </w:r>
      <w:r w:rsidR="005F6A5B">
        <w:rPr/>
        <w:t xml:space="preserve"> </w:t>
      </w:r>
      <w:r w:rsidR="005F6A5B">
        <w:rPr/>
        <w:t>afwijkingen</w:t>
      </w:r>
      <w:r w:rsidR="005F6A5B">
        <w:rPr/>
        <w:t xml:space="preserve"> </w:t>
      </w:r>
      <w:r w:rsidR="005F6A5B">
        <w:rPr/>
        <w:t>Soortenbesluit</w:t>
      </w:r>
    </w:p>
    <w:p w:rsidR="009D758D" w:rsidRDefault="005F6A5B" w14:paraId="6839519A" w14:textId="77777777">
      <w:pPr>
        <w:pStyle w:val="ListBullet"/>
        <w:spacing w:after="60"/>
        <w:ind w:left="720"/>
        <w:rPr/>
      </w:pPr>
      <w:r w:rsidR="005F6A5B">
        <w:rPr/>
        <w:t>Corona-</w:t>
      </w:r>
      <w:r w:rsidR="005F6A5B">
        <w:rPr/>
        <w:t>geluid</w:t>
      </w:r>
      <w:r w:rsidR="005F6A5B">
        <w:rPr/>
        <w:t xml:space="preserve"> effect op fauna: "</w:t>
      </w:r>
      <w:r w:rsidR="005F6A5B">
        <w:rPr/>
        <w:t>niet</w:t>
      </w:r>
      <w:r w:rsidR="005F6A5B">
        <w:rPr/>
        <w:t xml:space="preserve"> </w:t>
      </w:r>
      <w:r w:rsidR="005F6A5B">
        <w:rPr/>
        <w:t>gekend</w:t>
      </w:r>
      <w:r w:rsidR="005F6A5B">
        <w:rPr/>
        <w:t xml:space="preserve">", </w:t>
      </w:r>
      <w:r w:rsidR="005F6A5B">
        <w:rPr/>
        <w:t>niet</w:t>
      </w:r>
      <w:r w:rsidR="005F6A5B">
        <w:rPr/>
        <w:t xml:space="preserve"> </w:t>
      </w:r>
      <w:r w:rsidR="005F6A5B">
        <w:rPr/>
        <w:t>beoordeeld</w:t>
      </w:r>
    </w:p>
    <w:p w:rsidR="009D758D" w:rsidRDefault="005F6A5B" w14:paraId="659D2F16" w14:textId="77777777">
      <w:pPr>
        <w:pStyle w:val="ListBullet"/>
        <w:spacing w:after="60"/>
        <w:ind w:left="720"/>
        <w:rPr/>
      </w:pPr>
      <w:r w:rsidR="005F6A5B">
        <w:rPr/>
        <w:t>Bodemopwarming</w:t>
      </w:r>
      <w:r w:rsidR="005F6A5B">
        <w:rPr/>
        <w:t xml:space="preserve"> </w:t>
      </w:r>
      <w:r w:rsidR="005F6A5B">
        <w:rPr/>
        <w:t>kabels</w:t>
      </w:r>
      <w:r w:rsidR="005F6A5B">
        <w:rPr/>
        <w:t xml:space="preserve">: </w:t>
      </w:r>
      <w:r w:rsidR="005F6A5B">
        <w:rPr/>
        <w:t>erkende</w:t>
      </w:r>
      <w:r w:rsidR="005F6A5B">
        <w:rPr/>
        <w:t xml:space="preserve"> </w:t>
      </w:r>
      <w:r w:rsidR="005F6A5B">
        <w:rPr/>
        <w:t>leemte</w:t>
      </w:r>
      <w:r w:rsidR="005F6A5B">
        <w:rPr/>
        <w:t xml:space="preserve"> </w:t>
      </w:r>
      <w:r w:rsidR="005F6A5B">
        <w:rPr/>
        <w:t>zonder</w:t>
      </w:r>
      <w:r w:rsidR="005F6A5B">
        <w:rPr/>
        <w:t xml:space="preserve"> </w:t>
      </w:r>
      <w:r w:rsidR="005F6A5B">
        <w:rPr/>
        <w:t>maatregel</w:t>
      </w:r>
    </w:p>
    <w:p w:rsidR="009D758D" w:rsidRDefault="005F6A5B" w14:paraId="261A238D" w14:textId="77777777">
      <w:pPr>
        <w:pStyle w:val="ListBullet"/>
        <w:spacing w:after="60"/>
        <w:ind w:left="720"/>
        <w:rPr/>
      </w:pPr>
      <w:r w:rsidR="005F6A5B">
        <w:rPr/>
        <w:t>Cumulatieve</w:t>
      </w:r>
      <w:r w:rsidR="005F6A5B">
        <w:rPr/>
        <w:t xml:space="preserve"> </w:t>
      </w:r>
      <w:r w:rsidR="005F6A5B">
        <w:rPr/>
        <w:t>effecten</w:t>
      </w:r>
      <w:r w:rsidR="005F6A5B">
        <w:rPr/>
        <w:t xml:space="preserve"> met 4 </w:t>
      </w:r>
      <w:r w:rsidR="005F6A5B">
        <w:rPr/>
        <w:t>andere</w:t>
      </w:r>
      <w:r w:rsidR="005F6A5B">
        <w:rPr/>
        <w:t xml:space="preserve"> HS-</w:t>
      </w:r>
      <w:r w:rsidR="005F6A5B">
        <w:rPr/>
        <w:t>projecten</w:t>
      </w:r>
      <w:r w:rsidR="005F6A5B">
        <w:rPr/>
        <w:t xml:space="preserve">: </w:t>
      </w:r>
      <w:r w:rsidR="005F6A5B">
        <w:rPr/>
        <w:t>afgedaan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niet</w:t>
      </w:r>
      <w:r w:rsidR="005F6A5B">
        <w:rPr/>
        <w:t>-relevant</w:t>
      </w:r>
    </w:p>
    <w:p w:rsidR="009D758D" w:rsidRDefault="005F6A5B" w14:paraId="4765E6CB" w14:textId="77777777">
      <w:pPr>
        <w:pStyle w:val="Heading3"/>
      </w:pPr>
      <w:r w:rsidR="005F6A5B">
        <w:rPr/>
        <w:t xml:space="preserve">5.4 </w:t>
      </w:r>
      <w:r w:rsidR="005F6A5B">
        <w:rPr/>
        <w:t>Landschap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onroerend</w:t>
      </w:r>
      <w:r w:rsidR="005F6A5B">
        <w:rPr/>
        <w:t xml:space="preserve"> </w:t>
      </w:r>
      <w:r w:rsidR="005F6A5B">
        <w:rPr/>
        <w:t>erfgoed</w:t>
      </w:r>
    </w:p>
    <w:p w:rsidR="009D758D" w:rsidRDefault="005F6A5B" w14:paraId="461307F3" w14:textId="77777777">
      <w:pPr>
        <w:pStyle w:val="ListBullet"/>
        <w:spacing w:after="60"/>
        <w:ind w:left="720"/>
        <w:rPr/>
      </w:pPr>
      <w:r w:rsidR="005F6A5B">
        <w:rPr/>
        <w:t>Visuele</w:t>
      </w:r>
      <w:r w:rsidR="005F6A5B">
        <w:rPr/>
        <w:t xml:space="preserve"> impact </w:t>
      </w:r>
      <w:r w:rsidRPr="6C968D7A" w:rsidR="005F6A5B">
        <w:rPr>
          <w:i w:val="1"/>
          <w:iCs w:val="1"/>
        </w:rPr>
        <w:t xml:space="preserve">"de facto </w:t>
      </w:r>
      <w:r w:rsidRPr="6C968D7A" w:rsidR="005F6A5B">
        <w:rPr>
          <w:i w:val="1"/>
          <w:iCs w:val="1"/>
        </w:rPr>
        <w:t>niet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te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milderen</w:t>
      </w:r>
      <w:r w:rsidRPr="6C968D7A" w:rsidR="005F6A5B">
        <w:rPr>
          <w:i w:val="1"/>
          <w:iCs w:val="1"/>
        </w:rPr>
        <w:t>"</w:t>
      </w:r>
      <w:r w:rsidR="005F6A5B">
        <w:rPr/>
        <w:t xml:space="preserve"> (p.11-108) — </w:t>
      </w:r>
      <w:r w:rsidR="005F6A5B">
        <w:rPr/>
        <w:t>toch</w:t>
      </w:r>
      <w:r w:rsidR="005F6A5B">
        <w:rPr/>
        <w:t xml:space="preserve"> </w:t>
      </w:r>
      <w:r w:rsidR="005F6A5B">
        <w:rPr/>
        <w:t>slechts</w:t>
      </w:r>
      <w:r w:rsidR="005F6A5B">
        <w:rPr/>
        <w:t xml:space="preserve"> -2 score</w:t>
      </w:r>
    </w:p>
    <w:p w:rsidR="009D758D" w:rsidRDefault="005F6A5B" w14:paraId="2A8CD813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Beschermd</w:t>
      </w:r>
      <w:r w:rsidRPr="6C968D7A" w:rsidR="005F6A5B">
        <w:rPr>
          <w:b w:val="1"/>
          <w:bCs w:val="1"/>
        </w:rPr>
        <w:t xml:space="preserve"> monument Hoeve De Roode Poort </w:t>
      </w:r>
      <w:r w:rsidRPr="6C968D7A" w:rsidR="005F6A5B">
        <w:rPr>
          <w:b w:val="1"/>
          <w:bCs w:val="1"/>
        </w:rPr>
        <w:t>overspannen</w:t>
      </w:r>
      <w:r w:rsidR="005F6A5B">
        <w:rPr/>
        <w:t xml:space="preserve"> door 380kV-lijn</w:t>
      </w:r>
    </w:p>
    <w:p w:rsidR="009D758D" w:rsidRDefault="005F6A5B" w14:paraId="03EF73CB" w14:textId="77777777">
      <w:pPr>
        <w:pStyle w:val="ListBullet"/>
        <w:spacing w:after="60"/>
        <w:ind w:left="720"/>
        <w:rPr/>
      </w:pPr>
      <w:r w:rsidR="005F6A5B">
        <w:rPr/>
        <w:t xml:space="preserve">Mast P29 </w:t>
      </w:r>
      <w:r w:rsidR="005F6A5B">
        <w:rPr/>
        <w:t>volledig</w:t>
      </w:r>
      <w:r w:rsidR="005F6A5B">
        <w:rPr/>
        <w:t xml:space="preserve"> </w:t>
      </w:r>
      <w:r w:rsidR="005F6A5B">
        <w:rPr/>
        <w:t>binnen</w:t>
      </w:r>
      <w:r w:rsidR="005F6A5B">
        <w:rPr/>
        <w:t xml:space="preserve"> </w:t>
      </w:r>
      <w:r w:rsidR="005F6A5B">
        <w:rPr/>
        <w:t>erfgoedcontour</w:t>
      </w:r>
      <w:r w:rsidR="005F6A5B">
        <w:rPr/>
        <w:t xml:space="preserve"> Hoeve Leen </w:t>
      </w:r>
      <w:r w:rsidR="005F6A5B">
        <w:rPr/>
        <w:t>ter Hellen</w:t>
      </w:r>
    </w:p>
    <w:p w:rsidR="009D758D" w:rsidP="6C968D7A" w:rsidRDefault="005F6A5B" w14:paraId="15B07535" w14:textId="77777777">
      <w:pPr>
        <w:pStyle w:val="ListBullet"/>
        <w:spacing w:after="60"/>
        <w:ind w:left="720"/>
        <w:rPr>
          <w:b w:val="1"/>
          <w:bCs w:val="1"/>
        </w:rPr>
      </w:pPr>
      <w:r w:rsidR="005F6A5B">
        <w:rPr/>
        <w:t>Europees</w:t>
      </w:r>
      <w:r w:rsidR="005F6A5B">
        <w:rPr/>
        <w:t xml:space="preserve"> </w:t>
      </w:r>
      <w:r w:rsidR="005F6A5B">
        <w:rPr/>
        <w:t>Landschapsverdrag</w:t>
      </w:r>
      <w:r w:rsidR="005F6A5B">
        <w:rPr/>
        <w:t xml:space="preserve"> (Florence 2000) </w:t>
      </w:r>
      <w:r w:rsidRPr="6C968D7A" w:rsidR="005F6A5B">
        <w:rPr>
          <w:b w:val="1"/>
          <w:bCs w:val="1"/>
        </w:rPr>
        <w:t>nergens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vermeld</w:t>
      </w:r>
    </w:p>
    <w:p w:rsidR="009D758D" w:rsidRDefault="005F6A5B" w14:paraId="3ED95B0A" w14:textId="77777777">
      <w:pPr>
        <w:pStyle w:val="ListBullet"/>
        <w:spacing w:after="60"/>
        <w:ind w:left="720"/>
        <w:rPr/>
      </w:pPr>
      <w:r w:rsidR="005F6A5B">
        <w:rPr/>
        <w:t xml:space="preserve">Monument "Huis Ons </w:t>
      </w:r>
      <w:r w:rsidR="005F6A5B">
        <w:rPr/>
        <w:t>Gedacht</w:t>
      </w:r>
      <w:r w:rsidR="005F6A5B">
        <w:rPr/>
        <w:t>" (</w:t>
      </w:r>
      <w:r w:rsidR="005F6A5B">
        <w:rPr/>
        <w:t>Ardooie</w:t>
      </w:r>
      <w:r w:rsidR="005F6A5B">
        <w:rPr/>
        <w:t xml:space="preserve">) </w:t>
      </w:r>
      <w:r w:rsidR="005F6A5B">
        <w:rPr/>
        <w:t>ontbreekt</w:t>
      </w:r>
      <w:r w:rsidR="005F6A5B">
        <w:rPr/>
        <w:t xml:space="preserve"> in </w:t>
      </w:r>
      <w:r w:rsidR="005F6A5B">
        <w:rPr/>
        <w:t>inventaris</w:t>
      </w:r>
    </w:p>
    <w:p w:rsidR="009D758D" w:rsidRDefault="005F6A5B" w14:paraId="442F6404" w14:textId="77777777">
      <w:pPr>
        <w:pStyle w:val="ListBullet"/>
        <w:spacing w:after="60"/>
        <w:ind w:left="720"/>
        <w:rPr/>
      </w:pPr>
      <w:r w:rsidR="005F6A5B">
        <w:rPr/>
        <w:t>Agentschap</w:t>
      </w:r>
      <w:r w:rsidR="005F6A5B">
        <w:rPr/>
        <w:t xml:space="preserve"> </w:t>
      </w:r>
      <w:r w:rsidR="005F6A5B">
        <w:rPr/>
        <w:t>Onroerend</w:t>
      </w:r>
      <w:r w:rsidR="005F6A5B">
        <w:rPr/>
        <w:t xml:space="preserve"> </w:t>
      </w:r>
      <w:r w:rsidR="005F6A5B">
        <w:rPr/>
        <w:t>Erfgoed</w:t>
      </w:r>
      <w:r w:rsidR="005F6A5B">
        <w:rPr/>
        <w:t xml:space="preserve">: MER NOODZAKELIJK </w:t>
      </w:r>
      <w:r w:rsidR="005F6A5B">
        <w:rPr/>
        <w:t>aanpassen</w:t>
      </w:r>
    </w:p>
    <w:p w:rsidR="009D758D" w:rsidRDefault="005F6A5B" w14:paraId="2374302B" w14:textId="77777777">
      <w:pPr>
        <w:pStyle w:val="ListBullet"/>
        <w:spacing w:after="60"/>
        <w:ind w:left="720"/>
        <w:rPr/>
      </w:pPr>
      <w:r w:rsidR="005F6A5B">
        <w:rPr/>
        <w:t>Heraanplant</w:t>
      </w:r>
      <w:r w:rsidR="005F6A5B">
        <w:rPr/>
        <w:t xml:space="preserve"> </w:t>
      </w:r>
      <w:r w:rsidRPr="6C968D7A" w:rsidR="005F6A5B">
        <w:rPr>
          <w:i w:val="1"/>
          <w:iCs w:val="1"/>
        </w:rPr>
        <w:t>"</w:t>
      </w:r>
      <w:r w:rsidRPr="6C968D7A" w:rsidR="005F6A5B">
        <w:rPr>
          <w:i w:val="1"/>
          <w:iCs w:val="1"/>
        </w:rPr>
        <w:t>mildert</w:t>
      </w:r>
      <w:r w:rsidRPr="6C968D7A" w:rsidR="005F6A5B">
        <w:rPr>
          <w:i w:val="1"/>
          <w:iCs w:val="1"/>
        </w:rPr>
        <w:t xml:space="preserve"> </w:t>
      </w:r>
      <w:r w:rsidRPr="6C968D7A" w:rsidR="005F6A5B">
        <w:rPr>
          <w:i w:val="1"/>
          <w:iCs w:val="1"/>
        </w:rPr>
        <w:t>effecten</w:t>
      </w:r>
      <w:r w:rsidRPr="6C968D7A" w:rsidR="005F6A5B">
        <w:rPr>
          <w:i w:val="1"/>
          <w:iCs w:val="1"/>
        </w:rPr>
        <w:t xml:space="preserve"> NIET </w:t>
      </w:r>
      <w:r w:rsidRPr="6C968D7A" w:rsidR="005F6A5B">
        <w:rPr>
          <w:i w:val="1"/>
          <w:iCs w:val="1"/>
        </w:rPr>
        <w:t>volledig</w:t>
      </w:r>
      <w:r w:rsidRPr="6C968D7A" w:rsidR="005F6A5B">
        <w:rPr>
          <w:i w:val="1"/>
          <w:iCs w:val="1"/>
        </w:rPr>
        <w:t>"</w:t>
      </w:r>
      <w:r w:rsidR="005F6A5B">
        <w:rPr/>
        <w:t xml:space="preserve"> (OE)</w:t>
      </w:r>
    </w:p>
    <w:p w:rsidR="009D758D" w:rsidRDefault="005F6A5B" w14:paraId="12323106" w14:textId="77777777">
      <w:pPr>
        <w:pStyle w:val="ListBullet"/>
        <w:spacing w:after="60"/>
        <w:ind w:left="720"/>
        <w:rPr/>
      </w:pPr>
      <w:r w:rsidR="005F6A5B">
        <w:rPr/>
        <w:t>Flankerend</w:t>
      </w:r>
      <w:r w:rsidR="005F6A5B">
        <w:rPr/>
        <w:t xml:space="preserve"> </w:t>
      </w:r>
      <w:r w:rsidR="005F6A5B">
        <w:rPr/>
        <w:t>beleid</w:t>
      </w:r>
      <w:r w:rsidR="005F6A5B">
        <w:rPr/>
        <w:t>/</w:t>
      </w:r>
      <w:r w:rsidR="005F6A5B">
        <w:rPr/>
        <w:t>landschapsintegratiefonds</w:t>
      </w:r>
      <w:r w:rsidR="005F6A5B">
        <w:rPr/>
        <w:t xml:space="preserve">: </w:t>
      </w:r>
      <w:r w:rsidR="005F6A5B">
        <w:rPr/>
        <w:t>vrijwillig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in </w:t>
      </w:r>
      <w:r w:rsidR="005F6A5B">
        <w:rPr/>
        <w:t>effectbeoordeling</w:t>
      </w:r>
    </w:p>
    <w:p w:rsidR="009D758D" w:rsidRDefault="005F6A5B" w14:paraId="3AF4B06E" w14:textId="77777777">
      <w:pPr>
        <w:pStyle w:val="Heading3"/>
      </w:pPr>
      <w:r w:rsidR="005F6A5B">
        <w:rPr/>
        <w:t xml:space="preserve">5.5 </w:t>
      </w:r>
      <w:r w:rsidR="005F6A5B">
        <w:rPr/>
        <w:t>Mens</w:t>
      </w:r>
      <w:r w:rsidR="005F6A5B">
        <w:rPr/>
        <w:t xml:space="preserve">, </w:t>
      </w:r>
      <w:r w:rsidR="005F6A5B">
        <w:rPr/>
        <w:t>landbouw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ruimtelijke</w:t>
      </w:r>
      <w:r w:rsidR="005F6A5B">
        <w:rPr/>
        <w:t xml:space="preserve"> </w:t>
      </w:r>
      <w:r w:rsidR="005F6A5B">
        <w:rPr/>
        <w:t>ordening</w:t>
      </w:r>
    </w:p>
    <w:p w:rsidR="009D758D" w:rsidRDefault="005F6A5B" w14:paraId="171A8BBC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 xml:space="preserve">~23 ha permanent </w:t>
      </w:r>
      <w:r w:rsidRPr="6C968D7A" w:rsidR="005F6A5B">
        <w:rPr>
          <w:b w:val="1"/>
          <w:bCs w:val="1"/>
        </w:rPr>
        <w:t>landbouwverlies</w:t>
      </w:r>
      <w:r w:rsidR="005F6A5B">
        <w:rPr/>
        <w:t xml:space="preserve"> + ~364 ha </w:t>
      </w:r>
      <w:r w:rsidR="005F6A5B">
        <w:rPr/>
        <w:t>tijdelijk</w:t>
      </w:r>
      <w:r w:rsidR="005F6A5B">
        <w:rPr/>
        <w:t xml:space="preserve"> </w:t>
      </w:r>
      <w:r w:rsidR="005F6A5B">
        <w:rPr/>
        <w:t>ingenomen</w:t>
      </w:r>
      <w:r w:rsidR="005F6A5B">
        <w:rPr/>
        <w:t xml:space="preserve"> </w:t>
      </w:r>
      <w:r w:rsidR="005F6A5B">
        <w:rPr/>
        <w:t>werkstrook</w:t>
      </w:r>
    </w:p>
    <w:p w:rsidR="009D758D" w:rsidRDefault="005F6A5B" w14:paraId="1B296481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Geen LIS (</w:t>
      </w:r>
      <w:r w:rsidRPr="6C968D7A" w:rsidR="005F6A5B">
        <w:rPr>
          <w:b w:val="1"/>
          <w:bCs w:val="1"/>
        </w:rPr>
        <w:t>Landbouwimpactstudie</w:t>
      </w:r>
      <w:r w:rsidRPr="6C968D7A" w:rsidR="005F6A5B">
        <w:rPr>
          <w:b w:val="1"/>
          <w:bCs w:val="1"/>
        </w:rPr>
        <w:t>)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mastlocaties</w:t>
      </w:r>
      <w:r w:rsidR="005F6A5B">
        <w:rPr/>
        <w:t xml:space="preserve"> — </w:t>
      </w:r>
      <w:r w:rsidR="005F6A5B">
        <w:rPr/>
        <w:t>selectief</w:t>
      </w:r>
      <w:r w:rsidR="005F6A5B">
        <w:rPr/>
        <w:t xml:space="preserve"> </w:t>
      </w:r>
      <w:r w:rsidR="005F6A5B">
        <w:rPr/>
        <w:t>wel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HS-stations</w:t>
      </w:r>
    </w:p>
    <w:p w:rsidR="009D758D" w:rsidRDefault="005F6A5B" w14:paraId="7B434E60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 xml:space="preserve">~550 </w:t>
      </w:r>
      <w:r w:rsidRPr="6C968D7A" w:rsidR="005F6A5B">
        <w:rPr>
          <w:b w:val="1"/>
          <w:bCs w:val="1"/>
        </w:rPr>
        <w:t>woningen</w:t>
      </w:r>
      <w:r w:rsidR="005F6A5B">
        <w:rPr/>
        <w:t xml:space="preserve"> </w:t>
      </w:r>
      <w:r w:rsidR="005F6A5B">
        <w:rPr/>
        <w:t>binnen</w:t>
      </w:r>
      <w:r w:rsidR="005F6A5B">
        <w:rPr/>
        <w:t xml:space="preserve"> 350m </w:t>
      </w:r>
      <w:r w:rsidR="005F6A5B">
        <w:rPr/>
        <w:t>dominante</w:t>
      </w:r>
      <w:r w:rsidR="005F6A5B">
        <w:rPr/>
        <w:t xml:space="preserve"> </w:t>
      </w:r>
      <w:r w:rsidR="005F6A5B">
        <w:rPr/>
        <w:t>zichtafstand</w:t>
      </w:r>
      <w:r w:rsidR="005F6A5B">
        <w:rPr/>
        <w:t xml:space="preserve"> — </w:t>
      </w:r>
      <w:r w:rsidR="005F6A5B">
        <w:rPr/>
        <w:t>waardedaling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gekwantificeerd</w:t>
      </w:r>
    </w:p>
    <w:p w:rsidR="009D758D" w:rsidRDefault="005F6A5B" w14:paraId="37AECF02" w14:textId="77777777">
      <w:pPr>
        <w:pStyle w:val="ListBullet"/>
        <w:spacing w:after="60"/>
        <w:ind w:left="720"/>
        <w:rPr/>
      </w:pPr>
      <w:r w:rsidR="005F6A5B">
        <w:rPr/>
        <w:t xml:space="preserve">PFAS </w:t>
      </w:r>
      <w:r w:rsidR="005F6A5B">
        <w:rPr/>
        <w:t>niet</w:t>
      </w:r>
      <w:r w:rsidR="005F6A5B">
        <w:rPr/>
        <w:t xml:space="preserve"> </w:t>
      </w:r>
      <w:r w:rsidR="005F6A5B">
        <w:rPr/>
        <w:t>onderzocht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dossier 33904 (mast P38)</w:t>
      </w:r>
    </w:p>
    <w:p w:rsidR="009D758D" w:rsidRDefault="005F6A5B" w14:paraId="5E96F72B" w14:textId="77777777">
      <w:pPr>
        <w:pStyle w:val="ListBullet"/>
        <w:spacing w:after="60"/>
        <w:ind w:left="720"/>
        <w:rPr/>
      </w:pPr>
      <w:r w:rsidR="005F6A5B">
        <w:rPr/>
        <w:t>Zettingen</w:t>
      </w:r>
      <w:r w:rsidR="005F6A5B">
        <w:rPr/>
        <w:t xml:space="preserve"> tot 45,5mm (</w:t>
      </w:r>
      <w:r w:rsidR="005F6A5B">
        <w:rPr/>
        <w:t>drempel</w:t>
      </w:r>
      <w:r w:rsidR="005F6A5B">
        <w:rPr/>
        <w:t xml:space="preserve"> 20mm) </w:t>
      </w:r>
      <w:r w:rsidR="005F6A5B">
        <w:rPr/>
        <w:t>zonder</w:t>
      </w:r>
      <w:r w:rsidR="005F6A5B">
        <w:rPr/>
        <w:t xml:space="preserve"> </w:t>
      </w:r>
      <w:r w:rsidR="005F6A5B">
        <w:rPr/>
        <w:t>afdwingbare</w:t>
      </w:r>
      <w:r w:rsidR="005F6A5B">
        <w:rPr/>
        <w:t xml:space="preserve"> </w:t>
      </w:r>
      <w:r w:rsidR="005F6A5B">
        <w:rPr/>
        <w:t>maatregelen</w:t>
      </w:r>
    </w:p>
    <w:p w:rsidR="009D758D" w:rsidRDefault="005F6A5B" w14:paraId="7FECCFB5" w14:textId="77777777">
      <w:pPr>
        <w:pStyle w:val="ListBullet"/>
        <w:spacing w:after="60"/>
        <w:ind w:left="720"/>
        <w:rPr/>
      </w:pPr>
      <w:r w:rsidR="005F6A5B">
        <w:rPr/>
        <w:t>Individuele</w:t>
      </w:r>
      <w:r w:rsidR="005F6A5B">
        <w:rPr/>
        <w:t xml:space="preserve"> impact </w:t>
      </w:r>
      <w:r w:rsidR="005F6A5B">
        <w:rPr/>
        <w:t>verdund</w:t>
      </w:r>
      <w:r w:rsidR="005F6A5B">
        <w:rPr/>
        <w:t xml:space="preserve"> </w:t>
      </w:r>
      <w:r w:rsidR="005F6A5B">
        <w:rPr/>
        <w:t>naar</w:t>
      </w:r>
      <w:r w:rsidR="005F6A5B">
        <w:rPr/>
        <w:t xml:space="preserve"> "</w:t>
      </w:r>
      <w:r w:rsidR="005F6A5B">
        <w:rPr/>
        <w:t>verwaarloosbaar</w:t>
      </w:r>
      <w:r w:rsidR="005F6A5B">
        <w:rPr/>
        <w:t xml:space="preserve"> op </w:t>
      </w:r>
      <w:r w:rsidR="005F6A5B">
        <w:rPr/>
        <w:t>Vlaams</w:t>
      </w:r>
      <w:r w:rsidR="005F6A5B">
        <w:rPr/>
        <w:t xml:space="preserve"> </w:t>
      </w:r>
      <w:r w:rsidR="005F6A5B">
        <w:rPr/>
        <w:t>niveau</w:t>
      </w:r>
      <w:r w:rsidR="005F6A5B">
        <w:rPr/>
        <w:t>"</w:t>
      </w:r>
    </w:p>
    <w:p w:rsidR="009D758D" w:rsidRDefault="005F6A5B" w14:paraId="3E831A22" w14:textId="77777777">
      <w:pPr>
        <w:pStyle w:val="ListBullet"/>
        <w:spacing w:after="60"/>
        <w:ind w:left="720"/>
        <w:rPr/>
      </w:pPr>
      <w:r w:rsidR="005F6A5B">
        <w:rPr/>
        <w:t>Precisielandbouw</w:t>
      </w:r>
      <w:r w:rsidR="005F6A5B">
        <w:rPr/>
        <w:t>: GPS-</w:t>
      </w:r>
      <w:r w:rsidR="005F6A5B">
        <w:rPr/>
        <w:t>verstoring</w:t>
      </w:r>
      <w:r w:rsidR="005F6A5B">
        <w:rPr/>
        <w:t xml:space="preserve"> </w:t>
      </w:r>
      <w:r w:rsidR="005F6A5B">
        <w:rPr/>
        <w:t>erkend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groeiend</w:t>
      </w:r>
      <w:r w:rsidR="005F6A5B">
        <w:rPr/>
        <w:t xml:space="preserve"> </w:t>
      </w:r>
      <w:r w:rsidR="005F6A5B">
        <w:rPr/>
        <w:t>risico</w:t>
      </w:r>
      <w:r w:rsidR="005F6A5B">
        <w:rPr/>
        <w:t xml:space="preserve"> maar </w:t>
      </w:r>
      <w:r w:rsidR="005F6A5B">
        <w:rPr/>
        <w:t>niet</w:t>
      </w:r>
      <w:r w:rsidR="005F6A5B">
        <w:rPr/>
        <w:t xml:space="preserve"> </w:t>
      </w:r>
      <w:r w:rsidR="005F6A5B">
        <w:rPr/>
        <w:t>gescoord</w:t>
      </w:r>
    </w:p>
    <w:p w:rsidR="009D758D" w:rsidRDefault="25A181EA" w14:paraId="20BDA133" w14:textId="7A359464">
      <w:pPr>
        <w:pStyle w:val="ListBullet"/>
        <w:spacing w:after="60"/>
        <w:ind w:left="720"/>
        <w:rPr/>
      </w:pPr>
      <w:r w:rsidR="25A181EA">
        <w:rPr/>
        <w:t xml:space="preserve">HS-station </w:t>
      </w:r>
      <w:r w:rsidR="25A181EA">
        <w:rPr/>
        <w:t>Izegem</w:t>
      </w:r>
      <w:r w:rsidR="25A181EA">
        <w:rPr/>
        <w:t xml:space="preserve"> 7,34 ha </w:t>
      </w:r>
      <w:r w:rsidR="25A181EA">
        <w:rPr/>
        <w:t>i.p.v</w:t>
      </w:r>
      <w:r w:rsidR="25A181EA">
        <w:rPr/>
        <w:t>. 6 ha in GRUP (</w:t>
      </w:r>
      <w:r w:rsidR="320D292F">
        <w:rPr/>
        <w:t>te</w:t>
      </w:r>
      <w:r w:rsidR="320D292F">
        <w:rPr/>
        <w:t xml:space="preserve"> </w:t>
      </w:r>
      <w:r w:rsidR="25A181EA">
        <w:rPr/>
        <w:t>Lendelede</w:t>
      </w:r>
      <w:r w:rsidR="25A181EA">
        <w:rPr/>
        <w:t>)</w:t>
      </w:r>
    </w:p>
    <w:p w:rsidR="009D758D" w:rsidRDefault="005F6A5B" w14:paraId="7882F415" w14:textId="77777777">
      <w:pPr>
        <w:pStyle w:val="Heading3"/>
      </w:pPr>
      <w:r w:rsidR="005F6A5B">
        <w:rPr/>
        <w:t xml:space="preserve">5.6 </w:t>
      </w:r>
      <w:r w:rsidR="005F6A5B">
        <w:rPr/>
        <w:t>Geluid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klimaat</w:t>
      </w:r>
    </w:p>
    <w:p w:rsidR="009D758D" w:rsidRDefault="005F6A5B" w14:paraId="2A2C6168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 xml:space="preserve">Geen </w:t>
      </w:r>
      <w:r w:rsidRPr="6C968D7A" w:rsidR="005F6A5B">
        <w:rPr>
          <w:b w:val="1"/>
          <w:bCs w:val="1"/>
        </w:rPr>
        <w:t>wettelijk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afdwingbare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geluidsnorm</w:t>
      </w:r>
      <w:r w:rsidR="005F6A5B">
        <w:rPr/>
        <w:t xml:space="preserve"> — HS-</w:t>
      </w:r>
      <w:r w:rsidR="005F6A5B">
        <w:rPr/>
        <w:t>lijnen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geen</w:t>
      </w:r>
      <w:r w:rsidR="005F6A5B">
        <w:rPr/>
        <w:t xml:space="preserve"> </w:t>
      </w:r>
      <w:r w:rsidR="005F6A5B">
        <w:rPr/>
        <w:t>ingedeelde</w:t>
      </w:r>
      <w:r w:rsidR="005F6A5B">
        <w:rPr/>
        <w:t xml:space="preserve"> </w:t>
      </w:r>
      <w:r w:rsidR="005F6A5B">
        <w:rPr/>
        <w:t>inrichtingen</w:t>
      </w:r>
    </w:p>
    <w:p w:rsidR="009D758D" w:rsidRDefault="005F6A5B" w14:paraId="07EF8394" w14:textId="77777777">
      <w:pPr>
        <w:pStyle w:val="ListBullet"/>
        <w:spacing w:after="60"/>
        <w:ind w:left="720"/>
        <w:rPr/>
      </w:pPr>
      <w:r w:rsidR="005F6A5B">
        <w:rPr/>
        <w:t xml:space="preserve">24-28 </w:t>
      </w:r>
      <w:r w:rsidR="005F6A5B">
        <w:rPr/>
        <w:t>woningen</w:t>
      </w:r>
      <w:r w:rsidR="005F6A5B">
        <w:rPr/>
        <w:t xml:space="preserve"> op &lt;15m van </w:t>
      </w:r>
      <w:r w:rsidR="005F6A5B">
        <w:rPr/>
        <w:t>geleiders</w:t>
      </w:r>
      <w:r w:rsidR="005F6A5B">
        <w:rPr/>
        <w:t xml:space="preserve"> — MKN </w:t>
      </w:r>
      <w:r w:rsidR="005F6A5B">
        <w:rPr/>
        <w:t>nacht</w:t>
      </w:r>
      <w:r w:rsidR="005F6A5B">
        <w:rPr/>
        <w:t xml:space="preserve"> (35 dB(A)) </w:t>
      </w:r>
      <w:r w:rsidR="005F6A5B">
        <w:rPr/>
        <w:t>overschreden</w:t>
      </w:r>
    </w:p>
    <w:p w:rsidR="009D758D" w:rsidRDefault="005F6A5B" w14:paraId="1603D93C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Laagfrequent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geluid</w:t>
      </w:r>
      <w:r w:rsidRPr="6C968D7A" w:rsidR="005F6A5B">
        <w:rPr>
          <w:b w:val="1"/>
          <w:bCs w:val="1"/>
        </w:rPr>
        <w:t xml:space="preserve"> (100Hz)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apart effect </w:t>
      </w:r>
      <w:r w:rsidR="005F6A5B">
        <w:rPr/>
        <w:t>beoordeeld</w:t>
      </w:r>
    </w:p>
    <w:p w:rsidR="009D758D" w:rsidRDefault="005F6A5B" w14:paraId="5D480228" w14:textId="77777777">
      <w:pPr>
        <w:pStyle w:val="ListBullet"/>
        <w:spacing w:after="60"/>
        <w:ind w:left="720"/>
        <w:rPr/>
      </w:pPr>
      <w:r w:rsidR="005F6A5B">
        <w:rPr/>
        <w:t>Aanlegfase</w:t>
      </w:r>
      <w:r w:rsidR="005F6A5B">
        <w:rPr/>
        <w:t xml:space="preserve">: tot </w:t>
      </w:r>
      <w:r w:rsidRPr="6C968D7A" w:rsidR="005F6A5B">
        <w:rPr>
          <w:b w:val="1"/>
          <w:bCs w:val="1"/>
        </w:rPr>
        <w:t xml:space="preserve">19.027 </w:t>
      </w:r>
      <w:r w:rsidRPr="6C968D7A" w:rsidR="005F6A5B">
        <w:rPr>
          <w:b w:val="1"/>
          <w:bCs w:val="1"/>
        </w:rPr>
        <w:t>woningen</w:t>
      </w:r>
      <w:r w:rsidR="005F6A5B">
        <w:rPr/>
        <w:t xml:space="preserve"> met </w:t>
      </w:r>
      <w:r w:rsidR="005F6A5B">
        <w:rPr/>
        <w:t>nachtelijke</w:t>
      </w:r>
      <w:r w:rsidR="005F6A5B">
        <w:rPr/>
        <w:t xml:space="preserve"> MKN-</w:t>
      </w:r>
      <w:r w:rsidR="005F6A5B">
        <w:rPr/>
        <w:t>overschrijding</w:t>
      </w:r>
    </w:p>
    <w:p w:rsidR="009D758D" w:rsidRDefault="005F6A5B" w14:paraId="015DB5A7" w14:textId="77777777">
      <w:pPr>
        <w:pStyle w:val="ListBullet"/>
        <w:spacing w:after="60"/>
        <w:ind w:left="720"/>
        <w:rPr/>
      </w:pPr>
      <w:r w:rsidR="005F6A5B">
        <w:rPr/>
        <w:t>HTLS-</w:t>
      </w:r>
      <w:r w:rsidR="005F6A5B">
        <w:rPr/>
        <w:t>geleiders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Pr="6C968D7A" w:rsidR="005F6A5B">
        <w:rPr>
          <w:b w:val="1"/>
          <w:bCs w:val="1"/>
        </w:rPr>
        <w:t xml:space="preserve">tot 10 dB(A) </w:t>
      </w:r>
      <w:r w:rsidRPr="6C968D7A" w:rsidR="005F6A5B">
        <w:rPr>
          <w:b w:val="1"/>
          <w:bCs w:val="1"/>
        </w:rPr>
        <w:t>luider</w:t>
      </w:r>
      <w:r w:rsidR="005F6A5B">
        <w:rPr/>
        <w:t xml:space="preserve"> door </w:t>
      </w:r>
      <w:r w:rsidR="005F6A5B">
        <w:rPr/>
        <w:t>veroudering</w:t>
      </w:r>
      <w:r w:rsidR="005F6A5B">
        <w:rPr/>
        <w:t xml:space="preserve"> (</w:t>
      </w:r>
      <w:r w:rsidR="005F6A5B">
        <w:rPr/>
        <w:t>trekvetten</w:t>
      </w:r>
      <w:r w:rsidR="005F6A5B">
        <w:rPr/>
        <w:t>)</w:t>
      </w:r>
    </w:p>
    <w:p w:rsidR="009D758D" w:rsidRDefault="005F6A5B" w14:paraId="39BCA37A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 xml:space="preserve">SF6 </w:t>
      </w:r>
      <w:r w:rsidRPr="6C968D7A" w:rsidR="005F6A5B">
        <w:rPr>
          <w:b w:val="1"/>
          <w:bCs w:val="1"/>
        </w:rPr>
        <w:t>niet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gekwantificeerd</w:t>
      </w:r>
      <w:r w:rsidR="005F6A5B">
        <w:rPr/>
        <w:t xml:space="preserve"> in CO2-equivalenten (GWP = 23.500)</w:t>
      </w:r>
    </w:p>
    <w:p w:rsidR="009D758D" w:rsidRDefault="005F6A5B" w14:paraId="447B1439" w14:textId="77777777">
      <w:pPr>
        <w:pStyle w:val="ListBullet"/>
        <w:spacing w:after="60"/>
        <w:ind w:left="720"/>
        <w:rPr/>
      </w:pPr>
      <w:r w:rsidR="005F6A5B">
        <w:rPr/>
        <w:t xml:space="preserve">Geen </w:t>
      </w:r>
      <w:r w:rsidR="005F6A5B">
        <w:rPr/>
        <w:t>levenscyclusanalyse</w:t>
      </w:r>
      <w:r w:rsidR="005F6A5B">
        <w:rPr/>
        <w:t xml:space="preserve"> (LCA)</w:t>
      </w:r>
    </w:p>
    <w:p w:rsidR="009D758D" w:rsidRDefault="005F6A5B" w14:paraId="4DB85671" w14:textId="77777777">
      <w:pPr>
        <w:pStyle w:val="ListBullet"/>
        <w:spacing w:after="60"/>
        <w:ind w:left="720"/>
        <w:rPr/>
      </w:pPr>
      <w:r w:rsidR="005F6A5B">
        <w:rPr/>
        <w:t>Veenoxidatie</w:t>
      </w:r>
      <w:r w:rsidR="005F6A5B">
        <w:rPr/>
        <w:t xml:space="preserve"> door </w:t>
      </w:r>
      <w:r w:rsidR="005F6A5B">
        <w:rPr/>
        <w:t>bemaling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gekwantificeerd</w:t>
      </w:r>
    </w:p>
    <w:p w:rsidR="009D758D" w:rsidP="6C968D7A" w:rsidRDefault="009D758D" w14:paraId="45FB0818" w14:textId="77777777">
      <w:pPr>
        <w:pBdr>
          <w:bottom w:val="single" w:color="CCCCCC" w:sz="6" w:space="1"/>
        </w:pBdr>
        <w:spacing w:before="240" w:after="240"/>
      </w:pPr>
    </w:p>
    <w:p w:rsidR="009D758D" w:rsidRDefault="005F6A5B" w14:paraId="43EFA7B5" w14:textId="77777777">
      <w:pPr>
        <w:pStyle w:val="Heading2"/>
      </w:pPr>
      <w:r w:rsidR="005F6A5B">
        <w:rPr/>
        <w:t>6. ADVIEZEN BEVESTIGEN DE BEZWAREN</w:t>
      </w:r>
    </w:p>
    <w:p w:rsidR="009D758D" w:rsidRDefault="25A181EA" w14:paraId="36454DDB" w14:textId="569E1B51">
      <w:pPr>
        <w:pStyle w:val="Heading3"/>
      </w:pPr>
      <w:r w:rsidR="25A181EA">
        <w:rPr/>
        <w:t xml:space="preserve">6.1 </w:t>
      </w:r>
      <w:r w:rsidR="43E317A4">
        <w:rPr/>
        <w:t>Meerdere</w:t>
      </w:r>
      <w:r w:rsidR="25A181EA">
        <w:rPr/>
        <w:t xml:space="preserve"> </w:t>
      </w:r>
      <w:r w:rsidR="25A181EA">
        <w:rPr/>
        <w:t>gemeenten</w:t>
      </w:r>
      <w:r w:rsidR="25A181EA">
        <w:rPr/>
        <w:t xml:space="preserve"> </w:t>
      </w:r>
      <w:r w:rsidR="25A181EA">
        <w:rPr/>
        <w:t>adviseerden</w:t>
      </w:r>
      <w:r w:rsidR="25A181EA">
        <w:rPr/>
        <w:t xml:space="preserve"> </w:t>
      </w:r>
      <w:r w:rsidR="25A181EA">
        <w:rPr/>
        <w:t>ongunstig</w:t>
      </w:r>
    </w:p>
    <w:p w:rsidR="009D758D" w:rsidRDefault="005F6A5B" w14:paraId="44230A50" w14:textId="77777777">
      <w:r w:rsidR="005F6A5B">
        <w:rPr/>
        <w:t xml:space="preserve">De </w:t>
      </w:r>
      <w:r w:rsidR="005F6A5B">
        <w:rPr/>
        <w:t>volgende</w:t>
      </w:r>
      <w:r w:rsidR="005F6A5B">
        <w:rPr/>
        <w:t xml:space="preserve"> 12 </w:t>
      </w:r>
      <w:r w:rsidR="005F6A5B">
        <w:rPr/>
        <w:t>gemeenten</w:t>
      </w:r>
      <w:r w:rsidR="005F6A5B">
        <w:rPr/>
        <w:t xml:space="preserve"> </w:t>
      </w:r>
      <w:r w:rsidR="005F6A5B">
        <w:rPr/>
        <w:t>brachten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ongunstig</w:t>
      </w:r>
      <w:r w:rsidR="005F6A5B">
        <w:rPr/>
        <w:t xml:space="preserve"> </w:t>
      </w:r>
      <w:r w:rsidR="005F6A5B">
        <w:rPr/>
        <w:t>advies</w:t>
      </w:r>
      <w:r w:rsidR="005F6A5B">
        <w:rPr/>
        <w:t xml:space="preserve"> </w:t>
      </w:r>
      <w:r w:rsidR="005F6A5B">
        <w:rPr/>
        <w:t>uit</w:t>
      </w:r>
      <w:r w:rsidR="005F6A5B">
        <w:rPr/>
        <w:t xml:space="preserve">: </w:t>
      </w:r>
      <w:r w:rsidRPr="6C968D7A" w:rsidR="005F6A5B">
        <w:rPr>
          <w:b w:val="1"/>
          <w:bCs w:val="1"/>
        </w:rPr>
        <w:t>Ardooie</w:t>
      </w:r>
      <w:r w:rsidRPr="6C968D7A" w:rsidR="005F6A5B">
        <w:rPr>
          <w:b w:val="1"/>
          <w:bCs w:val="1"/>
        </w:rPr>
        <w:t xml:space="preserve">, </w:t>
      </w:r>
      <w:r w:rsidRPr="6C968D7A" w:rsidR="005F6A5B">
        <w:rPr>
          <w:b w:val="1"/>
          <w:bCs w:val="1"/>
        </w:rPr>
        <w:t>Deerlijk</w:t>
      </w:r>
      <w:r w:rsidRPr="6C968D7A" w:rsidR="005F6A5B">
        <w:rPr>
          <w:b w:val="1"/>
          <w:bCs w:val="1"/>
        </w:rPr>
        <w:t xml:space="preserve">, </w:t>
      </w:r>
      <w:r w:rsidRPr="6C968D7A" w:rsidR="005F6A5B">
        <w:rPr>
          <w:b w:val="1"/>
          <w:bCs w:val="1"/>
        </w:rPr>
        <w:t>Harelbeke</w:t>
      </w:r>
      <w:r w:rsidRPr="6C968D7A" w:rsidR="005F6A5B">
        <w:rPr>
          <w:b w:val="1"/>
          <w:bCs w:val="1"/>
        </w:rPr>
        <w:t xml:space="preserve">, </w:t>
      </w:r>
      <w:r w:rsidRPr="6C968D7A" w:rsidR="005F6A5B">
        <w:rPr>
          <w:b w:val="1"/>
          <w:bCs w:val="1"/>
        </w:rPr>
        <w:t>Izegem</w:t>
      </w:r>
      <w:r w:rsidRPr="6C968D7A" w:rsidR="005F6A5B">
        <w:rPr>
          <w:b w:val="1"/>
          <w:bCs w:val="1"/>
        </w:rPr>
        <w:t xml:space="preserve">, </w:t>
      </w:r>
      <w:r w:rsidRPr="6C968D7A" w:rsidR="005F6A5B">
        <w:rPr>
          <w:b w:val="1"/>
          <w:bCs w:val="1"/>
        </w:rPr>
        <w:t>Jabbeke</w:t>
      </w:r>
      <w:r w:rsidRPr="6C968D7A" w:rsidR="005F6A5B">
        <w:rPr>
          <w:b w:val="1"/>
          <w:bCs w:val="1"/>
        </w:rPr>
        <w:t xml:space="preserve">, </w:t>
      </w:r>
      <w:r w:rsidRPr="6C968D7A" w:rsidR="005F6A5B">
        <w:rPr>
          <w:b w:val="1"/>
          <w:bCs w:val="1"/>
        </w:rPr>
        <w:t>Ledegem</w:t>
      </w:r>
      <w:r w:rsidRPr="6C968D7A" w:rsidR="005F6A5B">
        <w:rPr>
          <w:b w:val="1"/>
          <w:bCs w:val="1"/>
        </w:rPr>
        <w:t xml:space="preserve">, </w:t>
      </w:r>
      <w:r w:rsidRPr="6C968D7A" w:rsidR="005F6A5B">
        <w:rPr>
          <w:b w:val="1"/>
          <w:bCs w:val="1"/>
        </w:rPr>
        <w:t>Lendelede</w:t>
      </w:r>
      <w:r w:rsidRPr="6C968D7A" w:rsidR="005F6A5B">
        <w:rPr>
          <w:b w:val="1"/>
          <w:bCs w:val="1"/>
        </w:rPr>
        <w:t xml:space="preserve">, </w:t>
      </w:r>
      <w:r w:rsidRPr="6C968D7A" w:rsidR="005F6A5B">
        <w:rPr>
          <w:b w:val="1"/>
          <w:bCs w:val="1"/>
        </w:rPr>
        <w:t>Zuienkerke</w:t>
      </w:r>
      <w:r w:rsidRPr="6C968D7A" w:rsidR="005F6A5B">
        <w:rPr>
          <w:b w:val="1"/>
          <w:bCs w:val="1"/>
        </w:rPr>
        <w:t xml:space="preserve">, </w:t>
      </w:r>
      <w:r w:rsidRPr="6C968D7A" w:rsidR="005F6A5B">
        <w:rPr>
          <w:b w:val="1"/>
          <w:bCs w:val="1"/>
        </w:rPr>
        <w:t>Lichtervelde</w:t>
      </w:r>
      <w:r w:rsidRPr="6C968D7A" w:rsidR="005F6A5B">
        <w:rPr>
          <w:b w:val="1"/>
          <w:bCs w:val="1"/>
        </w:rPr>
        <w:t xml:space="preserve">, </w:t>
      </w:r>
      <w:r w:rsidRPr="6C968D7A" w:rsidR="005F6A5B">
        <w:rPr>
          <w:b w:val="1"/>
          <w:bCs w:val="1"/>
        </w:rPr>
        <w:t>Oostkamp</w:t>
      </w:r>
      <w:r w:rsidRPr="6C968D7A" w:rsidR="005F6A5B">
        <w:rPr>
          <w:b w:val="1"/>
          <w:bCs w:val="1"/>
        </w:rPr>
        <w:t xml:space="preserve">, </w:t>
      </w:r>
      <w:r w:rsidRPr="6C968D7A" w:rsidR="005F6A5B">
        <w:rPr>
          <w:b w:val="1"/>
          <w:bCs w:val="1"/>
        </w:rPr>
        <w:t>Wingene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Pr="6C968D7A" w:rsidR="005F6A5B">
        <w:rPr>
          <w:b w:val="1"/>
          <w:bCs w:val="1"/>
        </w:rPr>
        <w:t>Zedelgem</w:t>
      </w:r>
      <w:r w:rsidR="005F6A5B">
        <w:rPr/>
        <w:t>.</w:t>
      </w:r>
    </w:p>
    <w:p w:rsidR="009D758D" w:rsidRDefault="005F6A5B" w14:paraId="7B0D74CE" w14:textId="77777777">
      <w:r w:rsidR="005F6A5B">
        <w:rPr/>
        <w:t xml:space="preserve">Slechts 2 </w:t>
      </w:r>
      <w:r w:rsidR="005F6A5B">
        <w:rPr/>
        <w:t>gemeenten</w:t>
      </w:r>
      <w:r w:rsidR="005F6A5B">
        <w:rPr/>
        <w:t xml:space="preserve"> (Brugge </w:t>
      </w:r>
      <w:r w:rsidR="005F6A5B">
        <w:rPr/>
        <w:t>en</w:t>
      </w:r>
      <w:r w:rsidR="005F6A5B">
        <w:rPr/>
        <w:t xml:space="preserve"> </w:t>
      </w:r>
      <w:r w:rsidR="005F6A5B">
        <w:rPr/>
        <w:t>Torhout</w:t>
      </w:r>
      <w:r w:rsidR="005F6A5B">
        <w:rPr/>
        <w:t xml:space="preserve">) </w:t>
      </w:r>
      <w:r w:rsidR="005F6A5B">
        <w:rPr/>
        <w:t>adviseerden</w:t>
      </w:r>
      <w:r w:rsidR="005F6A5B">
        <w:rPr/>
        <w:t xml:space="preserve"> </w:t>
      </w:r>
      <w:r w:rsidR="005F6A5B">
        <w:rPr/>
        <w:t>voorwaardelijk</w:t>
      </w:r>
      <w:r w:rsidR="005F6A5B">
        <w:rPr/>
        <w:t xml:space="preserve"> </w:t>
      </w:r>
      <w:r w:rsidR="005F6A5B">
        <w:rPr/>
        <w:t>gunstig</w:t>
      </w:r>
      <w:r w:rsidR="005F6A5B">
        <w:rPr/>
        <w:t xml:space="preserve">, </w:t>
      </w:r>
      <w:r w:rsidR="005F6A5B">
        <w:rPr/>
        <w:t>beide</w:t>
      </w:r>
      <w:r w:rsidR="005F6A5B">
        <w:rPr/>
        <w:t xml:space="preserve"> met </w:t>
      </w:r>
      <w:r w:rsidR="005F6A5B">
        <w:rPr/>
        <w:t>significante</w:t>
      </w:r>
      <w:r w:rsidR="005F6A5B">
        <w:rPr/>
        <w:t xml:space="preserve"> </w:t>
      </w:r>
      <w:r w:rsidR="005F6A5B">
        <w:rPr/>
        <w:t>voorbehouden</w:t>
      </w:r>
      <w:r w:rsidR="005F6A5B">
        <w:rPr/>
        <w:t>.</w:t>
      </w:r>
    </w:p>
    <w:p w:rsidR="009D758D" w:rsidRDefault="005F6A5B" w14:paraId="569265D9" w14:textId="77777777">
      <w:pPr>
        <w:pStyle w:val="Heading3"/>
      </w:pPr>
      <w:r w:rsidR="005F6A5B">
        <w:rPr/>
        <w:t xml:space="preserve">6.2 </w:t>
      </w:r>
      <w:r w:rsidR="005F6A5B">
        <w:rPr/>
        <w:t>Adviesinstanties</w:t>
      </w:r>
      <w:r w:rsidR="005F6A5B">
        <w:rPr/>
        <w:t xml:space="preserve"> </w:t>
      </w:r>
      <w:r w:rsidR="005F6A5B">
        <w:rPr/>
        <w:t>formuleren</w:t>
      </w:r>
      <w:r w:rsidR="005F6A5B">
        <w:rPr/>
        <w:t xml:space="preserve"> </w:t>
      </w:r>
      <w:r w:rsidR="005F6A5B">
        <w:rPr/>
        <w:t>ernstige</w:t>
      </w:r>
      <w:r w:rsidR="005F6A5B">
        <w:rPr/>
        <w:t xml:space="preserve"> </w:t>
      </w:r>
      <w:r w:rsidR="005F6A5B">
        <w:rPr/>
        <w:t>voorbehouden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9D758D" w:rsidTr="6C968D7A" w14:paraId="4624770B" w14:textId="77777777">
        <w:tc>
          <w:tcPr>
            <w:tcW w:w="4703" w:type="dxa"/>
            <w:shd w:val="clear" w:color="auto" w:fill="244061" w:themeFill="accent1" w:themeFillShade="80"/>
            <w:tcMar/>
          </w:tcPr>
          <w:p w:rsidR="009D758D" w:rsidP="6C968D7A" w:rsidRDefault="005F6A5B" w14:paraId="2AF409D3" w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Instantie</w:t>
            </w:r>
          </w:p>
        </w:tc>
        <w:tc>
          <w:tcPr>
            <w:tcW w:w="4703" w:type="dxa"/>
            <w:shd w:val="clear" w:color="auto" w:fill="244061" w:themeFill="accent1" w:themeFillShade="80"/>
            <w:tcMar/>
          </w:tcPr>
          <w:p w:rsidR="009D758D" w:rsidP="6C968D7A" w:rsidRDefault="005F6A5B" w14:paraId="7A7C2EFA" w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Kernpunt</w:t>
            </w:r>
          </w:p>
        </w:tc>
      </w:tr>
      <w:tr w:rsidR="009D758D" w:rsidTr="6C968D7A" w14:paraId="5B837CB5" w14:textId="77777777"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2D82FBB7" w14:textId="77777777">
            <w:pPr>
              <w:spacing w:before="40" w:after="40"/>
              <w:rPr>
                <w:b w:val="1"/>
                <w:bCs w:val="1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Onroerend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 xml:space="preserve"> 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>Erfgoed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1CB0FEC3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"Het is NOODZAKELIJK het MER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verder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aan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te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passen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"</w:t>
            </w:r>
            <w:r w:rsidRPr="6C968D7A" w:rsidR="005F6A5B">
              <w:rPr>
                <w:sz w:val="19"/>
                <w:szCs w:val="19"/>
              </w:rPr>
              <w:t xml:space="preserve">; </w:t>
            </w:r>
            <w:r w:rsidRPr="6C968D7A" w:rsidR="005F6A5B">
              <w:rPr>
                <w:sz w:val="19"/>
                <w:szCs w:val="19"/>
              </w:rPr>
              <w:t>mastverplaatsingen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niet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uitgevoerd</w:t>
            </w:r>
          </w:p>
        </w:tc>
      </w:tr>
      <w:tr w:rsidR="009D758D" w:rsidTr="6C968D7A" w14:paraId="49DC70DA" w14:textId="77777777">
        <w:tc>
          <w:tcPr>
            <w:tcW w:w="4703" w:type="dxa"/>
            <w:tcMar/>
          </w:tcPr>
          <w:p w:rsidR="009D758D" w:rsidRDefault="005F6A5B" w14:paraId="75DD8F70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AWV</w:t>
            </w:r>
          </w:p>
        </w:tc>
        <w:tc>
          <w:tcPr>
            <w:tcW w:w="4703" w:type="dxa"/>
            <w:tcMar/>
          </w:tcPr>
          <w:p w:rsidR="009D758D" w:rsidP="6C968D7A" w:rsidRDefault="005F6A5B" w14:paraId="024FD5A7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i w:val="1"/>
                <w:iCs w:val="1"/>
                <w:sz w:val="19"/>
                <w:szCs w:val="19"/>
              </w:rPr>
              <w:t>"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Omgevingsvergunning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onuitvoerbaar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"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zonder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domeinvergunningen</w:t>
            </w:r>
          </w:p>
        </w:tc>
      </w:tr>
      <w:tr w:rsidR="009D758D" w:rsidTr="6C968D7A" w14:paraId="23B32243" w14:textId="77777777">
        <w:tc>
          <w:tcPr>
            <w:tcW w:w="4703" w:type="dxa"/>
            <w:shd w:val="clear" w:color="auto" w:fill="F2F6FC"/>
            <w:tcMar/>
          </w:tcPr>
          <w:p w:rsidR="009D758D" w:rsidRDefault="005F6A5B" w14:paraId="45138048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VMM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RDefault="005F6A5B" w14:paraId="5FFBA669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Inbuizing</w:t>
            </w:r>
            <w:r w:rsidRPr="6C968D7A" w:rsidR="005F6A5B">
              <w:rPr>
                <w:sz w:val="19"/>
                <w:szCs w:val="19"/>
              </w:rPr>
              <w:t xml:space="preserve"> Mandel </w:t>
            </w:r>
            <w:r w:rsidRPr="6C968D7A" w:rsidR="005F6A5B">
              <w:rPr>
                <w:sz w:val="19"/>
                <w:szCs w:val="19"/>
              </w:rPr>
              <w:t>afgewezen</w:t>
            </w:r>
            <w:r w:rsidRPr="6C968D7A" w:rsidR="005F6A5B">
              <w:rPr>
                <w:sz w:val="19"/>
                <w:szCs w:val="19"/>
              </w:rPr>
              <w:t xml:space="preserve"> (1 </w:t>
            </w:r>
            <w:r w:rsidRPr="6C968D7A" w:rsidR="005F6A5B">
              <w:rPr>
                <w:sz w:val="19"/>
                <w:szCs w:val="19"/>
              </w:rPr>
              <w:t>buis</w:t>
            </w:r>
            <w:r w:rsidRPr="6C968D7A" w:rsidR="005F6A5B">
              <w:rPr>
                <w:sz w:val="19"/>
                <w:szCs w:val="19"/>
              </w:rPr>
              <w:t xml:space="preserve"> → 9 </w:t>
            </w:r>
            <w:r w:rsidRPr="6C968D7A" w:rsidR="005F6A5B">
              <w:rPr>
                <w:sz w:val="19"/>
                <w:szCs w:val="19"/>
              </w:rPr>
              <w:t>nodig</w:t>
            </w:r>
            <w:r w:rsidRPr="6C968D7A" w:rsidR="005F6A5B">
              <w:rPr>
                <w:sz w:val="19"/>
                <w:szCs w:val="19"/>
              </w:rPr>
              <w:t>)</w:t>
            </w:r>
          </w:p>
        </w:tc>
      </w:tr>
      <w:tr w:rsidR="009D758D" w:rsidTr="6C968D7A" w14:paraId="78E44B2E" w14:textId="77777777">
        <w:tc>
          <w:tcPr>
            <w:tcW w:w="4703" w:type="dxa"/>
            <w:tcMar/>
          </w:tcPr>
          <w:p w:rsidR="009D758D" w:rsidP="6C968D7A" w:rsidRDefault="005F6A5B" w14:paraId="5736904F" w14:textId="77777777">
            <w:pPr>
              <w:spacing w:before="40" w:after="40"/>
              <w:rPr>
                <w:b w:val="1"/>
                <w:bCs w:val="1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 xml:space="preserve">De </w:t>
            </w:r>
            <w:r w:rsidRPr="6C968D7A" w:rsidR="005F6A5B">
              <w:rPr>
                <w:b w:val="1"/>
                <w:bCs w:val="1"/>
                <w:sz w:val="19"/>
                <w:szCs w:val="19"/>
              </w:rPr>
              <w:t>Watergroep</w:t>
            </w:r>
          </w:p>
        </w:tc>
        <w:tc>
          <w:tcPr>
            <w:tcW w:w="4703" w:type="dxa"/>
            <w:tcMar/>
          </w:tcPr>
          <w:p w:rsidR="009D758D" w:rsidP="6C968D7A" w:rsidRDefault="005F6A5B" w14:paraId="0B5C1542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Deeladvies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Waterbronnen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"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nog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te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beantwoorden</w:t>
            </w:r>
            <w:r w:rsidRPr="6C968D7A" w:rsidR="005F6A5B">
              <w:rPr>
                <w:i w:val="1"/>
                <w:iCs w:val="1"/>
                <w:sz w:val="19"/>
                <w:szCs w:val="19"/>
              </w:rPr>
              <w:t>"</w:t>
            </w:r>
            <w:r w:rsidRPr="6C968D7A" w:rsidR="005F6A5B">
              <w:rPr>
                <w:sz w:val="19"/>
                <w:szCs w:val="19"/>
              </w:rPr>
              <w:t xml:space="preserve"> — </w:t>
            </w:r>
            <w:r w:rsidRPr="6C968D7A" w:rsidR="005F6A5B">
              <w:rPr>
                <w:sz w:val="19"/>
                <w:szCs w:val="19"/>
              </w:rPr>
              <w:t>advies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onvolledig</w:t>
            </w:r>
          </w:p>
        </w:tc>
      </w:tr>
      <w:tr w:rsidR="009D758D" w:rsidTr="6C968D7A" w14:paraId="56CBE932" w14:textId="77777777"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7866C291" w14:textId="77777777">
            <w:pPr>
              <w:spacing w:before="40" w:after="40"/>
              <w:rPr>
                <w:b w:val="1"/>
                <w:bCs w:val="1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sz w:val="19"/>
                <w:szCs w:val="19"/>
              </w:rPr>
              <w:t>Fluxys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1F3861AB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Pyloon</w:t>
            </w:r>
            <w:r w:rsidRPr="6C968D7A" w:rsidR="005F6A5B">
              <w:rPr>
                <w:sz w:val="19"/>
                <w:szCs w:val="19"/>
              </w:rPr>
              <w:t xml:space="preserve"> P23 op </w:t>
            </w:r>
            <w:r w:rsidRPr="6C968D7A" w:rsidR="005F6A5B">
              <w:rPr>
                <w:sz w:val="19"/>
                <w:szCs w:val="19"/>
              </w:rPr>
              <w:t>trace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gasleiding</w:t>
            </w:r>
            <w:r w:rsidRPr="6C968D7A" w:rsidR="005F6A5B">
              <w:rPr>
                <w:sz w:val="19"/>
                <w:szCs w:val="19"/>
              </w:rPr>
              <w:t xml:space="preserve">; nota </w:t>
            </w:r>
            <w:r w:rsidRPr="6C968D7A" w:rsidR="005F6A5B">
              <w:rPr>
                <w:sz w:val="19"/>
                <w:szCs w:val="19"/>
              </w:rPr>
              <w:t>kathodische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bescherming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niet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geleverd</w:t>
            </w:r>
          </w:p>
        </w:tc>
      </w:tr>
    </w:tbl>
    <w:p w:rsidR="009D758D" w:rsidRDefault="009D758D" w14:paraId="049F31CB" w14:textId="77777777"/>
    <w:p w:rsidR="009D758D" w:rsidRDefault="005F6A5B" w14:paraId="0B6C4221" w14:textId="77777777">
      <w:pPr>
        <w:pStyle w:val="Heading3"/>
      </w:pPr>
      <w:r w:rsidR="005F6A5B">
        <w:rPr/>
        <w:t xml:space="preserve">6.3 </w:t>
      </w:r>
      <w:r w:rsidR="005F6A5B">
        <w:rPr/>
        <w:t>Voorwaarden</w:t>
      </w:r>
      <w:r w:rsidR="005F6A5B">
        <w:rPr/>
        <w:t xml:space="preserve"> die </w:t>
      </w:r>
      <w:r w:rsidR="005F6A5B">
        <w:rPr/>
        <w:t>niet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nagekomen</w:t>
      </w:r>
    </w:p>
    <w:p w:rsidR="009D758D" w:rsidRDefault="005F6A5B" w14:paraId="48F1148E" w14:textId="77777777">
      <w:r w:rsidR="005F6A5B">
        <w:rPr/>
        <w:t>Minstens</w:t>
      </w:r>
      <w:r w:rsidR="005F6A5B">
        <w:rPr/>
        <w:t xml:space="preserve"> </w:t>
      </w:r>
      <w:r w:rsidRPr="6C968D7A" w:rsidR="005F6A5B">
        <w:rPr>
          <w:b w:val="1"/>
          <w:bCs w:val="1"/>
        </w:rPr>
        <w:t xml:space="preserve">9 </w:t>
      </w:r>
      <w:r w:rsidRPr="6C968D7A" w:rsidR="005F6A5B">
        <w:rPr>
          <w:b w:val="1"/>
          <w:bCs w:val="1"/>
        </w:rPr>
        <w:t>voorwaarden</w:t>
      </w:r>
      <w:r w:rsidR="005F6A5B">
        <w:rPr/>
        <w:t xml:space="preserve"> van </w:t>
      </w:r>
      <w:r w:rsidR="005F6A5B">
        <w:rPr/>
        <w:t>adviesinstanties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vermoedelijk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nagekomen</w:t>
      </w:r>
      <w:r w:rsidR="005F6A5B">
        <w:rPr/>
        <w:t>:</w:t>
      </w:r>
    </w:p>
    <w:p w:rsidR="009D758D" w:rsidP="25A181EA" w:rsidRDefault="25A181EA" w14:paraId="52A60FFA" w14:textId="77777777">
      <w:pPr>
        <w:pStyle w:val="ListNumber"/>
        <w:spacing w:after="60"/>
        <w:rPr/>
      </w:pPr>
      <w:r w:rsidR="25A181EA">
        <w:rPr/>
        <w:t>Verplaatsing</w:t>
      </w:r>
      <w:r w:rsidR="25A181EA">
        <w:rPr/>
        <w:t xml:space="preserve"> mast P12 (33m) </w:t>
      </w:r>
      <w:r w:rsidR="25A181EA">
        <w:rPr/>
        <w:t>en</w:t>
      </w:r>
      <w:r w:rsidR="25A181EA">
        <w:rPr/>
        <w:t xml:space="preserve"> P27 (~200m) — </w:t>
      </w:r>
      <w:r w:rsidR="25A181EA">
        <w:rPr/>
        <w:t>Onroerend</w:t>
      </w:r>
      <w:r w:rsidR="25A181EA">
        <w:rPr/>
        <w:t xml:space="preserve"> </w:t>
      </w:r>
      <w:r w:rsidR="25A181EA">
        <w:rPr/>
        <w:t>Erfgoed</w:t>
      </w:r>
    </w:p>
    <w:p w:rsidR="009D758D" w:rsidP="25A181EA" w:rsidRDefault="25A181EA" w14:paraId="046C4DB6" w14:textId="77777777">
      <w:pPr>
        <w:pStyle w:val="ListNumber"/>
        <w:spacing w:after="60"/>
        <w:rPr/>
      </w:pPr>
      <w:r w:rsidR="25A181EA">
        <w:rPr/>
        <w:t>Aanpassing</w:t>
      </w:r>
      <w:r w:rsidR="25A181EA">
        <w:rPr/>
        <w:t xml:space="preserve"> MER </w:t>
      </w:r>
      <w:r w:rsidR="25A181EA">
        <w:rPr/>
        <w:t>aan</w:t>
      </w:r>
      <w:r w:rsidR="25A181EA">
        <w:rPr/>
        <w:t xml:space="preserve"> OE-</w:t>
      </w:r>
      <w:r w:rsidR="25A181EA">
        <w:rPr/>
        <w:t>advies</w:t>
      </w:r>
      <w:r w:rsidR="25A181EA">
        <w:rPr/>
        <w:t xml:space="preserve"> — </w:t>
      </w:r>
      <w:r w:rsidR="25A181EA">
        <w:rPr/>
        <w:t>Onroerend</w:t>
      </w:r>
      <w:r w:rsidR="25A181EA">
        <w:rPr/>
        <w:t xml:space="preserve"> </w:t>
      </w:r>
      <w:r w:rsidR="25A181EA">
        <w:rPr/>
        <w:t>Erfgoed</w:t>
      </w:r>
    </w:p>
    <w:p w:rsidR="009D758D" w:rsidP="25A181EA" w:rsidRDefault="25A181EA" w14:paraId="069BE38F" w14:textId="77777777">
      <w:pPr>
        <w:pStyle w:val="ListNumber"/>
        <w:spacing w:after="60"/>
        <w:rPr/>
      </w:pPr>
      <w:r w:rsidR="25A181EA">
        <w:rPr/>
        <w:t>Domeinvergunningen</w:t>
      </w:r>
      <w:r w:rsidR="25A181EA">
        <w:rPr/>
        <w:t xml:space="preserve"> </w:t>
      </w:r>
      <w:r w:rsidR="25A181EA">
        <w:rPr/>
        <w:t>openbaar</w:t>
      </w:r>
      <w:r w:rsidR="25A181EA">
        <w:rPr/>
        <w:t xml:space="preserve"> </w:t>
      </w:r>
      <w:r w:rsidR="25A181EA">
        <w:rPr/>
        <w:t>domein</w:t>
      </w:r>
      <w:r w:rsidR="25A181EA">
        <w:rPr/>
        <w:t xml:space="preserve"> — AWV</w:t>
      </w:r>
    </w:p>
    <w:p w:rsidR="009D758D" w:rsidP="25A181EA" w:rsidRDefault="25A181EA" w14:paraId="0D51C0FF" w14:textId="77777777">
      <w:pPr>
        <w:pStyle w:val="ListNumber"/>
        <w:spacing w:after="60"/>
        <w:rPr/>
      </w:pPr>
      <w:r w:rsidR="25A181EA">
        <w:rPr/>
        <w:t>Overeenkomst</w:t>
      </w:r>
      <w:r w:rsidR="25A181EA">
        <w:rPr/>
        <w:t xml:space="preserve"> P26N </w:t>
      </w:r>
      <w:r w:rsidR="25A181EA">
        <w:rPr/>
        <w:t>privaat</w:t>
      </w:r>
      <w:r w:rsidR="25A181EA">
        <w:rPr/>
        <w:t xml:space="preserve"> </w:t>
      </w:r>
      <w:r w:rsidR="25A181EA">
        <w:rPr/>
        <w:t>domein</w:t>
      </w:r>
      <w:r w:rsidR="25A181EA">
        <w:rPr/>
        <w:t xml:space="preserve"> — AWV</w:t>
      </w:r>
    </w:p>
    <w:p w:rsidR="009D758D" w:rsidP="25A181EA" w:rsidRDefault="25A181EA" w14:paraId="526F2631" w14:textId="77777777">
      <w:pPr>
        <w:pStyle w:val="ListNumber"/>
        <w:spacing w:after="60"/>
        <w:rPr/>
      </w:pPr>
      <w:r w:rsidR="25A181EA">
        <w:rPr/>
        <w:t>Inbuizing</w:t>
      </w:r>
      <w:r w:rsidR="25A181EA">
        <w:rPr/>
        <w:t xml:space="preserve"> Mandel: 9 </w:t>
      </w:r>
      <w:r w:rsidR="25A181EA">
        <w:rPr/>
        <w:t>buizen</w:t>
      </w:r>
      <w:r w:rsidR="25A181EA">
        <w:rPr/>
        <w:t xml:space="preserve"> </w:t>
      </w:r>
      <w:r w:rsidR="25A181EA">
        <w:rPr/>
        <w:t>i.p.v</w:t>
      </w:r>
      <w:r w:rsidR="25A181EA">
        <w:rPr/>
        <w:t>. 1 — VMM</w:t>
      </w:r>
    </w:p>
    <w:p w:rsidR="009D758D" w:rsidP="25A181EA" w:rsidRDefault="25A181EA" w14:paraId="51F5F1F0" w14:textId="77777777">
      <w:pPr>
        <w:pStyle w:val="ListNumber"/>
        <w:spacing w:after="60"/>
        <w:rPr/>
      </w:pPr>
      <w:r w:rsidR="25A181EA">
        <w:rPr/>
        <w:t>Aparte</w:t>
      </w:r>
      <w:r w:rsidR="25A181EA">
        <w:rPr/>
        <w:t xml:space="preserve"> </w:t>
      </w:r>
      <w:r w:rsidR="25A181EA">
        <w:rPr/>
        <w:t>machtiging</w:t>
      </w:r>
      <w:r w:rsidR="25A181EA">
        <w:rPr/>
        <w:t xml:space="preserve"> </w:t>
      </w:r>
      <w:r w:rsidR="25A181EA">
        <w:rPr/>
        <w:t>waterloopdomein</w:t>
      </w:r>
      <w:r w:rsidR="25A181EA">
        <w:rPr/>
        <w:t xml:space="preserve"> — VMM</w:t>
      </w:r>
    </w:p>
    <w:p w:rsidR="009D758D" w:rsidP="25A181EA" w:rsidRDefault="25A181EA" w14:paraId="7EE894FA" w14:textId="77777777">
      <w:pPr>
        <w:pStyle w:val="ListNumber"/>
        <w:spacing w:after="60"/>
        <w:rPr/>
      </w:pPr>
      <w:r w:rsidR="25A181EA">
        <w:rPr/>
        <w:t>Deeladvies</w:t>
      </w:r>
      <w:r w:rsidR="25A181EA">
        <w:rPr/>
        <w:t xml:space="preserve"> </w:t>
      </w:r>
      <w:r w:rsidR="25A181EA">
        <w:rPr/>
        <w:t>Waterbronnen</w:t>
      </w:r>
      <w:r w:rsidR="25A181EA">
        <w:rPr/>
        <w:t xml:space="preserve"> — De </w:t>
      </w:r>
      <w:r w:rsidR="25A181EA">
        <w:rPr/>
        <w:t>Watergroep</w:t>
      </w:r>
    </w:p>
    <w:p w:rsidR="009D758D" w:rsidP="25A181EA" w:rsidRDefault="25A181EA" w14:paraId="61A17BCD" w14:textId="77777777">
      <w:pPr>
        <w:pStyle w:val="ListNumber"/>
        <w:spacing w:after="60"/>
        <w:rPr/>
      </w:pPr>
      <w:r w:rsidR="25A181EA">
        <w:rPr/>
        <w:t xml:space="preserve">Nota </w:t>
      </w:r>
      <w:r w:rsidR="25A181EA">
        <w:rPr/>
        <w:t>kathodische</w:t>
      </w:r>
      <w:r w:rsidR="25A181EA">
        <w:rPr/>
        <w:t xml:space="preserve"> </w:t>
      </w:r>
      <w:r w:rsidR="25A181EA">
        <w:rPr/>
        <w:t>bescherming</w:t>
      </w:r>
      <w:r w:rsidR="25A181EA">
        <w:rPr/>
        <w:t xml:space="preserve"> — </w:t>
      </w:r>
      <w:r w:rsidR="25A181EA">
        <w:rPr/>
        <w:t>Fluxys</w:t>
      </w:r>
    </w:p>
    <w:p w:rsidR="009D758D" w:rsidP="25A181EA" w:rsidRDefault="25A181EA" w14:paraId="1ED8CF74" w14:textId="77777777">
      <w:pPr>
        <w:pStyle w:val="ListNumber"/>
        <w:spacing w:after="60"/>
        <w:rPr/>
      </w:pPr>
      <w:r w:rsidR="25A181EA">
        <w:rPr/>
        <w:t>Goedkeuring</w:t>
      </w:r>
      <w:r w:rsidR="25A181EA">
        <w:rPr/>
        <w:t xml:space="preserve"> </w:t>
      </w:r>
      <w:r w:rsidR="25A181EA">
        <w:rPr/>
        <w:t>uitvoeringsplannen</w:t>
      </w:r>
      <w:r w:rsidR="25A181EA">
        <w:rPr/>
        <w:t xml:space="preserve"> P23 — </w:t>
      </w:r>
      <w:r w:rsidR="25A181EA">
        <w:rPr/>
        <w:t>Fluxys</w:t>
      </w:r>
    </w:p>
    <w:p w:rsidR="009D758D" w:rsidP="6C968D7A" w:rsidRDefault="009D758D" w14:paraId="53128261" w14:textId="77777777">
      <w:pPr>
        <w:pBdr>
          <w:bottom w:val="single" w:color="CCCCCC" w:sz="6" w:space="1"/>
        </w:pBdr>
        <w:spacing w:before="240" w:after="240"/>
      </w:pPr>
    </w:p>
    <w:p w:rsidR="009D758D" w:rsidRDefault="005F6A5B" w14:paraId="1621422D" w14:textId="77777777">
      <w:pPr>
        <w:pStyle w:val="Heading2"/>
      </w:pPr>
      <w:r w:rsidR="005F6A5B">
        <w:rPr/>
        <w:t>7. CONCLUSIE EN GEVRAAGD BESLUIT</w:t>
      </w:r>
    </w:p>
    <w:p w:rsidR="009D758D" w:rsidRDefault="005F6A5B" w14:paraId="07991921" w14:textId="77777777">
      <w:pPr>
        <w:pStyle w:val="Heading3"/>
      </w:pPr>
      <w:r w:rsidR="005F6A5B">
        <w:rPr/>
        <w:t xml:space="preserve">7.1 </w:t>
      </w:r>
      <w:r w:rsidR="005F6A5B">
        <w:rPr/>
        <w:t>Samenvatting</w:t>
      </w:r>
    </w:p>
    <w:p w:rsidR="009D758D" w:rsidRDefault="005F6A5B" w14:paraId="116B7883" w14:textId="77777777">
      <w:r w:rsidR="005F6A5B">
        <w:rPr/>
        <w:t xml:space="preserve">Het project-MER </w:t>
      </w:r>
      <w:r w:rsidR="005F6A5B">
        <w:rPr/>
        <w:t>Ventilus</w:t>
      </w:r>
      <w:r w:rsidR="005F6A5B">
        <w:rPr/>
        <w:t xml:space="preserve"> v4 </w:t>
      </w:r>
      <w:r w:rsidR="005F6A5B">
        <w:rPr/>
        <w:t>vertoont</w:t>
      </w:r>
      <w:r w:rsidR="005F6A5B">
        <w:rPr/>
        <w:t>:</w:t>
      </w:r>
    </w:p>
    <w:p w:rsidR="009D758D" w:rsidRDefault="25A181EA" w14:paraId="2FC1C7E4" w14:textId="24507AA8">
      <w:pPr>
        <w:pStyle w:val="ListBullet"/>
        <w:spacing w:after="60"/>
        <w:ind w:left="720"/>
        <w:rPr/>
      </w:pP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fatale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formele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gebreken</w:t>
      </w:r>
      <w:r w:rsidR="25A181EA">
        <w:rPr/>
        <w:t xml:space="preserve"> (Track Changes, </w:t>
      </w:r>
      <w:r w:rsidR="25A181EA">
        <w:rPr/>
        <w:t>verwijderde</w:t>
      </w:r>
      <w:r w:rsidR="25A181EA">
        <w:rPr/>
        <w:t xml:space="preserve"> </w:t>
      </w:r>
      <w:r w:rsidR="25A181EA">
        <w:rPr/>
        <w:t>conclusies</w:t>
      </w:r>
      <w:r w:rsidR="25A181EA">
        <w:rPr/>
        <w:t xml:space="preserve">, </w:t>
      </w:r>
      <w:r w:rsidR="25A181EA">
        <w:rPr/>
        <w:t>kapotte</w:t>
      </w:r>
      <w:r w:rsidR="25A181EA">
        <w:rPr/>
        <w:t xml:space="preserve"> </w:t>
      </w:r>
      <w:r w:rsidR="25A181EA">
        <w:rPr/>
        <w:t>verwijzingen</w:t>
      </w:r>
      <w:r w:rsidR="25A181EA">
        <w:rPr/>
        <w:t xml:space="preserve">,  </w:t>
      </w:r>
      <w:r w:rsidR="25A181EA">
        <w:rPr/>
        <w:t>versterkt</w:t>
      </w:r>
      <w:r w:rsidR="25A181EA">
        <w:rPr/>
        <w:t xml:space="preserve"> door </w:t>
      </w:r>
      <w:r w:rsidR="25A181EA">
        <w:rPr/>
        <w:t>belangenconflict</w:t>
      </w:r>
      <w:r w:rsidR="25A181EA">
        <w:rPr/>
        <w:t xml:space="preserve"> </w:t>
      </w:r>
      <w:r w:rsidR="25A181EA">
        <w:rPr/>
        <w:t>Antea</w:t>
      </w:r>
      <w:r w:rsidR="25A181EA">
        <w:rPr/>
        <w:t xml:space="preserve"> Group </w:t>
      </w:r>
      <w:r w:rsidR="25A181EA">
        <w:rPr/>
        <w:t>als</w:t>
      </w:r>
      <w:r w:rsidR="25A181EA">
        <w:rPr/>
        <w:t xml:space="preserve"> MER-</w:t>
      </w:r>
      <w:r w:rsidR="25A181EA">
        <w:rPr/>
        <w:t>coördinator</w:t>
      </w:r>
      <w:r w:rsidR="25A181EA">
        <w:rPr/>
        <w:t xml:space="preserve"> </w:t>
      </w:r>
      <w:r w:rsidR="25A181EA">
        <w:rPr/>
        <w:t>en</w:t>
      </w:r>
      <w:r w:rsidR="25A181EA">
        <w:rPr/>
        <w:t xml:space="preserve"> </w:t>
      </w:r>
      <w:r w:rsidR="25A181EA">
        <w:rPr/>
        <w:t>windturbine-ontwikkelaar</w:t>
      </w:r>
      <w:r w:rsidR="25A181EA">
        <w:rPr/>
        <w:t xml:space="preserve"> in </w:t>
      </w:r>
      <w:r w:rsidR="25A181EA">
        <w:rPr/>
        <w:t>plangebied</w:t>
      </w:r>
      <w:r w:rsidR="25A181EA">
        <w:rPr/>
        <w:t>)</w:t>
      </w:r>
    </w:p>
    <w:p w:rsidR="009D758D" w:rsidRDefault="005F6A5B" w14:paraId="6ED83596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 xml:space="preserve">13 </w:t>
      </w:r>
      <w:r w:rsidRPr="6C968D7A" w:rsidR="005F6A5B">
        <w:rPr>
          <w:b w:val="1"/>
          <w:bCs w:val="1"/>
        </w:rPr>
        <w:t>kritieke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procedurele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gebreken</w:t>
      </w:r>
      <w:r w:rsidR="005F6A5B">
        <w:rPr/>
        <w:t xml:space="preserve"> (</w:t>
      </w:r>
      <w:r w:rsidR="005F6A5B">
        <w:rPr/>
        <w:t>geen</w:t>
      </w:r>
      <w:r w:rsidR="005F6A5B">
        <w:rPr/>
        <w:t xml:space="preserve"> </w:t>
      </w:r>
      <w:r w:rsidR="005F6A5B">
        <w:rPr/>
        <w:t>alternatieven-onderzoek</w:t>
      </w:r>
      <w:r w:rsidR="005F6A5B">
        <w:rPr/>
        <w:t xml:space="preserve"> </w:t>
      </w:r>
      <w:r w:rsidR="005F6A5B">
        <w:rPr/>
        <w:t>ondanks</w:t>
      </w:r>
      <w:r w:rsidR="005F6A5B">
        <w:rPr/>
        <w:t xml:space="preserve"> </w:t>
      </w:r>
      <w:r w:rsidR="005F6A5B">
        <w:rPr/>
        <w:t>bewezen</w:t>
      </w:r>
      <w:r w:rsidR="005F6A5B">
        <w:rPr/>
        <w:t xml:space="preserve"> HVDC-</w:t>
      </w:r>
      <w:r w:rsidR="005F6A5B">
        <w:rPr/>
        <w:t>technologie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niet-onafhankelijk</w:t>
      </w:r>
      <w:r w:rsidR="005F6A5B">
        <w:rPr/>
        <w:t xml:space="preserve"> rapport </w:t>
      </w:r>
      <w:r w:rsidR="005F6A5B">
        <w:rPr/>
        <w:t>Westermann</w:t>
      </w:r>
      <w:r w:rsidR="005F6A5B">
        <w:rPr/>
        <w:t xml:space="preserve">, </w:t>
      </w:r>
      <w:r w:rsidR="005F6A5B">
        <w:rPr/>
        <w:t>saucissonnering</w:t>
      </w:r>
      <w:r w:rsidR="005F6A5B">
        <w:rPr/>
        <w:t xml:space="preserve"> in </w:t>
      </w:r>
      <w:r w:rsidR="005F6A5B">
        <w:rPr/>
        <w:t>strijd</w:t>
      </w:r>
      <w:r w:rsidR="005F6A5B">
        <w:rPr/>
        <w:t xml:space="preserve"> met art. 7 </w:t>
      </w:r>
      <w:r w:rsidR="005F6A5B">
        <w:rPr/>
        <w:t>Omgevingsvergunningsdecreet</w:t>
      </w:r>
      <w:r w:rsidR="005F6A5B">
        <w:rPr/>
        <w:t xml:space="preserve"> </w:t>
      </w:r>
      <w:r w:rsidR="005F6A5B">
        <w:rPr/>
        <w:t>bevestigd</w:t>
      </w:r>
      <w:r w:rsidR="005F6A5B">
        <w:rPr/>
        <w:t xml:space="preserve"> door </w:t>
      </w:r>
      <w:r w:rsidR="005F6A5B">
        <w:rPr/>
        <w:t>RvVb</w:t>
      </w:r>
      <w:r w:rsidR="005F6A5B">
        <w:rPr/>
        <w:t>-arresten</w:t>
      </w:r>
      <w:r w:rsidR="005F6A5B">
        <w:rPr/>
        <w:t xml:space="preserve"> </w:t>
      </w:r>
      <w:r w:rsidR="005F6A5B">
        <w:rPr/>
        <w:t>juni</w:t>
      </w:r>
      <w:r w:rsidR="005F6A5B">
        <w:rPr/>
        <w:t xml:space="preserve"> 2025, Aarhus </w:t>
      </w:r>
      <w:r w:rsidR="005F6A5B">
        <w:rPr/>
        <w:t>geschonden</w:t>
      </w:r>
      <w:r w:rsidR="005F6A5B">
        <w:rPr/>
        <w:t xml:space="preserve"> </w:t>
      </w:r>
      <w:r w:rsidR="005F6A5B">
        <w:rPr/>
        <w:t>inclusief</w:t>
      </w:r>
      <w:r w:rsidR="005F6A5B">
        <w:rPr/>
        <w:t xml:space="preserve"> </w:t>
      </w:r>
      <w:r w:rsidR="005F6A5B">
        <w:rPr/>
        <w:t>desinformatie</w:t>
      </w:r>
      <w:r w:rsidR="005F6A5B">
        <w:rPr/>
        <w:t xml:space="preserve"> op </w:t>
      </w:r>
      <w:r w:rsidR="005F6A5B">
        <w:rPr/>
        <w:t>infomarkten</w:t>
      </w:r>
      <w:r w:rsidR="005F6A5B">
        <w:rPr/>
        <w:t xml:space="preserve">, GRUP </w:t>
      </w:r>
      <w:r w:rsidR="005F6A5B">
        <w:rPr/>
        <w:t>aangevochten</w:t>
      </w:r>
      <w:r w:rsidR="005F6A5B">
        <w:rPr/>
        <w:t xml:space="preserve">, </w:t>
      </w:r>
      <w:r w:rsidR="005F6A5B">
        <w:rPr/>
        <w:t>weggevallen</w:t>
      </w:r>
      <w:r w:rsidR="005F6A5B">
        <w:rPr/>
        <w:t xml:space="preserve"> </w:t>
      </w:r>
      <w:r w:rsidR="005F6A5B">
        <w:rPr/>
        <w:t>urgentie</w:t>
      </w:r>
      <w:r w:rsidR="005F6A5B">
        <w:rPr/>
        <w:t xml:space="preserve"> door </w:t>
      </w:r>
      <w:r w:rsidR="005F6A5B">
        <w:rPr/>
        <w:t>schrapping</w:t>
      </w:r>
      <w:r w:rsidR="005F6A5B">
        <w:rPr/>
        <w:t xml:space="preserve"> </w:t>
      </w:r>
      <w:r w:rsidR="005F6A5B">
        <w:rPr/>
        <w:t>interconnectorprojecten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greenwashing van </w:t>
      </w:r>
      <w:r w:rsidR="005F6A5B">
        <w:rPr/>
        <w:t>werkelijke</w:t>
      </w:r>
      <w:r w:rsidR="005F6A5B">
        <w:rPr/>
        <w:t xml:space="preserve"> </w:t>
      </w:r>
      <w:r w:rsidR="005F6A5B">
        <w:rPr/>
        <w:t>commerciële</w:t>
      </w:r>
      <w:r w:rsidR="005F6A5B">
        <w:rPr/>
        <w:t xml:space="preserve"> </w:t>
      </w:r>
      <w:r w:rsidR="005F6A5B">
        <w:rPr/>
        <w:t>drijfveer</w:t>
      </w:r>
      <w:r w:rsidR="005F6A5B">
        <w:rPr/>
        <w:t xml:space="preserve">, </w:t>
      </w:r>
      <w:r w:rsidR="005F6A5B">
        <w:rPr/>
        <w:t>ongeoorloofde</w:t>
      </w:r>
      <w:r w:rsidR="005F6A5B">
        <w:rPr/>
        <w:t xml:space="preserve"> </w:t>
      </w:r>
      <w:r w:rsidR="005F6A5B">
        <w:rPr/>
        <w:t>afwijkingen</w:t>
      </w:r>
      <w:r w:rsidR="005F6A5B">
        <w:rPr/>
        <w:t xml:space="preserve"> </w:t>
      </w:r>
      <w:r w:rsidR="005F6A5B">
        <w:rPr/>
        <w:t>stedenbouwkundige</w:t>
      </w:r>
      <w:r w:rsidR="005F6A5B">
        <w:rPr/>
        <w:t xml:space="preserve"> </w:t>
      </w:r>
      <w:r w:rsidR="005F6A5B">
        <w:rPr/>
        <w:t>voorschriften</w:t>
      </w:r>
      <w:r w:rsidR="005F6A5B">
        <w:rPr/>
        <w:t xml:space="preserve"> in </w:t>
      </w:r>
      <w:r w:rsidR="005F6A5B">
        <w:rPr/>
        <w:t>strijd</w:t>
      </w:r>
      <w:r w:rsidR="005F6A5B">
        <w:rPr/>
        <w:t xml:space="preserve"> met </w:t>
      </w:r>
      <w:r w:rsidR="005F6A5B">
        <w:rPr/>
        <w:t>drietrapsformule</w:t>
      </w:r>
      <w:r w:rsidR="005F6A5B">
        <w:rPr/>
        <w:t xml:space="preserve"> art. 3 </w:t>
      </w:r>
      <w:r w:rsidR="005F6A5B">
        <w:rPr/>
        <w:t>Besluit</w:t>
      </w:r>
      <w:r w:rsidR="005F6A5B">
        <w:rPr/>
        <w:t xml:space="preserve"> </w:t>
      </w:r>
      <w:r w:rsidR="005F6A5B">
        <w:rPr/>
        <w:t>Handelingen</w:t>
      </w:r>
      <w:r w:rsidR="005F6A5B">
        <w:rPr/>
        <w:t xml:space="preserve"> </w:t>
      </w:r>
      <w:r w:rsidR="005F6A5B">
        <w:rPr/>
        <w:t>Algemeen</w:t>
      </w:r>
      <w:r w:rsidR="005F6A5B">
        <w:rPr/>
        <w:t xml:space="preserve"> </w:t>
      </w:r>
      <w:r w:rsidR="005F6A5B">
        <w:rPr/>
        <w:t>Belang</w:t>
      </w:r>
      <w:r w:rsidR="005F6A5B">
        <w:rPr/>
        <w:t xml:space="preserve">, </w:t>
      </w:r>
      <w:r w:rsidR="005F6A5B">
        <w:rPr/>
        <w:t>onrechtmatig</w:t>
      </w:r>
      <w:r w:rsidR="005F6A5B">
        <w:rPr/>
        <w:t xml:space="preserve"> </w:t>
      </w:r>
      <w:r w:rsidR="005F6A5B">
        <w:rPr/>
        <w:t>gebruik</w:t>
      </w:r>
      <w:r w:rsidR="005F6A5B">
        <w:rPr/>
        <w:t xml:space="preserve"> </w:t>
      </w:r>
      <w:r w:rsidR="005F6A5B">
        <w:rPr/>
        <w:t>afwijkingsmogelijkheid</w:t>
      </w:r>
      <w:r w:rsidR="005F6A5B">
        <w:rPr/>
        <w:t xml:space="preserve"> </w:t>
      </w:r>
      <w:r w:rsidR="005F6A5B">
        <w:rPr/>
        <w:t>bouwvrije</w:t>
      </w:r>
      <w:r w:rsidR="005F6A5B">
        <w:rPr/>
        <w:t xml:space="preserve"> strook E403 </w:t>
      </w:r>
      <w:r w:rsidR="005F6A5B">
        <w:rPr/>
        <w:t>voor</w:t>
      </w:r>
      <w:r w:rsidR="005F6A5B">
        <w:rPr/>
        <w:t xml:space="preserve"> 31 </w:t>
      </w:r>
      <w:r w:rsidR="005F6A5B">
        <w:rPr/>
        <w:t>masten</w:t>
      </w:r>
      <w:r w:rsidR="005F6A5B">
        <w:rPr/>
        <w:t xml:space="preserve">, </w:t>
      </w:r>
      <w:r w:rsidR="005F6A5B">
        <w:rPr/>
        <w:t>discriminatoire</w:t>
      </w:r>
      <w:r w:rsidR="005F6A5B">
        <w:rPr/>
        <w:t xml:space="preserve"> </w:t>
      </w:r>
      <w:r w:rsidR="005F6A5B">
        <w:rPr/>
        <w:t>toepassing</w:t>
      </w:r>
      <w:r w:rsidR="005F6A5B">
        <w:rPr/>
        <w:t xml:space="preserve"> </w:t>
      </w:r>
      <w:r w:rsidR="005F6A5B">
        <w:rPr/>
        <w:t>milderende</w:t>
      </w:r>
      <w:r w:rsidR="005F6A5B">
        <w:rPr/>
        <w:t xml:space="preserve"> </w:t>
      </w:r>
      <w:r w:rsidR="005F6A5B">
        <w:rPr/>
        <w:t>maatregelen</w:t>
      </w:r>
      <w:r w:rsidR="005F6A5B">
        <w:rPr/>
        <w:t xml:space="preserve"> in </w:t>
      </w:r>
      <w:r w:rsidR="005F6A5B">
        <w:rPr/>
        <w:t>strijd</w:t>
      </w:r>
      <w:r w:rsidR="005F6A5B">
        <w:rPr/>
        <w:t xml:space="preserve"> met art. 10-11 </w:t>
      </w:r>
      <w:r w:rsidR="005F6A5B">
        <w:rPr/>
        <w:t>Grondwet</w:t>
      </w:r>
      <w:r w:rsidR="005F6A5B">
        <w:rPr/>
        <w:t xml:space="preserve">, </w:t>
      </w:r>
      <w:r w:rsidR="005F6A5B">
        <w:rPr/>
        <w:t>ontoegankelijkheid</w:t>
      </w:r>
      <w:r w:rsidR="005F6A5B">
        <w:rPr/>
        <w:t xml:space="preserve"> dossier in </w:t>
      </w:r>
      <w:r w:rsidR="005F6A5B">
        <w:rPr/>
        <w:t>strijd</w:t>
      </w:r>
      <w:r w:rsidR="005F6A5B">
        <w:rPr/>
        <w:t xml:space="preserve"> met </w:t>
      </w:r>
      <w:r w:rsidR="005F6A5B">
        <w:rPr/>
        <w:t>Verdrag</w:t>
      </w:r>
      <w:r w:rsidR="005F6A5B">
        <w:rPr/>
        <w:t xml:space="preserve"> van Aarhus, </w:t>
      </w:r>
      <w:r w:rsidR="005F6A5B">
        <w:rPr/>
        <w:t>vals</w:t>
      </w:r>
      <w:r w:rsidR="005F6A5B">
        <w:rPr/>
        <w:t xml:space="preserve"> </w:t>
      </w:r>
      <w:r w:rsidR="005F6A5B">
        <w:rPr/>
        <w:t>urgentieargument</w:t>
      </w:r>
      <w:r w:rsidR="005F6A5B">
        <w:rPr/>
        <w:t xml:space="preserve"> </w:t>
      </w:r>
      <w:r w:rsidR="005F6A5B">
        <w:rPr/>
        <w:t>weerlegd</w:t>
      </w:r>
      <w:r w:rsidR="005F6A5B">
        <w:rPr/>
        <w:t xml:space="preserve"> door </w:t>
      </w:r>
      <w:r w:rsidR="005F6A5B">
        <w:rPr/>
        <w:t>werkelijke</w:t>
      </w:r>
      <w:r w:rsidR="005F6A5B">
        <w:rPr/>
        <w:t xml:space="preserve"> </w:t>
      </w:r>
      <w:r w:rsidR="005F6A5B">
        <w:rPr/>
        <w:t>netbelasting</w:t>
      </w:r>
      <w:r w:rsidR="005F6A5B">
        <w:rPr/>
        <w:t xml:space="preserve"> van </w:t>
      </w:r>
      <w:r w:rsidR="005F6A5B">
        <w:rPr/>
        <w:t>slechts</w:t>
      </w:r>
      <w:r w:rsidR="005F6A5B">
        <w:rPr/>
        <w:t xml:space="preserve"> 9-12,6%, </w:t>
      </w:r>
      <w:r w:rsidR="005F6A5B">
        <w:rPr/>
        <w:t>schending</w:t>
      </w:r>
      <w:r w:rsidR="005F6A5B">
        <w:rPr/>
        <w:t xml:space="preserve"> stand-</w:t>
      </w:r>
      <w:r w:rsidR="005F6A5B">
        <w:rPr/>
        <w:t>still</w:t>
      </w:r>
      <w:r w:rsidR="005F6A5B">
        <w:rPr/>
        <w:t xml:space="preserve"> </w:t>
      </w:r>
      <w:r w:rsidR="005F6A5B">
        <w:rPr/>
        <w:t>principe</w:t>
      </w:r>
      <w:r w:rsidR="005F6A5B">
        <w:rPr/>
        <w:t xml:space="preserve"> RSV </w:t>
      </w:r>
      <w:r w:rsidR="005F6A5B">
        <w:rPr/>
        <w:t>bij</w:t>
      </w:r>
      <w:r w:rsidR="005F6A5B">
        <w:rPr/>
        <w:t xml:space="preserve"> </w:t>
      </w:r>
      <w:r w:rsidR="005F6A5B">
        <w:rPr/>
        <w:t>toevoeging</w:t>
      </w:r>
      <w:r w:rsidR="005F6A5B">
        <w:rPr/>
        <w:t xml:space="preserve"> 82 km </w:t>
      </w:r>
      <w:r w:rsidR="005F6A5B">
        <w:rPr/>
        <w:t>bovengronds</w:t>
      </w:r>
      <w:r w:rsidR="005F6A5B">
        <w:rPr/>
        <w:t xml:space="preserve"> </w:t>
      </w:r>
      <w:r w:rsidR="005F6A5B">
        <w:rPr/>
        <w:t>tracé</w:t>
      </w:r>
      <w:r w:rsidR="005F6A5B">
        <w:rPr/>
        <w:t xml:space="preserve">, </w:t>
      </w:r>
      <w:r w:rsidR="005F6A5B">
        <w:rPr/>
        <w:t>doorschuifprobleem</w:t>
      </w:r>
      <w:r w:rsidR="005F6A5B">
        <w:rPr/>
        <w:t xml:space="preserve"> </w:t>
      </w:r>
      <w:r w:rsidR="005F6A5B">
        <w:rPr/>
        <w:t>inspectieputten</w:t>
      </w:r>
      <w:r w:rsidR="005F6A5B">
        <w:rPr/>
        <w:t xml:space="preserve"> </w:t>
      </w:r>
      <w:r w:rsidR="005F6A5B">
        <w:rPr/>
        <w:t>waardoor</w:t>
      </w:r>
      <w:r w:rsidR="005F6A5B">
        <w:rPr/>
        <w:t xml:space="preserve"> </w:t>
      </w:r>
      <w:r w:rsidR="005F6A5B">
        <w:rPr/>
        <w:t>alternatieven-onderzoek</w:t>
      </w:r>
      <w:r w:rsidR="005F6A5B">
        <w:rPr/>
        <w:t xml:space="preserve"> </w:t>
      </w:r>
      <w:r w:rsidR="005F6A5B">
        <w:rPr/>
        <w:t>structureel</w:t>
      </w:r>
      <w:r w:rsidR="005F6A5B">
        <w:rPr/>
        <w:t xml:space="preserve"> </w:t>
      </w:r>
      <w:r w:rsidR="005F6A5B">
        <w:rPr/>
        <w:t>ongeldig</w:t>
      </w:r>
      <w:r w:rsidR="005F6A5B">
        <w:rPr/>
        <w:t xml:space="preserve">, cascade-effect </w:t>
      </w:r>
      <w:r w:rsidR="005F6A5B">
        <w:rPr/>
        <w:t>windturbines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niet-beoordeeld</w:t>
      </w:r>
      <w:r w:rsidR="005F6A5B">
        <w:rPr/>
        <w:t xml:space="preserve"> </w:t>
      </w:r>
      <w:r w:rsidR="005F6A5B">
        <w:rPr/>
        <w:t>cumulatief</w:t>
      </w:r>
      <w:r w:rsidR="005F6A5B">
        <w:rPr/>
        <w:t xml:space="preserve"> effect)</w:t>
      </w:r>
    </w:p>
    <w:p w:rsidR="009D758D" w:rsidRDefault="005F6A5B" w14:paraId="03A3978B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 xml:space="preserve">4 </w:t>
      </w:r>
      <w:r w:rsidRPr="6C968D7A" w:rsidR="005F6A5B">
        <w:rPr>
          <w:b w:val="1"/>
          <w:bCs w:val="1"/>
        </w:rPr>
        <w:t>systematische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inhoudelijke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gebreken</w:t>
      </w:r>
      <w:r w:rsidR="005F6A5B">
        <w:rPr/>
        <w:t xml:space="preserve"> (EMF </w:t>
      </w:r>
      <w:r w:rsidR="005F6A5B">
        <w:rPr/>
        <w:t>zonder</w:t>
      </w:r>
      <w:r w:rsidR="005F6A5B">
        <w:rPr/>
        <w:t xml:space="preserve"> score, </w:t>
      </w:r>
      <w:r w:rsidR="005F6A5B">
        <w:rPr/>
        <w:t>maatregelen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bindend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structureel</w:t>
      </w:r>
      <w:r w:rsidR="005F6A5B">
        <w:rPr/>
        <w:t xml:space="preserve"> </w:t>
      </w:r>
      <w:r w:rsidR="005F6A5B">
        <w:rPr/>
        <w:t>vrijblijvend</w:t>
      </w:r>
      <w:r w:rsidR="005F6A5B">
        <w:rPr/>
        <w:t xml:space="preserve"> </w:t>
      </w:r>
      <w:r w:rsidR="005F6A5B">
        <w:rPr/>
        <w:t>geformuleerd</w:t>
      </w:r>
      <w:r w:rsidR="005F6A5B">
        <w:rPr/>
        <w:t xml:space="preserve">, </w:t>
      </w:r>
      <w:r w:rsidR="005F6A5B">
        <w:rPr/>
        <w:t>voorzorg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toegepast</w:t>
      </w:r>
      <w:r w:rsidR="005F6A5B">
        <w:rPr/>
        <w:t xml:space="preserve"> met </w:t>
      </w:r>
      <w:r w:rsidR="005F6A5B">
        <w:rPr/>
        <w:t>ethisch</w:t>
      </w:r>
      <w:r w:rsidR="005F6A5B">
        <w:rPr/>
        <w:t xml:space="preserve"> </w:t>
      </w:r>
      <w:r w:rsidR="005F6A5B">
        <w:rPr/>
        <w:t>onhoudbare</w:t>
      </w:r>
      <w:r w:rsidR="005F6A5B">
        <w:rPr/>
        <w:t xml:space="preserve"> KBA-</w:t>
      </w:r>
      <w:r w:rsidR="005F6A5B">
        <w:rPr/>
        <w:t>waardering</w:t>
      </w:r>
      <w:r w:rsidR="005F6A5B">
        <w:rPr/>
        <w:t xml:space="preserve"> van </w:t>
      </w:r>
      <w:r w:rsidR="005F6A5B">
        <w:rPr/>
        <w:t>kinderleukemie</w:t>
      </w:r>
      <w:r w:rsidR="005F6A5B">
        <w:rPr/>
        <w:t xml:space="preserve">, </w:t>
      </w:r>
      <w:r w:rsidR="005F6A5B">
        <w:rPr/>
        <w:t>artificiële</w:t>
      </w:r>
      <w:r w:rsidR="005F6A5B">
        <w:rPr/>
        <w:t xml:space="preserve"> </w:t>
      </w:r>
      <w:r w:rsidR="005F6A5B">
        <w:rPr/>
        <w:t>referentietoestand</w:t>
      </w:r>
      <w:r w:rsidR="005F6A5B">
        <w:rPr/>
        <w:t xml:space="preserve"> door 3e </w:t>
      </w:r>
      <w:r w:rsidR="005F6A5B">
        <w:rPr/>
        <w:t>transformator</w:t>
      </w:r>
      <w:r w:rsidR="005F6A5B">
        <w:rPr/>
        <w:t xml:space="preserve"> </w:t>
      </w:r>
      <w:r w:rsidR="005F6A5B">
        <w:rPr/>
        <w:t>Izegem</w:t>
      </w:r>
      <w:r w:rsidR="005F6A5B">
        <w:rPr/>
        <w:t>)</w:t>
      </w:r>
    </w:p>
    <w:p w:rsidR="009D758D" w:rsidRDefault="005F6A5B" w14:paraId="08419BE7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Structureel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weggevallen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projectrechtvaardiging</w:t>
      </w:r>
      <w:r w:rsidR="005F6A5B">
        <w:rPr/>
        <w:t xml:space="preserve"> (</w:t>
      </w:r>
      <w:r w:rsidR="005F6A5B">
        <w:rPr/>
        <w:t>Cronos</w:t>
      </w:r>
      <w:r w:rsidR="005F6A5B">
        <w:rPr/>
        <w:t xml:space="preserve"> </w:t>
      </w:r>
      <w:r w:rsidR="005F6A5B">
        <w:rPr/>
        <w:t>geschrapt</w:t>
      </w:r>
      <w:r w:rsidR="005F6A5B">
        <w:rPr/>
        <w:t xml:space="preserve">, </w:t>
      </w:r>
      <w:r w:rsidR="005F6A5B">
        <w:rPr/>
        <w:t>TritonLink</w:t>
      </w:r>
      <w:r w:rsidR="005F6A5B">
        <w:rPr/>
        <w:t xml:space="preserve"> </w:t>
      </w:r>
      <w:r w:rsidR="005F6A5B">
        <w:rPr/>
        <w:t>uitgestapt</w:t>
      </w:r>
      <w:r w:rsidR="005F6A5B">
        <w:rPr/>
        <w:t xml:space="preserve">, Nautilus </w:t>
      </w:r>
      <w:r w:rsidR="005F6A5B">
        <w:rPr/>
        <w:t>vertraagd</w:t>
      </w:r>
      <w:r w:rsidR="005F6A5B">
        <w:rPr/>
        <w:t>, PEI HVDC-</w:t>
      </w:r>
      <w:r w:rsidR="005F6A5B">
        <w:rPr/>
        <w:t>fase</w:t>
      </w:r>
      <w:r w:rsidR="005F6A5B">
        <w:rPr/>
        <w:t xml:space="preserve"> </w:t>
      </w:r>
      <w:r w:rsidR="005F6A5B">
        <w:rPr/>
        <w:t>geschrapt</w:t>
      </w:r>
      <w:r w:rsidR="005F6A5B">
        <w:rPr/>
        <w:t xml:space="preserve"> — </w:t>
      </w:r>
      <w:r w:rsidR="005F6A5B">
        <w:rPr/>
        <w:t>werkelijke</w:t>
      </w:r>
      <w:r w:rsidR="005F6A5B">
        <w:rPr/>
        <w:t xml:space="preserve"> </w:t>
      </w:r>
      <w:r w:rsidR="005F6A5B">
        <w:rPr/>
        <w:t>capaciteitsbehoefte</w:t>
      </w:r>
      <w:r w:rsidR="005F6A5B">
        <w:rPr/>
        <w:t xml:space="preserve"> </w:t>
      </w:r>
      <w:r w:rsidR="005F6A5B">
        <w:rPr/>
        <w:t>gehalveerd</w:t>
      </w:r>
      <w:r w:rsidR="005F6A5B">
        <w:rPr/>
        <w:t xml:space="preserve"> van ~4,8 GW </w:t>
      </w:r>
      <w:r w:rsidR="005F6A5B">
        <w:rPr/>
        <w:t>naar</w:t>
      </w:r>
      <w:r w:rsidR="005F6A5B">
        <w:rPr/>
        <w:t xml:space="preserve"> ~2,4 GW)</w:t>
      </w:r>
    </w:p>
    <w:p w:rsidR="009D758D" w:rsidRDefault="005F6A5B" w14:paraId="7E398549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Vals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urgentieargument</w:t>
      </w:r>
      <w:r w:rsidR="005F6A5B">
        <w:rPr/>
        <w:t xml:space="preserve"> (Elia </w:t>
      </w:r>
      <w:r w:rsidR="005F6A5B">
        <w:rPr/>
        <w:t>beweert</w:t>
      </w:r>
      <w:r w:rsidR="005F6A5B">
        <w:rPr/>
        <w:t xml:space="preserve"> via het FOP </w:t>
      </w:r>
      <w:r w:rsidR="005F6A5B">
        <w:rPr/>
        <w:t>dat</w:t>
      </w:r>
      <w:r w:rsidR="005F6A5B">
        <w:rPr/>
        <w:t xml:space="preserve"> het net "</w:t>
      </w:r>
      <w:r w:rsidR="005F6A5B">
        <w:rPr/>
        <w:t>reeds</w:t>
      </w:r>
      <w:r w:rsidR="005F6A5B">
        <w:rPr/>
        <w:t xml:space="preserve"> </w:t>
      </w:r>
      <w:r w:rsidR="005F6A5B">
        <w:rPr/>
        <w:t>hoog</w:t>
      </w:r>
      <w:r w:rsidR="005F6A5B">
        <w:rPr/>
        <w:t xml:space="preserve"> </w:t>
      </w:r>
      <w:r w:rsidR="005F6A5B">
        <w:rPr/>
        <w:t>belast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", </w:t>
      </w:r>
      <w:r w:rsidR="005F6A5B">
        <w:rPr/>
        <w:t>terwijl</w:t>
      </w:r>
      <w:r w:rsidR="005F6A5B">
        <w:rPr/>
        <w:t xml:space="preserve"> de door Minister </w:t>
      </w:r>
      <w:r w:rsidR="005F6A5B">
        <w:rPr/>
        <w:t>Brouns</w:t>
      </w:r>
      <w:r w:rsidR="005F6A5B">
        <w:rPr/>
        <w:t xml:space="preserve"> </w:t>
      </w:r>
      <w:r w:rsidR="005F6A5B">
        <w:rPr/>
        <w:t>bevestigde</w:t>
      </w:r>
      <w:r w:rsidR="005F6A5B">
        <w:rPr/>
        <w:t xml:space="preserve"> </w:t>
      </w:r>
      <w:r w:rsidR="005F6A5B">
        <w:rPr/>
        <w:t>werkelijke</w:t>
      </w:r>
      <w:r w:rsidR="005F6A5B">
        <w:rPr/>
        <w:t xml:space="preserve"> </w:t>
      </w:r>
      <w:r w:rsidR="005F6A5B">
        <w:rPr/>
        <w:t>netbelasting</w:t>
      </w:r>
      <w:r w:rsidR="005F6A5B">
        <w:rPr/>
        <w:t xml:space="preserve"> </w:t>
      </w:r>
      <w:r w:rsidR="005F6A5B">
        <w:rPr/>
        <w:t>slechts</w:t>
      </w:r>
      <w:r w:rsidR="005F6A5B">
        <w:rPr/>
        <w:t xml:space="preserve"> 9-12,6% </w:t>
      </w:r>
      <w:r w:rsidR="005F6A5B">
        <w:rPr/>
        <w:t>bedraagt</w:t>
      </w:r>
      <w:r w:rsidR="005F6A5B">
        <w:rPr/>
        <w:t xml:space="preserve"> — de eigen </w:t>
      </w:r>
      <w:r w:rsidR="005F6A5B">
        <w:rPr/>
        <w:t>cijfers</w:t>
      </w:r>
      <w:r w:rsidR="005F6A5B">
        <w:rPr/>
        <w:t xml:space="preserve"> van de </w:t>
      </w:r>
      <w:r w:rsidR="005F6A5B">
        <w:rPr/>
        <w:t>transmissienetbeheerder</w:t>
      </w:r>
      <w:r w:rsidR="005F6A5B">
        <w:rPr/>
        <w:t xml:space="preserve"> </w:t>
      </w:r>
      <w:r w:rsidR="005F6A5B">
        <w:rPr/>
        <w:t>weerleggen</w:t>
      </w:r>
      <w:r w:rsidR="005F6A5B">
        <w:rPr/>
        <w:t xml:space="preserve"> de </w:t>
      </w:r>
      <w:r w:rsidR="005F6A5B">
        <w:rPr/>
        <w:t>urgentie</w:t>
      </w:r>
      <w:r w:rsidR="005F6A5B">
        <w:rPr/>
        <w:t>)</w:t>
      </w:r>
    </w:p>
    <w:p w:rsidR="009D758D" w:rsidRDefault="005F6A5B" w14:paraId="74ECCB1F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 xml:space="preserve">Flagrante </w:t>
      </w:r>
      <w:r w:rsidRPr="6C968D7A" w:rsidR="005F6A5B">
        <w:rPr>
          <w:b w:val="1"/>
          <w:bCs w:val="1"/>
        </w:rPr>
        <w:t>contradictie</w:t>
      </w:r>
      <w:r w:rsidRPr="6C968D7A" w:rsidR="005F6A5B">
        <w:rPr>
          <w:b w:val="1"/>
          <w:bCs w:val="1"/>
        </w:rPr>
        <w:t xml:space="preserve"> van de </w:t>
      </w:r>
      <w:r w:rsidRPr="6C968D7A" w:rsidR="005F6A5B">
        <w:rPr>
          <w:b w:val="1"/>
          <w:bCs w:val="1"/>
        </w:rPr>
        <w:t>aanvrager</w:t>
      </w:r>
      <w:r w:rsidR="005F6A5B">
        <w:rPr/>
        <w:t xml:space="preserve"> (Elia </w:t>
      </w:r>
      <w:r w:rsidR="005F6A5B">
        <w:rPr/>
        <w:t>exploiteert</w:t>
      </w:r>
      <w:r w:rsidR="005F6A5B">
        <w:rPr/>
        <w:t xml:space="preserve"> </w:t>
      </w:r>
      <w:r w:rsidR="005F6A5B">
        <w:rPr/>
        <w:t>zelf</w:t>
      </w:r>
      <w:r w:rsidR="005F6A5B">
        <w:rPr/>
        <w:t xml:space="preserve"> 90 km </w:t>
      </w:r>
      <w:r w:rsidR="005F6A5B">
        <w:rPr/>
        <w:t>ondergronds</w:t>
      </w:r>
      <w:r w:rsidR="005F6A5B">
        <w:rPr/>
        <w:t xml:space="preserve"> HVDC via </w:t>
      </w:r>
      <w:r w:rsidR="005F6A5B">
        <w:rPr/>
        <w:t>ALEGrO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bouwt</w:t>
      </w:r>
      <w:r w:rsidR="005F6A5B">
        <w:rPr/>
        <w:t xml:space="preserve"> 543 km via </w:t>
      </w:r>
      <w:r w:rsidR="005F6A5B">
        <w:rPr/>
        <w:t>dochter</w:t>
      </w:r>
      <w:r w:rsidR="005F6A5B">
        <w:rPr/>
        <w:t xml:space="preserve"> 50Hertz, maar </w:t>
      </w:r>
      <w:r w:rsidR="005F6A5B">
        <w:rPr/>
        <w:t>betoogt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82 km </w:t>
      </w:r>
      <w:r w:rsidR="005F6A5B">
        <w:rPr/>
        <w:t>ondergronds</w:t>
      </w:r>
      <w:r w:rsidR="005F6A5B">
        <w:rPr/>
        <w:t xml:space="preserve"> HVDC </w:t>
      </w:r>
      <w:r w:rsidR="005F6A5B">
        <w:rPr/>
        <w:t>niet</w:t>
      </w:r>
      <w:r w:rsidR="005F6A5B">
        <w:rPr/>
        <w:t xml:space="preserve"> </w:t>
      </w:r>
      <w:r w:rsidR="005F6A5B">
        <w:rPr/>
        <w:t>haalbaar</w:t>
      </w:r>
      <w:r w:rsidR="005F6A5B">
        <w:rPr/>
        <w:t xml:space="preserve"> is </w:t>
      </w:r>
      <w:r w:rsidR="005F6A5B">
        <w:rPr/>
        <w:t>voor</w:t>
      </w:r>
      <w:r w:rsidR="005F6A5B">
        <w:rPr/>
        <w:t xml:space="preserve"> </w:t>
      </w:r>
      <w:r w:rsidR="005F6A5B">
        <w:rPr/>
        <w:t>Ventilus</w:t>
      </w:r>
      <w:r w:rsidR="005F6A5B">
        <w:rPr/>
        <w:t xml:space="preserve">; Elia </w:t>
      </w:r>
      <w:r w:rsidR="005F6A5B">
        <w:rPr/>
        <w:t>communiceert</w:t>
      </w:r>
      <w:r w:rsidR="005F6A5B">
        <w:rPr/>
        <w:t xml:space="preserve"> </w:t>
      </w:r>
      <w:r w:rsidR="005F6A5B">
        <w:rPr/>
        <w:t>afbraak</w:t>
      </w:r>
      <w:r w:rsidR="005F6A5B">
        <w:rPr/>
        <w:t xml:space="preserve"> van </w:t>
      </w:r>
      <w:r w:rsidR="005F6A5B">
        <w:rPr/>
        <w:t>bovengrondse</w:t>
      </w:r>
      <w:r w:rsidR="005F6A5B">
        <w:rPr/>
        <w:t xml:space="preserve"> </w:t>
      </w:r>
      <w:r w:rsidR="005F6A5B">
        <w:rPr/>
        <w:t>lijnen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positief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natuur</w:t>
      </w:r>
      <w:r w:rsidR="005F6A5B">
        <w:rPr/>
        <w:t xml:space="preserve"> </w:t>
      </w:r>
      <w:r w:rsidR="005F6A5B">
        <w:rPr/>
        <w:t>terwijl</w:t>
      </w:r>
      <w:r w:rsidR="005F6A5B">
        <w:rPr/>
        <w:t xml:space="preserve"> het de </w:t>
      </w:r>
      <w:r w:rsidR="005F6A5B">
        <w:rPr/>
        <w:t>nadelen</w:t>
      </w:r>
      <w:r w:rsidR="005F6A5B">
        <w:rPr/>
        <w:t xml:space="preserve"> van </w:t>
      </w:r>
      <w:r w:rsidR="005F6A5B">
        <w:rPr/>
        <w:t>nieuwbouw</w:t>
      </w:r>
      <w:r w:rsidR="005F6A5B">
        <w:rPr/>
        <w:t xml:space="preserve"> </w:t>
      </w:r>
      <w:r w:rsidR="005F6A5B">
        <w:rPr/>
        <w:t>bagatelliseert</w:t>
      </w:r>
      <w:r w:rsidR="005F6A5B">
        <w:rPr/>
        <w:t>)</w:t>
      </w:r>
    </w:p>
    <w:p w:rsidR="009D758D" w:rsidRDefault="005F6A5B" w14:paraId="1463DDA7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Voorafname</w:t>
      </w:r>
      <w:r w:rsidRPr="6C968D7A" w:rsidR="005F6A5B">
        <w:rPr>
          <w:b w:val="1"/>
          <w:bCs w:val="1"/>
        </w:rPr>
        <w:t xml:space="preserve"> van de </w:t>
      </w:r>
      <w:r w:rsidRPr="6C968D7A" w:rsidR="005F6A5B">
        <w:rPr>
          <w:b w:val="1"/>
          <w:bCs w:val="1"/>
        </w:rPr>
        <w:t>beslissing</w:t>
      </w:r>
      <w:r w:rsidRPr="6C968D7A" w:rsidR="005F6A5B">
        <w:rPr>
          <w:b w:val="1"/>
          <w:bCs w:val="1"/>
        </w:rPr>
        <w:t xml:space="preserve"> via </w:t>
      </w:r>
      <w:r w:rsidRPr="6C968D7A" w:rsidR="005F6A5B">
        <w:rPr>
          <w:b w:val="1"/>
          <w:bCs w:val="1"/>
        </w:rPr>
        <w:t>plandoelstellingen</w:t>
      </w:r>
      <w:r w:rsidR="005F6A5B">
        <w:rPr/>
        <w:t xml:space="preserve"> die HVDC op </w:t>
      </w:r>
      <w:r w:rsidR="005F6A5B">
        <w:rPr/>
        <w:t>voorhand</w:t>
      </w:r>
      <w:r w:rsidR="005F6A5B">
        <w:rPr/>
        <w:t xml:space="preserve"> </w:t>
      </w:r>
      <w:r w:rsidR="005F6A5B">
        <w:rPr/>
        <w:t>uitsluiten</w:t>
      </w:r>
      <w:r w:rsidR="005F6A5B">
        <w:rPr/>
        <w:t xml:space="preserve">, met </w:t>
      </w:r>
      <w:r w:rsidR="005F6A5B">
        <w:rPr/>
        <w:t>actieve</w:t>
      </w:r>
      <w:r w:rsidR="005F6A5B">
        <w:rPr/>
        <w:t xml:space="preserve"> </w:t>
      </w:r>
      <w:r w:rsidR="005F6A5B">
        <w:rPr/>
        <w:t>betrokkenheid</w:t>
      </w:r>
      <w:r w:rsidR="005F6A5B">
        <w:rPr/>
        <w:t xml:space="preserve"> van Elia </w:t>
      </w:r>
      <w:r w:rsidR="005F6A5B">
        <w:rPr/>
        <w:t>bij</w:t>
      </w:r>
      <w:r w:rsidR="005F6A5B">
        <w:rPr/>
        <w:t xml:space="preserve"> de </w:t>
      </w:r>
      <w:r w:rsidR="005F6A5B">
        <w:rPr/>
        <w:t>formulering</w:t>
      </w:r>
      <w:r w:rsidR="005F6A5B">
        <w:rPr/>
        <w:t xml:space="preserve"> </w:t>
      </w:r>
      <w:r w:rsidR="005F6A5B">
        <w:rPr/>
        <w:t>ervan</w:t>
      </w:r>
      <w:r w:rsidR="005F6A5B">
        <w:rPr/>
        <w:t xml:space="preserve"> — </w:t>
      </w:r>
      <w:r w:rsidR="005F6A5B">
        <w:rPr/>
        <w:t>bevestigd</w:t>
      </w:r>
      <w:r w:rsidR="005F6A5B">
        <w:rPr/>
        <w:t xml:space="preserve"> door de intendant </w:t>
      </w:r>
      <w:r w:rsidR="005F6A5B">
        <w:rPr/>
        <w:t>zelf</w:t>
      </w:r>
      <w:r w:rsidR="005F6A5B">
        <w:rPr/>
        <w:t xml:space="preserve"> (</w:t>
      </w:r>
      <w:r w:rsidR="005F6A5B">
        <w:rPr/>
        <w:t>Eindrapport</w:t>
      </w:r>
      <w:r w:rsidR="005F6A5B">
        <w:rPr/>
        <w:t xml:space="preserve"> p. 38-39)</w:t>
      </w:r>
    </w:p>
    <w:p w:rsidR="009D758D" w:rsidRDefault="005F6A5B" w14:paraId="011C21AD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Schijn-inspraak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en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misbruik</w:t>
      </w:r>
      <w:r w:rsidRPr="6C968D7A" w:rsidR="005F6A5B">
        <w:rPr>
          <w:b w:val="1"/>
          <w:bCs w:val="1"/>
        </w:rPr>
        <w:t xml:space="preserve"> van procedure</w:t>
      </w:r>
      <w:r w:rsidR="005F6A5B">
        <w:rPr/>
        <w:t xml:space="preserve"> </w:t>
      </w:r>
      <w:r w:rsidR="005F6A5B">
        <w:rPr/>
        <w:t>na</w:t>
      </w:r>
      <w:r w:rsidR="005F6A5B">
        <w:rPr/>
        <w:t xml:space="preserve"> 2.514 </w:t>
      </w:r>
      <w:r w:rsidR="005F6A5B">
        <w:rPr/>
        <w:t>bezwaren</w:t>
      </w:r>
      <w:r w:rsidR="005F6A5B">
        <w:rPr/>
        <w:t xml:space="preserve"> in het </w:t>
      </w:r>
      <w:r w:rsidR="005F6A5B">
        <w:rPr/>
        <w:t>eerste</w:t>
      </w:r>
      <w:r w:rsidR="005F6A5B">
        <w:rPr/>
        <w:t xml:space="preserve"> </w:t>
      </w:r>
      <w:r w:rsidR="005F6A5B">
        <w:rPr/>
        <w:t>openbaar</w:t>
      </w:r>
      <w:r w:rsidR="005F6A5B">
        <w:rPr/>
        <w:t xml:space="preserve"> </w:t>
      </w:r>
      <w:r w:rsidR="005F6A5B">
        <w:rPr/>
        <w:t>onderzoek</w:t>
      </w:r>
      <w:r w:rsidR="005F6A5B">
        <w:rPr/>
        <w:t xml:space="preserve">, </w:t>
      </w:r>
      <w:r w:rsidR="005F6A5B">
        <w:rPr/>
        <w:t>beantwoord</w:t>
      </w:r>
      <w:r w:rsidR="005F6A5B">
        <w:rPr/>
        <w:t xml:space="preserve"> met </w:t>
      </w:r>
      <w:r w:rsidR="005F6A5B">
        <w:rPr/>
        <w:t>uitsluitend</w:t>
      </w:r>
      <w:r w:rsidR="005F6A5B">
        <w:rPr/>
        <w:t xml:space="preserve"> </w:t>
      </w:r>
      <w:r w:rsidR="005F6A5B">
        <w:rPr/>
        <w:t>cosmetische</w:t>
      </w:r>
      <w:r w:rsidR="005F6A5B">
        <w:rPr/>
        <w:t xml:space="preserve"> </w:t>
      </w:r>
      <w:r w:rsidR="005F6A5B">
        <w:rPr/>
        <w:t>wijzigingen</w:t>
      </w:r>
      <w:r w:rsidR="005F6A5B">
        <w:rPr/>
        <w:t xml:space="preserve"> (</w:t>
      </w:r>
      <w:r w:rsidR="005F6A5B">
        <w:rPr/>
        <w:t>bliksemafleider</w:t>
      </w:r>
      <w:r w:rsidR="005F6A5B">
        <w:rPr/>
        <w:t xml:space="preserve">, </w:t>
      </w:r>
      <w:r w:rsidR="005F6A5B">
        <w:rPr/>
        <w:t>omheining</w:t>
      </w:r>
      <w:r w:rsidR="005F6A5B">
        <w:rPr/>
        <w:t xml:space="preserve">, </w:t>
      </w:r>
      <w:r w:rsidR="005F6A5B">
        <w:rPr/>
        <w:t>groenzone</w:t>
      </w:r>
      <w:r w:rsidR="005F6A5B">
        <w:rPr/>
        <w:t xml:space="preserve">) </w:t>
      </w:r>
      <w:r w:rsidR="005F6A5B">
        <w:rPr/>
        <w:t>terwijl</w:t>
      </w:r>
      <w:r w:rsidR="005F6A5B">
        <w:rPr/>
        <w:t xml:space="preserve"> het </w:t>
      </w:r>
      <w:r w:rsidR="005F6A5B">
        <w:rPr/>
        <w:t>tracé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de </w:t>
      </w:r>
      <w:r w:rsidR="005F6A5B">
        <w:rPr/>
        <w:t>technologiekeuze</w:t>
      </w:r>
      <w:r w:rsidR="005F6A5B">
        <w:rPr/>
        <w:t xml:space="preserve"> </w:t>
      </w:r>
      <w:r w:rsidR="005F6A5B">
        <w:rPr/>
        <w:t>ongewijzigd</w:t>
      </w:r>
      <w:r w:rsidR="005F6A5B">
        <w:rPr/>
        <w:t xml:space="preserve"> </w:t>
      </w:r>
      <w:r w:rsidR="005F6A5B">
        <w:rPr/>
        <w:t>blijven</w:t>
      </w:r>
      <w:r w:rsidR="005F6A5B">
        <w:rPr/>
        <w:t xml:space="preserve"> — </w:t>
      </w:r>
      <w:r w:rsidR="005F6A5B">
        <w:rPr/>
        <w:t>versterkt</w:t>
      </w:r>
      <w:r w:rsidR="005F6A5B">
        <w:rPr/>
        <w:t xml:space="preserve"> door </w:t>
      </w:r>
      <w:r w:rsidR="005F6A5B">
        <w:rPr/>
        <w:t>grondboringen</w:t>
      </w:r>
      <w:r w:rsidR="005F6A5B">
        <w:rPr/>
        <w:t xml:space="preserve"> die </w:t>
      </w:r>
      <w:r w:rsidR="005F6A5B">
        <w:rPr/>
        <w:t>reeds</w:t>
      </w:r>
      <w:r w:rsidR="005F6A5B">
        <w:rPr/>
        <w:t xml:space="preserve"> </w:t>
      </w:r>
      <w:r w:rsidR="005F6A5B">
        <w:rPr/>
        <w:t>zijn</w:t>
      </w:r>
      <w:r w:rsidR="005F6A5B">
        <w:rPr/>
        <w:t xml:space="preserve"> </w:t>
      </w:r>
      <w:r w:rsidR="005F6A5B">
        <w:rPr/>
        <w:t>uitgevoerd</w:t>
      </w:r>
      <w:r w:rsidR="005F6A5B">
        <w:rPr/>
        <w:t xml:space="preserve"> </w:t>
      </w:r>
      <w:r w:rsidR="005F6A5B">
        <w:rPr/>
        <w:t>naast</w:t>
      </w:r>
      <w:r w:rsidR="005F6A5B">
        <w:rPr/>
        <w:t xml:space="preserve"> </w:t>
      </w:r>
      <w:r w:rsidR="005F6A5B">
        <w:rPr/>
        <w:t>woningen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voorafname</w:t>
      </w:r>
      <w:r w:rsidR="005F6A5B">
        <w:rPr/>
        <w:t xml:space="preserve"> van het </w:t>
      </w:r>
      <w:r w:rsidR="005F6A5B">
        <w:rPr/>
        <w:t>vergunningsbesluit</w:t>
      </w:r>
      <w:r w:rsidR="005F6A5B">
        <w:rPr/>
        <w:t xml:space="preserve"> — </w:t>
      </w:r>
      <w:r w:rsidR="005F6A5B">
        <w:rPr/>
        <w:t>en</w:t>
      </w:r>
      <w:r w:rsidR="005F6A5B">
        <w:rPr/>
        <w:t xml:space="preserve"> 25 </w:t>
      </w:r>
      <w:r w:rsidR="005F6A5B">
        <w:rPr/>
        <w:t>annulatieverzoeken</w:t>
      </w:r>
      <w:r w:rsidR="005F6A5B">
        <w:rPr/>
        <w:t xml:space="preserve"> </w:t>
      </w:r>
      <w:r w:rsidR="005F6A5B">
        <w:rPr/>
        <w:t>lopen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de Raad van State</w:t>
      </w:r>
    </w:p>
    <w:p w:rsidR="009D758D" w:rsidRDefault="005F6A5B" w14:paraId="1EAC4609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Systemisch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risico</w:t>
      </w:r>
      <w:r w:rsidR="005F6A5B">
        <w:rPr/>
        <w:t xml:space="preserve"> door </w:t>
      </w:r>
      <w:r w:rsidR="005F6A5B">
        <w:rPr/>
        <w:t>concentratie</w:t>
      </w:r>
      <w:r w:rsidR="005F6A5B">
        <w:rPr/>
        <w:t xml:space="preserve"> van 6 GW op </w:t>
      </w:r>
      <w:r w:rsidR="005F6A5B">
        <w:rPr/>
        <w:t>een</w:t>
      </w:r>
      <w:r w:rsidR="005F6A5B">
        <w:rPr/>
        <w:t xml:space="preserve"> </w:t>
      </w:r>
      <w:r w:rsidR="005F6A5B">
        <w:rPr/>
        <w:t>enkel</w:t>
      </w:r>
      <w:r w:rsidR="005F6A5B">
        <w:rPr/>
        <w:t xml:space="preserve"> </w:t>
      </w:r>
      <w:r w:rsidR="005F6A5B">
        <w:rPr/>
        <w:t>bovengronds</w:t>
      </w:r>
      <w:r w:rsidR="005F6A5B">
        <w:rPr/>
        <w:t xml:space="preserve"> </w:t>
      </w:r>
      <w:r w:rsidR="005F6A5B">
        <w:rPr/>
        <w:t>tracé</w:t>
      </w:r>
      <w:r w:rsidR="005F6A5B">
        <w:rPr/>
        <w:t xml:space="preserve"> (</w:t>
      </w:r>
      <w:r w:rsidR="005F6A5B">
        <w:rPr/>
        <w:t>Spanje</w:t>
      </w:r>
      <w:r w:rsidR="005F6A5B">
        <w:rPr/>
        <w:t>-</w:t>
      </w:r>
      <w:r w:rsidR="005F6A5B">
        <w:rPr/>
        <w:t>blackout</w:t>
      </w:r>
      <w:r w:rsidR="005F6A5B">
        <w:rPr/>
        <w:t xml:space="preserve"> </w:t>
      </w:r>
      <w:r w:rsidR="005F6A5B">
        <w:rPr/>
        <w:t>april</w:t>
      </w:r>
      <w:r w:rsidR="005F6A5B">
        <w:rPr/>
        <w:t xml:space="preserve"> 2025 </w:t>
      </w:r>
      <w:r w:rsidR="005F6A5B">
        <w:rPr/>
        <w:t>als</w:t>
      </w:r>
      <w:r w:rsidR="005F6A5B">
        <w:rPr/>
        <w:t xml:space="preserve"> </w:t>
      </w:r>
      <w:r w:rsidR="005F6A5B">
        <w:rPr/>
        <w:t>illustratie</w:t>
      </w:r>
      <w:r w:rsidR="005F6A5B">
        <w:rPr/>
        <w:t xml:space="preserve"> van </w:t>
      </w:r>
      <w:r w:rsidR="005F6A5B">
        <w:rPr/>
        <w:t>kwetsbaarheid</w:t>
      </w:r>
      <w:r w:rsidR="005F6A5B">
        <w:rPr/>
        <w:t>)</w:t>
      </w:r>
    </w:p>
    <w:p w:rsidR="009D758D" w:rsidP="25A181EA" w:rsidRDefault="25A181EA" w14:paraId="25953631" w14:textId="10EE14F2">
      <w:pPr>
        <w:pStyle w:val="ListBullet"/>
        <w:spacing w:after="60"/>
        <w:rPr/>
      </w:pPr>
      <w:r w:rsidRPr="6C968D7A" w:rsidR="25A181EA">
        <w:rPr>
          <w:b w:val="1"/>
          <w:bCs w:val="1"/>
        </w:rPr>
        <w:t>Discriminatie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bij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milderende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maatregelen</w:t>
      </w:r>
      <w:r w:rsidR="25A181EA">
        <w:rPr/>
        <w:t xml:space="preserve"> met </w:t>
      </w:r>
      <w:r w:rsidR="25A181EA">
        <w:rPr/>
        <w:t>arbitraire</w:t>
      </w:r>
      <w:r w:rsidR="25A181EA">
        <w:rPr/>
        <w:t xml:space="preserve">, </w:t>
      </w:r>
      <w:r w:rsidR="25A181EA">
        <w:rPr/>
        <w:t>niet-wetenschappelijk</w:t>
      </w:r>
      <w:r w:rsidR="25A181EA">
        <w:rPr/>
        <w:t xml:space="preserve"> </w:t>
      </w:r>
      <w:r w:rsidR="25A181EA">
        <w:rPr/>
        <w:t>onderbouwde</w:t>
      </w:r>
      <w:r w:rsidR="25A181EA">
        <w:rPr/>
        <w:t xml:space="preserve"> </w:t>
      </w:r>
      <w:r w:rsidR="25A181EA">
        <w:rPr/>
        <w:t>afstandsgrenzen</w:t>
      </w:r>
      <w:r w:rsidR="25A181EA">
        <w:rPr/>
        <w:t xml:space="preserve"> die </w:t>
      </w:r>
      <w:r w:rsidR="25A181EA">
        <w:rPr/>
        <w:t>gelijk</w:t>
      </w:r>
      <w:r w:rsidR="25A181EA">
        <w:rPr/>
        <w:t xml:space="preserve"> </w:t>
      </w:r>
      <w:r w:rsidR="25A181EA">
        <w:rPr/>
        <w:t>getroffen</w:t>
      </w:r>
      <w:r w:rsidR="25A181EA">
        <w:rPr/>
        <w:t xml:space="preserve"> burgers </w:t>
      </w:r>
      <w:r w:rsidR="25A181EA">
        <w:rPr/>
        <w:t>ongelijk</w:t>
      </w:r>
      <w:r w:rsidR="25A181EA">
        <w:rPr/>
        <w:t xml:space="preserve"> </w:t>
      </w:r>
      <w:r w:rsidR="25A181EA">
        <w:rPr/>
        <w:t>behandelen</w:t>
      </w:r>
    </w:p>
    <w:p w:rsidR="009D758D" w:rsidRDefault="005F6A5B" w14:paraId="62B4C216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Feitelijke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ontoegankelijkheid</w:t>
      </w:r>
      <w:r w:rsidR="005F6A5B">
        <w:rPr/>
        <w:t xml:space="preserve"> van het dossier </w:t>
      </w:r>
      <w:r w:rsidR="005F6A5B">
        <w:rPr/>
        <w:t>voor</w:t>
      </w:r>
      <w:r w:rsidR="005F6A5B">
        <w:rPr/>
        <w:t xml:space="preserve"> </w:t>
      </w:r>
      <w:r w:rsidR="005F6A5B">
        <w:rPr/>
        <w:t>effectieve</w:t>
      </w:r>
      <w:r w:rsidR="005F6A5B">
        <w:rPr/>
        <w:t xml:space="preserve"> </w:t>
      </w:r>
      <w:r w:rsidR="005F6A5B">
        <w:rPr/>
        <w:t>publieke</w:t>
      </w:r>
      <w:r w:rsidR="005F6A5B">
        <w:rPr/>
        <w:t xml:space="preserve"> </w:t>
      </w:r>
      <w:r w:rsidR="005F6A5B">
        <w:rPr/>
        <w:t>participatie</w:t>
      </w:r>
      <w:r w:rsidR="005F6A5B">
        <w:rPr/>
        <w:t xml:space="preserve"> (</w:t>
      </w:r>
      <w:r w:rsidR="005F6A5B">
        <w:rPr/>
        <w:t>niet-downloadbare</w:t>
      </w:r>
      <w:r w:rsidR="005F6A5B">
        <w:rPr/>
        <w:t xml:space="preserve"> </w:t>
      </w:r>
      <w:r w:rsidR="005F6A5B">
        <w:rPr/>
        <w:t>plannen</w:t>
      </w:r>
      <w:r w:rsidR="005F6A5B">
        <w:rPr/>
        <w:t xml:space="preserve">, </w:t>
      </w:r>
      <w:r w:rsidR="005F6A5B">
        <w:rPr/>
        <w:t>auteursrecht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excuus</w:t>
      </w:r>
      <w:r w:rsidR="005F6A5B">
        <w:rPr/>
        <w:t xml:space="preserve">, </w:t>
      </w:r>
      <w:r w:rsidR="005F6A5B">
        <w:rPr/>
        <w:t>duizenden</w:t>
      </w:r>
      <w:r w:rsidR="005F6A5B">
        <w:rPr/>
        <w:t xml:space="preserve"> </w:t>
      </w:r>
      <w:r w:rsidR="005F6A5B">
        <w:rPr/>
        <w:t>pagina's</w:t>
      </w:r>
      <w:r w:rsidR="005F6A5B">
        <w:rPr/>
        <w:t xml:space="preserve"> in 30 </w:t>
      </w:r>
      <w:r w:rsidR="005F6A5B">
        <w:rPr/>
        <w:t>dagen</w:t>
      </w:r>
      <w:r w:rsidR="005F6A5B">
        <w:rPr/>
        <w:t>)</w:t>
      </w:r>
    </w:p>
    <w:p w:rsidR="009D758D" w:rsidRDefault="005F6A5B" w14:paraId="18CEC000" w14:textId="77777777">
      <w:pPr>
        <w:pStyle w:val="ListBullet"/>
        <w:spacing w:after="60"/>
        <w:ind w:left="720"/>
        <w:rPr/>
      </w:pPr>
      <w:r w:rsidRPr="6C968D7A" w:rsidR="005F6A5B">
        <w:rPr>
          <w:b w:val="1"/>
          <w:bCs w:val="1"/>
        </w:rPr>
        <w:t>Overweldigende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negatieve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adviezen</w:t>
      </w:r>
      <w:r w:rsidR="005F6A5B">
        <w:rPr/>
        <w:t xml:space="preserve"> (12/14 </w:t>
      </w:r>
      <w:r w:rsidR="005F6A5B">
        <w:rPr/>
        <w:t>gemeenten</w:t>
      </w:r>
      <w:r w:rsidR="005F6A5B">
        <w:rPr/>
        <w:t xml:space="preserve"> </w:t>
      </w:r>
      <w:r w:rsidR="005F6A5B">
        <w:rPr/>
        <w:t>ongunstig</w:t>
      </w:r>
      <w:r w:rsidR="005F6A5B">
        <w:rPr/>
        <w:t xml:space="preserve">, OE </w:t>
      </w:r>
      <w:r w:rsidR="005F6A5B">
        <w:rPr/>
        <w:t>eist</w:t>
      </w:r>
      <w:r w:rsidR="005F6A5B">
        <w:rPr/>
        <w:t xml:space="preserve"> MER-</w:t>
      </w:r>
      <w:r w:rsidR="005F6A5B">
        <w:rPr/>
        <w:t>aanpassing</w:t>
      </w:r>
      <w:r w:rsidR="005F6A5B">
        <w:rPr/>
        <w:t xml:space="preserve">, AWV </w:t>
      </w:r>
      <w:r w:rsidR="005F6A5B">
        <w:rPr/>
        <w:t>noemt</w:t>
      </w:r>
      <w:r w:rsidR="005F6A5B">
        <w:rPr/>
        <w:t xml:space="preserve"> </w:t>
      </w:r>
      <w:r w:rsidR="005F6A5B">
        <w:rPr/>
        <w:t>vergunning</w:t>
      </w:r>
      <w:r w:rsidR="005F6A5B">
        <w:rPr/>
        <w:t xml:space="preserve"> </w:t>
      </w:r>
      <w:r w:rsidR="005F6A5B">
        <w:rPr/>
        <w:t>onuitvoerbaar</w:t>
      </w:r>
      <w:r w:rsidR="005F6A5B">
        <w:rPr/>
        <w:t>)</w:t>
      </w:r>
    </w:p>
    <w:p w:rsidR="009D758D" w:rsidRDefault="005F6A5B" w14:paraId="070FF988" w14:textId="77777777">
      <w:pPr>
        <w:pStyle w:val="Heading3"/>
      </w:pPr>
      <w:r w:rsidR="005F6A5B">
        <w:rPr/>
        <w:t xml:space="preserve">7.2 </w:t>
      </w:r>
      <w:r w:rsidR="005F6A5B">
        <w:rPr/>
        <w:t>Gevraagd</w:t>
      </w:r>
      <w:r w:rsidR="005F6A5B">
        <w:rPr/>
        <w:t xml:space="preserve"> </w:t>
      </w:r>
      <w:r w:rsidR="005F6A5B">
        <w:rPr/>
        <w:t>besluit</w:t>
      </w:r>
    </w:p>
    <w:p w:rsidR="009D758D" w:rsidRDefault="25A181EA" w14:paraId="6A7261A6" w14:textId="35487386">
      <w:r w:rsidRPr="6C968D7A" w:rsidR="25A181EA">
        <w:rPr>
          <w:b w:val="1"/>
          <w:bCs w:val="1"/>
        </w:rPr>
        <w:t>Primair</w:t>
      </w:r>
      <w:r w:rsidRPr="6C968D7A" w:rsidR="25A181EA">
        <w:rPr>
          <w:b w:val="1"/>
          <w:bCs w:val="1"/>
        </w:rPr>
        <w:t>:</w:t>
      </w:r>
      <w:r w:rsidR="25A181EA">
        <w:rPr/>
        <w:t xml:space="preserve"> </w:t>
      </w:r>
      <w:r w:rsidR="25A181EA">
        <w:rPr/>
        <w:t>Ondergetekende</w:t>
      </w:r>
      <w:r w:rsidR="25A181EA">
        <w:rPr/>
        <w:t xml:space="preserve"> </w:t>
      </w:r>
      <w:r w:rsidR="25A181EA">
        <w:rPr/>
        <w:t>verzoekt</w:t>
      </w:r>
      <w:r w:rsidR="25A181EA">
        <w:rPr/>
        <w:t xml:space="preserve"> de </w:t>
      </w:r>
      <w:r w:rsidR="25A181EA">
        <w:rPr/>
        <w:t>vergunningverlenende</w:t>
      </w:r>
      <w:r w:rsidR="25A181EA">
        <w:rPr/>
        <w:t xml:space="preserve"> </w:t>
      </w:r>
      <w:r w:rsidR="25A181EA">
        <w:rPr/>
        <w:t>overheid</w:t>
      </w:r>
      <w:r w:rsidR="25A181EA">
        <w:rPr/>
        <w:t xml:space="preserve"> de </w:t>
      </w:r>
      <w:r w:rsidR="25A181EA">
        <w:rPr/>
        <w:t>omgevingsvergunningsaanvraag</w:t>
      </w:r>
      <w:r w:rsidR="25A181EA">
        <w:rPr/>
        <w:t xml:space="preserve"> </w:t>
      </w:r>
      <w:r w:rsidRPr="6C968D7A" w:rsidR="25A181EA">
        <w:rPr>
          <w:b w:val="1"/>
          <w:bCs w:val="1"/>
        </w:rPr>
        <w:t>te</w:t>
      </w:r>
      <w:r w:rsidRPr="6C968D7A" w:rsidR="25A181EA">
        <w:rPr>
          <w:b w:val="1"/>
          <w:bCs w:val="1"/>
        </w:rPr>
        <w:t xml:space="preserve"> </w:t>
      </w:r>
      <w:r w:rsidRPr="6C968D7A" w:rsidR="25A181EA">
        <w:rPr>
          <w:b w:val="1"/>
          <w:bCs w:val="1"/>
        </w:rPr>
        <w:t>weigeren</w:t>
      </w:r>
      <w:r w:rsidR="25A181EA">
        <w:rPr/>
        <w:t xml:space="preserve"> op </w:t>
      </w:r>
      <w:r w:rsidR="25A181EA">
        <w:rPr/>
        <w:t>grond</w:t>
      </w:r>
      <w:r w:rsidR="25A181EA">
        <w:rPr/>
        <w:t xml:space="preserve"> van de </w:t>
      </w:r>
      <w:r w:rsidR="25A181EA">
        <w:rPr/>
        <w:t>hierboven</w:t>
      </w:r>
      <w:r w:rsidR="25A181EA">
        <w:rPr/>
        <w:t xml:space="preserve"> </w:t>
      </w:r>
      <w:r w:rsidR="25A181EA">
        <w:rPr/>
        <w:t>uiteengezette</w:t>
      </w:r>
      <w:r w:rsidR="25A181EA">
        <w:rPr/>
        <w:t xml:space="preserve"> fatale </w:t>
      </w:r>
      <w:r w:rsidR="25A181EA">
        <w:rPr/>
        <w:t>formele</w:t>
      </w:r>
      <w:r w:rsidR="25A181EA">
        <w:rPr/>
        <w:t xml:space="preserve"> </w:t>
      </w:r>
      <w:r w:rsidR="25A181EA">
        <w:rPr/>
        <w:t>gebreken</w:t>
      </w:r>
      <w:r w:rsidR="25A181EA">
        <w:rPr/>
        <w:t xml:space="preserve"> (</w:t>
      </w:r>
      <w:r w:rsidR="25A181EA">
        <w:rPr/>
        <w:t>inclusief</w:t>
      </w:r>
      <w:r w:rsidR="25A181EA">
        <w:rPr/>
        <w:t xml:space="preserve"> </w:t>
      </w:r>
      <w:r w:rsidR="25A181EA">
        <w:rPr/>
        <w:t>belangenconflict</w:t>
      </w:r>
      <w:r w:rsidR="25A181EA">
        <w:rPr/>
        <w:t xml:space="preserve"> MER-</w:t>
      </w:r>
      <w:r w:rsidR="25A181EA">
        <w:rPr/>
        <w:t>coördinator</w:t>
      </w:r>
      <w:r w:rsidR="25A181EA">
        <w:rPr/>
        <w:t xml:space="preserve">), </w:t>
      </w:r>
      <w:r w:rsidR="25A181EA">
        <w:rPr/>
        <w:t>procedurele</w:t>
      </w:r>
      <w:r w:rsidR="25A181EA">
        <w:rPr/>
        <w:t xml:space="preserve"> </w:t>
      </w:r>
      <w:r w:rsidR="25A181EA">
        <w:rPr/>
        <w:t>tekortkomingen</w:t>
      </w:r>
      <w:r w:rsidR="25A181EA">
        <w:rPr/>
        <w:t xml:space="preserve"> (</w:t>
      </w:r>
      <w:r w:rsidR="25A181EA">
        <w:rPr/>
        <w:t>waaronder</w:t>
      </w:r>
      <w:r w:rsidR="25A181EA">
        <w:rPr/>
        <w:t xml:space="preserve"> de </w:t>
      </w:r>
      <w:r w:rsidR="25A181EA">
        <w:rPr/>
        <w:t>ongeoorloofde</w:t>
      </w:r>
      <w:r w:rsidR="25A181EA">
        <w:rPr/>
        <w:t xml:space="preserve"> </w:t>
      </w:r>
      <w:r w:rsidR="25A181EA">
        <w:rPr/>
        <w:t>opsplitsing</w:t>
      </w:r>
      <w:r w:rsidR="25A181EA">
        <w:rPr/>
        <w:t xml:space="preserve"> in </w:t>
      </w:r>
      <w:r w:rsidR="25A181EA">
        <w:rPr/>
        <w:t>strijd</w:t>
      </w:r>
      <w:r w:rsidR="25A181EA">
        <w:rPr/>
        <w:t xml:space="preserve"> met art. 7 </w:t>
      </w:r>
      <w:r w:rsidR="25A181EA">
        <w:rPr/>
        <w:t>Omgevingsvergunningsdecreet</w:t>
      </w:r>
      <w:r w:rsidR="25A181EA">
        <w:rPr/>
        <w:t xml:space="preserve"> </w:t>
      </w:r>
      <w:r w:rsidR="25A181EA">
        <w:rPr/>
        <w:t>bevestigd</w:t>
      </w:r>
      <w:r w:rsidR="25A181EA">
        <w:rPr/>
        <w:t xml:space="preserve"> door </w:t>
      </w:r>
      <w:r w:rsidR="25A181EA">
        <w:rPr/>
        <w:t>recente</w:t>
      </w:r>
      <w:r w:rsidR="25A181EA">
        <w:rPr/>
        <w:t xml:space="preserve"> </w:t>
      </w:r>
      <w:r w:rsidR="25A181EA">
        <w:rPr/>
        <w:t>RvVb</w:t>
      </w:r>
      <w:r w:rsidR="25A181EA">
        <w:rPr/>
        <w:t>-jurisprudentie</w:t>
      </w:r>
      <w:r w:rsidR="25A181EA">
        <w:rPr/>
        <w:t xml:space="preserve">, de </w:t>
      </w:r>
      <w:r w:rsidR="25A181EA">
        <w:rPr/>
        <w:t>schending</w:t>
      </w:r>
      <w:r w:rsidR="25A181EA">
        <w:rPr/>
        <w:t xml:space="preserve"> van het stand-</w:t>
      </w:r>
      <w:r w:rsidR="25A181EA">
        <w:rPr/>
        <w:t>still</w:t>
      </w:r>
      <w:r w:rsidR="25A181EA">
        <w:rPr/>
        <w:t xml:space="preserve"> </w:t>
      </w:r>
      <w:r w:rsidR="25A181EA">
        <w:rPr/>
        <w:t>principe</w:t>
      </w:r>
      <w:r w:rsidR="25A181EA">
        <w:rPr/>
        <w:t xml:space="preserve"> RSV, het </w:t>
      </w:r>
      <w:r w:rsidR="25A181EA">
        <w:rPr/>
        <w:t>doorschuifprobleem</w:t>
      </w:r>
      <w:r w:rsidR="25A181EA">
        <w:rPr/>
        <w:t xml:space="preserve"> </w:t>
      </w:r>
      <w:r w:rsidR="25A181EA">
        <w:rPr/>
        <w:t>bij</w:t>
      </w:r>
      <w:r w:rsidR="25A181EA">
        <w:rPr/>
        <w:t xml:space="preserve"> </w:t>
      </w:r>
      <w:r w:rsidR="25A181EA">
        <w:rPr/>
        <w:t>inspectieputten</w:t>
      </w:r>
      <w:r w:rsidR="25A181EA">
        <w:rPr/>
        <w:t xml:space="preserve">, de </w:t>
      </w:r>
      <w:r w:rsidR="25A181EA">
        <w:rPr/>
        <w:t>niet-beoordeling</w:t>
      </w:r>
      <w:r w:rsidR="25A181EA">
        <w:rPr/>
        <w:t xml:space="preserve"> van het cascade-effect </w:t>
      </w:r>
      <w:r w:rsidR="25A181EA">
        <w:rPr/>
        <w:t>windturbines</w:t>
      </w:r>
      <w:r w:rsidR="25A181EA">
        <w:rPr/>
        <w:t xml:space="preserve">, de </w:t>
      </w:r>
      <w:r w:rsidR="25A181EA">
        <w:rPr/>
        <w:t>niet-onafhankelijkheid</w:t>
      </w:r>
      <w:r w:rsidR="25A181EA">
        <w:rPr/>
        <w:t xml:space="preserve"> van het rapport </w:t>
      </w:r>
      <w:r w:rsidR="25A181EA">
        <w:rPr/>
        <w:t>Westermann</w:t>
      </w:r>
      <w:r w:rsidR="25A181EA">
        <w:rPr/>
        <w:t xml:space="preserve">, de </w:t>
      </w:r>
      <w:r w:rsidR="25A181EA">
        <w:rPr/>
        <w:t>discriminatoire</w:t>
      </w:r>
      <w:r w:rsidR="25A181EA">
        <w:rPr/>
        <w:t xml:space="preserve"> </w:t>
      </w:r>
      <w:r w:rsidR="25A181EA">
        <w:rPr/>
        <w:t>toepassing</w:t>
      </w:r>
      <w:r w:rsidR="25A181EA">
        <w:rPr/>
        <w:t xml:space="preserve"> van </w:t>
      </w:r>
      <w:r w:rsidR="25A181EA">
        <w:rPr/>
        <w:t>milderende</w:t>
      </w:r>
      <w:r w:rsidR="25A181EA">
        <w:rPr/>
        <w:t xml:space="preserve"> </w:t>
      </w:r>
      <w:r w:rsidR="25A181EA">
        <w:rPr/>
        <w:t>maatregelen</w:t>
      </w:r>
      <w:r w:rsidR="25A181EA">
        <w:rPr/>
        <w:t xml:space="preserve">, de </w:t>
      </w:r>
      <w:r w:rsidR="25A181EA">
        <w:rPr/>
        <w:t>ontoegankelijkheid</w:t>
      </w:r>
      <w:r w:rsidR="25A181EA">
        <w:rPr/>
        <w:t xml:space="preserve"> van het dossier, de </w:t>
      </w:r>
      <w:r w:rsidR="25A181EA">
        <w:rPr/>
        <w:t>voorafname</w:t>
      </w:r>
      <w:r w:rsidR="25A181EA">
        <w:rPr/>
        <w:t xml:space="preserve"> van het </w:t>
      </w:r>
      <w:r w:rsidR="25A181EA">
        <w:rPr/>
        <w:t>vergunningsbesluit</w:t>
      </w:r>
      <w:r w:rsidR="25A181EA">
        <w:rPr/>
        <w:t xml:space="preserve"> door reeds </w:t>
      </w:r>
      <w:r w:rsidR="25A181EA">
        <w:rPr/>
        <w:t>uitgevoerde</w:t>
      </w:r>
      <w:r w:rsidR="25A181EA">
        <w:rPr/>
        <w:t xml:space="preserve"> </w:t>
      </w:r>
      <w:r w:rsidR="25A181EA">
        <w:rPr/>
        <w:t>grondboringen</w:t>
      </w:r>
      <w:r w:rsidR="25A181EA">
        <w:rPr/>
        <w:t xml:space="preserve">, </w:t>
      </w:r>
      <w:r w:rsidR="25A181EA">
        <w:rPr/>
        <w:t>en</w:t>
      </w:r>
      <w:r w:rsidR="25A181EA">
        <w:rPr/>
        <w:t xml:space="preserve"> het </w:t>
      </w:r>
      <w:r w:rsidR="25A181EA">
        <w:rPr/>
        <w:t>vals</w:t>
      </w:r>
      <w:r w:rsidR="25A181EA">
        <w:rPr/>
        <w:t xml:space="preserve"> </w:t>
      </w:r>
      <w:r w:rsidR="25A181EA">
        <w:rPr/>
        <w:t>urgentieargument</w:t>
      </w:r>
      <w:r w:rsidR="25A181EA">
        <w:rPr/>
        <w:t xml:space="preserve">), </w:t>
      </w:r>
      <w:r w:rsidR="25A181EA">
        <w:rPr/>
        <w:t>inhoudelijke</w:t>
      </w:r>
      <w:r w:rsidR="25A181EA">
        <w:rPr/>
        <w:t xml:space="preserve"> </w:t>
      </w:r>
      <w:r w:rsidR="25A181EA">
        <w:rPr/>
        <w:t>onvolledigheden</w:t>
      </w:r>
      <w:r w:rsidR="25A181EA">
        <w:rPr/>
        <w:t xml:space="preserve"> in het MER (</w:t>
      </w:r>
      <w:r w:rsidR="25A181EA">
        <w:rPr/>
        <w:t>waaronder</w:t>
      </w:r>
      <w:r w:rsidR="25A181EA">
        <w:rPr/>
        <w:t xml:space="preserve"> de </w:t>
      </w:r>
      <w:r w:rsidR="25A181EA">
        <w:rPr/>
        <w:t>artificiële</w:t>
      </w:r>
      <w:r w:rsidR="25A181EA">
        <w:rPr/>
        <w:t xml:space="preserve"> </w:t>
      </w:r>
      <w:r w:rsidR="25A181EA">
        <w:rPr/>
        <w:t>referentietoestand</w:t>
      </w:r>
      <w:r w:rsidR="25A181EA">
        <w:rPr/>
        <w:t xml:space="preserve"> door de 3e </w:t>
      </w:r>
      <w:r w:rsidR="25A181EA">
        <w:rPr/>
        <w:t>transformator</w:t>
      </w:r>
      <w:r w:rsidR="25A181EA">
        <w:rPr/>
        <w:t xml:space="preserve"> </w:t>
      </w:r>
      <w:r w:rsidR="25A181EA">
        <w:rPr/>
        <w:t>Izegem</w:t>
      </w:r>
      <w:r w:rsidR="25A181EA">
        <w:rPr/>
        <w:t xml:space="preserve"> </w:t>
      </w:r>
      <w:r w:rsidR="25A181EA">
        <w:rPr/>
        <w:t>en</w:t>
      </w:r>
      <w:r w:rsidR="25A181EA">
        <w:rPr/>
        <w:t xml:space="preserve"> de </w:t>
      </w:r>
      <w:r w:rsidR="25A181EA">
        <w:rPr/>
        <w:t>ethisch</w:t>
      </w:r>
      <w:r w:rsidR="25A181EA">
        <w:rPr/>
        <w:t xml:space="preserve"> </w:t>
      </w:r>
      <w:r w:rsidR="25A181EA">
        <w:rPr/>
        <w:t>onhoudbare</w:t>
      </w:r>
      <w:r w:rsidR="25A181EA">
        <w:rPr/>
        <w:t xml:space="preserve"> KBA-</w:t>
      </w:r>
      <w:r w:rsidR="25A181EA">
        <w:rPr/>
        <w:t>waardering</w:t>
      </w:r>
      <w:r w:rsidR="25A181EA">
        <w:rPr/>
        <w:t xml:space="preserve"> van </w:t>
      </w:r>
      <w:r w:rsidR="25A181EA">
        <w:rPr/>
        <w:t>kinderleukemie</w:t>
      </w:r>
      <w:r w:rsidR="25A181EA">
        <w:rPr/>
        <w:t xml:space="preserve">), de </w:t>
      </w:r>
      <w:r w:rsidR="25A181EA">
        <w:rPr/>
        <w:t>structureel</w:t>
      </w:r>
      <w:r w:rsidR="25A181EA">
        <w:rPr/>
        <w:t xml:space="preserve"> </w:t>
      </w:r>
      <w:r w:rsidR="25A181EA">
        <w:rPr/>
        <w:t>weggevallen</w:t>
      </w:r>
      <w:r w:rsidR="25A181EA">
        <w:rPr/>
        <w:t xml:space="preserve"> </w:t>
      </w:r>
      <w:r w:rsidR="25A181EA">
        <w:rPr/>
        <w:t>urgentie</w:t>
      </w:r>
      <w:r w:rsidR="25A181EA">
        <w:rPr/>
        <w:t xml:space="preserve"> </w:t>
      </w:r>
      <w:r w:rsidR="25A181EA">
        <w:rPr/>
        <w:t>en</w:t>
      </w:r>
      <w:r w:rsidR="25A181EA">
        <w:rPr/>
        <w:t xml:space="preserve"> het </w:t>
      </w:r>
      <w:r w:rsidR="25A181EA">
        <w:rPr/>
        <w:t>systemisch</w:t>
      </w:r>
      <w:r w:rsidR="25A181EA">
        <w:rPr/>
        <w:t xml:space="preserve"> </w:t>
      </w:r>
      <w:r w:rsidR="25A181EA">
        <w:rPr/>
        <w:t>risico</w:t>
      </w:r>
      <w:r w:rsidR="25A181EA">
        <w:rPr/>
        <w:t xml:space="preserve"> van het project, </w:t>
      </w:r>
      <w:r w:rsidR="25A181EA">
        <w:rPr/>
        <w:t>en</w:t>
      </w:r>
      <w:r w:rsidR="25A181EA">
        <w:rPr/>
        <w:t xml:space="preserve"> het </w:t>
      </w:r>
      <w:r w:rsidR="25A181EA">
        <w:rPr/>
        <w:t>ontbreken</w:t>
      </w:r>
      <w:r w:rsidR="25A181EA">
        <w:rPr/>
        <w:t xml:space="preserve"> van </w:t>
      </w:r>
      <w:r w:rsidR="25A181EA">
        <w:rPr/>
        <w:t>een</w:t>
      </w:r>
      <w:r w:rsidR="25A181EA">
        <w:rPr/>
        <w:t xml:space="preserve"> </w:t>
      </w:r>
      <w:r w:rsidR="25A181EA">
        <w:rPr/>
        <w:t>actueel</w:t>
      </w:r>
      <w:r w:rsidR="25A181EA">
        <w:rPr/>
        <w:t xml:space="preserve"> </w:t>
      </w:r>
      <w:r w:rsidR="25A181EA">
        <w:rPr/>
        <w:t>alternatieven-onderzoek</w:t>
      </w:r>
      <w:r w:rsidR="25A181EA">
        <w:rPr/>
        <w:t xml:space="preserve"> </w:t>
      </w:r>
      <w:r w:rsidR="25A181EA">
        <w:rPr/>
        <w:t>dat</w:t>
      </w:r>
      <w:r w:rsidR="25A181EA">
        <w:rPr/>
        <w:t xml:space="preserve"> </w:t>
      </w:r>
      <w:r w:rsidR="25A181EA">
        <w:rPr/>
        <w:t>rekening</w:t>
      </w:r>
      <w:r w:rsidR="25A181EA">
        <w:rPr/>
        <w:t xml:space="preserve"> </w:t>
      </w:r>
      <w:r w:rsidR="25A181EA">
        <w:rPr/>
        <w:t>houdt</w:t>
      </w:r>
      <w:r w:rsidR="25A181EA">
        <w:rPr/>
        <w:t xml:space="preserve"> met de </w:t>
      </w:r>
      <w:r w:rsidR="25A181EA">
        <w:rPr/>
        <w:t>bewezen</w:t>
      </w:r>
      <w:r w:rsidR="25A181EA">
        <w:rPr/>
        <w:t xml:space="preserve"> </w:t>
      </w:r>
      <w:r w:rsidR="25A181EA">
        <w:rPr/>
        <w:t>haalbaarheid</w:t>
      </w:r>
      <w:r w:rsidR="25A181EA">
        <w:rPr/>
        <w:t xml:space="preserve"> van </w:t>
      </w:r>
      <w:r w:rsidR="25A181EA">
        <w:rPr/>
        <w:t>ondergronds</w:t>
      </w:r>
      <w:r w:rsidR="25A181EA">
        <w:rPr/>
        <w:t xml:space="preserve"> HVDC.</w:t>
      </w:r>
    </w:p>
    <w:p w:rsidR="009D758D" w:rsidRDefault="005F6A5B" w14:paraId="0AB75A1B" w14:textId="77777777">
      <w:r w:rsidRPr="6C968D7A" w:rsidR="005F6A5B">
        <w:rPr>
          <w:b w:val="1"/>
          <w:bCs w:val="1"/>
        </w:rPr>
        <w:t>Subsidiair</w:t>
      </w:r>
      <w:r w:rsidRPr="6C968D7A" w:rsidR="005F6A5B">
        <w:rPr>
          <w:b w:val="1"/>
          <w:bCs w:val="1"/>
        </w:rPr>
        <w:t>:</w:t>
      </w:r>
      <w:r w:rsidR="005F6A5B">
        <w:rPr/>
        <w:t xml:space="preserve"> </w:t>
      </w:r>
      <w:r w:rsidR="005F6A5B">
        <w:rPr/>
        <w:t>Indien</w:t>
      </w:r>
      <w:r w:rsidR="005F6A5B">
        <w:rPr/>
        <w:t xml:space="preserve"> de </w:t>
      </w:r>
      <w:r w:rsidR="005F6A5B">
        <w:rPr/>
        <w:t>vergunningverlenende</w:t>
      </w:r>
      <w:r w:rsidR="005F6A5B">
        <w:rPr/>
        <w:t xml:space="preserve"> </w:t>
      </w:r>
      <w:r w:rsidR="005F6A5B">
        <w:rPr/>
        <w:t>overheid</w:t>
      </w:r>
      <w:r w:rsidR="005F6A5B">
        <w:rPr/>
        <w:t xml:space="preserve"> </w:t>
      </w:r>
      <w:r w:rsidR="005F6A5B">
        <w:rPr/>
        <w:t>oordeelt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="005F6A5B">
        <w:rPr/>
        <w:t>weigering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de </w:t>
      </w:r>
      <w:r w:rsidR="005F6A5B">
        <w:rPr/>
        <w:t>orde</w:t>
      </w:r>
      <w:r w:rsidR="005F6A5B">
        <w:rPr/>
        <w:t xml:space="preserve"> is, </w:t>
      </w:r>
      <w:r w:rsidR="005F6A5B">
        <w:rPr/>
        <w:t>verzoekt</w:t>
      </w:r>
      <w:r w:rsidR="005F6A5B">
        <w:rPr/>
        <w:t xml:space="preserve"> </w:t>
      </w:r>
      <w:r w:rsidR="005F6A5B">
        <w:rPr/>
        <w:t>ondergetekende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</w:t>
      </w:r>
      <w:r w:rsidR="005F6A5B">
        <w:rPr/>
        <w:t>een</w:t>
      </w:r>
      <w:r w:rsidR="005F6A5B">
        <w:rPr/>
        <w:t xml:space="preserve"> </w:t>
      </w:r>
      <w:r w:rsidRPr="6C968D7A" w:rsidR="005F6A5B">
        <w:rPr>
          <w:b w:val="1"/>
          <w:bCs w:val="1"/>
        </w:rPr>
        <w:t>aanvullend</w:t>
      </w:r>
      <w:r w:rsidRPr="6C968D7A" w:rsidR="005F6A5B">
        <w:rPr>
          <w:b w:val="1"/>
          <w:bCs w:val="1"/>
        </w:rPr>
        <w:t xml:space="preserve"> of </w:t>
      </w:r>
      <w:r w:rsidRPr="6C968D7A" w:rsidR="005F6A5B">
        <w:rPr>
          <w:b w:val="1"/>
          <w:bCs w:val="1"/>
        </w:rPr>
        <w:t>nieuw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milieueffectenrapport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opgesteld</w:t>
      </w:r>
      <w:r w:rsidR="005F6A5B">
        <w:rPr/>
        <w:t xml:space="preserve"> </w:t>
      </w:r>
      <w:r w:rsidR="005F6A5B">
        <w:rPr/>
        <w:t>dat</w:t>
      </w:r>
      <w:r w:rsidR="005F6A5B">
        <w:rPr/>
        <w:t>:</w:t>
      </w:r>
    </w:p>
    <w:p w:rsidR="009D758D" w:rsidRDefault="005F6A5B" w14:paraId="7AF2F48C" w14:textId="77777777">
      <w:pPr>
        <w:pStyle w:val="ListBullet"/>
        <w:spacing w:after="60"/>
        <w:ind w:left="720"/>
        <w:rPr/>
      </w:pPr>
      <w:r w:rsidR="005F6A5B">
        <w:rPr/>
        <w:t>de</w:t>
      </w:r>
      <w:r w:rsidR="005F6A5B">
        <w:rPr/>
        <w:t xml:space="preserve"> </w:t>
      </w:r>
      <w:r w:rsidR="005F6A5B">
        <w:rPr/>
        <w:t>formele</w:t>
      </w:r>
      <w:r w:rsidR="005F6A5B">
        <w:rPr/>
        <w:t xml:space="preserve"> </w:t>
      </w:r>
      <w:r w:rsidR="005F6A5B">
        <w:rPr/>
        <w:t>gebreken</w:t>
      </w:r>
      <w:r w:rsidR="005F6A5B">
        <w:rPr/>
        <w:t xml:space="preserve"> </w:t>
      </w:r>
      <w:r w:rsidR="005F6A5B">
        <w:rPr/>
        <w:t>verhelpt</w:t>
      </w:r>
      <w:r w:rsidR="005F6A5B">
        <w:rPr/>
        <w:t xml:space="preserve"> (Track Changes </w:t>
      </w:r>
      <w:r w:rsidR="005F6A5B">
        <w:rPr/>
        <w:t>opschonen</w:t>
      </w:r>
      <w:r w:rsidR="005F6A5B">
        <w:rPr/>
        <w:t xml:space="preserve">, </w:t>
      </w:r>
      <w:r w:rsidR="005F6A5B">
        <w:rPr/>
        <w:t>verwijzingen</w:t>
      </w:r>
      <w:r w:rsidR="005F6A5B">
        <w:rPr/>
        <w:t xml:space="preserve"> </w:t>
      </w:r>
      <w:r w:rsidR="005F6A5B">
        <w:rPr/>
        <w:t>herstellen</w:t>
      </w:r>
      <w:r w:rsidR="005F6A5B">
        <w:rPr/>
        <w:t>);</w:t>
      </w:r>
    </w:p>
    <w:p w:rsidR="009D758D" w:rsidRDefault="005F6A5B" w14:paraId="378DA56C" w14:textId="77777777">
      <w:pPr>
        <w:pStyle w:val="ListBullet"/>
        <w:spacing w:after="60"/>
        <w:ind w:left="720"/>
        <w:rPr/>
      </w:pPr>
      <w:r w:rsidR="005F6A5B">
        <w:rPr/>
        <w:t>een</w:t>
      </w:r>
      <w:r w:rsidR="005F6A5B">
        <w:rPr/>
        <w:t xml:space="preserve"> </w:t>
      </w:r>
      <w:r w:rsidR="005F6A5B">
        <w:rPr/>
        <w:t>zelfstandig</w:t>
      </w:r>
      <w:r w:rsidR="005F6A5B">
        <w:rPr/>
        <w:t xml:space="preserve"> </w:t>
      </w:r>
      <w:r w:rsidR="005F6A5B">
        <w:rPr/>
        <w:t>alternatieven-onderzoek</w:t>
      </w:r>
      <w:r w:rsidR="005F6A5B">
        <w:rPr/>
        <w:t xml:space="preserve"> op </w:t>
      </w:r>
      <w:r w:rsidR="005F6A5B">
        <w:rPr/>
        <w:t>projectniveau</w:t>
      </w:r>
      <w:r w:rsidR="005F6A5B">
        <w:rPr/>
        <w:t xml:space="preserve"> </w:t>
      </w:r>
      <w:r w:rsidR="005F6A5B">
        <w:rPr/>
        <w:t>bevat</w:t>
      </w:r>
      <w:r w:rsidR="005F6A5B">
        <w:rPr/>
        <w:t xml:space="preserve">, met </w:t>
      </w:r>
      <w:r w:rsidR="005F6A5B">
        <w:rPr/>
        <w:t>inbegrip</w:t>
      </w:r>
      <w:r w:rsidR="005F6A5B">
        <w:rPr/>
        <w:t xml:space="preserve"> van </w:t>
      </w:r>
      <w:r w:rsidR="005F6A5B">
        <w:rPr/>
        <w:t>een</w:t>
      </w:r>
      <w:r w:rsidR="005F6A5B">
        <w:rPr/>
        <w:t xml:space="preserve"> </w:t>
      </w:r>
      <w:r w:rsidR="005F6A5B">
        <w:rPr/>
        <w:t>geactualiseerde</w:t>
      </w:r>
      <w:r w:rsidR="005F6A5B">
        <w:rPr/>
        <w:t xml:space="preserve"> </w:t>
      </w:r>
      <w:r w:rsidR="005F6A5B">
        <w:rPr/>
        <w:t>beoordeling</w:t>
      </w:r>
      <w:r w:rsidR="005F6A5B">
        <w:rPr/>
        <w:t xml:space="preserve"> van </w:t>
      </w:r>
      <w:r w:rsidR="005F6A5B">
        <w:rPr/>
        <w:t>ondergronds</w:t>
      </w:r>
      <w:r w:rsidR="005F6A5B">
        <w:rPr/>
        <w:t xml:space="preserve"> HVDC in het </w:t>
      </w:r>
      <w:r w:rsidR="005F6A5B">
        <w:rPr/>
        <w:t>licht</w:t>
      </w:r>
      <w:r w:rsidR="005F6A5B">
        <w:rPr/>
        <w:t xml:space="preserve"> van </w:t>
      </w:r>
      <w:r w:rsidR="005F6A5B">
        <w:rPr/>
        <w:t>ALEGrO</w:t>
      </w:r>
      <w:r w:rsidR="005F6A5B">
        <w:rPr/>
        <w:t xml:space="preserve"> (90 km, </w:t>
      </w:r>
      <w:r w:rsidR="005F6A5B">
        <w:rPr/>
        <w:t>operationeel</w:t>
      </w:r>
      <w:r w:rsidR="005F6A5B">
        <w:rPr/>
        <w:t xml:space="preserve">), </w:t>
      </w:r>
      <w:r w:rsidR="005F6A5B">
        <w:rPr/>
        <w:t>SuedOstLink</w:t>
      </w:r>
      <w:r w:rsidR="005F6A5B">
        <w:rPr/>
        <w:t xml:space="preserve"> (543 km, </w:t>
      </w:r>
      <w:r w:rsidR="005F6A5B">
        <w:rPr/>
        <w:t>goedgekeurd</w:t>
      </w:r>
      <w:r w:rsidR="005F6A5B">
        <w:rPr/>
        <w:t xml:space="preserve">) </w:t>
      </w:r>
      <w:r w:rsidR="005F6A5B">
        <w:rPr/>
        <w:t>en</w:t>
      </w:r>
      <w:r w:rsidR="005F6A5B">
        <w:rPr/>
        <w:t xml:space="preserve"> de </w:t>
      </w:r>
      <w:r w:rsidR="005F6A5B">
        <w:rPr/>
        <w:t>circa</w:t>
      </w:r>
      <w:r w:rsidR="005F6A5B">
        <w:rPr/>
        <w:t xml:space="preserve"> 1.540 km </w:t>
      </w:r>
      <w:r w:rsidR="005F6A5B">
        <w:rPr/>
        <w:t>ondergrondse</w:t>
      </w:r>
      <w:r w:rsidR="005F6A5B">
        <w:rPr/>
        <w:t xml:space="preserve"> HVDC die in </w:t>
      </w:r>
      <w:r w:rsidR="005F6A5B">
        <w:rPr/>
        <w:t>Duitsland</w:t>
      </w:r>
      <w:r w:rsidR="005F6A5B">
        <w:rPr/>
        <w:t xml:space="preserve"> is </w:t>
      </w:r>
      <w:r w:rsidR="005F6A5B">
        <w:rPr/>
        <w:t>goedgekeurd</w:t>
      </w:r>
      <w:r w:rsidR="005F6A5B">
        <w:rPr/>
        <w:t>;</w:t>
      </w:r>
    </w:p>
    <w:p w:rsidR="009D758D" w:rsidRDefault="005F6A5B" w14:paraId="7B037DE0" w14:textId="77777777">
      <w:pPr>
        <w:pStyle w:val="ListBullet"/>
        <w:spacing w:after="60"/>
        <w:ind w:left="720"/>
        <w:rPr/>
      </w:pPr>
      <w:r w:rsidR="005F6A5B">
        <w:rPr/>
        <w:t>de</w:t>
      </w:r>
      <w:r w:rsidR="005F6A5B">
        <w:rPr/>
        <w:t xml:space="preserve"> </w:t>
      </w:r>
      <w:r w:rsidR="005F6A5B">
        <w:rPr/>
        <w:t>plandoelstellingen</w:t>
      </w:r>
      <w:r w:rsidR="005F6A5B">
        <w:rPr/>
        <w:t xml:space="preserve"> van het GRUP </w:t>
      </w:r>
      <w:r w:rsidR="005F6A5B">
        <w:rPr/>
        <w:t>herziet</w:t>
      </w:r>
      <w:r w:rsidR="005F6A5B">
        <w:rPr/>
        <w:t xml:space="preserve"> </w:t>
      </w:r>
      <w:r w:rsidR="005F6A5B">
        <w:rPr/>
        <w:t>zodat</w:t>
      </w:r>
      <w:r w:rsidR="005F6A5B">
        <w:rPr/>
        <w:t xml:space="preserve"> </w:t>
      </w:r>
      <w:r w:rsidR="005F6A5B">
        <w:rPr/>
        <w:t>technologieneutrale</w:t>
      </w:r>
      <w:r w:rsidR="005F6A5B">
        <w:rPr/>
        <w:t xml:space="preserve"> </w:t>
      </w:r>
      <w:r w:rsidR="005F6A5B">
        <w:rPr/>
        <w:t>alternatieven</w:t>
      </w:r>
      <w:r w:rsidR="005F6A5B">
        <w:rPr/>
        <w:t xml:space="preserve"> (</w:t>
      </w:r>
      <w:r w:rsidR="005F6A5B">
        <w:rPr/>
        <w:t>waaronder</w:t>
      </w:r>
      <w:r w:rsidR="005F6A5B">
        <w:rPr/>
        <w:t xml:space="preserve"> HVDC) </w:t>
      </w:r>
      <w:r w:rsidR="005F6A5B">
        <w:rPr/>
        <w:t>niet</w:t>
      </w:r>
      <w:r w:rsidR="005F6A5B">
        <w:rPr/>
        <w:t xml:space="preserve"> op </w:t>
      </w:r>
      <w:r w:rsidR="005F6A5B">
        <w:rPr/>
        <w:t>voorhand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uitgesloten</w:t>
      </w:r>
      <w:r w:rsidR="005F6A5B">
        <w:rPr/>
        <w:t>;</w:t>
      </w:r>
    </w:p>
    <w:p w:rsidR="009D758D" w:rsidRDefault="005F6A5B" w14:paraId="220483CE" w14:textId="77777777">
      <w:pPr>
        <w:pStyle w:val="ListBullet"/>
        <w:spacing w:after="60"/>
        <w:ind w:left="720"/>
        <w:rPr/>
      </w:pPr>
      <w:r w:rsidR="005F6A5B">
        <w:rPr/>
        <w:t>de</w:t>
      </w:r>
      <w:r w:rsidR="005F6A5B">
        <w:rPr/>
        <w:t xml:space="preserve"> </w:t>
      </w:r>
      <w:r w:rsidR="005F6A5B">
        <w:rPr/>
        <w:t>dimensionering</w:t>
      </w:r>
      <w:r w:rsidR="005F6A5B">
        <w:rPr/>
        <w:t xml:space="preserve"> van het project </w:t>
      </w:r>
      <w:r w:rsidR="005F6A5B">
        <w:rPr/>
        <w:t>herbeoordeelt</w:t>
      </w:r>
      <w:r w:rsidR="005F6A5B">
        <w:rPr/>
        <w:t xml:space="preserve"> in het </w:t>
      </w:r>
      <w:r w:rsidR="005F6A5B">
        <w:rPr/>
        <w:t>licht</w:t>
      </w:r>
      <w:r w:rsidR="005F6A5B">
        <w:rPr/>
        <w:t xml:space="preserve"> van het </w:t>
      </w:r>
      <w:r w:rsidR="005F6A5B">
        <w:rPr/>
        <w:t>wegvallen</w:t>
      </w:r>
      <w:r w:rsidR="005F6A5B">
        <w:rPr/>
        <w:t xml:space="preserve"> van </w:t>
      </w:r>
      <w:r w:rsidR="005F6A5B">
        <w:rPr/>
        <w:t>Cronos</w:t>
      </w:r>
      <w:r w:rsidR="005F6A5B">
        <w:rPr/>
        <w:t xml:space="preserve">, </w:t>
      </w:r>
      <w:r w:rsidR="005F6A5B">
        <w:rPr/>
        <w:t>TritonLink</w:t>
      </w:r>
      <w:r w:rsidR="005F6A5B">
        <w:rPr/>
        <w:t xml:space="preserve">, de </w:t>
      </w:r>
      <w:r w:rsidR="005F6A5B">
        <w:rPr/>
        <w:t>vertraging</w:t>
      </w:r>
      <w:r w:rsidR="005F6A5B">
        <w:rPr/>
        <w:t xml:space="preserve"> van Nautilus </w:t>
      </w:r>
      <w:r w:rsidR="005F6A5B">
        <w:rPr/>
        <w:t>en</w:t>
      </w:r>
      <w:r w:rsidR="005F6A5B">
        <w:rPr/>
        <w:t xml:space="preserve"> het </w:t>
      </w:r>
      <w:r w:rsidR="005F6A5B">
        <w:rPr/>
        <w:t>schrappen</w:t>
      </w:r>
      <w:r w:rsidR="005F6A5B">
        <w:rPr/>
        <w:t xml:space="preserve"> van de HVDC-</w:t>
      </w:r>
      <w:r w:rsidR="005F6A5B">
        <w:rPr/>
        <w:t>fase</w:t>
      </w:r>
      <w:r w:rsidR="005F6A5B">
        <w:rPr/>
        <w:t xml:space="preserve"> van het Prinses Elisabeth </w:t>
      </w:r>
      <w:r w:rsidR="005F6A5B">
        <w:rPr/>
        <w:t>Eiland;</w:t>
      </w:r>
    </w:p>
    <w:p w:rsidR="009D758D" w:rsidRDefault="005F6A5B" w14:paraId="6EF1E74F" w14:textId="77777777">
      <w:pPr>
        <w:pStyle w:val="ListBullet"/>
        <w:spacing w:after="60"/>
        <w:ind w:left="720"/>
        <w:rPr/>
      </w:pPr>
      <w:r w:rsidR="005F6A5B">
        <w:rPr/>
        <w:t>een</w:t>
      </w:r>
      <w:r w:rsidR="005F6A5B">
        <w:rPr/>
        <w:t xml:space="preserve"> </w:t>
      </w:r>
      <w:r w:rsidR="005F6A5B">
        <w:rPr/>
        <w:t>effectscore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EMF-</w:t>
      </w:r>
      <w:r w:rsidR="005F6A5B">
        <w:rPr/>
        <w:t>blootstelling</w:t>
      </w:r>
      <w:r w:rsidR="005F6A5B">
        <w:rPr/>
        <w:t xml:space="preserve"> </w:t>
      </w:r>
      <w:r w:rsidR="005F6A5B">
        <w:rPr/>
        <w:t>toekent</w:t>
      </w:r>
      <w:r w:rsidR="005F6A5B">
        <w:rPr/>
        <w:t>;</w:t>
      </w:r>
    </w:p>
    <w:p w:rsidR="009D758D" w:rsidP="25A181EA" w:rsidRDefault="25A181EA" w14:paraId="70B72BF2" w14:textId="24F34F95">
      <w:pPr>
        <w:pStyle w:val="ListBullet"/>
        <w:spacing w:after="60"/>
        <w:rPr/>
      </w:pPr>
      <w:r w:rsidR="25A181EA">
        <w:rPr/>
        <w:t>bindende</w:t>
      </w:r>
      <w:r w:rsidR="25A181EA">
        <w:rPr/>
        <w:t xml:space="preserve"> </w:t>
      </w:r>
      <w:r w:rsidR="25A181EA">
        <w:rPr/>
        <w:t>milderende</w:t>
      </w:r>
      <w:r w:rsidR="25A181EA">
        <w:rPr/>
        <w:t xml:space="preserve"> </w:t>
      </w:r>
      <w:r w:rsidR="25A181EA">
        <w:rPr/>
        <w:t>maatregelen</w:t>
      </w:r>
      <w:r w:rsidR="25A181EA">
        <w:rPr/>
        <w:t xml:space="preserve"> </w:t>
      </w:r>
      <w:r w:rsidR="25A181EA">
        <w:rPr/>
        <w:t>formuleert</w:t>
      </w:r>
      <w:r w:rsidR="25A181EA">
        <w:rPr/>
        <w:t>;</w:t>
      </w:r>
    </w:p>
    <w:p w:rsidR="009D758D" w:rsidRDefault="005F6A5B" w14:paraId="522E3DE8" w14:textId="77777777">
      <w:pPr>
        <w:pStyle w:val="ListBullet"/>
        <w:spacing w:after="60"/>
        <w:ind w:left="720"/>
        <w:rPr/>
      </w:pPr>
      <w:r w:rsidR="005F6A5B">
        <w:rPr/>
        <w:t>het</w:t>
      </w:r>
      <w:r w:rsidR="005F6A5B">
        <w:rPr/>
        <w:t xml:space="preserve"> </w:t>
      </w:r>
      <w:r w:rsidR="005F6A5B">
        <w:rPr/>
        <w:t>voorzorgsbeginsel</w:t>
      </w:r>
      <w:r w:rsidR="005F6A5B">
        <w:rPr/>
        <w:t xml:space="preserve"> </w:t>
      </w:r>
      <w:r w:rsidR="005F6A5B">
        <w:rPr/>
        <w:t>toepast</w:t>
      </w:r>
      <w:r w:rsidR="005F6A5B">
        <w:rPr/>
        <w:t xml:space="preserve"> </w:t>
      </w:r>
      <w:r w:rsidR="005F6A5B">
        <w:rPr/>
        <w:t>bij</w:t>
      </w:r>
      <w:r w:rsidR="005F6A5B">
        <w:rPr/>
        <w:t xml:space="preserve"> </w:t>
      </w:r>
      <w:r w:rsidR="005F6A5B">
        <w:rPr/>
        <w:t>erkende</w:t>
      </w:r>
      <w:r w:rsidR="005F6A5B">
        <w:rPr/>
        <w:t xml:space="preserve"> </w:t>
      </w:r>
      <w:r w:rsidR="005F6A5B">
        <w:rPr/>
        <w:t>kennislacunes</w:t>
      </w:r>
      <w:r w:rsidR="005F6A5B">
        <w:rPr/>
        <w:t>;</w:t>
      </w:r>
    </w:p>
    <w:p w:rsidR="009D758D" w:rsidRDefault="005F6A5B" w14:paraId="0BCEE2DC" w14:textId="77777777">
      <w:pPr>
        <w:pStyle w:val="ListBullet"/>
        <w:spacing w:after="60"/>
        <w:ind w:left="720"/>
        <w:rPr/>
      </w:pPr>
      <w:r w:rsidR="005F6A5B">
        <w:rPr/>
        <w:t>publieke</w:t>
      </w:r>
      <w:r w:rsidR="005F6A5B">
        <w:rPr/>
        <w:t xml:space="preserve"> </w:t>
      </w:r>
      <w:r w:rsidR="005F6A5B">
        <w:rPr/>
        <w:t>participatie</w:t>
      </w:r>
      <w:r w:rsidR="005F6A5B">
        <w:rPr/>
        <w:t xml:space="preserve"> in de </w:t>
      </w:r>
      <w:r w:rsidR="005F6A5B">
        <w:rPr/>
        <w:t>scopingsfase</w:t>
      </w:r>
      <w:r w:rsidR="005F6A5B">
        <w:rPr/>
        <w:t xml:space="preserve"> </w:t>
      </w:r>
      <w:r w:rsidR="005F6A5B">
        <w:rPr/>
        <w:t>organiseert</w:t>
      </w:r>
      <w:r w:rsidR="005F6A5B">
        <w:rPr/>
        <w:t>;</w:t>
      </w:r>
    </w:p>
    <w:p w:rsidR="009D758D" w:rsidRDefault="005F6A5B" w14:paraId="60AFF71F" w14:textId="77777777">
      <w:pPr>
        <w:pStyle w:val="ListBullet"/>
        <w:spacing w:after="60"/>
        <w:ind w:left="720"/>
        <w:rPr/>
      </w:pPr>
      <w:r w:rsidR="005F6A5B">
        <w:rPr/>
        <w:t>de</w:t>
      </w:r>
      <w:r w:rsidR="005F6A5B">
        <w:rPr/>
        <w:t xml:space="preserve"> </w:t>
      </w:r>
      <w:r w:rsidR="005F6A5B">
        <w:rPr/>
        <w:t>afwijkingen</w:t>
      </w:r>
      <w:r w:rsidR="005F6A5B">
        <w:rPr/>
        <w:t xml:space="preserve"> van </w:t>
      </w:r>
      <w:r w:rsidR="005F6A5B">
        <w:rPr/>
        <w:t>stedenbouwkundige</w:t>
      </w:r>
      <w:r w:rsidR="005F6A5B">
        <w:rPr/>
        <w:t xml:space="preserve"> </w:t>
      </w:r>
      <w:r w:rsidR="005F6A5B">
        <w:rPr/>
        <w:t>voorschriften</w:t>
      </w:r>
      <w:r w:rsidR="005F6A5B">
        <w:rPr/>
        <w:t xml:space="preserve"> </w:t>
      </w:r>
      <w:r w:rsidR="005F6A5B">
        <w:rPr/>
        <w:t>afdoende</w:t>
      </w:r>
      <w:r w:rsidR="005F6A5B">
        <w:rPr/>
        <w:t xml:space="preserve"> </w:t>
      </w:r>
      <w:r w:rsidR="005F6A5B">
        <w:rPr/>
        <w:t>motiveert</w:t>
      </w:r>
      <w:r w:rsidR="005F6A5B">
        <w:rPr/>
        <w:t xml:space="preserve"> in het </w:t>
      </w:r>
      <w:r w:rsidR="005F6A5B">
        <w:rPr/>
        <w:t>licht</w:t>
      </w:r>
      <w:r w:rsidR="005F6A5B">
        <w:rPr/>
        <w:t xml:space="preserve"> van art. 4.4.7, §2, </w:t>
      </w:r>
      <w:r w:rsidR="005F6A5B">
        <w:rPr/>
        <w:t>VCRO;</w:t>
      </w:r>
    </w:p>
    <w:p w:rsidR="009D758D" w:rsidRDefault="005F6A5B" w14:paraId="1DF26096" w14:textId="77777777">
      <w:pPr>
        <w:pStyle w:val="ListBullet"/>
        <w:spacing w:after="60"/>
        <w:ind w:left="720"/>
        <w:rPr/>
      </w:pPr>
      <w:r w:rsidR="005F6A5B">
        <w:rPr/>
        <w:t>de</w:t>
      </w:r>
      <w:r w:rsidR="005F6A5B">
        <w:rPr/>
        <w:t xml:space="preserve"> </w:t>
      </w:r>
      <w:r w:rsidR="005F6A5B">
        <w:rPr/>
        <w:t>afwijkingen</w:t>
      </w:r>
      <w:r w:rsidR="005F6A5B">
        <w:rPr/>
        <w:t xml:space="preserve"> van de </w:t>
      </w:r>
      <w:r w:rsidR="005F6A5B">
        <w:rPr/>
        <w:t>bouwvrije</w:t>
      </w:r>
      <w:r w:rsidR="005F6A5B">
        <w:rPr/>
        <w:t xml:space="preserve"> strook </w:t>
      </w:r>
      <w:r w:rsidR="005F6A5B">
        <w:rPr/>
        <w:t>langs</w:t>
      </w:r>
      <w:r w:rsidR="005F6A5B">
        <w:rPr/>
        <w:t xml:space="preserve"> de E403 </w:t>
      </w:r>
      <w:r w:rsidR="005F6A5B">
        <w:rPr/>
        <w:t>herbeoordeelt</w:t>
      </w:r>
      <w:r w:rsidR="005F6A5B">
        <w:rPr/>
        <w:t xml:space="preserve">, in het </w:t>
      </w:r>
      <w:r w:rsidR="005F6A5B">
        <w:rPr/>
        <w:t>bijzonder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de 31 </w:t>
      </w:r>
      <w:r w:rsidR="005F6A5B">
        <w:rPr/>
        <w:t>masten</w:t>
      </w:r>
      <w:r w:rsidR="005F6A5B">
        <w:rPr/>
        <w:t xml:space="preserve"> in de 10-30m zone </w:t>
      </w:r>
      <w:r w:rsidR="005F6A5B">
        <w:rPr/>
        <w:t>en</w:t>
      </w:r>
      <w:r w:rsidR="005F6A5B">
        <w:rPr/>
        <w:t xml:space="preserve"> het </w:t>
      </w:r>
      <w:r w:rsidR="005F6A5B">
        <w:rPr/>
        <w:t>bufferbekken</w:t>
      </w:r>
      <w:r w:rsidR="005F6A5B">
        <w:rPr/>
        <w:t xml:space="preserve"> P12 in de 10m </w:t>
      </w:r>
      <w:r w:rsidR="005F6A5B">
        <w:rPr/>
        <w:t>zone;</w:t>
      </w:r>
    </w:p>
    <w:p w:rsidR="009D758D" w:rsidRDefault="005F6A5B" w14:paraId="10669AF6" w14:textId="77777777">
      <w:pPr>
        <w:pStyle w:val="ListBullet"/>
        <w:spacing w:after="60"/>
        <w:ind w:left="720"/>
        <w:rPr/>
      </w:pPr>
      <w:r w:rsidR="005F6A5B">
        <w:rPr/>
        <w:t>een</w:t>
      </w:r>
      <w:r w:rsidR="005F6A5B">
        <w:rPr/>
        <w:t xml:space="preserve"> </w:t>
      </w:r>
      <w:r w:rsidR="005F6A5B">
        <w:rPr/>
        <w:t>uniforme</w:t>
      </w:r>
      <w:r w:rsidR="005F6A5B">
        <w:rPr/>
        <w:t xml:space="preserve">, </w:t>
      </w:r>
      <w:r w:rsidR="005F6A5B">
        <w:rPr/>
        <w:t>niet-discriminatoire</w:t>
      </w:r>
      <w:r w:rsidR="005F6A5B">
        <w:rPr/>
        <w:t xml:space="preserve"> </w:t>
      </w:r>
      <w:r w:rsidR="005F6A5B">
        <w:rPr/>
        <w:t>toepassing</w:t>
      </w:r>
      <w:r w:rsidR="005F6A5B">
        <w:rPr/>
        <w:t xml:space="preserve"> van </w:t>
      </w:r>
      <w:r w:rsidR="005F6A5B">
        <w:rPr/>
        <w:t>milderende</w:t>
      </w:r>
      <w:r w:rsidR="005F6A5B">
        <w:rPr/>
        <w:t xml:space="preserve"> </w:t>
      </w:r>
      <w:r w:rsidR="005F6A5B">
        <w:rPr/>
        <w:t>maatregelen</w:t>
      </w:r>
      <w:r w:rsidR="005F6A5B">
        <w:rPr/>
        <w:t xml:space="preserve"> </w:t>
      </w:r>
      <w:r w:rsidR="005F6A5B">
        <w:rPr/>
        <w:t>waarborgt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alle </w:t>
      </w:r>
      <w:r w:rsidR="005F6A5B">
        <w:rPr/>
        <w:t>gelijk</w:t>
      </w:r>
      <w:r w:rsidR="005F6A5B">
        <w:rPr/>
        <w:t xml:space="preserve"> </w:t>
      </w:r>
      <w:r w:rsidR="005F6A5B">
        <w:rPr/>
        <w:t>getroffen</w:t>
      </w:r>
      <w:r w:rsidR="005F6A5B">
        <w:rPr/>
        <w:t xml:space="preserve"> </w:t>
      </w:r>
      <w:r w:rsidR="005F6A5B">
        <w:rPr/>
        <w:t>woningen</w:t>
      </w:r>
      <w:r w:rsidR="005F6A5B">
        <w:rPr/>
        <w:t>;</w:t>
      </w:r>
    </w:p>
    <w:p w:rsidR="009D758D" w:rsidRDefault="005F6A5B" w14:paraId="49B59D25" w14:textId="77777777">
      <w:pPr>
        <w:pStyle w:val="ListBullet"/>
        <w:spacing w:after="60"/>
        <w:ind w:left="720"/>
        <w:rPr/>
      </w:pPr>
      <w:r w:rsidR="005F6A5B">
        <w:rPr/>
        <w:t>de</w:t>
      </w:r>
      <w:r w:rsidR="005F6A5B">
        <w:rPr/>
        <w:t xml:space="preserve"> </w:t>
      </w:r>
      <w:r w:rsidR="005F6A5B">
        <w:rPr/>
        <w:t>werkelijke</w:t>
      </w:r>
      <w:r w:rsidR="005F6A5B">
        <w:rPr/>
        <w:t xml:space="preserve"> </w:t>
      </w:r>
      <w:r w:rsidR="005F6A5B">
        <w:rPr/>
        <w:t>netbelasting</w:t>
      </w:r>
      <w:r w:rsidR="005F6A5B">
        <w:rPr/>
        <w:t xml:space="preserve"> (9-12,6% </w:t>
      </w:r>
      <w:r w:rsidR="005F6A5B">
        <w:rPr/>
        <w:t>conform</w:t>
      </w:r>
      <w:r w:rsidR="005F6A5B">
        <w:rPr/>
        <w:t xml:space="preserve"> de door Minister </w:t>
      </w:r>
      <w:r w:rsidR="005F6A5B">
        <w:rPr/>
        <w:t>Brouns</w:t>
      </w:r>
      <w:r w:rsidR="005F6A5B">
        <w:rPr/>
        <w:t xml:space="preserve"> </w:t>
      </w:r>
      <w:r w:rsidR="005F6A5B">
        <w:rPr/>
        <w:t>bevestigde</w:t>
      </w:r>
      <w:r w:rsidR="005F6A5B">
        <w:rPr/>
        <w:t xml:space="preserve"> </w:t>
      </w:r>
      <w:r w:rsidR="005F6A5B">
        <w:rPr/>
        <w:t>cijfers</w:t>
      </w:r>
      <w:r w:rsidR="005F6A5B">
        <w:rPr/>
        <w:t xml:space="preserve">) </w:t>
      </w:r>
      <w:r w:rsidR="005F6A5B">
        <w:rPr/>
        <w:t>als</w:t>
      </w:r>
      <w:r w:rsidR="005F6A5B">
        <w:rPr/>
        <w:t xml:space="preserve"> </w:t>
      </w:r>
      <w:r w:rsidR="005F6A5B">
        <w:rPr/>
        <w:t>uitgangspunt</w:t>
      </w:r>
      <w:r w:rsidR="005F6A5B">
        <w:rPr/>
        <w:t xml:space="preserve"> </w:t>
      </w:r>
      <w:r w:rsidR="005F6A5B">
        <w:rPr/>
        <w:t>neemt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de </w:t>
      </w:r>
      <w:r w:rsidR="005F6A5B">
        <w:rPr/>
        <w:t>proportionaliteitsafweging</w:t>
      </w:r>
      <w:r w:rsidR="005F6A5B">
        <w:rPr/>
        <w:t>;</w:t>
      </w:r>
    </w:p>
    <w:p w:rsidR="009D758D" w:rsidRDefault="005F6A5B" w14:paraId="20F0609F" w14:textId="77777777">
      <w:pPr>
        <w:pStyle w:val="ListBullet"/>
        <w:spacing w:after="60"/>
        <w:ind w:left="720"/>
        <w:rPr/>
      </w:pPr>
      <w:r w:rsidR="005F6A5B">
        <w:rPr/>
        <w:t>het</w:t>
      </w:r>
      <w:r w:rsidR="005F6A5B">
        <w:rPr/>
        <w:t xml:space="preserve"> dossier op </w:t>
      </w:r>
      <w:r w:rsidR="005F6A5B">
        <w:rPr/>
        <w:t>een</w:t>
      </w:r>
      <w:r w:rsidR="005F6A5B">
        <w:rPr/>
        <w:t xml:space="preserve"> </w:t>
      </w:r>
      <w:r w:rsidR="005F6A5B">
        <w:rPr/>
        <w:t>begrijpelijke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toegankelijke</w:t>
      </w:r>
      <w:r w:rsidR="005F6A5B">
        <w:rPr/>
        <w:t xml:space="preserve"> </w:t>
      </w:r>
      <w:r w:rsidR="005F6A5B">
        <w:rPr/>
        <w:t>wijze</w:t>
      </w:r>
      <w:r w:rsidR="005F6A5B">
        <w:rPr/>
        <w:t xml:space="preserve"> ter </w:t>
      </w:r>
      <w:r w:rsidR="005F6A5B">
        <w:rPr/>
        <w:t>beschikking</w:t>
      </w:r>
      <w:r w:rsidR="005F6A5B">
        <w:rPr/>
        <w:t xml:space="preserve"> </w:t>
      </w:r>
      <w:r w:rsidR="005F6A5B">
        <w:rPr/>
        <w:t>stelt</w:t>
      </w:r>
      <w:r w:rsidR="005F6A5B">
        <w:rPr/>
        <w:t xml:space="preserve"> </w:t>
      </w:r>
      <w:r w:rsidR="005F6A5B">
        <w:rPr/>
        <w:t>conform</w:t>
      </w:r>
      <w:r w:rsidR="005F6A5B">
        <w:rPr/>
        <w:t xml:space="preserve"> art. 6 </w:t>
      </w:r>
      <w:r w:rsidR="005F6A5B">
        <w:rPr/>
        <w:t>Verdrag</w:t>
      </w:r>
      <w:r w:rsidR="005F6A5B">
        <w:rPr/>
        <w:t xml:space="preserve"> van </w:t>
      </w:r>
      <w:r w:rsidR="005F6A5B">
        <w:rPr/>
        <w:t>Aarhus;</w:t>
      </w:r>
    </w:p>
    <w:p w:rsidR="009D758D" w:rsidRDefault="005F6A5B" w14:paraId="38537A4D" w14:textId="77777777">
      <w:pPr>
        <w:pStyle w:val="ListBullet"/>
        <w:spacing w:after="60"/>
        <w:ind w:left="720"/>
        <w:rPr/>
      </w:pPr>
      <w:r w:rsidR="005F6A5B">
        <w:rPr/>
        <w:t>de</w:t>
      </w:r>
      <w:r w:rsidR="005F6A5B">
        <w:rPr/>
        <w:t xml:space="preserve"> </w:t>
      </w:r>
      <w:r w:rsidR="005F6A5B">
        <w:rPr/>
        <w:t>referentietoestand</w:t>
      </w:r>
      <w:r w:rsidR="005F6A5B">
        <w:rPr/>
        <w:t xml:space="preserve"> </w:t>
      </w:r>
      <w:r w:rsidR="005F6A5B">
        <w:rPr/>
        <w:t>corrigeert</w:t>
      </w:r>
      <w:r w:rsidR="005F6A5B">
        <w:rPr/>
        <w:t xml:space="preserve"> door de 3e </w:t>
      </w:r>
      <w:r w:rsidR="005F6A5B">
        <w:rPr/>
        <w:t>transformator</w:t>
      </w:r>
      <w:r w:rsidR="005F6A5B">
        <w:rPr/>
        <w:t xml:space="preserve"> </w:t>
      </w:r>
      <w:r w:rsidR="005F6A5B">
        <w:rPr/>
        <w:t>Izegem</w:t>
      </w:r>
      <w:r w:rsidR="005F6A5B">
        <w:rPr/>
        <w:t xml:space="preserve"> — die </w:t>
      </w:r>
      <w:r w:rsidR="005F6A5B">
        <w:rPr/>
        <w:t>enkel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alleen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</w:t>
      </w:r>
      <w:r w:rsidR="005F6A5B">
        <w:rPr/>
        <w:t>Ventilus</w:t>
      </w:r>
      <w:r w:rsidR="005F6A5B">
        <w:rPr/>
        <w:t xml:space="preserve"> is </w:t>
      </w:r>
      <w:r w:rsidR="005F6A5B">
        <w:rPr/>
        <w:t>aangelegd</w:t>
      </w:r>
      <w:r w:rsidR="005F6A5B">
        <w:rPr/>
        <w:t xml:space="preserve"> — </w:t>
      </w:r>
      <w:r w:rsidR="005F6A5B">
        <w:rPr/>
        <w:t>niet</w:t>
      </w:r>
      <w:r w:rsidR="005F6A5B">
        <w:rPr/>
        <w:t xml:space="preserve"> mee </w:t>
      </w:r>
      <w:r w:rsidR="005F6A5B">
        <w:rPr/>
        <w:t>te</w:t>
      </w:r>
      <w:r w:rsidR="005F6A5B">
        <w:rPr/>
        <w:t xml:space="preserve"> </w:t>
      </w:r>
      <w:r w:rsidR="005F6A5B">
        <w:rPr/>
        <w:t>rekenen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bestaande</w:t>
      </w:r>
      <w:r w:rsidR="005F6A5B">
        <w:rPr/>
        <w:t xml:space="preserve"> </w:t>
      </w:r>
      <w:r w:rsidR="005F6A5B">
        <w:rPr/>
        <w:t>situatie</w:t>
      </w:r>
      <w:r w:rsidR="005F6A5B">
        <w:rPr/>
        <w:t>;</w:t>
      </w:r>
    </w:p>
    <w:p w:rsidR="009D758D" w:rsidRDefault="005F6A5B" w14:paraId="06863790" w14:textId="77777777">
      <w:pPr>
        <w:pStyle w:val="ListBullet"/>
        <w:spacing w:after="60"/>
        <w:ind w:left="720"/>
        <w:rPr/>
      </w:pPr>
      <w:r w:rsidR="005F6A5B">
        <w:rPr/>
        <w:t>de</w:t>
      </w:r>
      <w:r w:rsidR="005F6A5B">
        <w:rPr/>
        <w:t xml:space="preserve"> </w:t>
      </w:r>
      <w:r w:rsidR="005F6A5B">
        <w:rPr/>
        <w:t>conformiteit</w:t>
      </w:r>
      <w:r w:rsidR="005F6A5B">
        <w:rPr/>
        <w:t xml:space="preserve"> met </w:t>
      </w:r>
      <w:r w:rsidR="005F6A5B">
        <w:rPr/>
        <w:t>het stand</w:t>
      </w:r>
      <w:r w:rsidR="005F6A5B">
        <w:rPr/>
        <w:t>-</w:t>
      </w:r>
      <w:r w:rsidR="005F6A5B">
        <w:rPr/>
        <w:t>still</w:t>
      </w:r>
      <w:r w:rsidR="005F6A5B">
        <w:rPr/>
        <w:t xml:space="preserve"> </w:t>
      </w:r>
      <w:r w:rsidR="005F6A5B">
        <w:rPr/>
        <w:t>principe</w:t>
      </w:r>
      <w:r w:rsidR="005F6A5B">
        <w:rPr/>
        <w:t xml:space="preserve"> van het RSV </w:t>
      </w:r>
      <w:r w:rsidR="005F6A5B">
        <w:rPr/>
        <w:t>afdoende</w:t>
      </w:r>
      <w:r w:rsidR="005F6A5B">
        <w:rPr/>
        <w:t xml:space="preserve"> </w:t>
      </w:r>
      <w:r w:rsidR="005F6A5B">
        <w:rPr/>
        <w:t>motiveert</w:t>
      </w:r>
      <w:r w:rsidR="005F6A5B">
        <w:rPr/>
        <w:t>;</w:t>
      </w:r>
    </w:p>
    <w:p w:rsidR="009D758D" w:rsidRDefault="005F6A5B" w14:paraId="5DADEE7B" w14:textId="77777777">
      <w:pPr>
        <w:pStyle w:val="ListBullet"/>
        <w:spacing w:after="60"/>
        <w:ind w:left="720"/>
        <w:rPr/>
      </w:pPr>
      <w:r w:rsidR="005F6A5B">
        <w:rPr/>
        <w:t>de</w:t>
      </w:r>
      <w:r w:rsidR="005F6A5B">
        <w:rPr/>
        <w:t xml:space="preserve"> </w:t>
      </w:r>
      <w:r w:rsidR="005F6A5B">
        <w:rPr/>
        <w:t>drietrapsformule</w:t>
      </w:r>
      <w:r w:rsidR="005F6A5B">
        <w:rPr/>
        <w:t xml:space="preserve"> van art. 3 </w:t>
      </w:r>
      <w:r w:rsidR="005F6A5B">
        <w:rPr/>
        <w:t>Besluit</w:t>
      </w:r>
      <w:r w:rsidR="005F6A5B">
        <w:rPr/>
        <w:t xml:space="preserve"> </w:t>
      </w:r>
      <w:r w:rsidR="005F6A5B">
        <w:rPr/>
        <w:t>Handelingen</w:t>
      </w:r>
      <w:r w:rsidR="005F6A5B">
        <w:rPr/>
        <w:t xml:space="preserve"> </w:t>
      </w:r>
      <w:r w:rsidR="005F6A5B">
        <w:rPr/>
        <w:t>Algemeen</w:t>
      </w:r>
      <w:r w:rsidR="005F6A5B">
        <w:rPr/>
        <w:t xml:space="preserve"> </w:t>
      </w:r>
      <w:r w:rsidR="005F6A5B">
        <w:rPr/>
        <w:t>Belang</w:t>
      </w:r>
      <w:r w:rsidR="005F6A5B">
        <w:rPr/>
        <w:t xml:space="preserve"> per </w:t>
      </w:r>
      <w:r w:rsidR="005F6A5B">
        <w:rPr/>
        <w:t>bestemmingszone</w:t>
      </w:r>
      <w:r w:rsidR="005F6A5B">
        <w:rPr/>
        <w:t xml:space="preserve"> </w:t>
      </w:r>
      <w:r w:rsidR="005F6A5B">
        <w:rPr/>
        <w:t>doorloopt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motiveert</w:t>
      </w:r>
      <w:r w:rsidR="005F6A5B">
        <w:rPr/>
        <w:t>;</w:t>
      </w:r>
    </w:p>
    <w:p w:rsidR="009D758D" w:rsidRDefault="005F6A5B" w14:paraId="4C04A78A" w14:textId="77777777">
      <w:pPr>
        <w:pStyle w:val="ListBullet"/>
        <w:spacing w:after="60"/>
        <w:ind w:left="720"/>
        <w:rPr/>
      </w:pPr>
      <w:r w:rsidR="005F6A5B">
        <w:rPr/>
        <w:t>een</w:t>
      </w:r>
      <w:r w:rsidR="005F6A5B">
        <w:rPr/>
        <w:t xml:space="preserve"> </w:t>
      </w:r>
      <w:r w:rsidR="005F6A5B">
        <w:rPr/>
        <w:t>daadwerkelijk</w:t>
      </w:r>
      <w:r w:rsidR="005F6A5B">
        <w:rPr/>
        <w:t xml:space="preserve"> </w:t>
      </w:r>
      <w:r w:rsidR="005F6A5B">
        <w:rPr/>
        <w:t>alternatieven-onderzoek</w:t>
      </w:r>
      <w:r w:rsidR="005F6A5B">
        <w:rPr/>
        <w:t xml:space="preserve"> </w:t>
      </w:r>
      <w:r w:rsidR="005F6A5B">
        <w:rPr/>
        <w:t>uitvoert</w:t>
      </w:r>
      <w:r w:rsidR="005F6A5B">
        <w:rPr/>
        <w:t xml:space="preserve"> </w:t>
      </w:r>
      <w:r w:rsidR="005F6A5B">
        <w:rPr/>
        <w:t>voor</w:t>
      </w:r>
      <w:r w:rsidR="005F6A5B">
        <w:rPr/>
        <w:t xml:space="preserve"> de </w:t>
      </w:r>
      <w:r w:rsidR="005F6A5B">
        <w:rPr/>
        <w:t>locatie</w:t>
      </w:r>
      <w:r w:rsidR="005F6A5B">
        <w:rPr/>
        <w:t xml:space="preserve"> van </w:t>
      </w:r>
      <w:r w:rsidR="005F6A5B">
        <w:rPr/>
        <w:t>inspectieputten</w:t>
      </w:r>
      <w:r w:rsidR="005F6A5B">
        <w:rPr/>
        <w:t>;</w:t>
      </w:r>
    </w:p>
    <w:p w:rsidR="009D758D" w:rsidRDefault="005F6A5B" w14:paraId="2334EFE2" w14:textId="77777777">
      <w:pPr>
        <w:pStyle w:val="ListBullet"/>
        <w:spacing w:after="60"/>
        <w:ind w:left="720"/>
        <w:rPr/>
      </w:pPr>
      <w:r w:rsidR="005F6A5B">
        <w:rPr/>
        <w:t>het</w:t>
      </w:r>
      <w:r w:rsidR="005F6A5B">
        <w:rPr/>
        <w:t xml:space="preserve"> cascade-effect van </w:t>
      </w:r>
      <w:r w:rsidR="005F6A5B">
        <w:rPr/>
        <w:t>windturbineprojecten</w:t>
      </w:r>
      <w:r w:rsidR="005F6A5B">
        <w:rPr/>
        <w:t xml:space="preserve"> </w:t>
      </w:r>
      <w:r w:rsidR="005F6A5B">
        <w:rPr/>
        <w:t>als</w:t>
      </w:r>
      <w:r w:rsidR="005F6A5B">
        <w:rPr/>
        <w:t xml:space="preserve"> </w:t>
      </w:r>
      <w:r w:rsidR="005F6A5B">
        <w:rPr/>
        <w:t>cumulatief</w:t>
      </w:r>
      <w:r w:rsidR="005F6A5B">
        <w:rPr/>
        <w:t xml:space="preserve"> effect </w:t>
      </w:r>
      <w:r w:rsidR="005F6A5B">
        <w:rPr/>
        <w:t>beoordeelt</w:t>
      </w:r>
      <w:r w:rsidR="005F6A5B">
        <w:rPr/>
        <w:t>;</w:t>
      </w:r>
    </w:p>
    <w:p w:rsidR="009D758D" w:rsidRDefault="005F6A5B" w14:paraId="1C3AE36C" w14:textId="77777777">
      <w:pPr>
        <w:pStyle w:val="ListBullet"/>
        <w:spacing w:after="60"/>
        <w:ind w:left="720"/>
        <w:rPr/>
      </w:pPr>
      <w:r w:rsidR="005F6A5B">
        <w:rPr/>
        <w:t>de</w:t>
      </w:r>
      <w:r w:rsidR="005F6A5B">
        <w:rPr/>
        <w:t xml:space="preserve"> </w:t>
      </w:r>
      <w:r w:rsidR="005F6A5B">
        <w:rPr/>
        <w:t>watertoets</w:t>
      </w:r>
      <w:r w:rsidR="005F6A5B">
        <w:rPr/>
        <w:t xml:space="preserve"> </w:t>
      </w:r>
      <w:r w:rsidR="005F6A5B">
        <w:rPr/>
        <w:t>uitbreidt</w:t>
      </w:r>
      <w:r w:rsidR="005F6A5B">
        <w:rPr/>
        <w:t xml:space="preserve"> </w:t>
      </w:r>
      <w:r w:rsidR="005F6A5B">
        <w:rPr/>
        <w:t>naar</w:t>
      </w:r>
      <w:r w:rsidR="005F6A5B">
        <w:rPr/>
        <w:t xml:space="preserve"> </w:t>
      </w:r>
      <w:r w:rsidR="005F6A5B">
        <w:rPr/>
        <w:t>toekomstige</w:t>
      </w:r>
      <w:r w:rsidR="005F6A5B">
        <w:rPr/>
        <w:t xml:space="preserve"> </w:t>
      </w:r>
      <w:r w:rsidR="005F6A5B">
        <w:rPr/>
        <w:t>klimaatscenario's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de </w:t>
      </w:r>
      <w:r w:rsidR="005F6A5B">
        <w:rPr/>
        <w:t>conformiteit</w:t>
      </w:r>
      <w:r w:rsidR="005F6A5B">
        <w:rPr/>
        <w:t xml:space="preserve"> met de Blue Deal-doelstellingen </w:t>
      </w:r>
      <w:r w:rsidR="005F6A5B">
        <w:rPr/>
        <w:t>toetst</w:t>
      </w:r>
      <w:r w:rsidR="005F6A5B">
        <w:rPr/>
        <w:t>;</w:t>
      </w:r>
    </w:p>
    <w:p w:rsidR="009D758D" w:rsidRDefault="005F6A5B" w14:paraId="280F821A" w14:textId="77777777">
      <w:pPr>
        <w:pStyle w:val="ListBullet"/>
        <w:spacing w:after="60"/>
        <w:ind w:left="720"/>
        <w:rPr/>
      </w:pPr>
      <w:r w:rsidR="005F6A5B">
        <w:rPr/>
        <w:t>het</w:t>
      </w:r>
      <w:r w:rsidR="005F6A5B">
        <w:rPr/>
        <w:t xml:space="preserve"> </w:t>
      </w:r>
      <w:r w:rsidR="005F6A5B">
        <w:rPr/>
        <w:t>systemisch</w:t>
      </w:r>
      <w:r w:rsidR="005F6A5B">
        <w:rPr/>
        <w:t xml:space="preserve"> </w:t>
      </w:r>
      <w:r w:rsidR="005F6A5B">
        <w:rPr/>
        <w:t>risico</w:t>
      </w:r>
      <w:r w:rsidR="005F6A5B">
        <w:rPr/>
        <w:t xml:space="preserve"> van de </w:t>
      </w:r>
      <w:r w:rsidR="005F6A5B">
        <w:rPr/>
        <w:t>concentratie</w:t>
      </w:r>
      <w:r w:rsidR="005F6A5B">
        <w:rPr/>
        <w:t xml:space="preserve"> van 6 GW op </w:t>
      </w:r>
      <w:r w:rsidR="005F6A5B">
        <w:rPr/>
        <w:t>een</w:t>
      </w:r>
      <w:r w:rsidR="005F6A5B">
        <w:rPr/>
        <w:t xml:space="preserve"> </w:t>
      </w:r>
      <w:r w:rsidR="005F6A5B">
        <w:rPr/>
        <w:t>enkel</w:t>
      </w:r>
      <w:r w:rsidR="005F6A5B">
        <w:rPr/>
        <w:t xml:space="preserve"> </w:t>
      </w:r>
      <w:r w:rsidR="005F6A5B">
        <w:rPr/>
        <w:t>bovengronds</w:t>
      </w:r>
      <w:r w:rsidR="005F6A5B">
        <w:rPr/>
        <w:t xml:space="preserve"> </w:t>
      </w:r>
      <w:r w:rsidR="005F6A5B">
        <w:rPr/>
        <w:t>tracé</w:t>
      </w:r>
      <w:r w:rsidR="005F6A5B">
        <w:rPr/>
        <w:t xml:space="preserve"> </w:t>
      </w:r>
      <w:r w:rsidR="005F6A5B">
        <w:rPr/>
        <w:t>beoordeelt</w:t>
      </w:r>
      <w:r w:rsidR="005F6A5B">
        <w:rPr/>
        <w:t>.</w:t>
      </w:r>
    </w:p>
    <w:p w:rsidR="009D758D" w:rsidRDefault="005F6A5B" w14:paraId="6A27CED4" w14:textId="77777777">
      <w:r w:rsidRPr="6C968D7A" w:rsidR="005F6A5B">
        <w:rPr>
          <w:b w:val="1"/>
          <w:bCs w:val="1"/>
        </w:rPr>
        <w:t xml:space="preserve">Meer </w:t>
      </w:r>
      <w:r w:rsidRPr="6C968D7A" w:rsidR="005F6A5B">
        <w:rPr>
          <w:b w:val="1"/>
          <w:bCs w:val="1"/>
        </w:rPr>
        <w:t>subsidiair</w:t>
      </w:r>
      <w:r w:rsidRPr="6C968D7A" w:rsidR="005F6A5B">
        <w:rPr>
          <w:b w:val="1"/>
          <w:bCs w:val="1"/>
        </w:rPr>
        <w:t>:</w:t>
      </w:r>
      <w:r w:rsidR="005F6A5B">
        <w:rPr/>
        <w:t xml:space="preserve"> </w:t>
      </w:r>
      <w:r w:rsidR="005F6A5B">
        <w:rPr/>
        <w:t>Indien</w:t>
      </w:r>
      <w:r w:rsidR="005F6A5B">
        <w:rPr/>
        <w:t xml:space="preserve"> de </w:t>
      </w:r>
      <w:r w:rsidR="005F6A5B">
        <w:rPr/>
        <w:t>vergunning</w:t>
      </w:r>
      <w:r w:rsidR="005F6A5B">
        <w:rPr/>
        <w:t xml:space="preserve"> </w:t>
      </w:r>
      <w:r w:rsidR="005F6A5B">
        <w:rPr/>
        <w:t>desondanks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verleend</w:t>
      </w:r>
      <w:r w:rsidR="005F6A5B">
        <w:rPr/>
        <w:t xml:space="preserve">, </w:t>
      </w:r>
      <w:r w:rsidR="005F6A5B">
        <w:rPr/>
        <w:t>verzoekt</w:t>
      </w:r>
      <w:r w:rsidR="005F6A5B">
        <w:rPr/>
        <w:t xml:space="preserve"> </w:t>
      </w:r>
      <w:r w:rsidR="005F6A5B">
        <w:rPr/>
        <w:t>ondergetekende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ten </w:t>
      </w:r>
      <w:r w:rsidR="005F6A5B">
        <w:rPr/>
        <w:t>minste</w:t>
      </w:r>
      <w:r w:rsidR="005F6A5B">
        <w:rPr/>
        <w:t xml:space="preserve"> de </w:t>
      </w:r>
      <w:r w:rsidR="005F6A5B">
        <w:rPr/>
        <w:t>volgende</w:t>
      </w:r>
      <w:r w:rsidR="005F6A5B">
        <w:rPr/>
        <w:t xml:space="preserve"> </w:t>
      </w:r>
      <w:r w:rsidRPr="6C968D7A" w:rsidR="005F6A5B">
        <w:rPr>
          <w:b w:val="1"/>
          <w:bCs w:val="1"/>
        </w:rPr>
        <w:t>stringente</w:t>
      </w:r>
      <w:r w:rsidRPr="6C968D7A" w:rsidR="005F6A5B">
        <w:rPr>
          <w:b w:val="1"/>
          <w:bCs w:val="1"/>
        </w:rPr>
        <w:t xml:space="preserve"> </w:t>
      </w:r>
      <w:r w:rsidRPr="6C968D7A" w:rsidR="005F6A5B">
        <w:rPr>
          <w:b w:val="1"/>
          <w:bCs w:val="1"/>
        </w:rPr>
        <w:t>vergunningsvoorwaarden</w:t>
      </w:r>
      <w:r w:rsidR="005F6A5B">
        <w:rPr/>
        <w:t xml:space="preserve"> </w:t>
      </w:r>
      <w:r w:rsidR="005F6A5B">
        <w:rPr/>
        <w:t>worden</w:t>
      </w:r>
      <w:r w:rsidR="005F6A5B">
        <w:rPr/>
        <w:t xml:space="preserve"> </w:t>
      </w:r>
      <w:r w:rsidR="005F6A5B">
        <w:rPr/>
        <w:t>opgelegd</w:t>
      </w:r>
      <w:r w:rsidR="005F6A5B">
        <w:rPr/>
        <w:t>:</w:t>
      </w:r>
    </w:p>
    <w:p w:rsidR="009D758D" w:rsidRDefault="25A181EA" w14:paraId="6A2D33D3" w14:textId="4335E7A2">
      <w:pPr>
        <w:pStyle w:val="ListBullet"/>
        <w:spacing w:after="60"/>
        <w:ind w:left="720"/>
        <w:rPr/>
      </w:pPr>
      <w:r w:rsidR="25A181EA">
        <w:rPr/>
        <w:t>Bindende</w:t>
      </w:r>
      <w:r w:rsidR="25A181EA">
        <w:rPr/>
        <w:t xml:space="preserve"> </w:t>
      </w:r>
      <w:r w:rsidR="43D596A5">
        <w:rPr/>
        <w:t>transparante</w:t>
      </w:r>
      <w:r w:rsidR="43D596A5">
        <w:rPr/>
        <w:t xml:space="preserve"> </w:t>
      </w:r>
      <w:r w:rsidR="25A181EA">
        <w:rPr/>
        <w:t xml:space="preserve">EMF-monitoring met </w:t>
      </w:r>
      <w:r w:rsidR="25A181EA">
        <w:rPr/>
        <w:t>sanctiemechanisme</w:t>
      </w:r>
      <w:r w:rsidR="25A181EA">
        <w:rPr/>
        <w:t xml:space="preserve"> </w:t>
      </w:r>
      <w:r w:rsidR="25A181EA">
        <w:rPr/>
        <w:t>bij</w:t>
      </w:r>
      <w:r w:rsidR="25A181EA">
        <w:rPr/>
        <w:t xml:space="preserve"> </w:t>
      </w:r>
      <w:r w:rsidR="25A181EA">
        <w:rPr/>
        <w:t>overschrijding</w:t>
      </w:r>
      <w:r w:rsidR="25A181EA">
        <w:rPr/>
        <w:t xml:space="preserve"> 0,4 </w:t>
      </w:r>
      <w:r w:rsidR="25A181EA">
        <w:rPr/>
        <w:t>uT</w:t>
      </w:r>
    </w:p>
    <w:p w:rsidR="009D758D" w:rsidRDefault="005F6A5B" w14:paraId="322D5C14" w14:textId="77777777">
      <w:pPr>
        <w:pStyle w:val="ListBullet"/>
        <w:spacing w:after="60"/>
        <w:ind w:left="720"/>
        <w:rPr/>
      </w:pPr>
      <w:r w:rsidR="005F6A5B">
        <w:rPr/>
        <w:t>Per-</w:t>
      </w:r>
      <w:r w:rsidR="005F6A5B">
        <w:rPr/>
        <w:t>waterlichaam</w:t>
      </w:r>
      <w:r w:rsidR="005F6A5B">
        <w:rPr/>
        <w:t xml:space="preserve"> </w:t>
      </w:r>
      <w:r w:rsidR="005F6A5B">
        <w:rPr/>
        <w:t>lozingsnormen</w:t>
      </w:r>
      <w:r w:rsidR="005F6A5B">
        <w:rPr/>
        <w:t xml:space="preserve"> </w:t>
      </w:r>
      <w:r w:rsidR="005F6A5B">
        <w:rPr/>
        <w:t>voorafgaand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start </w:t>
      </w:r>
      <w:r w:rsidR="005F6A5B">
        <w:rPr/>
        <w:t>werkzaamheden</w:t>
      </w:r>
    </w:p>
    <w:p w:rsidR="009D758D" w:rsidRDefault="005F6A5B" w14:paraId="5769E6B5" w14:textId="77777777">
      <w:pPr>
        <w:pStyle w:val="ListBullet"/>
        <w:spacing w:after="60"/>
        <w:ind w:left="720"/>
        <w:rPr/>
      </w:pPr>
      <w:r w:rsidR="005F6A5B">
        <w:rPr/>
        <w:t>Verplaatsing</w:t>
      </w:r>
      <w:r w:rsidR="005F6A5B">
        <w:rPr/>
        <w:t xml:space="preserve"> </w:t>
      </w:r>
      <w:r w:rsidR="005F6A5B">
        <w:rPr/>
        <w:t>masten</w:t>
      </w:r>
      <w:r w:rsidR="005F6A5B">
        <w:rPr/>
        <w:t xml:space="preserve"> P12 </w:t>
      </w:r>
      <w:r w:rsidR="005F6A5B">
        <w:rPr/>
        <w:t>en</w:t>
      </w:r>
      <w:r w:rsidR="005F6A5B">
        <w:rPr/>
        <w:t xml:space="preserve"> P27 </w:t>
      </w:r>
      <w:r w:rsidR="005F6A5B">
        <w:rPr/>
        <w:t>conform</w:t>
      </w:r>
      <w:r w:rsidR="005F6A5B">
        <w:rPr/>
        <w:t xml:space="preserve"> </w:t>
      </w:r>
      <w:r w:rsidR="005F6A5B">
        <w:rPr/>
        <w:t>advies</w:t>
      </w:r>
      <w:r w:rsidR="005F6A5B">
        <w:rPr/>
        <w:t xml:space="preserve"> </w:t>
      </w:r>
      <w:r w:rsidR="005F6A5B">
        <w:rPr/>
        <w:t>Onroerend</w:t>
      </w:r>
      <w:r w:rsidR="005F6A5B">
        <w:rPr/>
        <w:t xml:space="preserve"> </w:t>
      </w:r>
      <w:r w:rsidR="005F6A5B">
        <w:rPr/>
        <w:t>Erfgoed</w:t>
      </w:r>
    </w:p>
    <w:p w:rsidR="009D758D" w:rsidRDefault="005F6A5B" w14:paraId="7A2286B9" w14:textId="77777777">
      <w:pPr>
        <w:pStyle w:val="ListBullet"/>
        <w:spacing w:after="60"/>
        <w:ind w:left="720"/>
        <w:rPr/>
      </w:pPr>
      <w:r w:rsidR="005F6A5B">
        <w:rPr/>
        <w:t>Uitvoering</w:t>
      </w:r>
      <w:r w:rsidR="005F6A5B">
        <w:rPr/>
        <w:t xml:space="preserve"> </w:t>
      </w:r>
      <w:r w:rsidR="005F6A5B">
        <w:rPr/>
        <w:t>ecologische</w:t>
      </w:r>
      <w:r w:rsidR="005F6A5B">
        <w:rPr/>
        <w:t xml:space="preserve"> </w:t>
      </w:r>
      <w:r w:rsidR="005F6A5B">
        <w:rPr/>
        <w:t>compensatie</w:t>
      </w:r>
      <w:r w:rsidR="005F6A5B">
        <w:rPr/>
        <w:t xml:space="preserve"> </w:t>
      </w:r>
      <w:r w:rsidR="005F6A5B">
        <w:rPr/>
        <w:t>voorafgaand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start </w:t>
      </w:r>
      <w:r w:rsidR="005F6A5B">
        <w:rPr/>
        <w:t>werkzaamheden</w:t>
      </w:r>
    </w:p>
    <w:p w:rsidR="009D758D" w:rsidRDefault="005F6A5B" w14:paraId="455AAE65" w14:textId="77777777">
      <w:pPr>
        <w:pStyle w:val="ListBullet"/>
        <w:spacing w:after="60"/>
        <w:ind w:left="720"/>
        <w:rPr/>
      </w:pPr>
      <w:r w:rsidR="005F6A5B">
        <w:rPr/>
        <w:t>Bindend</w:t>
      </w:r>
      <w:r w:rsidR="005F6A5B">
        <w:rPr/>
        <w:t xml:space="preserve"> </w:t>
      </w:r>
      <w:r w:rsidR="005F6A5B">
        <w:rPr/>
        <w:t>landbouwprotocol</w:t>
      </w:r>
      <w:r w:rsidR="005F6A5B">
        <w:rPr/>
        <w:t xml:space="preserve"> met </w:t>
      </w:r>
      <w:r w:rsidR="005F6A5B">
        <w:rPr/>
        <w:t>individuele</w:t>
      </w:r>
      <w:r w:rsidR="005F6A5B">
        <w:rPr/>
        <w:t xml:space="preserve"> </w:t>
      </w:r>
      <w:r w:rsidR="005F6A5B">
        <w:rPr/>
        <w:t>schadevergoeding</w:t>
      </w:r>
    </w:p>
    <w:p w:rsidR="009D758D" w:rsidRDefault="005F6A5B" w14:paraId="776456F0" w14:textId="77777777">
      <w:pPr>
        <w:pStyle w:val="ListBullet"/>
        <w:spacing w:after="60"/>
        <w:ind w:left="720"/>
        <w:rPr/>
      </w:pPr>
      <w:r w:rsidR="005F6A5B">
        <w:rPr/>
        <w:t>Onafhankelijke</w:t>
      </w:r>
      <w:r w:rsidR="005F6A5B">
        <w:rPr/>
        <w:t xml:space="preserve"> monitoring </w:t>
      </w:r>
      <w:r w:rsidR="005F6A5B">
        <w:rPr/>
        <w:t>geluid</w:t>
      </w:r>
      <w:r w:rsidR="005F6A5B">
        <w:rPr/>
        <w:t xml:space="preserve"> </w:t>
      </w:r>
      <w:r w:rsidR="005F6A5B">
        <w:rPr/>
        <w:t>en</w:t>
      </w:r>
      <w:r w:rsidR="005F6A5B">
        <w:rPr/>
        <w:t xml:space="preserve"> </w:t>
      </w:r>
      <w:r w:rsidR="005F6A5B">
        <w:rPr/>
        <w:t>trillingen</w:t>
      </w:r>
      <w:r w:rsidR="005F6A5B">
        <w:rPr/>
        <w:t xml:space="preserve"> </w:t>
      </w:r>
      <w:r w:rsidR="005F6A5B">
        <w:rPr/>
        <w:t>gedurende</w:t>
      </w:r>
      <w:r w:rsidR="005F6A5B">
        <w:rPr/>
        <w:t xml:space="preserve"> </w:t>
      </w:r>
      <w:r w:rsidR="005F6A5B">
        <w:rPr/>
        <w:t>volledige</w:t>
      </w:r>
      <w:r w:rsidR="005F6A5B">
        <w:rPr/>
        <w:t xml:space="preserve"> </w:t>
      </w:r>
      <w:r w:rsidR="005F6A5B">
        <w:rPr/>
        <w:t>exploitatie</w:t>
      </w:r>
    </w:p>
    <w:p w:rsidR="009D758D" w:rsidRDefault="005F6A5B" w14:paraId="516E300B" w14:textId="77777777">
      <w:pPr>
        <w:pStyle w:val="ListBullet"/>
        <w:spacing w:after="60"/>
        <w:ind w:left="720"/>
        <w:rPr/>
      </w:pPr>
      <w:r w:rsidR="005F6A5B">
        <w:rPr/>
        <w:t>Herijking</w:t>
      </w:r>
      <w:r w:rsidR="005F6A5B">
        <w:rPr/>
        <w:t xml:space="preserve"> van de </w:t>
      </w:r>
      <w:r w:rsidR="005F6A5B">
        <w:rPr/>
        <w:t>projectdimensionering</w:t>
      </w:r>
      <w:r w:rsidR="005F6A5B">
        <w:rPr/>
        <w:t xml:space="preserve"> </w:t>
      </w:r>
      <w:r w:rsidR="005F6A5B">
        <w:rPr/>
        <w:t>indien</w:t>
      </w:r>
      <w:r w:rsidR="005F6A5B">
        <w:rPr/>
        <w:t xml:space="preserve"> de </w:t>
      </w:r>
      <w:r w:rsidR="005F6A5B">
        <w:rPr/>
        <w:t>aanvraag</w:t>
      </w:r>
      <w:r w:rsidR="005F6A5B">
        <w:rPr/>
        <w:t xml:space="preserve"> </w:t>
      </w:r>
      <w:r w:rsidR="005F6A5B">
        <w:rPr/>
        <w:t>niet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geweigerd</w:t>
      </w:r>
      <w:r w:rsidR="005F6A5B">
        <w:rPr/>
        <w:t xml:space="preserve">, met </w:t>
      </w:r>
      <w:r w:rsidR="005F6A5B">
        <w:rPr/>
        <w:t>bindende</w:t>
      </w:r>
      <w:r w:rsidR="005F6A5B">
        <w:rPr/>
        <w:t xml:space="preserve"> </w:t>
      </w:r>
      <w:r w:rsidR="005F6A5B">
        <w:rPr/>
        <w:t>clausule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de </w:t>
      </w:r>
      <w:r w:rsidR="005F6A5B">
        <w:rPr/>
        <w:t>capaciteit</w:t>
      </w:r>
      <w:r w:rsidR="005F6A5B">
        <w:rPr/>
        <w:t xml:space="preserve"> </w:t>
      </w:r>
      <w:r w:rsidR="005F6A5B">
        <w:rPr/>
        <w:t>wordt</w:t>
      </w:r>
      <w:r w:rsidR="005F6A5B">
        <w:rPr/>
        <w:t xml:space="preserve"> </w:t>
      </w:r>
      <w:r w:rsidR="005F6A5B">
        <w:rPr/>
        <w:t>aangepast</w:t>
      </w:r>
      <w:r w:rsidR="005F6A5B">
        <w:rPr/>
        <w:t xml:space="preserve"> </w:t>
      </w:r>
      <w:r w:rsidR="005F6A5B">
        <w:rPr/>
        <w:t>aan</w:t>
      </w:r>
      <w:r w:rsidR="005F6A5B">
        <w:rPr/>
        <w:t xml:space="preserve"> de </w:t>
      </w:r>
      <w:r w:rsidR="005F6A5B">
        <w:rPr/>
        <w:t>werkelijke</w:t>
      </w:r>
      <w:r w:rsidR="005F6A5B">
        <w:rPr/>
        <w:t xml:space="preserve"> </w:t>
      </w:r>
      <w:r w:rsidR="005F6A5B">
        <w:rPr/>
        <w:t>behoefte</w:t>
      </w:r>
    </w:p>
    <w:p w:rsidR="009D758D" w:rsidRDefault="005F6A5B" w14:paraId="7FB348C7" w14:textId="77777777">
      <w:pPr>
        <w:pStyle w:val="ListBullet"/>
        <w:spacing w:after="60"/>
        <w:ind w:left="720"/>
        <w:rPr/>
      </w:pPr>
      <w:r w:rsidR="005F6A5B">
        <w:rPr/>
        <w:t>Bindende</w:t>
      </w:r>
      <w:r w:rsidR="005F6A5B">
        <w:rPr/>
        <w:t xml:space="preserve"> </w:t>
      </w:r>
      <w:r w:rsidR="005F6A5B">
        <w:rPr/>
        <w:t>vergunningsvoorwaarde</w:t>
      </w:r>
      <w:r w:rsidR="005F6A5B">
        <w:rPr/>
        <w:t xml:space="preserve"> </w:t>
      </w:r>
      <w:r w:rsidR="005F6A5B">
        <w:rPr/>
        <w:t>dat</w:t>
      </w:r>
      <w:r w:rsidR="005F6A5B">
        <w:rPr/>
        <w:t xml:space="preserve"> de </w:t>
      </w:r>
      <w:r w:rsidR="005F6A5B">
        <w:rPr/>
        <w:t>maximale</w:t>
      </w:r>
      <w:r w:rsidR="005F6A5B">
        <w:rPr/>
        <w:t xml:space="preserve"> </w:t>
      </w:r>
      <w:r w:rsidR="005F6A5B">
        <w:rPr/>
        <w:t>vermogenstransit</w:t>
      </w:r>
      <w:r w:rsidR="005F6A5B">
        <w:rPr/>
        <w:t xml:space="preserve"> op de </w:t>
      </w:r>
      <w:r w:rsidR="005F6A5B">
        <w:rPr/>
        <w:t>Ventilus</w:t>
      </w:r>
      <w:r w:rsidR="005F6A5B">
        <w:rPr/>
        <w:t>-verbinding</w:t>
      </w:r>
      <w:r w:rsidR="005F6A5B">
        <w:rPr/>
        <w:t xml:space="preserve"> </w:t>
      </w:r>
      <w:r w:rsidR="005F6A5B">
        <w:rPr/>
        <w:t>beperkt</w:t>
      </w:r>
      <w:r w:rsidR="005F6A5B">
        <w:rPr/>
        <w:t xml:space="preserve"> </w:t>
      </w:r>
      <w:r w:rsidR="005F6A5B">
        <w:rPr/>
        <w:t>blijft</w:t>
      </w:r>
      <w:r w:rsidR="005F6A5B">
        <w:rPr/>
        <w:t xml:space="preserve"> tot 2 GW, </w:t>
      </w:r>
      <w:r w:rsidR="005F6A5B">
        <w:rPr/>
        <w:t>overeenkomstig</w:t>
      </w:r>
      <w:r w:rsidR="005F6A5B">
        <w:rPr/>
        <w:t xml:space="preserve"> de 30%-</w:t>
      </w:r>
      <w:r w:rsidR="005F6A5B">
        <w:rPr/>
        <w:t>belastingsfactor</w:t>
      </w:r>
      <w:r w:rsidR="005F6A5B">
        <w:rPr/>
        <w:t xml:space="preserve"> </w:t>
      </w:r>
      <w:r w:rsidR="005F6A5B">
        <w:rPr/>
        <w:t>waarop</w:t>
      </w:r>
      <w:r w:rsidR="005F6A5B">
        <w:rPr/>
        <w:t xml:space="preserve"> het GRUP </w:t>
      </w:r>
      <w:r w:rsidR="005F6A5B">
        <w:rPr/>
        <w:t>en</w:t>
      </w:r>
      <w:r w:rsidR="005F6A5B">
        <w:rPr/>
        <w:t xml:space="preserve"> het plan-MER </w:t>
      </w:r>
      <w:r w:rsidR="005F6A5B">
        <w:rPr/>
        <w:t>zijn</w:t>
      </w:r>
      <w:r w:rsidR="005F6A5B">
        <w:rPr/>
        <w:t xml:space="preserve"> </w:t>
      </w:r>
      <w:r w:rsidR="005F6A5B">
        <w:rPr/>
        <w:t>gebaseerd</w:t>
      </w:r>
    </w:p>
    <w:p w:rsidR="009D758D" w:rsidRDefault="005F6A5B" w14:paraId="5FFDABE7" w14:textId="77777777">
      <w:pPr>
        <w:pStyle w:val="ListBullet"/>
        <w:spacing w:after="60"/>
        <w:ind w:left="720"/>
        <w:rPr/>
      </w:pPr>
      <w:r w:rsidR="005F6A5B">
        <w:rPr/>
        <w:t>Gelijke</w:t>
      </w:r>
      <w:r w:rsidR="005F6A5B">
        <w:rPr/>
        <w:t xml:space="preserve"> </w:t>
      </w:r>
      <w:r w:rsidR="005F6A5B">
        <w:rPr/>
        <w:t>toepassing</w:t>
      </w:r>
      <w:r w:rsidR="005F6A5B">
        <w:rPr/>
        <w:t xml:space="preserve"> van alle </w:t>
      </w:r>
      <w:r w:rsidR="005F6A5B">
        <w:rPr/>
        <w:t>milderende</w:t>
      </w:r>
      <w:r w:rsidR="005F6A5B">
        <w:rPr/>
        <w:t xml:space="preserve"> </w:t>
      </w:r>
      <w:r w:rsidR="005F6A5B">
        <w:rPr/>
        <w:t>maatregelen</w:t>
      </w:r>
      <w:r w:rsidR="005F6A5B">
        <w:rPr/>
        <w:t xml:space="preserve"> op alle </w:t>
      </w:r>
      <w:r w:rsidR="005F6A5B">
        <w:rPr/>
        <w:t>woningen</w:t>
      </w:r>
      <w:r w:rsidR="005F6A5B">
        <w:rPr/>
        <w:t xml:space="preserve"> </w:t>
      </w:r>
      <w:r w:rsidR="005F6A5B">
        <w:rPr/>
        <w:t>binnen</w:t>
      </w:r>
      <w:r w:rsidR="005F6A5B">
        <w:rPr/>
        <w:t xml:space="preserve"> </w:t>
      </w:r>
      <w:r w:rsidR="005F6A5B">
        <w:rPr/>
        <w:t>vergelijkbare</w:t>
      </w:r>
      <w:r w:rsidR="005F6A5B">
        <w:rPr/>
        <w:t xml:space="preserve"> </w:t>
      </w:r>
      <w:r w:rsidR="005F6A5B">
        <w:rPr/>
        <w:t>afstandszones</w:t>
      </w:r>
      <w:r w:rsidR="005F6A5B">
        <w:rPr/>
        <w:t xml:space="preserve">, </w:t>
      </w:r>
      <w:r w:rsidR="005F6A5B">
        <w:rPr/>
        <w:t>ongeacht</w:t>
      </w:r>
      <w:r w:rsidR="005F6A5B">
        <w:rPr/>
        <w:t xml:space="preserve"> de </w:t>
      </w:r>
      <w:r w:rsidR="005F6A5B">
        <w:rPr/>
        <w:t>deelvergunning</w:t>
      </w:r>
    </w:p>
    <w:p w:rsidR="009D758D" w:rsidRDefault="005F6A5B" w14:paraId="4BA07DEC" w14:textId="77777777">
      <w:pPr>
        <w:pStyle w:val="ListBullet"/>
        <w:spacing w:after="60"/>
        <w:ind w:left="720"/>
        <w:rPr/>
      </w:pPr>
      <w:r w:rsidR="005F6A5B">
        <w:rPr/>
        <w:t>Effectieve</w:t>
      </w:r>
      <w:r w:rsidR="005F6A5B">
        <w:rPr/>
        <w:t xml:space="preserve"> </w:t>
      </w:r>
      <w:r w:rsidR="005F6A5B">
        <w:rPr/>
        <w:t>toegankelijkheid</w:t>
      </w:r>
      <w:r w:rsidR="005F6A5B">
        <w:rPr/>
        <w:t xml:space="preserve"> van alle </w:t>
      </w:r>
      <w:r w:rsidR="005F6A5B">
        <w:rPr/>
        <w:t>projectdocumentatie</w:t>
      </w:r>
      <w:r w:rsidR="005F6A5B">
        <w:rPr/>
        <w:t xml:space="preserve">, </w:t>
      </w:r>
      <w:r w:rsidR="005F6A5B">
        <w:rPr/>
        <w:t>inclusief</w:t>
      </w:r>
      <w:r w:rsidR="005F6A5B">
        <w:rPr/>
        <w:t xml:space="preserve"> </w:t>
      </w:r>
      <w:r w:rsidR="005F6A5B">
        <w:rPr/>
        <w:t>downloadbare</w:t>
      </w:r>
      <w:r w:rsidR="005F6A5B">
        <w:rPr/>
        <w:t xml:space="preserve"> </w:t>
      </w:r>
      <w:r w:rsidR="005F6A5B">
        <w:rPr/>
        <w:t>plannen</w:t>
      </w:r>
      <w:r w:rsidR="005F6A5B">
        <w:rPr/>
        <w:t xml:space="preserve">, </w:t>
      </w:r>
      <w:r w:rsidR="005F6A5B">
        <w:rPr/>
        <w:t>voor</w:t>
      </w:r>
      <w:r w:rsidR="005F6A5B">
        <w:rPr/>
        <w:t xml:space="preserve"> het </w:t>
      </w:r>
      <w:r w:rsidR="005F6A5B">
        <w:rPr/>
        <w:t>publiek</w:t>
      </w:r>
    </w:p>
    <w:p w:rsidR="6C968D7A" w:rsidP="6C968D7A" w:rsidRDefault="6C968D7A" w14:paraId="4435A31A" w14:textId="1F460330">
      <w:pPr>
        <w:pStyle w:val="Normal"/>
        <w:pBdr>
          <w:bottom w:val="single" w:color="CCCCCC" w:sz="6" w:space="1"/>
        </w:pBdr>
        <w:spacing w:before="240" w:after="240"/>
      </w:pPr>
    </w:p>
    <w:p w:rsidR="009D758D" w:rsidP="6C968D7A" w:rsidRDefault="009D758D" w14:paraId="4101652C" w14:textId="77777777">
      <w:pPr>
        <w:pBdr>
          <w:bottom w:val="single" w:color="CCCCCC" w:sz="6" w:space="1"/>
        </w:pBdr>
        <w:spacing w:before="240" w:after="240"/>
      </w:pPr>
    </w:p>
    <w:p w:rsidR="009D758D" w:rsidRDefault="25A181EA" w14:paraId="5EA6E4E0" w14:textId="6831EFC9">
      <w:r w:rsidRPr="6C968D7A" w:rsidR="25A181EA">
        <w:rPr>
          <w:i w:val="1"/>
          <w:iCs w:val="1"/>
        </w:rPr>
        <w:t xml:space="preserve">Dit </w:t>
      </w:r>
      <w:r w:rsidRPr="6C968D7A" w:rsidR="25A181EA">
        <w:rPr>
          <w:i w:val="1"/>
          <w:iCs w:val="1"/>
        </w:rPr>
        <w:t>bezwaarschrift</w:t>
      </w:r>
      <w:r w:rsidRPr="6C968D7A" w:rsidR="25A181EA">
        <w:rPr>
          <w:i w:val="1"/>
          <w:iCs w:val="1"/>
        </w:rPr>
        <w:t xml:space="preserve"> is </w:t>
      </w:r>
      <w:r w:rsidRPr="6C968D7A" w:rsidR="25A181EA">
        <w:rPr>
          <w:i w:val="1"/>
          <w:iCs w:val="1"/>
        </w:rPr>
        <w:t>voorbereid</w:t>
      </w:r>
      <w:r w:rsidRPr="6C968D7A" w:rsidR="25A181EA">
        <w:rPr>
          <w:i w:val="1"/>
          <w:iCs w:val="1"/>
        </w:rPr>
        <w:t xml:space="preserve"> op basis van </w:t>
      </w:r>
      <w:r w:rsidRPr="6C968D7A" w:rsidR="25A181EA">
        <w:rPr>
          <w:i w:val="1"/>
          <w:iCs w:val="1"/>
        </w:rPr>
        <w:t>analyse</w:t>
      </w:r>
      <w:r w:rsidRPr="6C968D7A" w:rsidR="25A181EA">
        <w:rPr>
          <w:i w:val="1"/>
          <w:iCs w:val="1"/>
        </w:rPr>
        <w:t xml:space="preserve"> van het project-MER </w:t>
      </w:r>
      <w:r w:rsidRPr="6C968D7A" w:rsidR="25A181EA">
        <w:rPr>
          <w:i w:val="1"/>
          <w:iCs w:val="1"/>
        </w:rPr>
        <w:t>Ventilus</w:t>
      </w:r>
      <w:r w:rsidRPr="6C968D7A" w:rsidR="25A181EA">
        <w:rPr>
          <w:i w:val="1"/>
          <w:iCs w:val="1"/>
        </w:rPr>
        <w:t xml:space="preserve"> v4, 26 </w:t>
      </w:r>
      <w:r w:rsidRPr="6C968D7A" w:rsidR="25A181EA">
        <w:rPr>
          <w:i w:val="1"/>
          <w:iCs w:val="1"/>
        </w:rPr>
        <w:t>adviezen</w:t>
      </w:r>
      <w:r w:rsidRPr="6C968D7A" w:rsidR="25A181EA">
        <w:rPr>
          <w:i w:val="1"/>
          <w:iCs w:val="1"/>
        </w:rPr>
        <w:t xml:space="preserve">, B26 Nota PIV4,  </w:t>
      </w:r>
      <w:r w:rsidRPr="6C968D7A" w:rsidR="25A181EA">
        <w:rPr>
          <w:i w:val="1"/>
          <w:iCs w:val="1"/>
        </w:rPr>
        <w:t>bijbehorende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dossierstukken</w:t>
      </w:r>
      <w:r w:rsidRPr="6C968D7A" w:rsidR="25A181EA">
        <w:rPr>
          <w:i w:val="1"/>
          <w:iCs w:val="1"/>
        </w:rPr>
        <w:t xml:space="preserve">, </w:t>
      </w:r>
      <w:r w:rsidRPr="6C968D7A" w:rsidR="25A181EA">
        <w:rPr>
          <w:i w:val="1"/>
          <w:iCs w:val="1"/>
        </w:rPr>
        <w:t>publiek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beschikbare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informatie</w:t>
      </w:r>
      <w:r w:rsidRPr="6C968D7A" w:rsidR="25A181EA">
        <w:rPr>
          <w:i w:val="1"/>
          <w:iCs w:val="1"/>
        </w:rPr>
        <w:t xml:space="preserve"> over </w:t>
      </w:r>
      <w:r w:rsidRPr="6C968D7A" w:rsidR="25A181EA">
        <w:rPr>
          <w:i w:val="1"/>
          <w:iCs w:val="1"/>
        </w:rPr>
        <w:t>internationale</w:t>
      </w:r>
      <w:r w:rsidRPr="6C968D7A" w:rsidR="25A181EA">
        <w:rPr>
          <w:i w:val="1"/>
          <w:iCs w:val="1"/>
        </w:rPr>
        <w:t xml:space="preserve"> HVDC-</w:t>
      </w:r>
      <w:r w:rsidRPr="6C968D7A" w:rsidR="25A181EA">
        <w:rPr>
          <w:i w:val="1"/>
          <w:iCs w:val="1"/>
        </w:rPr>
        <w:t>projecten</w:t>
      </w:r>
      <w:r w:rsidRPr="6C968D7A" w:rsidR="25A181EA">
        <w:rPr>
          <w:i w:val="1"/>
          <w:iCs w:val="1"/>
        </w:rPr>
        <w:t xml:space="preserve">, de </w:t>
      </w:r>
      <w:r w:rsidRPr="6C968D7A" w:rsidR="25A181EA">
        <w:rPr>
          <w:i w:val="1"/>
          <w:iCs w:val="1"/>
        </w:rPr>
        <w:t>actuele</w:t>
      </w:r>
      <w:r w:rsidRPr="6C968D7A" w:rsidR="25A181EA">
        <w:rPr>
          <w:i w:val="1"/>
          <w:iCs w:val="1"/>
        </w:rPr>
        <w:t xml:space="preserve"> status van de </w:t>
      </w:r>
      <w:r w:rsidRPr="6C968D7A" w:rsidR="25A181EA">
        <w:rPr>
          <w:i w:val="1"/>
          <w:iCs w:val="1"/>
        </w:rPr>
        <w:t>geplande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interconnectoren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en</w:t>
      </w:r>
      <w:r w:rsidRPr="6C968D7A" w:rsidR="25A181EA">
        <w:rPr>
          <w:i w:val="1"/>
          <w:iCs w:val="1"/>
        </w:rPr>
        <w:t xml:space="preserve"> het Prinses Elisabeth Eiland, </w:t>
      </w:r>
      <w:r w:rsidRPr="6C968D7A" w:rsidR="25A181EA">
        <w:rPr>
          <w:i w:val="1"/>
          <w:iCs w:val="1"/>
        </w:rPr>
        <w:t>alsmede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juridische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analyse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uit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bezwaarschriften</w:t>
      </w:r>
      <w:r w:rsidRPr="6C968D7A" w:rsidR="25A181EA">
        <w:rPr>
          <w:i w:val="1"/>
          <w:iCs w:val="1"/>
        </w:rPr>
        <w:t xml:space="preserve"> van </w:t>
      </w:r>
      <w:r w:rsidRPr="6C968D7A" w:rsidR="25A181EA">
        <w:rPr>
          <w:i w:val="1"/>
          <w:iCs w:val="1"/>
        </w:rPr>
        <w:t>derden</w:t>
      </w:r>
      <w:r w:rsidRPr="6C968D7A" w:rsidR="25A181EA">
        <w:rPr>
          <w:i w:val="1"/>
          <w:iCs w:val="1"/>
        </w:rPr>
        <w:t xml:space="preserve"> met </w:t>
      </w:r>
      <w:r w:rsidRPr="6C968D7A" w:rsidR="25A181EA">
        <w:rPr>
          <w:i w:val="1"/>
          <w:iCs w:val="1"/>
        </w:rPr>
        <w:t>betrekking</w:t>
      </w:r>
      <w:r w:rsidRPr="6C968D7A" w:rsidR="25A181EA">
        <w:rPr>
          <w:i w:val="1"/>
          <w:iCs w:val="1"/>
        </w:rPr>
        <w:t xml:space="preserve"> tot het </w:t>
      </w:r>
      <w:r w:rsidRPr="6C968D7A" w:rsidR="25A181EA">
        <w:rPr>
          <w:i w:val="1"/>
          <w:iCs w:val="1"/>
        </w:rPr>
        <w:t>Omgevingsvergunningsdecreet</w:t>
      </w:r>
      <w:r w:rsidRPr="6C968D7A" w:rsidR="25A181EA">
        <w:rPr>
          <w:i w:val="1"/>
          <w:iCs w:val="1"/>
        </w:rPr>
        <w:t xml:space="preserve">, de VCRO, het BVR </w:t>
      </w:r>
      <w:r w:rsidRPr="6C968D7A" w:rsidR="25A181EA">
        <w:rPr>
          <w:i w:val="1"/>
          <w:iCs w:val="1"/>
        </w:rPr>
        <w:t>bouwvrije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stroken</w:t>
      </w:r>
      <w:r w:rsidRPr="6C968D7A" w:rsidR="25A181EA">
        <w:rPr>
          <w:i w:val="1"/>
          <w:iCs w:val="1"/>
        </w:rPr>
        <w:t xml:space="preserve">, het </w:t>
      </w:r>
      <w:r w:rsidRPr="6C968D7A" w:rsidR="25A181EA">
        <w:rPr>
          <w:i w:val="1"/>
          <w:iCs w:val="1"/>
        </w:rPr>
        <w:t>Verdrag</w:t>
      </w:r>
      <w:r w:rsidRPr="6C968D7A" w:rsidR="25A181EA">
        <w:rPr>
          <w:i w:val="1"/>
          <w:iCs w:val="1"/>
        </w:rPr>
        <w:t xml:space="preserve"> van Aarhus </w:t>
      </w:r>
      <w:r w:rsidRPr="6C968D7A" w:rsidR="25A181EA">
        <w:rPr>
          <w:i w:val="1"/>
          <w:iCs w:val="1"/>
        </w:rPr>
        <w:t>en</w:t>
      </w:r>
      <w:r w:rsidRPr="6C968D7A" w:rsidR="25A181EA">
        <w:rPr>
          <w:i w:val="1"/>
          <w:iCs w:val="1"/>
        </w:rPr>
        <w:t xml:space="preserve"> de </w:t>
      </w:r>
      <w:r w:rsidRPr="6C968D7A" w:rsidR="25A181EA">
        <w:rPr>
          <w:i w:val="1"/>
          <w:iCs w:val="1"/>
        </w:rPr>
        <w:t>werkelijke</w:t>
      </w:r>
      <w:r w:rsidRPr="6C968D7A" w:rsidR="25A181EA">
        <w:rPr>
          <w:i w:val="1"/>
          <w:iCs w:val="1"/>
        </w:rPr>
        <w:t xml:space="preserve"> </w:t>
      </w:r>
      <w:r w:rsidRPr="6C968D7A" w:rsidR="25A181EA">
        <w:rPr>
          <w:i w:val="1"/>
          <w:iCs w:val="1"/>
        </w:rPr>
        <w:t>netbelastingscijfers</w:t>
      </w:r>
      <w:r w:rsidRPr="6C968D7A" w:rsidR="25A181EA">
        <w:rPr>
          <w:i w:val="1"/>
          <w:iCs w:val="1"/>
        </w:rPr>
        <w:t>.</w:t>
      </w:r>
    </w:p>
    <w:p w:rsidR="009D758D" w:rsidP="6C968D7A" w:rsidRDefault="009D758D" w14:paraId="4B99056E" w14:textId="77777777">
      <w:pPr>
        <w:pBdr>
          <w:bottom w:val="single" w:color="CCCCCC" w:sz="6" w:space="1"/>
        </w:pBdr>
        <w:spacing w:before="240" w:after="240"/>
      </w:pPr>
    </w:p>
    <w:p w:rsidR="009D758D" w:rsidRDefault="005F6A5B" w14:paraId="073955CF" w14:textId="77777777">
      <w:pPr>
        <w:pStyle w:val="Heading2"/>
      </w:pPr>
      <w:r w:rsidR="005F6A5B">
        <w:rPr/>
        <w:t>BRONNENLIJST</w:t>
      </w:r>
    </w:p>
    <w:p w:rsidR="009D758D" w:rsidRDefault="005F6A5B" w14:paraId="4C7DC976" w14:textId="77777777">
      <w:pPr>
        <w:pStyle w:val="Heading3"/>
      </w:pPr>
      <w:r w:rsidR="005F6A5B">
        <w:rPr/>
        <w:t>MER-</w:t>
      </w:r>
      <w:r w:rsidR="005F6A5B">
        <w:rPr/>
        <w:t>hoofdstukken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8"/>
        <w:gridCol w:w="6171"/>
        <w:gridCol w:w="1373"/>
      </w:tblGrid>
      <w:tr w:rsidR="009D758D" w:rsidTr="6C968D7A" w14:paraId="2666CE16" w14:textId="77777777">
        <w:tc>
          <w:tcPr>
            <w:tcW w:w="3135" w:type="dxa"/>
            <w:shd w:val="clear" w:color="auto" w:fill="244061" w:themeFill="accent1" w:themeFillShade="80"/>
            <w:tcMar/>
          </w:tcPr>
          <w:p w:rsidR="009D758D" w:rsidP="6C968D7A" w:rsidRDefault="005F6A5B" w14:paraId="3D11D8DF" w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Verkorte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referentie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in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tekst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:rsidR="009D758D" w:rsidP="6C968D7A" w:rsidRDefault="005F6A5B" w14:paraId="294E755D" w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PDF-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bestandsnaam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:rsidR="009D758D" w:rsidRDefault="005F6A5B" w14:paraId="34EA3010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Relatief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pad</w:t>
            </w:r>
          </w:p>
        </w:tc>
      </w:tr>
      <w:tr w:rsidR="009D758D" w:rsidTr="6C968D7A" w14:paraId="73C478A6" w14:textId="77777777">
        <w:tc>
          <w:tcPr>
            <w:tcW w:w="3135" w:type="dxa"/>
            <w:shd w:val="clear" w:color="auto" w:fill="F2F6FC"/>
            <w:tcMar/>
          </w:tcPr>
          <w:p w:rsidR="009D758D" w:rsidRDefault="005F6A5B" w14:paraId="2EC5782F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NTS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6C77F923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Ventilus_ProjectMER_NTS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v4.pdf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1CC77D93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 PIV4\MER\</w:t>
            </w:r>
          </w:p>
        </w:tc>
      </w:tr>
      <w:tr w:rsidR="009D758D" w:rsidTr="6C968D7A" w14:paraId="31061DBB" w14:textId="77777777">
        <w:tc>
          <w:tcPr>
            <w:tcW w:w="3135" w:type="dxa"/>
            <w:tcMar/>
          </w:tcPr>
          <w:p w:rsidR="009D758D" w:rsidRDefault="005F6A5B" w14:paraId="5D4910F2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Hfst</w:t>
            </w:r>
            <w:r w:rsidRPr="6C968D7A" w:rsidR="005F6A5B">
              <w:rPr>
                <w:sz w:val="19"/>
                <w:szCs w:val="19"/>
              </w:rPr>
              <w:t xml:space="preserve"> 8 Bodem</w:t>
            </w:r>
          </w:p>
        </w:tc>
        <w:tc>
          <w:tcPr>
            <w:tcW w:w="3135" w:type="dxa"/>
            <w:tcMar/>
          </w:tcPr>
          <w:p w:rsidR="009D758D" w:rsidRDefault="005F6A5B" w14:paraId="029E4C82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Ventilus_ProjectMER_Hfst8_Bodem v4.pdf</w:t>
            </w:r>
          </w:p>
        </w:tc>
        <w:tc>
          <w:tcPr>
            <w:tcW w:w="3135" w:type="dxa"/>
            <w:tcMar/>
          </w:tcPr>
          <w:p w:rsidR="009D758D" w:rsidRDefault="005F6A5B" w14:paraId="292C1B5C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 PIV4\MER\</w:t>
            </w:r>
          </w:p>
        </w:tc>
      </w:tr>
      <w:tr w:rsidR="009D758D" w:rsidTr="6C968D7A" w14:paraId="5BF4F1C4" w14:textId="77777777">
        <w:tc>
          <w:tcPr>
            <w:tcW w:w="3135" w:type="dxa"/>
            <w:shd w:val="clear" w:color="auto" w:fill="F2F6FC"/>
            <w:tcMar/>
          </w:tcPr>
          <w:p w:rsidR="009D758D" w:rsidRDefault="005F6A5B" w14:paraId="7183CF5C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Hfst</w:t>
            </w:r>
            <w:r w:rsidRPr="6C968D7A" w:rsidR="005F6A5B">
              <w:rPr>
                <w:sz w:val="19"/>
                <w:szCs w:val="19"/>
              </w:rPr>
              <w:t xml:space="preserve"> 9 Water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1C86D0D8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Ventilus_ProjectMER_Hfst9_Water v4.pdf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06389363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 PIV4\MER\</w:t>
            </w:r>
          </w:p>
        </w:tc>
      </w:tr>
      <w:tr w:rsidR="009D758D" w:rsidTr="6C968D7A" w14:paraId="25682199" w14:textId="77777777">
        <w:tc>
          <w:tcPr>
            <w:tcW w:w="3135" w:type="dxa"/>
            <w:tcMar/>
          </w:tcPr>
          <w:p w:rsidR="009D758D" w:rsidP="6C968D7A" w:rsidRDefault="005F6A5B" w14:paraId="652A3F2B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Hfst</w:t>
            </w:r>
            <w:r w:rsidRPr="6C968D7A" w:rsidR="005F6A5B">
              <w:rPr>
                <w:sz w:val="19"/>
                <w:szCs w:val="19"/>
              </w:rPr>
              <w:t xml:space="preserve"> 10 </w:t>
            </w:r>
            <w:r w:rsidRPr="6C968D7A" w:rsidR="005F6A5B">
              <w:rPr>
                <w:sz w:val="19"/>
                <w:szCs w:val="19"/>
              </w:rPr>
              <w:t>Biodiversiteit</w:t>
            </w:r>
          </w:p>
        </w:tc>
        <w:tc>
          <w:tcPr>
            <w:tcW w:w="3135" w:type="dxa"/>
            <w:tcMar/>
          </w:tcPr>
          <w:p w:rsidR="009D758D" w:rsidRDefault="005F6A5B" w14:paraId="27CDE251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Ventilus_ProjectMER_Hfst10_Biodiversiteit v4.pdf</w:t>
            </w:r>
          </w:p>
        </w:tc>
        <w:tc>
          <w:tcPr>
            <w:tcW w:w="3135" w:type="dxa"/>
            <w:tcMar/>
          </w:tcPr>
          <w:p w:rsidR="009D758D" w:rsidRDefault="005F6A5B" w14:paraId="2416753C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 PIV4\MER\</w:t>
            </w:r>
          </w:p>
        </w:tc>
      </w:tr>
      <w:tr w:rsidR="009D758D" w:rsidTr="6C968D7A" w14:paraId="0E476679" w14:textId="77777777">
        <w:tc>
          <w:tcPr>
            <w:tcW w:w="3135" w:type="dxa"/>
            <w:shd w:val="clear" w:color="auto" w:fill="F2F6FC"/>
            <w:tcMar/>
          </w:tcPr>
          <w:p w:rsidR="009D758D" w:rsidP="6C968D7A" w:rsidRDefault="005F6A5B" w14:paraId="579719CA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Hfst</w:t>
            </w:r>
            <w:r w:rsidRPr="6C968D7A" w:rsidR="005F6A5B">
              <w:rPr>
                <w:sz w:val="19"/>
                <w:szCs w:val="19"/>
              </w:rPr>
              <w:t xml:space="preserve"> 11 </w:t>
            </w:r>
            <w:r w:rsidRPr="6C968D7A" w:rsidR="005F6A5B">
              <w:rPr>
                <w:sz w:val="19"/>
                <w:szCs w:val="19"/>
              </w:rPr>
              <w:t>Landschap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4598789F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Ventilus_ProjectMER_Hfst11_Landschap v4.pdf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5AA3D235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 PIV4\MER\</w:t>
            </w:r>
          </w:p>
        </w:tc>
      </w:tr>
      <w:tr w:rsidR="009D758D" w:rsidTr="6C968D7A" w14:paraId="3E6E6EC6" w14:textId="77777777">
        <w:tc>
          <w:tcPr>
            <w:tcW w:w="3135" w:type="dxa"/>
            <w:tcMar/>
          </w:tcPr>
          <w:p w:rsidR="009D758D" w:rsidP="6C968D7A" w:rsidRDefault="005F6A5B" w14:paraId="51A8C6D6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Hfst</w:t>
            </w:r>
            <w:r w:rsidRPr="6C968D7A" w:rsidR="005F6A5B">
              <w:rPr>
                <w:sz w:val="19"/>
                <w:szCs w:val="19"/>
              </w:rPr>
              <w:t xml:space="preserve"> 12 </w:t>
            </w:r>
            <w:r w:rsidRPr="6C968D7A" w:rsidR="005F6A5B">
              <w:rPr>
                <w:sz w:val="19"/>
                <w:szCs w:val="19"/>
              </w:rPr>
              <w:t>Geluid</w:t>
            </w:r>
          </w:p>
        </w:tc>
        <w:tc>
          <w:tcPr>
            <w:tcW w:w="3135" w:type="dxa"/>
            <w:tcMar/>
          </w:tcPr>
          <w:p w:rsidR="009D758D" w:rsidRDefault="005F6A5B" w14:paraId="116BCC19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Ventilus_ProjectMER_Hfst12_Geluid v4.pdf</w:t>
            </w:r>
          </w:p>
        </w:tc>
        <w:tc>
          <w:tcPr>
            <w:tcW w:w="3135" w:type="dxa"/>
            <w:tcMar/>
          </w:tcPr>
          <w:p w:rsidR="009D758D" w:rsidRDefault="005F6A5B" w14:paraId="601C48B0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 PIV4\MER\</w:t>
            </w:r>
          </w:p>
        </w:tc>
      </w:tr>
      <w:tr w:rsidR="009D758D" w:rsidTr="6C968D7A" w14:paraId="5A523966" w14:textId="77777777">
        <w:tc>
          <w:tcPr>
            <w:tcW w:w="3135" w:type="dxa"/>
            <w:shd w:val="clear" w:color="auto" w:fill="F2F6FC"/>
            <w:tcMar/>
          </w:tcPr>
          <w:p w:rsidR="009D758D" w:rsidP="6C968D7A" w:rsidRDefault="005F6A5B" w14:paraId="080182F1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Hfst</w:t>
            </w:r>
            <w:r w:rsidRPr="6C968D7A" w:rsidR="005F6A5B">
              <w:rPr>
                <w:sz w:val="19"/>
                <w:szCs w:val="19"/>
              </w:rPr>
              <w:t xml:space="preserve"> 13 </w:t>
            </w:r>
            <w:r w:rsidRPr="6C968D7A" w:rsidR="005F6A5B">
              <w:rPr>
                <w:sz w:val="19"/>
                <w:szCs w:val="19"/>
              </w:rPr>
              <w:t>Gezondheid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6C3E3707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Ventilus_ProjectMER_Hfst13_Gezondheid v4.pdf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066D3B64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 PIV4\MER\</w:t>
            </w:r>
          </w:p>
        </w:tc>
      </w:tr>
      <w:tr w:rsidR="009D758D" w:rsidTr="6C968D7A" w14:paraId="082CE922" w14:textId="77777777">
        <w:tc>
          <w:tcPr>
            <w:tcW w:w="3135" w:type="dxa"/>
            <w:tcMar/>
          </w:tcPr>
          <w:p w:rsidR="009D758D" w:rsidP="6C968D7A" w:rsidRDefault="005F6A5B" w14:paraId="2DC572F3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Hfst</w:t>
            </w:r>
            <w:r w:rsidRPr="6C968D7A" w:rsidR="005F6A5B">
              <w:rPr>
                <w:sz w:val="19"/>
                <w:szCs w:val="19"/>
              </w:rPr>
              <w:t xml:space="preserve"> 14 </w:t>
            </w:r>
            <w:r w:rsidRPr="6C968D7A" w:rsidR="005F6A5B">
              <w:rPr>
                <w:sz w:val="19"/>
                <w:szCs w:val="19"/>
              </w:rPr>
              <w:t>Mens</w:t>
            </w:r>
          </w:p>
        </w:tc>
        <w:tc>
          <w:tcPr>
            <w:tcW w:w="3135" w:type="dxa"/>
            <w:tcMar/>
          </w:tcPr>
          <w:p w:rsidR="009D758D" w:rsidRDefault="005F6A5B" w14:paraId="37CCC107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Ventilus_ProjectMER_Hfst14_Mens v4.pdf</w:t>
            </w:r>
          </w:p>
        </w:tc>
        <w:tc>
          <w:tcPr>
            <w:tcW w:w="3135" w:type="dxa"/>
            <w:tcMar/>
          </w:tcPr>
          <w:p w:rsidR="009D758D" w:rsidRDefault="005F6A5B" w14:paraId="10921C97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 PIV4\MER\</w:t>
            </w:r>
          </w:p>
        </w:tc>
      </w:tr>
      <w:tr w:rsidR="009D758D" w:rsidTr="6C968D7A" w14:paraId="38236345" w14:textId="77777777">
        <w:tc>
          <w:tcPr>
            <w:tcW w:w="3135" w:type="dxa"/>
            <w:shd w:val="clear" w:color="auto" w:fill="F2F6FC"/>
            <w:tcMar/>
          </w:tcPr>
          <w:p w:rsidR="009D758D" w:rsidP="6C968D7A" w:rsidRDefault="005F6A5B" w14:paraId="04E832B0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Hfst</w:t>
            </w:r>
            <w:r w:rsidRPr="6C968D7A" w:rsidR="005F6A5B">
              <w:rPr>
                <w:sz w:val="19"/>
                <w:szCs w:val="19"/>
              </w:rPr>
              <w:t xml:space="preserve"> 16-17 </w:t>
            </w:r>
            <w:r w:rsidRPr="6C968D7A" w:rsidR="005F6A5B">
              <w:rPr>
                <w:sz w:val="19"/>
                <w:szCs w:val="19"/>
              </w:rPr>
              <w:t>Klimaat</w:t>
            </w:r>
            <w:r w:rsidRPr="6C968D7A" w:rsidR="005F6A5B">
              <w:rPr>
                <w:sz w:val="19"/>
                <w:szCs w:val="19"/>
              </w:rPr>
              <w:t>/</w:t>
            </w:r>
            <w:r w:rsidRPr="6C968D7A" w:rsidR="005F6A5B">
              <w:rPr>
                <w:sz w:val="19"/>
                <w:szCs w:val="19"/>
              </w:rPr>
              <w:t>Veiligheid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44DC7ADB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Ventilus_ProjectMER_Hfst16en17_KlimaatenVeiligheid v4.pdf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2DFB5BE2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 PIV4\MER\</w:t>
            </w:r>
          </w:p>
        </w:tc>
      </w:tr>
      <w:tr w:rsidR="009D758D" w:rsidTr="6C968D7A" w14:paraId="7E7780A0" w14:textId="77777777">
        <w:tc>
          <w:tcPr>
            <w:tcW w:w="3135" w:type="dxa"/>
            <w:tcMar/>
          </w:tcPr>
          <w:p w:rsidR="009D758D" w:rsidP="6C968D7A" w:rsidRDefault="005F6A5B" w14:paraId="2C541908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Hfst</w:t>
            </w:r>
            <w:r w:rsidRPr="6C968D7A" w:rsidR="005F6A5B">
              <w:rPr>
                <w:sz w:val="19"/>
                <w:szCs w:val="19"/>
              </w:rPr>
              <w:t xml:space="preserve"> 18-19 </w:t>
            </w:r>
            <w:r w:rsidRPr="6C968D7A" w:rsidR="005F6A5B">
              <w:rPr>
                <w:sz w:val="19"/>
                <w:szCs w:val="19"/>
              </w:rPr>
              <w:t>Eindconclusie</w:t>
            </w:r>
          </w:p>
        </w:tc>
        <w:tc>
          <w:tcPr>
            <w:tcW w:w="3135" w:type="dxa"/>
            <w:tcMar/>
          </w:tcPr>
          <w:p w:rsidR="009D758D" w:rsidRDefault="005F6A5B" w14:paraId="72803EFA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Ventilus_ProjectMER_Hfst18_19_einconclusie_leemte v4.pdf</w:t>
            </w:r>
          </w:p>
        </w:tc>
        <w:tc>
          <w:tcPr>
            <w:tcW w:w="3135" w:type="dxa"/>
            <w:tcMar/>
          </w:tcPr>
          <w:p w:rsidR="009D758D" w:rsidRDefault="25A181EA" w14:paraId="300597EE" w14:textId="77777777">
            <w:pPr>
              <w:spacing w:before="40" w:after="40"/>
            </w:pPr>
            <w:r w:rsidRPr="25A181EA" w:rsidR="25A181EA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 PIV4\MER\</w:t>
            </w:r>
          </w:p>
          <w:p w:rsidR="009D758D" w:rsidP="25A181EA" w:rsidRDefault="009D758D" w14:paraId="77D1DD1A" w14:textId="5C6EED6E">
            <w:pPr>
              <w:spacing w:before="40" w:after="40"/>
              <w:rPr>
                <w:rFonts w:ascii="Consolas" w:hAnsi="Consolas"/>
                <w:sz w:val="19"/>
                <w:szCs w:val="19"/>
              </w:rPr>
            </w:pPr>
          </w:p>
          <w:p w:rsidR="009D758D" w:rsidP="25A181EA" w:rsidRDefault="009D758D" w14:paraId="7EA01BA3" w14:textId="5428815B">
            <w:pPr>
              <w:spacing w:before="40" w:after="40"/>
              <w:rPr>
                <w:rFonts w:ascii="Consolas" w:hAnsi="Consolas"/>
                <w:sz w:val="19"/>
                <w:szCs w:val="19"/>
              </w:rPr>
            </w:pPr>
          </w:p>
        </w:tc>
      </w:tr>
      <w:tr w:rsidR="25A181EA" w:rsidTr="6C968D7A" w14:paraId="14544BEA" w14:textId="77777777">
        <w:trPr>
          <w:trHeight w:val="300"/>
        </w:trPr>
        <w:tc>
          <w:tcPr>
            <w:tcW w:w="3135" w:type="dxa"/>
            <w:tcMar/>
          </w:tcPr>
          <w:p w:rsidR="25A181EA" w:rsidP="25A181EA" w:rsidRDefault="25A181EA" w14:paraId="45BBE72C" w14:textId="77777777">
            <w:pPr>
              <w:spacing w:before="40" w:after="40"/>
            </w:pPr>
            <w:r w:rsidRPr="6C968D7A" w:rsidR="25A181EA">
              <w:rPr>
                <w:sz w:val="19"/>
                <w:szCs w:val="19"/>
              </w:rPr>
              <w:t>Bijlage</w:t>
            </w:r>
            <w:r w:rsidRPr="6C968D7A" w:rsidR="25A181EA">
              <w:rPr>
                <w:sz w:val="19"/>
                <w:szCs w:val="19"/>
              </w:rPr>
              <w:t xml:space="preserve"> 10.1 (PB/VNT/</w:t>
            </w:r>
            <w:r w:rsidRPr="6C968D7A" w:rsidR="25A181EA">
              <w:rPr>
                <w:sz w:val="19"/>
                <w:szCs w:val="19"/>
              </w:rPr>
              <w:t>Soortentoets</w:t>
            </w:r>
            <w:r w:rsidRPr="6C968D7A" w:rsidR="25A181EA">
              <w:rPr>
                <w:sz w:val="19"/>
                <w:szCs w:val="19"/>
              </w:rPr>
              <w:t>)</w:t>
            </w:r>
          </w:p>
        </w:tc>
        <w:tc>
          <w:tcPr>
            <w:tcW w:w="3135" w:type="dxa"/>
            <w:tcMar/>
          </w:tcPr>
          <w:p w:rsidR="25A181EA" w:rsidP="25A181EA" w:rsidRDefault="25A181EA" w14:paraId="6BC73AD0" w14:textId="77777777">
            <w:pPr>
              <w:spacing w:before="40" w:after="40"/>
            </w:pPr>
            <w:r w:rsidRPr="6C968D7A" w:rsidR="25A181EA">
              <w:rPr>
                <w:rFonts w:ascii="Consolas" w:hAnsi="Consolas"/>
                <w:sz w:val="19"/>
                <w:szCs w:val="19"/>
              </w:rPr>
              <w:t>Bijlage_10_1_PassendeBeoordeling_VNT_Soortentoets_v2_.pdf</w:t>
            </w:r>
          </w:p>
        </w:tc>
        <w:tc>
          <w:tcPr>
            <w:tcW w:w="3135" w:type="dxa"/>
            <w:tcMar/>
          </w:tcPr>
          <w:p w:rsidR="25A181EA" w:rsidP="25A181EA" w:rsidRDefault="25A181EA" w14:paraId="753DA006" w14:textId="77777777">
            <w:pPr>
              <w:spacing w:before="40" w:after="40"/>
            </w:pPr>
            <w:r w:rsidRPr="6C968D7A" w:rsidR="25A181EA">
              <w:rPr>
                <w:rFonts w:ascii="Consolas" w:hAnsi="Consolas"/>
                <w:sz w:val="19"/>
                <w:szCs w:val="19"/>
              </w:rPr>
              <w:t>2025025781 PIV4\MER\</w:t>
            </w:r>
          </w:p>
        </w:tc>
      </w:tr>
    </w:tbl>
    <w:p w:rsidR="009D758D" w:rsidP="25A181EA" w:rsidRDefault="009D758D" w14:paraId="0D7C3370" w14:textId="2A47571F"/>
    <w:p w:rsidR="009D758D" w:rsidRDefault="25A181EA" w14:paraId="626C2FFE" w14:textId="211F0CC8">
      <w:pPr>
        <w:pStyle w:val="Heading3"/>
      </w:pPr>
      <w:r w:rsidR="25A181EA">
        <w:rPr/>
        <w:t>Dossierstukken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5"/>
        <w:gridCol w:w="3135"/>
        <w:gridCol w:w="3135"/>
      </w:tblGrid>
      <w:tr w:rsidR="009D758D" w:rsidTr="6C968D7A" w14:paraId="15EC5E5D" w14:textId="77777777">
        <w:tc>
          <w:tcPr>
            <w:tcW w:w="3135" w:type="dxa"/>
            <w:shd w:val="clear" w:color="auto" w:fill="244061" w:themeFill="accent1" w:themeFillShade="80"/>
            <w:tcMar/>
          </w:tcPr>
          <w:p w:rsidR="009D758D" w:rsidP="6C968D7A" w:rsidRDefault="005F6A5B" w14:paraId="77BF6345" w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Verkorte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referentie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in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tekst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:rsidR="009D758D" w:rsidP="6C968D7A" w:rsidRDefault="005F6A5B" w14:paraId="07BBDB3B" w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PDF-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bestandsnaam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:rsidR="009D758D" w:rsidRDefault="005F6A5B" w14:paraId="5DE53220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Relatief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pad</w:t>
            </w:r>
          </w:p>
        </w:tc>
      </w:tr>
      <w:tr w:rsidR="009D758D" w:rsidTr="6C968D7A" w14:paraId="43114D4A" w14:textId="77777777">
        <w:tc>
          <w:tcPr>
            <w:tcW w:w="3135" w:type="dxa"/>
            <w:shd w:val="clear" w:color="auto" w:fill="F2F6FC"/>
            <w:tcMar/>
          </w:tcPr>
          <w:p w:rsidR="009D758D" w:rsidRDefault="005F6A5B" w14:paraId="1FD6E3FE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B26 Nota PIV4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39A5B0DA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BA_TR4303X-LC-380-GEZEL-IZGEM_B26 Nota PIV4.pdf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0447EF41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 PIV4\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Dossierstukken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\</w:t>
            </w:r>
          </w:p>
        </w:tc>
      </w:tr>
      <w:tr w:rsidR="009D758D" w:rsidTr="6C968D7A" w14:paraId="6C73EA34" w14:textId="77777777">
        <w:tc>
          <w:tcPr>
            <w:tcW w:w="3135" w:type="dxa"/>
            <w:tcMar/>
          </w:tcPr>
          <w:p w:rsidR="009D758D" w:rsidRDefault="005F6A5B" w14:paraId="04688B74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Aanpassingen</w:t>
            </w:r>
            <w:r w:rsidRPr="6C968D7A" w:rsidR="005F6A5B">
              <w:rPr>
                <w:sz w:val="19"/>
                <w:szCs w:val="19"/>
              </w:rPr>
              <w:t xml:space="preserve"> PIV4</w:t>
            </w:r>
          </w:p>
        </w:tc>
        <w:tc>
          <w:tcPr>
            <w:tcW w:w="3135" w:type="dxa"/>
            <w:tcMar/>
          </w:tcPr>
          <w:p w:rsidR="009D758D" w:rsidRDefault="005F6A5B" w14:paraId="1D49C200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BA_TR4303X-LC-380-GEZEL-IZGEM_Aanpassingen PIV4.pdf</w:t>
            </w:r>
          </w:p>
        </w:tc>
        <w:tc>
          <w:tcPr>
            <w:tcW w:w="3135" w:type="dxa"/>
            <w:tcMar/>
          </w:tcPr>
          <w:p w:rsidR="009D758D" w:rsidRDefault="005F6A5B" w14:paraId="3601CC31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 PIV4\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Dossierstukken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\</w:t>
            </w:r>
          </w:p>
        </w:tc>
      </w:tr>
      <w:tr w:rsidR="009D758D" w:rsidTr="6C968D7A" w14:paraId="4C9BB180" w14:textId="77777777">
        <w:tc>
          <w:tcPr>
            <w:tcW w:w="3135" w:type="dxa"/>
            <w:shd w:val="clear" w:color="auto" w:fill="F2F6FC"/>
            <w:tcMar/>
          </w:tcPr>
          <w:p w:rsidR="009D758D" w:rsidRDefault="005F6A5B" w14:paraId="58A153B6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Brief EMF (CONELF-56)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14D81FA3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BA_TR4303X-LC-380-GEZEL-IZEGEM_Brief EMF.pdf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4EE1F5BA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 PIV4\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Dossierstukken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\</w:t>
            </w:r>
          </w:p>
        </w:tc>
      </w:tr>
    </w:tbl>
    <w:p w:rsidR="009D758D" w:rsidRDefault="009D758D" w14:paraId="3461D779" w14:textId="77777777"/>
    <w:p w:rsidR="009D758D" w:rsidRDefault="005F6A5B" w14:paraId="0EBA0216" w14:textId="77777777">
      <w:pPr>
        <w:pStyle w:val="Heading3"/>
      </w:pPr>
      <w:r w:rsidR="005F6A5B">
        <w:rPr/>
        <w:t>Adviezen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1"/>
        <w:gridCol w:w="5857"/>
        <w:gridCol w:w="2394"/>
      </w:tblGrid>
      <w:tr w:rsidR="009D758D" w:rsidTr="6C968D7A" w14:paraId="0155027B" w14:textId="77777777">
        <w:tc>
          <w:tcPr>
            <w:tcW w:w="3135" w:type="dxa"/>
            <w:shd w:val="clear" w:color="auto" w:fill="244061" w:themeFill="accent1" w:themeFillShade="80"/>
            <w:tcMar/>
          </w:tcPr>
          <w:p w:rsidR="009D758D" w:rsidP="6C968D7A" w:rsidRDefault="005F6A5B" w14:paraId="07616024" w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Verkorte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referentie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in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tekst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:rsidR="009D758D" w:rsidP="6C968D7A" w:rsidRDefault="005F6A5B" w14:paraId="33356D05" w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PDF-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bestandsnaam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:rsidR="009D758D" w:rsidRDefault="005F6A5B" w14:paraId="1BD45415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Relatief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pad</w:t>
            </w:r>
          </w:p>
        </w:tc>
      </w:tr>
      <w:tr w:rsidR="009D758D" w:rsidTr="6C968D7A" w14:paraId="09CD34F3" w14:textId="77777777">
        <w:tc>
          <w:tcPr>
            <w:tcW w:w="3135" w:type="dxa"/>
            <w:shd w:val="clear" w:color="auto" w:fill="F2F6FC"/>
            <w:tcMar/>
          </w:tcPr>
          <w:p w:rsidR="009D758D" w:rsidP="6C968D7A" w:rsidRDefault="005F6A5B" w14:paraId="6BF084A4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Ardooie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3E961406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Ardooie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advies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PR-MER II_ongunstig.pdf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6B5D4528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2025025781\ADVIEZEN\</w:t>
            </w:r>
          </w:p>
        </w:tc>
      </w:tr>
      <w:tr w:rsidR="009D758D" w:rsidTr="6C968D7A" w14:paraId="17282260" w14:textId="77777777">
        <w:tc>
          <w:tcPr>
            <w:tcW w:w="3135" w:type="dxa"/>
            <w:tcMar/>
          </w:tcPr>
          <w:p w:rsidR="009D758D" w:rsidRDefault="005F6A5B" w14:paraId="6AE6B62D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Brugge</w:t>
            </w:r>
          </w:p>
        </w:tc>
        <w:tc>
          <w:tcPr>
            <w:tcW w:w="3135" w:type="dxa"/>
            <w:tcMar/>
          </w:tcPr>
          <w:p w:rsidR="009D758D" w:rsidRDefault="005F6A5B" w14:paraId="382FF139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Brugge _MER gunstig.pdf</w:t>
            </w:r>
          </w:p>
        </w:tc>
        <w:tc>
          <w:tcPr>
            <w:tcW w:w="3135" w:type="dxa"/>
            <w:tcMar/>
          </w:tcPr>
          <w:p w:rsidR="009D758D" w:rsidRDefault="005F6A5B" w14:paraId="49F76E58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2025025781\ADVIEZEN\</w:t>
            </w:r>
          </w:p>
        </w:tc>
      </w:tr>
      <w:tr w:rsidR="009D758D" w:rsidTr="6C968D7A" w14:paraId="17A3B452" w14:textId="77777777">
        <w:tc>
          <w:tcPr>
            <w:tcW w:w="3135" w:type="dxa"/>
            <w:shd w:val="clear" w:color="auto" w:fill="F2F6FC"/>
            <w:tcMar/>
          </w:tcPr>
          <w:p w:rsidR="009D758D" w:rsidP="6C968D7A" w:rsidRDefault="005F6A5B" w14:paraId="6475C4CB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Deerlijk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4D1156F6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Deerlijk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03.12.2025 -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advies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inzake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ontwerp-MER_ongunstig.pdf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2609C618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2025025781\ADVIEZEN\</w:t>
            </w:r>
          </w:p>
        </w:tc>
      </w:tr>
      <w:tr w:rsidR="009D758D" w:rsidTr="6C968D7A" w14:paraId="1511B41E" w14:textId="77777777">
        <w:tc>
          <w:tcPr>
            <w:tcW w:w="3135" w:type="dxa"/>
            <w:tcMar/>
          </w:tcPr>
          <w:p w:rsidR="009D758D" w:rsidP="6C968D7A" w:rsidRDefault="005F6A5B" w14:paraId="11CBE92D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Harelbeke</w:t>
            </w:r>
          </w:p>
        </w:tc>
        <w:tc>
          <w:tcPr>
            <w:tcW w:w="3135" w:type="dxa"/>
            <w:tcMar/>
          </w:tcPr>
          <w:p w:rsidR="009D758D" w:rsidRDefault="005F6A5B" w14:paraId="0C320B6D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Harelbeke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advies_project_Mer_ongunstig.pdf</w:t>
            </w:r>
          </w:p>
        </w:tc>
        <w:tc>
          <w:tcPr>
            <w:tcW w:w="3135" w:type="dxa"/>
            <w:tcMar/>
          </w:tcPr>
          <w:p w:rsidR="009D758D" w:rsidRDefault="005F6A5B" w14:paraId="20AE0C88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2025025781\ADVIEZEN\</w:t>
            </w:r>
          </w:p>
        </w:tc>
      </w:tr>
      <w:tr w:rsidR="009D758D" w:rsidTr="6C968D7A" w14:paraId="25D4D616" w14:textId="77777777">
        <w:tc>
          <w:tcPr>
            <w:tcW w:w="3135" w:type="dxa"/>
            <w:shd w:val="clear" w:color="auto" w:fill="F2F6FC"/>
            <w:tcMar/>
          </w:tcPr>
          <w:p w:rsidR="009D758D" w:rsidP="6C968D7A" w:rsidRDefault="005F6A5B" w14:paraId="4D278E72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Izegem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3384DECD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Izegem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advies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ontwerp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MER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Ventilus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OMV2025025781_ongunstig.pdf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49C6B275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2025025781\ADVIEZEN\</w:t>
            </w:r>
          </w:p>
        </w:tc>
      </w:tr>
      <w:tr w:rsidR="009D758D" w:rsidTr="6C968D7A" w14:paraId="5E298217" w14:textId="77777777">
        <w:tc>
          <w:tcPr>
            <w:tcW w:w="3135" w:type="dxa"/>
            <w:tcMar/>
          </w:tcPr>
          <w:p w:rsidR="009D758D" w:rsidP="6C968D7A" w:rsidRDefault="005F6A5B" w14:paraId="1021EF47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Jabbeke</w:t>
            </w:r>
          </w:p>
        </w:tc>
        <w:tc>
          <w:tcPr>
            <w:tcW w:w="3135" w:type="dxa"/>
            <w:tcMar/>
          </w:tcPr>
          <w:p w:rsidR="009D758D" w:rsidRDefault="005F6A5B" w14:paraId="594D54B1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Jabbeke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713335_ADVIES MER VENTILUS_ongunstig.pdf</w:t>
            </w:r>
          </w:p>
        </w:tc>
        <w:tc>
          <w:tcPr>
            <w:tcW w:w="3135" w:type="dxa"/>
            <w:tcMar/>
          </w:tcPr>
          <w:p w:rsidR="009D758D" w:rsidRDefault="005F6A5B" w14:paraId="4FD1E2BD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2025025781\ADVIEZEN\</w:t>
            </w:r>
          </w:p>
        </w:tc>
      </w:tr>
      <w:tr w:rsidR="009D758D" w:rsidTr="6C968D7A" w14:paraId="1176BA87" w14:textId="77777777">
        <w:tc>
          <w:tcPr>
            <w:tcW w:w="3135" w:type="dxa"/>
            <w:shd w:val="clear" w:color="auto" w:fill="F2F6FC"/>
            <w:tcMar/>
          </w:tcPr>
          <w:p w:rsidR="009D758D" w:rsidP="6C968D7A" w:rsidRDefault="005F6A5B" w14:paraId="1E37B3ED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Ledegem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1B5767A0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Ledegem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MER 20251126_advies_gemeente_Ledegem_ongunstig.pdf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6AB1578A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2025025781\ADVIEZEN\</w:t>
            </w:r>
          </w:p>
        </w:tc>
      </w:tr>
      <w:tr w:rsidR="009D758D" w:rsidTr="6C968D7A" w14:paraId="3156AC6E" w14:textId="77777777">
        <w:tc>
          <w:tcPr>
            <w:tcW w:w="3135" w:type="dxa"/>
            <w:tcMar/>
          </w:tcPr>
          <w:p w:rsidR="009D758D" w:rsidP="6C968D7A" w:rsidRDefault="005F6A5B" w14:paraId="1A341AB5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Lendelede</w:t>
            </w:r>
          </w:p>
        </w:tc>
        <w:tc>
          <w:tcPr>
            <w:tcW w:w="3135" w:type="dxa"/>
            <w:tcMar/>
          </w:tcPr>
          <w:p w:rsidR="009D758D" w:rsidRDefault="005F6A5B" w14:paraId="0554AC32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Lendelede_01122025_advies project-MER.pdf</w:t>
            </w:r>
          </w:p>
        </w:tc>
        <w:tc>
          <w:tcPr>
            <w:tcW w:w="3135" w:type="dxa"/>
            <w:tcMar/>
          </w:tcPr>
          <w:p w:rsidR="009D758D" w:rsidRDefault="005F6A5B" w14:paraId="15684B28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2025025781\ADVIEZEN\</w:t>
            </w:r>
          </w:p>
        </w:tc>
      </w:tr>
      <w:tr w:rsidR="009D758D" w:rsidTr="6C968D7A" w14:paraId="0BE727F4" w14:textId="77777777">
        <w:tc>
          <w:tcPr>
            <w:tcW w:w="3135" w:type="dxa"/>
            <w:shd w:val="clear" w:color="auto" w:fill="F2F6FC"/>
            <w:tcMar/>
          </w:tcPr>
          <w:p w:rsidR="009D758D" w:rsidP="6C968D7A" w:rsidRDefault="005F6A5B" w14:paraId="516E814A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Lichtervelde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66772C2D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Lichtervelde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CBS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uittreksel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2025025781.pdf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700A72DC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2025025781\ADVIEZEN\</w:t>
            </w:r>
          </w:p>
        </w:tc>
      </w:tr>
      <w:tr w:rsidR="009D758D" w:rsidTr="6C968D7A" w14:paraId="3C117F12" w14:textId="77777777">
        <w:tc>
          <w:tcPr>
            <w:tcW w:w="3135" w:type="dxa"/>
            <w:tcMar/>
          </w:tcPr>
          <w:p w:rsidR="009D758D" w:rsidP="6C968D7A" w:rsidRDefault="005F6A5B" w14:paraId="7473E00A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Oostkamp</w:t>
            </w:r>
          </w:p>
        </w:tc>
        <w:tc>
          <w:tcPr>
            <w:tcW w:w="3135" w:type="dxa"/>
            <w:tcMar/>
          </w:tcPr>
          <w:p w:rsidR="009D758D" w:rsidRDefault="005F6A5B" w14:paraId="1E05D9F0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Oostkamp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OMV_2025025781_Advies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aan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de provincie.pdf</w:t>
            </w:r>
          </w:p>
        </w:tc>
        <w:tc>
          <w:tcPr>
            <w:tcW w:w="3135" w:type="dxa"/>
            <w:tcMar/>
          </w:tcPr>
          <w:p w:rsidR="009D758D" w:rsidRDefault="005F6A5B" w14:paraId="134A8C48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2025025781\ADVIEZEN\</w:t>
            </w:r>
          </w:p>
        </w:tc>
      </w:tr>
      <w:tr w:rsidR="009D758D" w:rsidTr="6C968D7A" w14:paraId="0FEB89ED" w14:textId="77777777">
        <w:tc>
          <w:tcPr>
            <w:tcW w:w="3135" w:type="dxa"/>
            <w:shd w:val="clear" w:color="auto" w:fill="F2F6FC"/>
            <w:tcMar/>
          </w:tcPr>
          <w:p w:rsidR="009D758D" w:rsidP="6C968D7A" w:rsidRDefault="005F6A5B" w14:paraId="2A6153A4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Torhout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11EBC73E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Torhout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advies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Ventilus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MER-Gunstig.pdf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297D0D6B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2025025781\ADVIEZEN\</w:t>
            </w:r>
          </w:p>
        </w:tc>
      </w:tr>
      <w:tr w:rsidR="009D758D" w:rsidTr="6C968D7A" w14:paraId="7BDA5FCC" w14:textId="77777777">
        <w:tc>
          <w:tcPr>
            <w:tcW w:w="3135" w:type="dxa"/>
            <w:tcMar/>
          </w:tcPr>
          <w:p w:rsidR="009D758D" w:rsidP="6C968D7A" w:rsidRDefault="005F6A5B" w14:paraId="2089ADAC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Wingene</w:t>
            </w:r>
          </w:p>
        </w:tc>
        <w:tc>
          <w:tcPr>
            <w:tcW w:w="3135" w:type="dxa"/>
            <w:tcMar/>
          </w:tcPr>
          <w:p w:rsidR="009D758D" w:rsidRDefault="005F6A5B" w14:paraId="26759954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Wingene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37021_2025_O2025365_advies_project MER (1).pdf</w:t>
            </w:r>
          </w:p>
        </w:tc>
        <w:tc>
          <w:tcPr>
            <w:tcW w:w="3135" w:type="dxa"/>
            <w:tcMar/>
          </w:tcPr>
          <w:p w:rsidR="009D758D" w:rsidRDefault="005F6A5B" w14:paraId="18B65334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2025025781\ADVIEZEN\</w:t>
            </w:r>
          </w:p>
        </w:tc>
      </w:tr>
      <w:tr w:rsidR="009D758D" w:rsidTr="6C968D7A" w14:paraId="38B46E17" w14:textId="77777777">
        <w:tc>
          <w:tcPr>
            <w:tcW w:w="3135" w:type="dxa"/>
            <w:shd w:val="clear" w:color="auto" w:fill="F2F6FC"/>
            <w:tcMar/>
          </w:tcPr>
          <w:p w:rsidR="009D758D" w:rsidP="6C968D7A" w:rsidRDefault="005F6A5B" w14:paraId="5C12F5AC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Zedelgem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05A2C385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Zedelgem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advies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OMV 2025025781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projectMER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gemeente.pdf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3E095D35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2025025781\ADVIEZEN\</w:t>
            </w:r>
          </w:p>
        </w:tc>
      </w:tr>
      <w:tr w:rsidR="009D758D" w:rsidTr="6C968D7A" w14:paraId="646EB32D" w14:textId="77777777">
        <w:tc>
          <w:tcPr>
            <w:tcW w:w="3135" w:type="dxa"/>
            <w:tcMar/>
          </w:tcPr>
          <w:p w:rsidR="009D758D" w:rsidP="6C968D7A" w:rsidRDefault="005F6A5B" w14:paraId="678502C2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Zuienkerke</w:t>
            </w:r>
          </w:p>
        </w:tc>
        <w:tc>
          <w:tcPr>
            <w:tcW w:w="3135" w:type="dxa"/>
            <w:tcMar/>
          </w:tcPr>
          <w:p w:rsidR="009D758D" w:rsidRDefault="005F6A5B" w14:paraId="3EF7AFFE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CBS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Zuienkerke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20251202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Advies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inzake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projectMER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Ventilius.pdf</w:t>
            </w:r>
          </w:p>
        </w:tc>
        <w:tc>
          <w:tcPr>
            <w:tcW w:w="3135" w:type="dxa"/>
            <w:tcMar/>
          </w:tcPr>
          <w:p w:rsidR="009D758D" w:rsidRDefault="005F6A5B" w14:paraId="26B9E933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2025025781\ADVIEZEN\</w:t>
            </w:r>
          </w:p>
        </w:tc>
      </w:tr>
      <w:tr w:rsidR="009D758D" w:rsidTr="6C968D7A" w14:paraId="4B50F2BC" w14:textId="77777777">
        <w:tc>
          <w:tcPr>
            <w:tcW w:w="3135" w:type="dxa"/>
            <w:shd w:val="clear" w:color="auto" w:fill="F2F6FC"/>
            <w:tcMar/>
          </w:tcPr>
          <w:p w:rsidR="009D758D" w:rsidRDefault="005F6A5B" w14:paraId="2A5E03ED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VMM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79414B38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VMM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watertoets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WT 2025 OB 1729_2 gunstig.pdf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7A2D9A20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2025025781\ADVIEZEN\</w:t>
            </w:r>
          </w:p>
        </w:tc>
      </w:tr>
      <w:tr w:rsidR="009D758D" w:rsidTr="6C968D7A" w14:paraId="10DBCF53" w14:textId="77777777">
        <w:tc>
          <w:tcPr>
            <w:tcW w:w="3135" w:type="dxa"/>
            <w:tcMar/>
          </w:tcPr>
          <w:p w:rsidR="009D758D" w:rsidP="6C968D7A" w:rsidRDefault="005F6A5B" w14:paraId="42F28B74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De </w:t>
            </w:r>
            <w:r w:rsidRPr="6C968D7A" w:rsidR="005F6A5B">
              <w:rPr>
                <w:sz w:val="19"/>
                <w:szCs w:val="19"/>
              </w:rPr>
              <w:t>Watergroep</w:t>
            </w:r>
          </w:p>
        </w:tc>
        <w:tc>
          <w:tcPr>
            <w:tcW w:w="3135" w:type="dxa"/>
            <w:tcMar/>
          </w:tcPr>
          <w:p w:rsidR="009D758D" w:rsidRDefault="005F6A5B" w14:paraId="744EC7AC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VMW de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watergroep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Aansluiting_100272958_Ventilus_project_deel_1_en_2.pdf</w:t>
            </w:r>
          </w:p>
        </w:tc>
        <w:tc>
          <w:tcPr>
            <w:tcW w:w="3135" w:type="dxa"/>
            <w:tcMar/>
          </w:tcPr>
          <w:p w:rsidR="009D758D" w:rsidRDefault="005F6A5B" w14:paraId="1772DD5D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2025025781\ADVIEZEN\</w:t>
            </w:r>
          </w:p>
        </w:tc>
      </w:tr>
      <w:tr w:rsidR="009D758D" w:rsidTr="6C968D7A" w14:paraId="45FEAB5C" w14:textId="77777777">
        <w:tc>
          <w:tcPr>
            <w:tcW w:w="3135" w:type="dxa"/>
            <w:shd w:val="clear" w:color="auto" w:fill="F2F6FC"/>
            <w:tcMar/>
          </w:tcPr>
          <w:p w:rsidR="009D758D" w:rsidRDefault="005F6A5B" w14:paraId="249807CF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AWV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10291753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AWV V-316-2025-01356_20251203_voorwaardelijk_gunstig.pdf</w:t>
            </w:r>
          </w:p>
        </w:tc>
        <w:tc>
          <w:tcPr>
            <w:tcW w:w="3135" w:type="dxa"/>
            <w:shd w:val="clear" w:color="auto" w:fill="F2F6FC"/>
            <w:tcMar/>
          </w:tcPr>
          <w:p w:rsidR="009D758D" w:rsidRDefault="005F6A5B" w14:paraId="023BAB48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2025025781\ADVIEZEN\</w:t>
            </w:r>
          </w:p>
        </w:tc>
      </w:tr>
      <w:tr w:rsidR="009D758D" w:rsidTr="6C968D7A" w14:paraId="5BF809F9" w14:textId="77777777">
        <w:tc>
          <w:tcPr>
            <w:tcW w:w="3135" w:type="dxa"/>
            <w:tcMar/>
          </w:tcPr>
          <w:p w:rsidR="009D758D" w:rsidP="6C968D7A" w:rsidRDefault="005F6A5B" w14:paraId="53A5EE8F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Onroerend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Erfgoed</w:t>
            </w:r>
          </w:p>
        </w:tc>
        <w:tc>
          <w:tcPr>
            <w:tcW w:w="3135" w:type="dxa"/>
            <w:tcMar/>
          </w:tcPr>
          <w:p w:rsidR="009D758D" w:rsidRDefault="005F6A5B" w14:paraId="767C27C4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Onroerend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erfgoed</w:t>
            </w: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 xml:space="preserve"> MER_OMV_32_10.pdf</w:t>
            </w:r>
          </w:p>
        </w:tc>
        <w:tc>
          <w:tcPr>
            <w:tcW w:w="3135" w:type="dxa"/>
            <w:tcMar/>
          </w:tcPr>
          <w:p w:rsidR="009D758D" w:rsidRDefault="005F6A5B" w14:paraId="020C5890" w14:textId="77777777">
            <w:pPr>
              <w:spacing w:before="40" w:after="40"/>
            </w:pPr>
            <w:r w:rsidRPr="6C968D7A" w:rsidR="005F6A5B">
              <w:rPr>
                <w:rFonts w:ascii="Consolas" w:hAnsi="Consolas"/>
                <w:sz w:val="19"/>
                <w:szCs w:val="19"/>
                <w:shd w:val="clear" w:color="auto" w:fill="F0F0F0"/>
              </w:rPr>
              <w:t>2025025781\ADVIEZEN\</w:t>
            </w:r>
          </w:p>
        </w:tc>
      </w:tr>
    </w:tbl>
    <w:p w:rsidR="009D758D" w:rsidRDefault="009D758D" w14:paraId="3CF2D8B6" w14:textId="77777777"/>
    <w:p w:rsidR="009D758D" w:rsidRDefault="005F6A5B" w14:paraId="7B6901E1" w14:textId="77777777">
      <w:pPr>
        <w:pStyle w:val="Heading3"/>
      </w:pPr>
      <w:r w:rsidR="005F6A5B">
        <w:rPr/>
        <w:t xml:space="preserve">Externe </w:t>
      </w:r>
      <w:r w:rsidR="005F6A5B">
        <w:rPr/>
        <w:t>bronnen</w:t>
      </w:r>
      <w:r w:rsidR="005F6A5B">
        <w:rPr/>
        <w:t xml:space="preserve"> (</w:t>
      </w:r>
      <w:r w:rsidR="005F6A5B">
        <w:rPr/>
        <w:t>secties</w:t>
      </w:r>
      <w:r w:rsidR="005F6A5B">
        <w:rPr/>
        <w:t xml:space="preserve"> 3.1.1, 3.6, 3.7, 3.9–3.13)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9D758D" w:rsidTr="6C968D7A" w14:paraId="1F87D6BC" w14:textId="77777777">
        <w:tc>
          <w:tcPr>
            <w:tcW w:w="4703" w:type="dxa"/>
            <w:shd w:val="clear" w:color="auto" w:fill="244061" w:themeFill="accent1" w:themeFillShade="80"/>
            <w:tcMar/>
          </w:tcPr>
          <w:p w:rsidR="009D758D" w:rsidP="6C968D7A" w:rsidRDefault="005F6A5B" w14:paraId="660C2503" w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Verkorte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referentie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in </w:t>
            </w: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tekst</w:t>
            </w:r>
          </w:p>
        </w:tc>
        <w:tc>
          <w:tcPr>
            <w:tcW w:w="4703" w:type="dxa"/>
            <w:shd w:val="clear" w:color="auto" w:fill="244061" w:themeFill="accent1" w:themeFillShade="80"/>
            <w:tcMar/>
          </w:tcPr>
          <w:p w:rsidR="009D758D" w:rsidRDefault="005F6A5B" w14:paraId="5C8BE0FD" w14:textId="77777777">
            <w:pPr>
              <w:spacing w:before="40" w:after="40"/>
            </w:pPr>
            <w:r w:rsidRPr="6C968D7A" w:rsidR="005F6A5B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Bron</w:t>
            </w:r>
          </w:p>
        </w:tc>
      </w:tr>
      <w:tr w:rsidR="009D758D" w:rsidTr="6C968D7A" w14:paraId="68FB43F4" w14:textId="77777777">
        <w:tc>
          <w:tcPr>
            <w:tcW w:w="4703" w:type="dxa"/>
            <w:shd w:val="clear" w:color="auto" w:fill="F2F6FC"/>
            <w:tcMar/>
          </w:tcPr>
          <w:p w:rsidR="009D758D" w:rsidRDefault="005F6A5B" w14:paraId="0BBB3ECA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ALEGrO</w:t>
            </w:r>
            <w:r w:rsidRPr="6C968D7A" w:rsidR="005F6A5B">
              <w:rPr>
                <w:sz w:val="19"/>
                <w:szCs w:val="19"/>
              </w:rPr>
              <w:t xml:space="preserve"> — 90 km </w:t>
            </w:r>
            <w:r w:rsidRPr="6C968D7A" w:rsidR="005F6A5B">
              <w:rPr>
                <w:sz w:val="19"/>
                <w:szCs w:val="19"/>
              </w:rPr>
              <w:t>ondergronds</w:t>
            </w:r>
            <w:r w:rsidRPr="6C968D7A" w:rsidR="005F6A5B">
              <w:rPr>
                <w:sz w:val="19"/>
                <w:szCs w:val="19"/>
              </w:rPr>
              <w:t xml:space="preserve"> HVDC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RDefault="005F6A5B" w14:paraId="639EEAE3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Elia /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Amprion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projectdocumentatie</w:t>
            </w:r>
            <w:r w:rsidRPr="6C968D7A" w:rsidR="005F6A5B">
              <w:rPr>
                <w:sz w:val="19"/>
                <w:szCs w:val="19"/>
              </w:rPr>
              <w:t xml:space="preserve">; </w:t>
            </w:r>
            <w:r w:rsidRPr="6C968D7A" w:rsidR="005F6A5B">
              <w:rPr>
                <w:sz w:val="19"/>
                <w:szCs w:val="19"/>
              </w:rPr>
              <w:t>operationeel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sinds</w:t>
            </w:r>
            <w:r w:rsidRPr="6C968D7A" w:rsidR="005F6A5B">
              <w:rPr>
                <w:sz w:val="19"/>
                <w:szCs w:val="19"/>
              </w:rPr>
              <w:t xml:space="preserve"> 18 </w:t>
            </w:r>
            <w:r w:rsidRPr="6C968D7A" w:rsidR="005F6A5B">
              <w:rPr>
                <w:sz w:val="19"/>
                <w:szCs w:val="19"/>
              </w:rPr>
              <w:t>november</w:t>
            </w:r>
            <w:r w:rsidRPr="6C968D7A" w:rsidR="005F6A5B">
              <w:rPr>
                <w:sz w:val="19"/>
                <w:szCs w:val="19"/>
              </w:rPr>
              <w:t xml:space="preserve"> 2020</w:t>
            </w:r>
          </w:p>
        </w:tc>
      </w:tr>
      <w:tr w:rsidR="009D758D" w:rsidTr="6C968D7A" w14:paraId="4CF4A6A4" w14:textId="77777777">
        <w:tc>
          <w:tcPr>
            <w:tcW w:w="4703" w:type="dxa"/>
            <w:tcMar/>
          </w:tcPr>
          <w:p w:rsidR="009D758D" w:rsidRDefault="005F6A5B" w14:paraId="490667A3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SuedOstLink</w:t>
            </w:r>
            <w:r w:rsidRPr="6C968D7A" w:rsidR="005F6A5B">
              <w:rPr>
                <w:sz w:val="19"/>
                <w:szCs w:val="19"/>
              </w:rPr>
              <w:t xml:space="preserve"> — 543 km </w:t>
            </w:r>
            <w:r w:rsidRPr="6C968D7A" w:rsidR="005F6A5B">
              <w:rPr>
                <w:sz w:val="19"/>
                <w:szCs w:val="19"/>
              </w:rPr>
              <w:t>ondergronds</w:t>
            </w:r>
            <w:r w:rsidRPr="6C968D7A" w:rsidR="005F6A5B">
              <w:rPr>
                <w:sz w:val="19"/>
                <w:szCs w:val="19"/>
              </w:rPr>
              <w:t xml:space="preserve"> HVDC</w:t>
            </w:r>
          </w:p>
        </w:tc>
        <w:tc>
          <w:tcPr>
            <w:tcW w:w="4703" w:type="dxa"/>
            <w:tcMar/>
          </w:tcPr>
          <w:p w:rsidR="009D758D" w:rsidP="6C968D7A" w:rsidRDefault="005F6A5B" w14:paraId="08A8D559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50</w:t>
            </w:r>
            <w:r w:rsidRPr="6C968D7A" w:rsidR="005F6A5B">
              <w:rPr>
                <w:sz w:val="19"/>
                <w:szCs w:val="19"/>
              </w:rPr>
              <w:t>Hertz /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BNetzA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goedkeuring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juli</w:t>
            </w:r>
            <w:r w:rsidRPr="6C968D7A" w:rsidR="005F6A5B">
              <w:rPr>
                <w:sz w:val="19"/>
                <w:szCs w:val="19"/>
              </w:rPr>
              <w:t xml:space="preserve"> 2025; </w:t>
            </w:r>
            <w:r w:rsidRPr="6C968D7A" w:rsidR="005F6A5B">
              <w:rPr>
                <w:sz w:val="19"/>
                <w:szCs w:val="19"/>
              </w:rPr>
              <w:t>kabelcontracten</w:t>
            </w:r>
            <w:r w:rsidRPr="6C968D7A" w:rsidR="005F6A5B">
              <w:rPr>
                <w:sz w:val="19"/>
                <w:szCs w:val="19"/>
              </w:rPr>
              <w:t xml:space="preserve"> NKT + </w:t>
            </w:r>
            <w:r w:rsidRPr="6C968D7A" w:rsidR="005F6A5B">
              <w:rPr>
                <w:sz w:val="19"/>
                <w:szCs w:val="19"/>
              </w:rPr>
              <w:t>Prysmian</w:t>
            </w:r>
          </w:p>
        </w:tc>
      </w:tr>
      <w:tr w:rsidR="009D758D" w:rsidTr="6C968D7A" w14:paraId="142F96E6" w14:textId="77777777">
        <w:tc>
          <w:tcPr>
            <w:tcW w:w="4703" w:type="dxa"/>
            <w:shd w:val="clear" w:color="auto" w:fill="F2F6FC"/>
            <w:tcMar/>
          </w:tcPr>
          <w:p w:rsidR="009D758D" w:rsidRDefault="005F6A5B" w14:paraId="64CA8D03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Bundesbedarfsplangesetz</w:t>
            </w:r>
            <w:r w:rsidRPr="6C968D7A" w:rsidR="005F6A5B">
              <w:rPr>
                <w:sz w:val="19"/>
                <w:szCs w:val="19"/>
              </w:rPr>
              <w:t xml:space="preserve"> §3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RDefault="005F6A5B" w14:paraId="5A9EE16A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Duitse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federale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wetgeving</w:t>
            </w:r>
            <w:r w:rsidRPr="6C968D7A" w:rsidR="005F6A5B">
              <w:rPr>
                <w:sz w:val="19"/>
                <w:szCs w:val="19"/>
              </w:rPr>
              <w:t xml:space="preserve"> — </w:t>
            </w:r>
            <w:r w:rsidRPr="6C968D7A" w:rsidR="005F6A5B">
              <w:rPr>
                <w:sz w:val="19"/>
                <w:szCs w:val="19"/>
              </w:rPr>
              <w:t>ondergronds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als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wettelijke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standaard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voor</w:t>
            </w:r>
            <w:r w:rsidRPr="6C968D7A" w:rsidR="005F6A5B">
              <w:rPr>
                <w:sz w:val="19"/>
                <w:szCs w:val="19"/>
              </w:rPr>
              <w:t xml:space="preserve"> HVDC</w:t>
            </w:r>
          </w:p>
        </w:tc>
      </w:tr>
      <w:tr w:rsidR="009D758D" w:rsidTr="6C968D7A" w14:paraId="37102598" w14:textId="77777777">
        <w:tc>
          <w:tcPr>
            <w:tcW w:w="4703" w:type="dxa"/>
            <w:tcMar/>
          </w:tcPr>
          <w:p w:rsidR="009D758D" w:rsidRDefault="005F6A5B" w14:paraId="6224017F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Caithness-Moray-Shetland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multi</w:t>
            </w:r>
            <w:r w:rsidRPr="6C968D7A" w:rsidR="005F6A5B">
              <w:rPr>
                <w:sz w:val="19"/>
                <w:szCs w:val="19"/>
              </w:rPr>
              <w:t>-terminal HVDC</w:t>
            </w:r>
          </w:p>
        </w:tc>
        <w:tc>
          <w:tcPr>
            <w:tcW w:w="4703" w:type="dxa"/>
            <w:tcMar/>
          </w:tcPr>
          <w:p w:rsidR="009D758D" w:rsidRDefault="005F6A5B" w14:paraId="436AD89B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SSEN Transmission; </w:t>
            </w:r>
            <w:r w:rsidRPr="6C968D7A" w:rsidR="005F6A5B">
              <w:rPr>
                <w:sz w:val="19"/>
                <w:szCs w:val="19"/>
              </w:rPr>
              <w:t>geënergetiseerd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augustus</w:t>
            </w:r>
            <w:r w:rsidRPr="6C968D7A" w:rsidR="005F6A5B">
              <w:rPr>
                <w:sz w:val="19"/>
                <w:szCs w:val="19"/>
              </w:rPr>
              <w:t xml:space="preserve"> 2024</w:t>
            </w:r>
          </w:p>
        </w:tc>
      </w:tr>
      <w:tr w:rsidR="009D758D" w:rsidTr="6C968D7A" w14:paraId="5C2EBAA3" w14:textId="77777777"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1F5AF490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TenneT</w:t>
            </w:r>
            <w:r w:rsidRPr="6C968D7A" w:rsidR="005F6A5B">
              <w:rPr>
                <w:sz w:val="19"/>
                <w:szCs w:val="19"/>
              </w:rPr>
              <w:t xml:space="preserve"> 2 GW HVDC </w:t>
            </w:r>
            <w:r w:rsidRPr="6C968D7A" w:rsidR="005F6A5B">
              <w:rPr>
                <w:sz w:val="19"/>
                <w:szCs w:val="19"/>
              </w:rPr>
              <w:t>standaard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0FEEF97F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TenneT</w:t>
            </w:r>
            <w:r w:rsidRPr="6C968D7A" w:rsidR="005F6A5B">
              <w:rPr>
                <w:sz w:val="19"/>
                <w:szCs w:val="19"/>
              </w:rPr>
              <w:t xml:space="preserve"> offshore </w:t>
            </w:r>
            <w:r w:rsidRPr="6C968D7A" w:rsidR="005F6A5B">
              <w:rPr>
                <w:sz w:val="19"/>
                <w:szCs w:val="19"/>
              </w:rPr>
              <w:t>investeringsprogramma</w:t>
            </w:r>
          </w:p>
        </w:tc>
      </w:tr>
      <w:tr w:rsidR="009D758D" w:rsidTr="6C968D7A" w14:paraId="0F0B286E" w14:textId="77777777">
        <w:tc>
          <w:tcPr>
            <w:tcW w:w="4703" w:type="dxa"/>
            <w:tcMar/>
          </w:tcPr>
          <w:p w:rsidR="009D758D" w:rsidP="6C968D7A" w:rsidRDefault="005F6A5B" w14:paraId="22DF176D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Cronos</w:t>
            </w:r>
            <w:r w:rsidRPr="6C968D7A" w:rsidR="005F6A5B">
              <w:rPr>
                <w:sz w:val="19"/>
                <w:szCs w:val="19"/>
              </w:rPr>
              <w:t xml:space="preserve"> — </w:t>
            </w:r>
            <w:r w:rsidRPr="6C968D7A" w:rsidR="005F6A5B">
              <w:rPr>
                <w:sz w:val="19"/>
                <w:szCs w:val="19"/>
              </w:rPr>
              <w:t>afgewezen</w:t>
            </w:r>
            <w:r w:rsidRPr="6C968D7A" w:rsidR="005F6A5B">
              <w:rPr>
                <w:sz w:val="19"/>
                <w:szCs w:val="19"/>
              </w:rPr>
              <w:t xml:space="preserve"> door </w:t>
            </w:r>
            <w:r w:rsidRPr="6C968D7A" w:rsidR="005F6A5B">
              <w:rPr>
                <w:sz w:val="19"/>
                <w:szCs w:val="19"/>
              </w:rPr>
              <w:t>Ofgem</w:t>
            </w:r>
          </w:p>
        </w:tc>
        <w:tc>
          <w:tcPr>
            <w:tcW w:w="4703" w:type="dxa"/>
            <w:tcMar/>
          </w:tcPr>
          <w:p w:rsidR="009D758D" w:rsidRDefault="005F6A5B" w14:paraId="1FCCDC79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Ofgem</w:t>
            </w:r>
            <w:r w:rsidRPr="6C968D7A" w:rsidR="005F6A5B">
              <w:rPr>
                <w:sz w:val="19"/>
                <w:szCs w:val="19"/>
              </w:rPr>
              <w:t xml:space="preserve">, </w:t>
            </w:r>
            <w:r w:rsidRPr="6C968D7A" w:rsidR="005F6A5B">
              <w:rPr>
                <w:sz w:val="19"/>
                <w:szCs w:val="19"/>
              </w:rPr>
              <w:t>Window</w:t>
            </w:r>
            <w:r w:rsidRPr="6C968D7A" w:rsidR="005F6A5B">
              <w:rPr>
                <w:sz w:val="19"/>
                <w:szCs w:val="19"/>
              </w:rPr>
              <w:t xml:space="preserve"> 3 </w:t>
            </w:r>
            <w:r w:rsidRPr="6C968D7A" w:rsidR="005F6A5B">
              <w:rPr>
                <w:sz w:val="19"/>
                <w:szCs w:val="19"/>
              </w:rPr>
              <w:t>Interconnector</w:t>
            </w:r>
            <w:r w:rsidRPr="6C968D7A" w:rsidR="005F6A5B">
              <w:rPr>
                <w:sz w:val="19"/>
                <w:szCs w:val="19"/>
              </w:rPr>
              <w:t xml:space="preserve"> Policy Area </w:t>
            </w:r>
            <w:r w:rsidRPr="6C968D7A" w:rsidR="005F6A5B">
              <w:rPr>
                <w:sz w:val="19"/>
                <w:szCs w:val="19"/>
              </w:rPr>
              <w:t>Decision</w:t>
            </w:r>
            <w:r w:rsidRPr="6C968D7A" w:rsidR="005F6A5B">
              <w:rPr>
                <w:sz w:val="19"/>
                <w:szCs w:val="19"/>
              </w:rPr>
              <w:t xml:space="preserve">, </w:t>
            </w:r>
            <w:r w:rsidRPr="6C968D7A" w:rsidR="005F6A5B">
              <w:rPr>
                <w:sz w:val="19"/>
                <w:szCs w:val="19"/>
              </w:rPr>
              <w:t>november</w:t>
            </w:r>
            <w:r w:rsidRPr="6C968D7A" w:rsidR="005F6A5B">
              <w:rPr>
                <w:sz w:val="19"/>
                <w:szCs w:val="19"/>
              </w:rPr>
              <w:t xml:space="preserve"> 2024</w:t>
            </w:r>
          </w:p>
        </w:tc>
      </w:tr>
      <w:tr w:rsidR="009D758D" w:rsidTr="6C968D7A" w14:paraId="00CC8F1B" w14:textId="77777777"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07DC8067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TritonLink</w:t>
            </w:r>
            <w:r w:rsidRPr="6C968D7A" w:rsidR="005F6A5B">
              <w:rPr>
                <w:sz w:val="19"/>
                <w:szCs w:val="19"/>
              </w:rPr>
              <w:t xml:space="preserve"> — </w:t>
            </w:r>
            <w:r w:rsidRPr="6C968D7A" w:rsidR="005F6A5B">
              <w:rPr>
                <w:sz w:val="19"/>
                <w:szCs w:val="19"/>
              </w:rPr>
              <w:t>België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uitgestapt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RDefault="005F6A5B" w14:paraId="2ACF6C37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Brussels Times; Elia </w:t>
            </w:r>
            <w:r w:rsidRPr="6C968D7A" w:rsidR="005F6A5B">
              <w:rPr>
                <w:sz w:val="19"/>
                <w:szCs w:val="19"/>
              </w:rPr>
              <w:t>persbericht</w:t>
            </w:r>
            <w:r w:rsidRPr="6C968D7A" w:rsidR="005F6A5B">
              <w:rPr>
                <w:sz w:val="19"/>
                <w:szCs w:val="19"/>
              </w:rPr>
              <w:t xml:space="preserve"> 12 </w:t>
            </w:r>
            <w:r w:rsidRPr="6C968D7A" w:rsidR="005F6A5B">
              <w:rPr>
                <w:sz w:val="19"/>
                <w:szCs w:val="19"/>
              </w:rPr>
              <w:t>november</w:t>
            </w:r>
            <w:r w:rsidRPr="6C968D7A" w:rsidR="005F6A5B">
              <w:rPr>
                <w:sz w:val="19"/>
                <w:szCs w:val="19"/>
              </w:rPr>
              <w:t xml:space="preserve"> 2024</w:t>
            </w:r>
          </w:p>
        </w:tc>
      </w:tr>
      <w:tr w:rsidR="009D758D" w:rsidTr="6C968D7A" w14:paraId="1072AC06" w14:textId="77777777">
        <w:tc>
          <w:tcPr>
            <w:tcW w:w="4703" w:type="dxa"/>
            <w:tcMar/>
          </w:tcPr>
          <w:p w:rsidR="009D758D" w:rsidRDefault="005F6A5B" w14:paraId="46E7F791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Nautilus — </w:t>
            </w:r>
            <w:r w:rsidRPr="6C968D7A" w:rsidR="005F6A5B">
              <w:rPr>
                <w:sz w:val="19"/>
                <w:szCs w:val="19"/>
              </w:rPr>
              <w:t>vertraagd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naar</w:t>
            </w:r>
            <w:r w:rsidRPr="6C968D7A" w:rsidR="005F6A5B">
              <w:rPr>
                <w:sz w:val="19"/>
                <w:szCs w:val="19"/>
              </w:rPr>
              <w:t xml:space="preserve"> 2035+</w:t>
            </w:r>
          </w:p>
        </w:tc>
        <w:tc>
          <w:tcPr>
            <w:tcW w:w="4703" w:type="dxa"/>
            <w:tcMar/>
          </w:tcPr>
          <w:p w:rsidR="009D758D" w:rsidP="6C968D7A" w:rsidRDefault="005F6A5B" w14:paraId="5C9CF436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Elia /</w:t>
            </w:r>
            <w:r w:rsidRPr="6C968D7A" w:rsidR="005F6A5B">
              <w:rPr>
                <w:sz w:val="19"/>
                <w:szCs w:val="19"/>
              </w:rPr>
              <w:t xml:space="preserve"> National </w:t>
            </w:r>
            <w:r w:rsidRPr="6C968D7A" w:rsidR="005F6A5B">
              <w:rPr>
                <w:sz w:val="19"/>
                <w:szCs w:val="19"/>
              </w:rPr>
              <w:t>Grid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projectcommunicatie</w:t>
            </w:r>
          </w:p>
        </w:tc>
      </w:tr>
      <w:tr w:rsidR="009D758D" w:rsidTr="6C968D7A" w14:paraId="09A1D2C2" w14:textId="77777777"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41EE5D34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PEI HVDC-</w:t>
            </w:r>
            <w:r w:rsidRPr="6C968D7A" w:rsidR="005F6A5B">
              <w:rPr>
                <w:sz w:val="19"/>
                <w:szCs w:val="19"/>
              </w:rPr>
              <w:t>fase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geschrapt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RDefault="005F6A5B" w14:paraId="542B4452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Elia Group </w:t>
            </w:r>
            <w:r w:rsidRPr="6C968D7A" w:rsidR="005F6A5B">
              <w:rPr>
                <w:sz w:val="19"/>
                <w:szCs w:val="19"/>
              </w:rPr>
              <w:t>persbericht</w:t>
            </w:r>
            <w:r w:rsidRPr="6C968D7A" w:rsidR="005F6A5B">
              <w:rPr>
                <w:sz w:val="19"/>
                <w:szCs w:val="19"/>
              </w:rPr>
              <w:t xml:space="preserve">, 5 </w:t>
            </w:r>
            <w:r w:rsidRPr="6C968D7A" w:rsidR="005F6A5B">
              <w:rPr>
                <w:sz w:val="19"/>
                <w:szCs w:val="19"/>
              </w:rPr>
              <w:t>juni</w:t>
            </w:r>
            <w:r w:rsidRPr="6C968D7A" w:rsidR="005F6A5B">
              <w:rPr>
                <w:sz w:val="19"/>
                <w:szCs w:val="19"/>
              </w:rPr>
              <w:t xml:space="preserve"> 2025</w:t>
            </w:r>
          </w:p>
        </w:tc>
      </w:tr>
      <w:tr w:rsidR="009D758D" w:rsidTr="6C968D7A" w14:paraId="35943BC2" w14:textId="77777777">
        <w:tc>
          <w:tcPr>
            <w:tcW w:w="4703" w:type="dxa"/>
            <w:tcMar/>
          </w:tcPr>
          <w:p w:rsidR="009D758D" w:rsidRDefault="005F6A5B" w14:paraId="1890A199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Eindrapport</w:t>
            </w:r>
            <w:r w:rsidRPr="6C968D7A" w:rsidR="005F6A5B">
              <w:rPr>
                <w:sz w:val="19"/>
                <w:szCs w:val="19"/>
              </w:rPr>
              <w:t xml:space="preserve"> Intendant</w:t>
            </w:r>
          </w:p>
        </w:tc>
        <w:tc>
          <w:tcPr>
            <w:tcW w:w="4703" w:type="dxa"/>
            <w:tcMar/>
          </w:tcPr>
          <w:p w:rsidR="009D758D" w:rsidRDefault="005F6A5B" w14:paraId="776C1B0F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Eindrapport</w:t>
            </w:r>
            <w:r w:rsidRPr="6C968D7A" w:rsidR="005F6A5B">
              <w:rPr>
                <w:sz w:val="19"/>
                <w:szCs w:val="19"/>
              </w:rPr>
              <w:t xml:space="preserve"> Intendant </w:t>
            </w:r>
            <w:r w:rsidRPr="6C968D7A" w:rsidR="005F6A5B">
              <w:rPr>
                <w:sz w:val="19"/>
                <w:szCs w:val="19"/>
              </w:rPr>
              <w:t>Ventilus</w:t>
            </w:r>
            <w:r w:rsidRPr="6C968D7A" w:rsidR="005F6A5B">
              <w:rPr>
                <w:sz w:val="19"/>
                <w:szCs w:val="19"/>
              </w:rPr>
              <w:t>, p. 40-41</w:t>
            </w:r>
          </w:p>
        </w:tc>
      </w:tr>
      <w:tr w:rsidR="009D758D" w:rsidTr="6C968D7A" w14:paraId="1D6D6306" w14:textId="77777777">
        <w:tc>
          <w:tcPr>
            <w:tcW w:w="4703" w:type="dxa"/>
            <w:shd w:val="clear" w:color="auto" w:fill="F2F6FC"/>
            <w:tcMar/>
          </w:tcPr>
          <w:p w:rsidR="009D758D" w:rsidRDefault="005F6A5B" w14:paraId="1A337CEE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Elia </w:t>
            </w:r>
            <w:r w:rsidRPr="6C968D7A" w:rsidR="005F6A5B">
              <w:rPr>
                <w:sz w:val="19"/>
                <w:szCs w:val="19"/>
              </w:rPr>
              <w:t>afbraak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masten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Dilbeek</w:t>
            </w:r>
            <w:r w:rsidRPr="6C968D7A" w:rsidR="005F6A5B">
              <w:rPr>
                <w:sz w:val="19"/>
                <w:szCs w:val="19"/>
              </w:rPr>
              <w:t>, Brugge-Eeklo, Halle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53466D9A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Elia </w:t>
            </w:r>
            <w:r w:rsidRPr="6C968D7A" w:rsidR="005F6A5B">
              <w:rPr>
                <w:sz w:val="19"/>
                <w:szCs w:val="19"/>
              </w:rPr>
              <w:t>persberichten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projectpagina's</w:t>
            </w:r>
          </w:p>
        </w:tc>
      </w:tr>
      <w:tr w:rsidR="009D758D" w:rsidTr="6C968D7A" w14:paraId="14C11EE2" w14:textId="77777777">
        <w:tc>
          <w:tcPr>
            <w:tcW w:w="4703" w:type="dxa"/>
            <w:tcMar/>
          </w:tcPr>
          <w:p w:rsidR="009D758D" w:rsidP="6C968D7A" w:rsidRDefault="005F6A5B" w14:paraId="074E2626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Eindrapport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Ventilus</w:t>
            </w:r>
            <w:r w:rsidRPr="6C968D7A" w:rsidR="005F6A5B">
              <w:rPr>
                <w:sz w:val="19"/>
                <w:szCs w:val="19"/>
              </w:rPr>
              <w:t xml:space="preserve">-Intendant — </w:t>
            </w:r>
            <w:r w:rsidRPr="6C968D7A" w:rsidR="005F6A5B">
              <w:rPr>
                <w:sz w:val="19"/>
                <w:szCs w:val="19"/>
              </w:rPr>
              <w:t>plandoelstellingen</w:t>
            </w:r>
          </w:p>
        </w:tc>
        <w:tc>
          <w:tcPr>
            <w:tcW w:w="4703" w:type="dxa"/>
            <w:tcMar/>
          </w:tcPr>
          <w:p w:rsidR="009D758D" w:rsidRDefault="005F6A5B" w14:paraId="3207F1EE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Eindrapport</w:t>
            </w:r>
            <w:r w:rsidRPr="6C968D7A" w:rsidR="005F6A5B">
              <w:rPr>
                <w:sz w:val="19"/>
                <w:szCs w:val="19"/>
              </w:rPr>
              <w:t xml:space="preserve"> Intendant </w:t>
            </w:r>
            <w:r w:rsidRPr="6C968D7A" w:rsidR="005F6A5B">
              <w:rPr>
                <w:sz w:val="19"/>
                <w:szCs w:val="19"/>
              </w:rPr>
              <w:t>Ventilus</w:t>
            </w:r>
            <w:r w:rsidRPr="6C968D7A" w:rsidR="005F6A5B">
              <w:rPr>
                <w:sz w:val="19"/>
                <w:szCs w:val="19"/>
              </w:rPr>
              <w:t xml:space="preserve"> (28/02/2022), p. 24-25, 38-41 — </w:t>
            </w:r>
            <w:r w:rsidRPr="6C968D7A" w:rsidR="005F6A5B">
              <w:rPr>
                <w:sz w:val="19"/>
                <w:szCs w:val="19"/>
              </w:rPr>
              <w:t>plandoelstellingen</w:t>
            </w:r>
            <w:r w:rsidRPr="6C968D7A" w:rsidR="005F6A5B">
              <w:rPr>
                <w:sz w:val="19"/>
                <w:szCs w:val="19"/>
              </w:rPr>
              <w:t xml:space="preserve">, </w:t>
            </w:r>
            <w:r w:rsidRPr="6C968D7A" w:rsidR="005F6A5B">
              <w:rPr>
                <w:sz w:val="19"/>
                <w:szCs w:val="19"/>
              </w:rPr>
              <w:t>betrokkenheid</w:t>
            </w:r>
            <w:r w:rsidRPr="6C968D7A" w:rsidR="005F6A5B">
              <w:rPr>
                <w:sz w:val="19"/>
                <w:szCs w:val="19"/>
              </w:rPr>
              <w:t xml:space="preserve"> Elia, "</w:t>
            </w:r>
            <w:r w:rsidRPr="6C968D7A" w:rsidR="005F6A5B">
              <w:rPr>
                <w:sz w:val="19"/>
                <w:szCs w:val="19"/>
              </w:rPr>
              <w:t>terecht</w:t>
            </w:r>
            <w:r w:rsidRPr="6C968D7A" w:rsidR="005F6A5B">
              <w:rPr>
                <w:sz w:val="19"/>
                <w:szCs w:val="19"/>
              </w:rPr>
              <w:t>", "</w:t>
            </w:r>
            <w:r w:rsidRPr="6C968D7A" w:rsidR="005F6A5B">
              <w:rPr>
                <w:sz w:val="19"/>
                <w:szCs w:val="19"/>
              </w:rPr>
              <w:t>geen</w:t>
            </w:r>
            <w:r w:rsidRPr="6C968D7A" w:rsidR="005F6A5B">
              <w:rPr>
                <w:sz w:val="19"/>
                <w:szCs w:val="19"/>
              </w:rPr>
              <w:t xml:space="preserve"> absolute </w:t>
            </w:r>
            <w:r w:rsidRPr="6C968D7A" w:rsidR="005F6A5B">
              <w:rPr>
                <w:sz w:val="19"/>
                <w:szCs w:val="19"/>
              </w:rPr>
              <w:t>vereiste</w:t>
            </w:r>
            <w:r w:rsidRPr="6C968D7A" w:rsidR="005F6A5B">
              <w:rPr>
                <w:sz w:val="19"/>
                <w:szCs w:val="19"/>
              </w:rPr>
              <w:t>"</w:t>
            </w:r>
          </w:p>
        </w:tc>
      </w:tr>
      <w:tr w:rsidR="009D758D" w:rsidTr="6C968D7A" w14:paraId="71578E5D" w14:textId="77777777"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1275A339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Startnota</w:t>
            </w:r>
            <w:r w:rsidRPr="6C968D7A" w:rsidR="005F6A5B">
              <w:rPr>
                <w:sz w:val="19"/>
                <w:szCs w:val="19"/>
              </w:rPr>
              <w:t xml:space="preserve"> GRUP </w:t>
            </w:r>
            <w:r w:rsidRPr="6C968D7A" w:rsidR="005F6A5B">
              <w:rPr>
                <w:sz w:val="19"/>
                <w:szCs w:val="19"/>
              </w:rPr>
              <w:t>Ventilus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5CA3E3BA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Startnota</w:t>
            </w:r>
            <w:r w:rsidRPr="6C968D7A" w:rsidR="005F6A5B">
              <w:rPr>
                <w:sz w:val="19"/>
                <w:szCs w:val="19"/>
              </w:rPr>
              <w:t xml:space="preserve"> GRUP </w:t>
            </w:r>
            <w:r w:rsidRPr="6C968D7A" w:rsidR="005F6A5B">
              <w:rPr>
                <w:sz w:val="19"/>
                <w:szCs w:val="19"/>
              </w:rPr>
              <w:t>Ventilus</w:t>
            </w:r>
            <w:r w:rsidRPr="6C968D7A" w:rsidR="005F6A5B">
              <w:rPr>
                <w:sz w:val="19"/>
                <w:szCs w:val="19"/>
              </w:rPr>
              <w:t xml:space="preserve"> — 6 </w:t>
            </w:r>
            <w:r w:rsidRPr="6C968D7A" w:rsidR="005F6A5B">
              <w:rPr>
                <w:sz w:val="19"/>
                <w:szCs w:val="19"/>
              </w:rPr>
              <w:t>plandoelstellingen</w:t>
            </w:r>
          </w:p>
        </w:tc>
      </w:tr>
      <w:tr w:rsidR="009D758D" w:rsidTr="6C968D7A" w14:paraId="4E0D322F" w14:textId="77777777">
        <w:tc>
          <w:tcPr>
            <w:tcW w:w="4703" w:type="dxa"/>
            <w:tcMar/>
          </w:tcPr>
          <w:p w:rsidR="009D758D" w:rsidRDefault="005F6A5B" w14:paraId="719C86F0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2.514 </w:t>
            </w:r>
            <w:r w:rsidRPr="6C968D7A" w:rsidR="005F6A5B">
              <w:rPr>
                <w:sz w:val="19"/>
                <w:szCs w:val="19"/>
              </w:rPr>
              <w:t>bezwaren</w:t>
            </w:r>
            <w:r w:rsidRPr="6C968D7A" w:rsidR="005F6A5B">
              <w:rPr>
                <w:sz w:val="19"/>
                <w:szCs w:val="19"/>
              </w:rPr>
              <w:t xml:space="preserve"> 1e OO</w:t>
            </w:r>
          </w:p>
        </w:tc>
        <w:tc>
          <w:tcPr>
            <w:tcW w:w="4703" w:type="dxa"/>
            <w:tcMar/>
          </w:tcPr>
          <w:p w:rsidR="009D758D" w:rsidP="6C968D7A" w:rsidRDefault="005F6A5B" w14:paraId="2C4A117B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VRT NWS 19/12/2025 — 2.514 </w:t>
            </w:r>
            <w:r w:rsidRPr="6C968D7A" w:rsidR="005F6A5B">
              <w:rPr>
                <w:sz w:val="19"/>
                <w:szCs w:val="19"/>
              </w:rPr>
              <w:t>bezwaren</w:t>
            </w:r>
          </w:p>
        </w:tc>
      </w:tr>
      <w:tr w:rsidR="009D758D" w:rsidTr="6C968D7A" w14:paraId="3CD2BAC9" w14:textId="77777777"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5C613359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2e OO </w:t>
            </w:r>
            <w:r w:rsidRPr="6C968D7A" w:rsidR="005F6A5B">
              <w:rPr>
                <w:sz w:val="19"/>
                <w:szCs w:val="19"/>
              </w:rPr>
              <w:t>cosmetische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wijzigingen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253A65FD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VRT NWS 04/02/2026 — </w:t>
            </w:r>
            <w:r w:rsidRPr="6C968D7A" w:rsidR="005F6A5B">
              <w:rPr>
                <w:sz w:val="19"/>
                <w:szCs w:val="19"/>
              </w:rPr>
              <w:t>cosmetische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wijzigingen</w:t>
            </w:r>
          </w:p>
        </w:tc>
      </w:tr>
      <w:tr w:rsidR="009D758D" w:rsidTr="6C968D7A" w14:paraId="53920AF5" w14:textId="77777777">
        <w:tc>
          <w:tcPr>
            <w:tcW w:w="4703" w:type="dxa"/>
            <w:tcMar/>
          </w:tcPr>
          <w:p w:rsidR="009D758D" w:rsidP="6C968D7A" w:rsidRDefault="005F6A5B" w14:paraId="0F98981E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25 </w:t>
            </w:r>
            <w:r w:rsidRPr="6C968D7A" w:rsidR="005F6A5B">
              <w:rPr>
                <w:sz w:val="19"/>
                <w:szCs w:val="19"/>
              </w:rPr>
              <w:t>annulatieverzoeken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RvS</w:t>
            </w:r>
          </w:p>
        </w:tc>
        <w:tc>
          <w:tcPr>
            <w:tcW w:w="4703" w:type="dxa"/>
            <w:tcMar/>
          </w:tcPr>
          <w:p w:rsidR="009D758D" w:rsidRDefault="005F6A5B" w14:paraId="2EADB1AD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Rasschaert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Advocaten</w:t>
            </w:r>
            <w:r w:rsidRPr="6C968D7A" w:rsidR="005F6A5B">
              <w:rPr>
                <w:sz w:val="19"/>
                <w:szCs w:val="19"/>
              </w:rPr>
              <w:t>; Focus WTV; Made In; Jabbeke.be</w:t>
            </w:r>
          </w:p>
        </w:tc>
      </w:tr>
      <w:tr w:rsidR="009D758D" w:rsidTr="6C968D7A" w14:paraId="5CAF4E7F" w14:textId="77777777"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2A3F5A13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Prysmian</w:t>
            </w:r>
            <w:r w:rsidRPr="6C968D7A" w:rsidR="005F6A5B">
              <w:rPr>
                <w:sz w:val="19"/>
                <w:szCs w:val="19"/>
              </w:rPr>
              <w:t xml:space="preserve"> EUR 5 </w:t>
            </w:r>
            <w:r w:rsidRPr="6C968D7A" w:rsidR="005F6A5B">
              <w:rPr>
                <w:sz w:val="19"/>
                <w:szCs w:val="19"/>
              </w:rPr>
              <w:t>mrd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Amprion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RDefault="005F6A5B" w14:paraId="0DAC2D20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Prysmian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persberichten</w:t>
            </w:r>
            <w:r w:rsidRPr="6C968D7A" w:rsidR="005F6A5B">
              <w:rPr>
                <w:sz w:val="19"/>
                <w:szCs w:val="19"/>
              </w:rPr>
              <w:t xml:space="preserve"> 2025 — BalWin1/2/DC34</w:t>
            </w:r>
          </w:p>
        </w:tc>
      </w:tr>
      <w:tr w:rsidR="009D758D" w:rsidTr="6C968D7A" w14:paraId="43A41ADF" w14:textId="77777777">
        <w:tc>
          <w:tcPr>
            <w:tcW w:w="4703" w:type="dxa"/>
            <w:tcMar/>
          </w:tcPr>
          <w:p w:rsidR="009D758D" w:rsidRDefault="005F6A5B" w14:paraId="4ABC05FE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NKT </w:t>
            </w:r>
            <w:r w:rsidRPr="6C968D7A" w:rsidR="005F6A5B">
              <w:rPr>
                <w:sz w:val="19"/>
                <w:szCs w:val="19"/>
              </w:rPr>
              <w:t>Karlskrona</w:t>
            </w:r>
            <w:r w:rsidRPr="6C968D7A" w:rsidR="005F6A5B">
              <w:rPr>
                <w:sz w:val="19"/>
                <w:szCs w:val="19"/>
              </w:rPr>
              <w:t xml:space="preserve"> Net-Zero</w:t>
            </w:r>
          </w:p>
        </w:tc>
        <w:tc>
          <w:tcPr>
            <w:tcW w:w="4703" w:type="dxa"/>
            <w:tcMar/>
          </w:tcPr>
          <w:p w:rsidR="009D758D" w:rsidRDefault="005F6A5B" w14:paraId="048542E9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NKT — EU Net-Zero </w:t>
            </w:r>
            <w:r w:rsidRPr="6C968D7A" w:rsidR="005F6A5B">
              <w:rPr>
                <w:sz w:val="19"/>
                <w:szCs w:val="19"/>
              </w:rPr>
              <w:t>Industry</w:t>
            </w:r>
            <w:r w:rsidRPr="6C968D7A" w:rsidR="005F6A5B">
              <w:rPr>
                <w:sz w:val="19"/>
                <w:szCs w:val="19"/>
              </w:rPr>
              <w:t xml:space="preserve"> Act </w:t>
            </w:r>
            <w:r w:rsidRPr="6C968D7A" w:rsidR="005F6A5B">
              <w:rPr>
                <w:sz w:val="19"/>
                <w:szCs w:val="19"/>
              </w:rPr>
              <w:t>strategisch</w:t>
            </w:r>
            <w:r w:rsidRPr="6C968D7A" w:rsidR="005F6A5B">
              <w:rPr>
                <w:sz w:val="19"/>
                <w:szCs w:val="19"/>
              </w:rPr>
              <w:t xml:space="preserve"> project</w:t>
            </w:r>
          </w:p>
        </w:tc>
      </w:tr>
      <w:tr w:rsidR="009D758D" w:rsidTr="6C968D7A" w14:paraId="2E02B4A2" w14:textId="77777777">
        <w:tc>
          <w:tcPr>
            <w:tcW w:w="4703" w:type="dxa"/>
            <w:shd w:val="clear" w:color="auto" w:fill="F2F6FC"/>
            <w:tcMar/>
          </w:tcPr>
          <w:p w:rsidR="009D758D" w:rsidRDefault="005F6A5B" w14:paraId="049AA5CF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Nexans</w:t>
            </w:r>
            <w:r w:rsidRPr="6C968D7A" w:rsidR="005F6A5B">
              <w:rPr>
                <w:sz w:val="19"/>
                <w:szCs w:val="19"/>
              </w:rPr>
              <w:t xml:space="preserve"> SF6-vrij 525 kV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RDefault="005F6A5B" w14:paraId="50F7A0A6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Nexans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persbericht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maart</w:t>
            </w:r>
            <w:r w:rsidRPr="6C968D7A" w:rsidR="005F6A5B">
              <w:rPr>
                <w:sz w:val="19"/>
                <w:szCs w:val="19"/>
              </w:rPr>
              <w:t xml:space="preserve"> 2024</w:t>
            </w:r>
          </w:p>
        </w:tc>
      </w:tr>
      <w:tr w:rsidR="009D758D" w:rsidTr="6C968D7A" w14:paraId="1B78CA73" w14:textId="77777777">
        <w:tc>
          <w:tcPr>
            <w:tcW w:w="4703" w:type="dxa"/>
            <w:tcMar/>
          </w:tcPr>
          <w:p w:rsidR="009D758D" w:rsidP="6C968D7A" w:rsidRDefault="005F6A5B" w14:paraId="412B3D3B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PEI </w:t>
            </w:r>
            <w:r w:rsidRPr="6C968D7A" w:rsidR="005F6A5B">
              <w:rPr>
                <w:sz w:val="19"/>
                <w:szCs w:val="19"/>
              </w:rPr>
              <w:t>kostenexplosie</w:t>
            </w:r>
          </w:p>
        </w:tc>
        <w:tc>
          <w:tcPr>
            <w:tcW w:w="4703" w:type="dxa"/>
            <w:tcMar/>
          </w:tcPr>
          <w:p w:rsidR="009D758D" w:rsidRDefault="005F6A5B" w14:paraId="4D5F83D5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Elia </w:t>
            </w:r>
            <w:r w:rsidRPr="6C968D7A" w:rsidR="005F6A5B">
              <w:rPr>
                <w:sz w:val="19"/>
                <w:szCs w:val="19"/>
              </w:rPr>
              <w:t>persbericht</w:t>
            </w:r>
            <w:r w:rsidRPr="6C968D7A" w:rsidR="005F6A5B">
              <w:rPr>
                <w:sz w:val="19"/>
                <w:szCs w:val="19"/>
              </w:rPr>
              <w:t xml:space="preserve"> 04/02/2025; Elia Group </w:t>
            </w:r>
            <w:r w:rsidRPr="6C968D7A" w:rsidR="005F6A5B">
              <w:rPr>
                <w:sz w:val="19"/>
                <w:szCs w:val="19"/>
              </w:rPr>
              <w:t>persbericht</w:t>
            </w:r>
            <w:r w:rsidRPr="6C968D7A" w:rsidR="005F6A5B">
              <w:rPr>
                <w:sz w:val="19"/>
                <w:szCs w:val="19"/>
              </w:rPr>
              <w:t xml:space="preserve"> 05/06/2025; VRT NWS 06/06/2025; </w:t>
            </w:r>
            <w:r w:rsidRPr="6C968D7A" w:rsidR="005F6A5B">
              <w:rPr>
                <w:sz w:val="19"/>
                <w:szCs w:val="19"/>
              </w:rPr>
              <w:t>Belga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juni</w:t>
            </w:r>
            <w:r w:rsidRPr="6C968D7A" w:rsidR="005F6A5B">
              <w:rPr>
                <w:sz w:val="19"/>
                <w:szCs w:val="19"/>
              </w:rPr>
              <w:t xml:space="preserve"> 2025</w:t>
            </w:r>
          </w:p>
        </w:tc>
      </w:tr>
      <w:tr w:rsidR="009D758D" w:rsidTr="6C968D7A" w14:paraId="32423B6D" w14:textId="77777777">
        <w:tc>
          <w:tcPr>
            <w:tcW w:w="4703" w:type="dxa"/>
            <w:shd w:val="clear" w:color="auto" w:fill="F2F6FC"/>
            <w:tcMar/>
          </w:tcPr>
          <w:p w:rsidR="009D758D" w:rsidRDefault="005F6A5B" w14:paraId="21048401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Rapport </w:t>
            </w:r>
            <w:r w:rsidRPr="6C968D7A" w:rsidR="005F6A5B">
              <w:rPr>
                <w:sz w:val="19"/>
                <w:szCs w:val="19"/>
              </w:rPr>
              <w:t>Westermann</w:t>
            </w:r>
            <w:r w:rsidRPr="6C968D7A" w:rsidR="005F6A5B">
              <w:rPr>
                <w:sz w:val="19"/>
                <w:szCs w:val="19"/>
              </w:rPr>
              <w:t xml:space="preserve"> 2022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RDefault="005F6A5B" w14:paraId="2357074A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Rapport Prof. Dr</w:t>
            </w:r>
            <w:r w:rsidRPr="6C968D7A" w:rsidR="005F6A5B">
              <w:rPr>
                <w:sz w:val="19"/>
                <w:szCs w:val="19"/>
              </w:rPr>
              <w:t>.-Ing</w:t>
            </w:r>
            <w:r w:rsidRPr="6C968D7A" w:rsidR="005F6A5B">
              <w:rPr>
                <w:sz w:val="19"/>
                <w:szCs w:val="19"/>
              </w:rPr>
              <w:t xml:space="preserve">. Dirk </w:t>
            </w:r>
            <w:r w:rsidRPr="6C968D7A" w:rsidR="005F6A5B">
              <w:rPr>
                <w:sz w:val="19"/>
                <w:szCs w:val="19"/>
              </w:rPr>
              <w:t>Westermann</w:t>
            </w:r>
            <w:r w:rsidRPr="6C968D7A" w:rsidR="005F6A5B">
              <w:rPr>
                <w:sz w:val="19"/>
                <w:szCs w:val="19"/>
              </w:rPr>
              <w:t xml:space="preserve"> (TU </w:t>
            </w:r>
            <w:r w:rsidRPr="6C968D7A" w:rsidR="005F6A5B">
              <w:rPr>
                <w:sz w:val="19"/>
                <w:szCs w:val="19"/>
              </w:rPr>
              <w:t>Ilmenau</w:t>
            </w:r>
            <w:r w:rsidRPr="6C968D7A" w:rsidR="005F6A5B">
              <w:rPr>
                <w:sz w:val="19"/>
                <w:szCs w:val="19"/>
              </w:rPr>
              <w:t>, 2022)</w:t>
            </w:r>
          </w:p>
        </w:tc>
      </w:tr>
      <w:tr w:rsidR="009D758D" w:rsidTr="6C968D7A" w14:paraId="2C952943" w14:textId="77777777">
        <w:tc>
          <w:tcPr>
            <w:tcW w:w="4703" w:type="dxa"/>
            <w:tcMar/>
          </w:tcPr>
          <w:p w:rsidR="009D758D" w:rsidRDefault="005F6A5B" w14:paraId="5D5A6C31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Van </w:t>
            </w:r>
            <w:r w:rsidRPr="6C968D7A" w:rsidR="005F6A5B">
              <w:rPr>
                <w:sz w:val="19"/>
                <w:szCs w:val="19"/>
              </w:rPr>
              <w:t>Hertem</w:t>
            </w:r>
            <w:r w:rsidRPr="6C968D7A" w:rsidR="005F6A5B">
              <w:rPr>
                <w:sz w:val="19"/>
                <w:szCs w:val="19"/>
              </w:rPr>
              <w:t xml:space="preserve"> "</w:t>
            </w:r>
            <w:r w:rsidRPr="6C968D7A" w:rsidR="005F6A5B">
              <w:rPr>
                <w:sz w:val="19"/>
                <w:szCs w:val="19"/>
              </w:rPr>
              <w:t>Prepare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for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Future</w:t>
            </w:r>
            <w:r w:rsidRPr="6C968D7A" w:rsidR="005F6A5B">
              <w:rPr>
                <w:sz w:val="19"/>
                <w:szCs w:val="19"/>
              </w:rPr>
              <w:t>"</w:t>
            </w:r>
          </w:p>
        </w:tc>
        <w:tc>
          <w:tcPr>
            <w:tcW w:w="4703" w:type="dxa"/>
            <w:tcMar/>
          </w:tcPr>
          <w:p w:rsidR="009D758D" w:rsidRDefault="005F6A5B" w14:paraId="11F79A83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 xml:space="preserve">Prof. Dirk Van </w:t>
            </w:r>
            <w:r w:rsidRPr="6C968D7A" w:rsidR="005F6A5B">
              <w:rPr>
                <w:sz w:val="19"/>
                <w:szCs w:val="19"/>
              </w:rPr>
              <w:t>Hertem</w:t>
            </w:r>
            <w:r w:rsidRPr="6C968D7A" w:rsidR="005F6A5B">
              <w:rPr>
                <w:sz w:val="19"/>
                <w:szCs w:val="19"/>
              </w:rPr>
              <w:t xml:space="preserve"> (KU Leuven) — </w:t>
            </w:r>
            <w:r w:rsidRPr="6C968D7A" w:rsidR="005F6A5B">
              <w:rPr>
                <w:sz w:val="19"/>
                <w:szCs w:val="19"/>
              </w:rPr>
              <w:t>volledig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ondergronds</w:t>
            </w:r>
            <w:r w:rsidRPr="6C968D7A" w:rsidR="005F6A5B">
              <w:rPr>
                <w:sz w:val="19"/>
                <w:szCs w:val="19"/>
              </w:rPr>
              <w:t xml:space="preserve"> HVDC-concept</w:t>
            </w:r>
          </w:p>
        </w:tc>
      </w:tr>
      <w:tr w:rsidR="009D758D" w:rsidTr="6C968D7A" w14:paraId="7F0482F4" w14:textId="77777777">
        <w:tc>
          <w:tcPr>
            <w:tcW w:w="4703" w:type="dxa"/>
            <w:shd w:val="clear" w:color="auto" w:fill="F2F6FC"/>
            <w:tcMar/>
          </w:tcPr>
          <w:p w:rsidR="009D758D" w:rsidRDefault="005F6A5B" w14:paraId="7A9CE5BE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RvVb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saucissonnering</w:t>
            </w:r>
            <w:r w:rsidRPr="6C968D7A" w:rsidR="005F6A5B">
              <w:rPr>
                <w:sz w:val="19"/>
                <w:szCs w:val="19"/>
              </w:rPr>
              <w:t xml:space="preserve"> (art. 7 OVD)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40913DA8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RvVb</w:t>
            </w:r>
            <w:r w:rsidRPr="6C968D7A" w:rsidR="005F6A5B">
              <w:rPr>
                <w:sz w:val="19"/>
                <w:szCs w:val="19"/>
              </w:rPr>
              <w:t xml:space="preserve">/A/2425/0839 (5 </w:t>
            </w:r>
            <w:r w:rsidRPr="6C968D7A" w:rsidR="005F6A5B">
              <w:rPr>
                <w:sz w:val="19"/>
                <w:szCs w:val="19"/>
              </w:rPr>
              <w:t>juni</w:t>
            </w:r>
            <w:r w:rsidRPr="6C968D7A" w:rsidR="005F6A5B">
              <w:rPr>
                <w:sz w:val="19"/>
                <w:szCs w:val="19"/>
              </w:rPr>
              <w:t xml:space="preserve"> 2025); </w:t>
            </w:r>
            <w:r w:rsidRPr="6C968D7A" w:rsidR="005F6A5B">
              <w:rPr>
                <w:sz w:val="19"/>
                <w:szCs w:val="19"/>
              </w:rPr>
              <w:t>RvVb</w:t>
            </w:r>
            <w:r w:rsidRPr="6C968D7A" w:rsidR="005F6A5B">
              <w:rPr>
                <w:sz w:val="19"/>
                <w:szCs w:val="19"/>
              </w:rPr>
              <w:t xml:space="preserve">/A/1617/0546 (7 </w:t>
            </w:r>
            <w:r w:rsidRPr="6C968D7A" w:rsidR="005F6A5B">
              <w:rPr>
                <w:sz w:val="19"/>
                <w:szCs w:val="19"/>
              </w:rPr>
              <w:t>februari</w:t>
            </w:r>
            <w:r w:rsidRPr="6C968D7A" w:rsidR="005F6A5B">
              <w:rPr>
                <w:sz w:val="19"/>
                <w:szCs w:val="19"/>
              </w:rPr>
              <w:t xml:space="preserve"> 2017) — </w:t>
            </w:r>
            <w:r w:rsidRPr="6C968D7A" w:rsidR="005F6A5B">
              <w:rPr>
                <w:sz w:val="19"/>
                <w:szCs w:val="19"/>
              </w:rPr>
              <w:t>onlosmakelijk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geheel</w:t>
            </w:r>
          </w:p>
        </w:tc>
      </w:tr>
      <w:tr w:rsidR="009D758D" w:rsidTr="6C968D7A" w14:paraId="0E5DFC9D" w14:textId="77777777">
        <w:tc>
          <w:tcPr>
            <w:tcW w:w="4703" w:type="dxa"/>
            <w:tcMar/>
          </w:tcPr>
          <w:p w:rsidR="009D758D" w:rsidP="6C968D7A" w:rsidRDefault="005F6A5B" w14:paraId="258133D7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HvJ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functionele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afhankelijkheid</w:t>
            </w:r>
          </w:p>
        </w:tc>
        <w:tc>
          <w:tcPr>
            <w:tcW w:w="4703" w:type="dxa"/>
            <w:tcMar/>
          </w:tcPr>
          <w:p w:rsidR="009D758D" w:rsidRDefault="005F6A5B" w14:paraId="730D5745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HvJ</w:t>
            </w:r>
            <w:r w:rsidRPr="6C968D7A" w:rsidR="005F6A5B">
              <w:rPr>
                <w:sz w:val="19"/>
                <w:szCs w:val="19"/>
              </w:rPr>
              <w:t xml:space="preserve"> 25 </w:t>
            </w:r>
            <w:r w:rsidRPr="6C968D7A" w:rsidR="005F6A5B">
              <w:rPr>
                <w:sz w:val="19"/>
                <w:szCs w:val="19"/>
              </w:rPr>
              <w:t>juli</w:t>
            </w:r>
            <w:r w:rsidRPr="6C968D7A" w:rsidR="005F6A5B">
              <w:rPr>
                <w:sz w:val="19"/>
                <w:szCs w:val="19"/>
              </w:rPr>
              <w:t xml:space="preserve"> 2008, C-142/07; </w:t>
            </w:r>
            <w:r w:rsidRPr="6C968D7A" w:rsidR="005F6A5B">
              <w:rPr>
                <w:sz w:val="19"/>
                <w:szCs w:val="19"/>
              </w:rPr>
              <w:t>RvS</w:t>
            </w:r>
            <w:r w:rsidRPr="6C968D7A" w:rsidR="005F6A5B">
              <w:rPr>
                <w:sz w:val="19"/>
                <w:szCs w:val="19"/>
              </w:rPr>
              <w:t xml:space="preserve"> 26 </w:t>
            </w:r>
            <w:r w:rsidRPr="6C968D7A" w:rsidR="005F6A5B">
              <w:rPr>
                <w:sz w:val="19"/>
                <w:szCs w:val="19"/>
              </w:rPr>
              <w:t>augustus</w:t>
            </w:r>
            <w:r w:rsidRPr="6C968D7A" w:rsidR="005F6A5B">
              <w:rPr>
                <w:sz w:val="19"/>
                <w:szCs w:val="19"/>
              </w:rPr>
              <w:t xml:space="preserve"> 2010, nr. 207.013; </w:t>
            </w:r>
            <w:r w:rsidRPr="6C968D7A" w:rsidR="005F6A5B">
              <w:rPr>
                <w:sz w:val="19"/>
                <w:szCs w:val="19"/>
              </w:rPr>
              <w:t>RvS</w:t>
            </w:r>
            <w:r w:rsidRPr="6C968D7A" w:rsidR="005F6A5B">
              <w:rPr>
                <w:sz w:val="19"/>
                <w:szCs w:val="19"/>
              </w:rPr>
              <w:t xml:space="preserve"> 25 </w:t>
            </w:r>
            <w:r w:rsidRPr="6C968D7A" w:rsidR="005F6A5B">
              <w:rPr>
                <w:sz w:val="19"/>
                <w:szCs w:val="19"/>
              </w:rPr>
              <w:t>maart</w:t>
            </w:r>
            <w:r w:rsidRPr="6C968D7A" w:rsidR="005F6A5B">
              <w:rPr>
                <w:sz w:val="19"/>
                <w:szCs w:val="19"/>
              </w:rPr>
              <w:t xml:space="preserve"> 2021, nr. 250.223</w:t>
            </w:r>
          </w:p>
        </w:tc>
      </w:tr>
      <w:tr w:rsidR="009D758D" w:rsidTr="6C968D7A" w14:paraId="01562C2B" w14:textId="77777777">
        <w:tc>
          <w:tcPr>
            <w:tcW w:w="4703" w:type="dxa"/>
            <w:shd w:val="clear" w:color="auto" w:fill="F2F6FC"/>
            <w:tcMar/>
          </w:tcPr>
          <w:p w:rsidR="009D758D" w:rsidRDefault="005F6A5B" w14:paraId="3D6FCF6F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RvVb</w:t>
            </w:r>
            <w:r w:rsidRPr="6C968D7A" w:rsidR="005F6A5B">
              <w:rPr>
                <w:sz w:val="19"/>
                <w:szCs w:val="19"/>
              </w:rPr>
              <w:t xml:space="preserve"> art. 4.4.7 §2 VCRO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5726700F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RvVb-A-1920-0106 (1 </w:t>
            </w:r>
            <w:r w:rsidRPr="6C968D7A" w:rsidR="005F6A5B">
              <w:rPr>
                <w:sz w:val="19"/>
                <w:szCs w:val="19"/>
              </w:rPr>
              <w:t>oktober</w:t>
            </w:r>
            <w:r w:rsidRPr="6C968D7A" w:rsidR="005F6A5B">
              <w:rPr>
                <w:sz w:val="19"/>
                <w:szCs w:val="19"/>
              </w:rPr>
              <w:t xml:space="preserve"> 2019) — </w:t>
            </w:r>
            <w:r w:rsidRPr="6C968D7A" w:rsidR="005F6A5B">
              <w:rPr>
                <w:sz w:val="19"/>
                <w:szCs w:val="19"/>
              </w:rPr>
              <w:t>locatiealternatieven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sluiten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afwijking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uit</w:t>
            </w:r>
          </w:p>
        </w:tc>
      </w:tr>
      <w:tr w:rsidR="009D758D" w:rsidTr="6C968D7A" w14:paraId="65FE8828" w14:textId="77777777">
        <w:tc>
          <w:tcPr>
            <w:tcW w:w="4703" w:type="dxa"/>
            <w:tcMar/>
          </w:tcPr>
          <w:p w:rsidR="009D758D" w:rsidRDefault="005F6A5B" w14:paraId="71B42F2D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RvVb</w:t>
            </w:r>
            <w:r w:rsidRPr="6C968D7A" w:rsidR="005F6A5B">
              <w:rPr>
                <w:sz w:val="19"/>
                <w:szCs w:val="19"/>
              </w:rPr>
              <w:t xml:space="preserve"> art. 1.1.4 VCRO</w:t>
            </w:r>
          </w:p>
        </w:tc>
        <w:tc>
          <w:tcPr>
            <w:tcW w:w="4703" w:type="dxa"/>
            <w:tcMar/>
          </w:tcPr>
          <w:p w:rsidR="009D758D" w:rsidP="6C968D7A" w:rsidRDefault="005F6A5B" w14:paraId="754BF800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>RvVb</w:t>
            </w:r>
            <w:r w:rsidRPr="6C968D7A" w:rsidR="005F6A5B">
              <w:rPr>
                <w:sz w:val="19"/>
                <w:szCs w:val="19"/>
              </w:rPr>
              <w:t xml:space="preserve"> 14 </w:t>
            </w:r>
            <w:r w:rsidRPr="6C968D7A" w:rsidR="005F6A5B">
              <w:rPr>
                <w:sz w:val="19"/>
                <w:szCs w:val="19"/>
              </w:rPr>
              <w:t>januari</w:t>
            </w:r>
            <w:r w:rsidRPr="6C968D7A" w:rsidR="005F6A5B">
              <w:rPr>
                <w:sz w:val="19"/>
                <w:szCs w:val="19"/>
              </w:rPr>
              <w:t xml:space="preserve"> 2021, nr. A-2021-0520 — </w:t>
            </w:r>
            <w:r w:rsidRPr="6C968D7A" w:rsidR="005F6A5B">
              <w:rPr>
                <w:sz w:val="19"/>
                <w:szCs w:val="19"/>
              </w:rPr>
              <w:t>goede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ruimtelijke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ordening</w:t>
            </w:r>
          </w:p>
        </w:tc>
      </w:tr>
      <w:tr w:rsidR="009D758D" w:rsidTr="6C968D7A" w14:paraId="3B7B4927" w14:textId="77777777"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529DB90E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BVR </w:t>
            </w:r>
            <w:r w:rsidRPr="6C968D7A" w:rsidR="005F6A5B">
              <w:rPr>
                <w:sz w:val="19"/>
                <w:szCs w:val="19"/>
              </w:rPr>
              <w:t>bouwvrije</w:t>
            </w:r>
            <w:r w:rsidRPr="6C968D7A" w:rsidR="005F6A5B">
              <w:rPr>
                <w:sz w:val="19"/>
                <w:szCs w:val="19"/>
              </w:rPr>
              <w:t xml:space="preserve"> strook </w:t>
            </w:r>
            <w:r w:rsidRPr="6C968D7A" w:rsidR="005F6A5B">
              <w:rPr>
                <w:sz w:val="19"/>
                <w:szCs w:val="19"/>
              </w:rPr>
              <w:t>autosnelwegen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1F6C6599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BVR van 25 </w:t>
            </w:r>
            <w:r w:rsidRPr="6C968D7A" w:rsidR="005F6A5B">
              <w:rPr>
                <w:sz w:val="19"/>
                <w:szCs w:val="19"/>
              </w:rPr>
              <w:t>januari</w:t>
            </w:r>
            <w:r w:rsidRPr="6C968D7A" w:rsidR="005F6A5B">
              <w:rPr>
                <w:sz w:val="19"/>
                <w:szCs w:val="19"/>
              </w:rPr>
              <w:t xml:space="preserve"> 2019, art. 2, 4 </w:t>
            </w:r>
            <w:r w:rsidRPr="6C968D7A" w:rsidR="005F6A5B">
              <w:rPr>
                <w:sz w:val="19"/>
                <w:szCs w:val="19"/>
              </w:rPr>
              <w:t>en</w:t>
            </w:r>
            <w:r w:rsidRPr="6C968D7A" w:rsidR="005F6A5B">
              <w:rPr>
                <w:sz w:val="19"/>
                <w:szCs w:val="19"/>
              </w:rPr>
              <w:t xml:space="preserve"> 5 — </w:t>
            </w:r>
            <w:r w:rsidRPr="6C968D7A" w:rsidR="005F6A5B">
              <w:rPr>
                <w:sz w:val="19"/>
                <w:szCs w:val="19"/>
              </w:rPr>
              <w:t>vrije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stroken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langs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autosnelwegen</w:t>
            </w:r>
          </w:p>
        </w:tc>
      </w:tr>
      <w:tr w:rsidR="009D758D" w:rsidTr="6C968D7A" w14:paraId="5D35963C" w14:textId="77777777">
        <w:tc>
          <w:tcPr>
            <w:tcW w:w="4703" w:type="dxa"/>
            <w:tcMar/>
          </w:tcPr>
          <w:p w:rsidR="009D758D" w:rsidRDefault="005F6A5B" w14:paraId="6810D88D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Werkelijke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netbelasting</w:t>
            </w:r>
            <w:r w:rsidRPr="6C968D7A" w:rsidR="005F6A5B">
              <w:rPr>
                <w:sz w:val="19"/>
                <w:szCs w:val="19"/>
              </w:rPr>
              <w:t xml:space="preserve"> 9-12,6%</w:t>
            </w:r>
          </w:p>
        </w:tc>
        <w:tc>
          <w:tcPr>
            <w:tcW w:w="4703" w:type="dxa"/>
            <w:tcMar/>
          </w:tcPr>
          <w:p w:rsidR="009D758D" w:rsidRDefault="005F6A5B" w14:paraId="01B4FF70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Verslag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Commissie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Leefmilieu</w:t>
            </w:r>
            <w:r w:rsidRPr="6C968D7A" w:rsidR="005F6A5B">
              <w:rPr>
                <w:sz w:val="19"/>
                <w:szCs w:val="19"/>
              </w:rPr>
              <w:t xml:space="preserve">, </w:t>
            </w:r>
            <w:r w:rsidRPr="6C968D7A" w:rsidR="005F6A5B">
              <w:rPr>
                <w:sz w:val="19"/>
                <w:szCs w:val="19"/>
              </w:rPr>
              <w:t>Natuur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en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Ruimtelijke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Ordening</w:t>
            </w:r>
            <w:r w:rsidRPr="6C968D7A" w:rsidR="005F6A5B">
              <w:rPr>
                <w:sz w:val="19"/>
                <w:szCs w:val="19"/>
              </w:rPr>
              <w:t xml:space="preserve">, 2 </w:t>
            </w:r>
            <w:r w:rsidRPr="6C968D7A" w:rsidR="005F6A5B">
              <w:rPr>
                <w:sz w:val="19"/>
                <w:szCs w:val="19"/>
              </w:rPr>
              <w:t>december</w:t>
            </w:r>
            <w:r w:rsidRPr="6C968D7A" w:rsidR="005F6A5B">
              <w:rPr>
                <w:sz w:val="19"/>
                <w:szCs w:val="19"/>
              </w:rPr>
              <w:t xml:space="preserve"> 2025, </w:t>
            </w:r>
            <w:r w:rsidRPr="6C968D7A" w:rsidR="005F6A5B">
              <w:rPr>
                <w:sz w:val="19"/>
                <w:szCs w:val="19"/>
              </w:rPr>
              <w:t>parlementaire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vraag</w:t>
            </w:r>
            <w:r w:rsidRPr="6C968D7A" w:rsidR="005F6A5B">
              <w:rPr>
                <w:sz w:val="19"/>
                <w:szCs w:val="19"/>
              </w:rPr>
              <w:t xml:space="preserve"> nr. 1122 (Bart </w:t>
            </w:r>
            <w:r w:rsidRPr="6C968D7A" w:rsidR="005F6A5B">
              <w:rPr>
                <w:sz w:val="19"/>
                <w:szCs w:val="19"/>
              </w:rPr>
              <w:t>Dochy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aan</w:t>
            </w:r>
            <w:r w:rsidRPr="6C968D7A" w:rsidR="005F6A5B">
              <w:rPr>
                <w:sz w:val="19"/>
                <w:szCs w:val="19"/>
              </w:rPr>
              <w:t xml:space="preserve"> Minister </w:t>
            </w:r>
            <w:r w:rsidRPr="6C968D7A" w:rsidR="005F6A5B">
              <w:rPr>
                <w:sz w:val="19"/>
                <w:szCs w:val="19"/>
              </w:rPr>
              <w:t>Brouns</w:t>
            </w:r>
            <w:r w:rsidRPr="6C968D7A" w:rsidR="005F6A5B">
              <w:rPr>
                <w:sz w:val="19"/>
                <w:szCs w:val="19"/>
              </w:rPr>
              <w:t>)</w:t>
            </w:r>
          </w:p>
        </w:tc>
      </w:tr>
      <w:tr w:rsidR="009D758D" w:rsidTr="6C968D7A" w14:paraId="28B671DC" w14:textId="77777777">
        <w:tc>
          <w:tcPr>
            <w:tcW w:w="4703" w:type="dxa"/>
            <w:shd w:val="clear" w:color="auto" w:fill="F2F6FC"/>
            <w:tcMar/>
          </w:tcPr>
          <w:p w:rsidR="009D758D" w:rsidRDefault="005F6A5B" w14:paraId="7009042A" w14:textId="77777777">
            <w:pPr>
              <w:spacing w:before="40" w:after="40"/>
            </w:pPr>
            <w:r w:rsidRPr="6C968D7A" w:rsidR="005F6A5B">
              <w:rPr>
                <w:sz w:val="19"/>
                <w:szCs w:val="19"/>
              </w:rPr>
              <w:t>Federaal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Ontwikkelingsplan</w:t>
            </w:r>
            <w:r w:rsidRPr="6C968D7A" w:rsidR="005F6A5B">
              <w:rPr>
                <w:sz w:val="19"/>
                <w:szCs w:val="19"/>
              </w:rPr>
              <w:t xml:space="preserve"> 2024-2034</w:t>
            </w:r>
          </w:p>
        </w:tc>
        <w:tc>
          <w:tcPr>
            <w:tcW w:w="4703" w:type="dxa"/>
            <w:shd w:val="clear" w:color="auto" w:fill="F2F6FC"/>
            <w:tcMar/>
          </w:tcPr>
          <w:p w:rsidR="009D758D" w:rsidP="6C968D7A" w:rsidRDefault="005F6A5B" w14:paraId="3E4554DD" w14:textId="77777777">
            <w:pPr>
              <w:spacing w:before="40" w:after="40"/>
              <w:rPr>
                <w:sz w:val="19"/>
                <w:szCs w:val="19"/>
              </w:rPr>
            </w:pPr>
            <w:r w:rsidRPr="6C968D7A" w:rsidR="005F6A5B">
              <w:rPr>
                <w:sz w:val="19"/>
                <w:szCs w:val="19"/>
              </w:rPr>
              <w:t xml:space="preserve">FOP p. 196 — </w:t>
            </w:r>
            <w:r w:rsidRPr="6C968D7A" w:rsidR="005F6A5B">
              <w:rPr>
                <w:sz w:val="19"/>
                <w:szCs w:val="19"/>
              </w:rPr>
              <w:t>bewering</w:t>
            </w:r>
            <w:r w:rsidRPr="6C968D7A" w:rsidR="005F6A5B">
              <w:rPr>
                <w:sz w:val="19"/>
                <w:szCs w:val="19"/>
              </w:rPr>
              <w:t xml:space="preserve"> "</w:t>
            </w:r>
            <w:r w:rsidRPr="6C968D7A" w:rsidR="005F6A5B">
              <w:rPr>
                <w:sz w:val="19"/>
                <w:szCs w:val="19"/>
              </w:rPr>
              <w:t>hoog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belast</w:t>
            </w:r>
            <w:r w:rsidRPr="6C968D7A" w:rsidR="005F6A5B">
              <w:rPr>
                <w:sz w:val="19"/>
                <w:szCs w:val="19"/>
              </w:rPr>
              <w:t xml:space="preserve">" </w:t>
            </w:r>
            <w:r w:rsidRPr="6C968D7A" w:rsidR="005F6A5B">
              <w:rPr>
                <w:sz w:val="19"/>
                <w:szCs w:val="19"/>
              </w:rPr>
              <w:t>weerlegd</w:t>
            </w:r>
            <w:r w:rsidRPr="6C968D7A" w:rsidR="005F6A5B">
              <w:rPr>
                <w:sz w:val="19"/>
                <w:szCs w:val="19"/>
              </w:rPr>
              <w:t xml:space="preserve"> door </w:t>
            </w:r>
            <w:r w:rsidRPr="6C968D7A" w:rsidR="005F6A5B">
              <w:rPr>
                <w:sz w:val="19"/>
                <w:szCs w:val="19"/>
              </w:rPr>
              <w:t>werkelijke</w:t>
            </w:r>
            <w:r w:rsidRPr="6C968D7A" w:rsidR="005F6A5B">
              <w:rPr>
                <w:sz w:val="19"/>
                <w:szCs w:val="19"/>
              </w:rPr>
              <w:t xml:space="preserve"> </w:t>
            </w:r>
            <w:r w:rsidRPr="6C968D7A" w:rsidR="005F6A5B">
              <w:rPr>
                <w:sz w:val="19"/>
                <w:szCs w:val="19"/>
              </w:rPr>
              <w:t>belastingscijfers</w:t>
            </w:r>
          </w:p>
        </w:tc>
      </w:tr>
    </w:tbl>
    <w:p w:rsidR="009D758D" w:rsidRDefault="009D758D" w14:paraId="02585A2E" w14:textId="48D43FD5">
      <w:pPr>
        <w:pStyle w:val="Heading3"/>
      </w:pPr>
    </w:p>
    <w:p w:rsidR="009D758D" w:rsidP="25A181EA" w:rsidRDefault="009D758D" w14:paraId="1FC39945" w14:textId="6FF63D20"/>
    <w:sectPr w:rsidR="009D758D" w:rsidSect="00034616">
      <w:pgSz w:w="12240" w:h="15840" w:orient="portrait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2">
    <w:nsid w:val="6d694ff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1fd96cb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AC64E3E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0024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29F20288"/>
    <w:multiLevelType w:val="hybridMultilevel"/>
    <w:tmpl w:val="FFFFFFFF"/>
    <w:lvl w:ilvl="0" w:tplc="F604A5F6">
      <w:start w:val="1"/>
      <w:numFmt w:val="decimal"/>
      <w:lvlText w:val="%1."/>
      <w:lvlJc w:val="left"/>
      <w:pPr>
        <w:ind w:left="720" w:hanging="360"/>
      </w:pPr>
    </w:lvl>
    <w:lvl w:ilvl="1" w:tplc="4CF0E1AA">
      <w:start w:val="1"/>
      <w:numFmt w:val="lowerLetter"/>
      <w:lvlText w:val="%2."/>
      <w:lvlJc w:val="left"/>
      <w:pPr>
        <w:ind w:left="1440" w:hanging="360"/>
      </w:pPr>
    </w:lvl>
    <w:lvl w:ilvl="2" w:tplc="CB5C321A">
      <w:start w:val="1"/>
      <w:numFmt w:val="lowerRoman"/>
      <w:lvlText w:val="%3."/>
      <w:lvlJc w:val="right"/>
      <w:pPr>
        <w:ind w:left="2160" w:hanging="180"/>
      </w:pPr>
    </w:lvl>
    <w:lvl w:ilvl="3" w:tplc="75664618">
      <w:start w:val="1"/>
      <w:numFmt w:val="decimal"/>
      <w:lvlText w:val="%4."/>
      <w:lvlJc w:val="left"/>
      <w:pPr>
        <w:ind w:left="2880" w:hanging="360"/>
      </w:pPr>
    </w:lvl>
    <w:lvl w:ilvl="4" w:tplc="7200DDF6">
      <w:start w:val="1"/>
      <w:numFmt w:val="lowerLetter"/>
      <w:lvlText w:val="%5."/>
      <w:lvlJc w:val="left"/>
      <w:pPr>
        <w:ind w:left="3600" w:hanging="360"/>
      </w:pPr>
    </w:lvl>
    <w:lvl w:ilvl="5" w:tplc="CF3EF4D4">
      <w:start w:val="1"/>
      <w:numFmt w:val="lowerRoman"/>
      <w:lvlText w:val="%6."/>
      <w:lvlJc w:val="right"/>
      <w:pPr>
        <w:ind w:left="4320" w:hanging="180"/>
      </w:pPr>
    </w:lvl>
    <w:lvl w:ilvl="6" w:tplc="0C580EB2">
      <w:start w:val="1"/>
      <w:numFmt w:val="decimal"/>
      <w:lvlText w:val="%7."/>
      <w:lvlJc w:val="left"/>
      <w:pPr>
        <w:ind w:left="5040" w:hanging="360"/>
      </w:pPr>
    </w:lvl>
    <w:lvl w:ilvl="7" w:tplc="15781820">
      <w:start w:val="1"/>
      <w:numFmt w:val="lowerLetter"/>
      <w:lvlText w:val="%8."/>
      <w:lvlJc w:val="left"/>
      <w:pPr>
        <w:ind w:left="5760" w:hanging="360"/>
      </w:pPr>
    </w:lvl>
    <w:lvl w:ilvl="8" w:tplc="FC6679D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A36F4A"/>
    <w:multiLevelType w:val="hybridMultilevel"/>
    <w:tmpl w:val="FFFFFFFF"/>
    <w:lvl w:ilvl="0" w:tplc="2C92324C">
      <w:start w:val="1"/>
      <w:numFmt w:val="decimal"/>
      <w:lvlText w:val="%1."/>
      <w:lvlJc w:val="left"/>
      <w:pPr>
        <w:ind w:left="720" w:hanging="360"/>
      </w:pPr>
    </w:lvl>
    <w:lvl w:ilvl="1" w:tplc="F9DADC96">
      <w:start w:val="1"/>
      <w:numFmt w:val="lowerLetter"/>
      <w:lvlText w:val="%2."/>
      <w:lvlJc w:val="left"/>
      <w:pPr>
        <w:ind w:left="1440" w:hanging="360"/>
      </w:pPr>
    </w:lvl>
    <w:lvl w:ilvl="2" w:tplc="F836EF4A">
      <w:start w:val="1"/>
      <w:numFmt w:val="lowerRoman"/>
      <w:lvlText w:val="%3."/>
      <w:lvlJc w:val="right"/>
      <w:pPr>
        <w:ind w:left="2160" w:hanging="180"/>
      </w:pPr>
    </w:lvl>
    <w:lvl w:ilvl="3" w:tplc="8182F740">
      <w:start w:val="1"/>
      <w:numFmt w:val="decimal"/>
      <w:lvlText w:val="%4."/>
      <w:lvlJc w:val="left"/>
      <w:pPr>
        <w:ind w:left="2880" w:hanging="360"/>
      </w:pPr>
    </w:lvl>
    <w:lvl w:ilvl="4" w:tplc="E0D281E2">
      <w:start w:val="1"/>
      <w:numFmt w:val="lowerLetter"/>
      <w:lvlText w:val="%5."/>
      <w:lvlJc w:val="left"/>
      <w:pPr>
        <w:ind w:left="3600" w:hanging="360"/>
      </w:pPr>
    </w:lvl>
    <w:lvl w:ilvl="5" w:tplc="61EC2C06">
      <w:start w:val="1"/>
      <w:numFmt w:val="lowerRoman"/>
      <w:lvlText w:val="%6."/>
      <w:lvlJc w:val="right"/>
      <w:pPr>
        <w:ind w:left="4320" w:hanging="180"/>
      </w:pPr>
    </w:lvl>
    <w:lvl w:ilvl="6" w:tplc="5D68D746">
      <w:start w:val="1"/>
      <w:numFmt w:val="decimal"/>
      <w:lvlText w:val="%7."/>
      <w:lvlJc w:val="left"/>
      <w:pPr>
        <w:ind w:left="5040" w:hanging="360"/>
      </w:pPr>
    </w:lvl>
    <w:lvl w:ilvl="7" w:tplc="2F68F5EC">
      <w:start w:val="1"/>
      <w:numFmt w:val="lowerLetter"/>
      <w:lvlText w:val="%8."/>
      <w:lvlJc w:val="left"/>
      <w:pPr>
        <w:ind w:left="5760" w:hanging="360"/>
      </w:pPr>
    </w:lvl>
    <w:lvl w:ilvl="8" w:tplc="F4F2905C">
      <w:start w:val="1"/>
      <w:numFmt w:val="lowerRoman"/>
      <w:lvlText w:val="%9."/>
      <w:lvlJc w:val="right"/>
      <w:pPr>
        <w:ind w:left="6480" w:hanging="180"/>
      </w:pPr>
    </w:lvl>
  </w:abstractNum>
  <w:num w:numId="14">
    <w:abstractNumId w:val="12"/>
  </w:num>
  <w:num w:numId="13">
    <w:abstractNumId w:val="11"/>
  </w:num>
  <w:num w:numId="1" w16cid:durableId="1002271979">
    <w:abstractNumId w:val="3"/>
  </w:num>
  <w:num w:numId="2" w16cid:durableId="1076979407">
    <w:abstractNumId w:val="2"/>
  </w:num>
  <w:num w:numId="3" w16cid:durableId="1378313163">
    <w:abstractNumId w:val="8"/>
  </w:num>
  <w:num w:numId="4" w16cid:durableId="1822695579">
    <w:abstractNumId w:val="6"/>
  </w:num>
  <w:num w:numId="5" w16cid:durableId="183442572">
    <w:abstractNumId w:val="1"/>
  </w:num>
  <w:num w:numId="6" w16cid:durableId="1857188719">
    <w:abstractNumId w:val="4"/>
  </w:num>
  <w:num w:numId="7" w16cid:durableId="1920751363">
    <w:abstractNumId w:val="0"/>
  </w:num>
  <w:num w:numId="8" w16cid:durableId="1932346483">
    <w:abstractNumId w:val="5"/>
  </w:num>
  <w:num w:numId="9" w16cid:durableId="401871638">
    <w:abstractNumId w:val="10"/>
  </w:num>
  <w:num w:numId="10" w16cid:durableId="407650787">
    <w:abstractNumId w:val="7"/>
  </w:num>
  <w:num w:numId="11" w16cid:durableId="512376927">
    <w:abstractNumId w:val="7"/>
  </w:num>
  <w:num w:numId="12" w16cid:durableId="5157320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6006"/>
    <w:rsid w:val="00326F90"/>
    <w:rsid w:val="005F6A5B"/>
    <w:rsid w:val="00624F73"/>
    <w:rsid w:val="009D758D"/>
    <w:rsid w:val="00AA1D8D"/>
    <w:rsid w:val="00B47730"/>
    <w:rsid w:val="00CB0664"/>
    <w:rsid w:val="00FC693F"/>
    <w:rsid w:val="05DB3A83"/>
    <w:rsid w:val="078A4368"/>
    <w:rsid w:val="08B59C02"/>
    <w:rsid w:val="09FE9589"/>
    <w:rsid w:val="0BB3A108"/>
    <w:rsid w:val="0BCFCC6F"/>
    <w:rsid w:val="0C34349E"/>
    <w:rsid w:val="0C8F357D"/>
    <w:rsid w:val="0CBE6E54"/>
    <w:rsid w:val="0F1C479C"/>
    <w:rsid w:val="0FA090D6"/>
    <w:rsid w:val="10B20CBF"/>
    <w:rsid w:val="10B745B4"/>
    <w:rsid w:val="111542A9"/>
    <w:rsid w:val="1150BEDB"/>
    <w:rsid w:val="118B8A21"/>
    <w:rsid w:val="130A93B0"/>
    <w:rsid w:val="133DEA08"/>
    <w:rsid w:val="1369067A"/>
    <w:rsid w:val="13A10E73"/>
    <w:rsid w:val="17E78B53"/>
    <w:rsid w:val="1812FE1D"/>
    <w:rsid w:val="194B74DB"/>
    <w:rsid w:val="1B72EA2A"/>
    <w:rsid w:val="1B954201"/>
    <w:rsid w:val="1C2A4620"/>
    <w:rsid w:val="1D8D947C"/>
    <w:rsid w:val="1EF5CEF7"/>
    <w:rsid w:val="20960F79"/>
    <w:rsid w:val="21A354F4"/>
    <w:rsid w:val="21DD7E2C"/>
    <w:rsid w:val="254995FE"/>
    <w:rsid w:val="25A181EA"/>
    <w:rsid w:val="2773888B"/>
    <w:rsid w:val="28EA6841"/>
    <w:rsid w:val="2A8DAA04"/>
    <w:rsid w:val="2A9A03AB"/>
    <w:rsid w:val="2BAA10B9"/>
    <w:rsid w:val="2C03BC96"/>
    <w:rsid w:val="2E21A9C7"/>
    <w:rsid w:val="2E703856"/>
    <w:rsid w:val="320D292F"/>
    <w:rsid w:val="3221E558"/>
    <w:rsid w:val="32D47631"/>
    <w:rsid w:val="35AEA4DD"/>
    <w:rsid w:val="3637C0A9"/>
    <w:rsid w:val="3B310BCA"/>
    <w:rsid w:val="3D98FF08"/>
    <w:rsid w:val="414B0EA3"/>
    <w:rsid w:val="43D596A5"/>
    <w:rsid w:val="43E317A4"/>
    <w:rsid w:val="45E5D6B9"/>
    <w:rsid w:val="4847BB23"/>
    <w:rsid w:val="4938663A"/>
    <w:rsid w:val="494110E4"/>
    <w:rsid w:val="4BB29C9E"/>
    <w:rsid w:val="4DCC376C"/>
    <w:rsid w:val="4EAE52DA"/>
    <w:rsid w:val="4F8AF403"/>
    <w:rsid w:val="500ABF7A"/>
    <w:rsid w:val="501B08B4"/>
    <w:rsid w:val="5072CA62"/>
    <w:rsid w:val="515E6193"/>
    <w:rsid w:val="524F9110"/>
    <w:rsid w:val="52B5237A"/>
    <w:rsid w:val="52F7442E"/>
    <w:rsid w:val="542F71A1"/>
    <w:rsid w:val="559E785A"/>
    <w:rsid w:val="562B8F85"/>
    <w:rsid w:val="562BD5C4"/>
    <w:rsid w:val="563775F0"/>
    <w:rsid w:val="5801618E"/>
    <w:rsid w:val="59AE333F"/>
    <w:rsid w:val="5CA98EE9"/>
    <w:rsid w:val="5DB88353"/>
    <w:rsid w:val="5F792200"/>
    <w:rsid w:val="606B9415"/>
    <w:rsid w:val="60B0149E"/>
    <w:rsid w:val="6140C425"/>
    <w:rsid w:val="62920882"/>
    <w:rsid w:val="63442AE4"/>
    <w:rsid w:val="666BDA8E"/>
    <w:rsid w:val="682066C5"/>
    <w:rsid w:val="695DC96A"/>
    <w:rsid w:val="69816E24"/>
    <w:rsid w:val="6C968D7A"/>
    <w:rsid w:val="6C9997B2"/>
    <w:rsid w:val="6C9CE2DF"/>
    <w:rsid w:val="6D512BE9"/>
    <w:rsid w:val="7036B6C6"/>
    <w:rsid w:val="739C8C86"/>
    <w:rsid w:val="7420217E"/>
    <w:rsid w:val="766E2566"/>
    <w:rsid w:val="777C51F3"/>
    <w:rsid w:val="77A50BBF"/>
    <w:rsid w:val="77C11C05"/>
    <w:rsid w:val="786CC6CC"/>
    <w:rsid w:val="78AE6774"/>
    <w:rsid w:val="7AFE2D78"/>
    <w:rsid w:val="7B32BDBD"/>
    <w:rsid w:val="7CDAC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4062061"/>
  <w14:defaultImageDpi w14:val="300"/>
  <w15:docId w15:val="{0E56A97F-8F0A-4AE3-B862-31508D8C2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6C968D7A"/>
    <w:rPr>
      <w:rFonts w:ascii="Calibri" w:hAnsi="Calibri"/>
      <w:noProof w:val="0"/>
      <w:lang w:val="nl-BE"/>
    </w:rPr>
    <w:pPr>
      <w:spacing w:after="120"/>
    </w:pPr>
  </w:style>
  <w:style w:type="paragraph" w:styleId="Heading1">
    <w:uiPriority w:val="9"/>
    <w:name w:val="heading 1"/>
    <w:basedOn w:val="Normal"/>
    <w:next w:val="Normal"/>
    <w:link w:val="Heading1Char"/>
    <w:qFormat/>
    <w:rsid w:val="6C968D7A"/>
    <w:rPr>
      <w:rFonts w:eastAsia="ＭＳ ゴシック" w:cs="Times New Roman" w:asciiTheme="majorAscii" w:hAnsiTheme="majorAscii" w:eastAsiaTheme="majorEastAsia" w:cstheme="majorBidi"/>
      <w:b w:val="1"/>
      <w:bCs w:val="1"/>
      <w:color w:val="1F3864"/>
      <w:sz w:val="36"/>
      <w:szCs w:val="36"/>
    </w:rPr>
    <w:pPr>
      <w:keepNext w:val="1"/>
      <w:keepLines w:val="1"/>
      <w:spacing w:before="480" w:after="24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6C968D7A"/>
    <w:rPr>
      <w:rFonts w:eastAsia="ＭＳ ゴシック" w:cs="Times New Roman" w:asciiTheme="majorAscii" w:hAnsiTheme="majorAscii" w:eastAsiaTheme="majorEastAsia" w:cstheme="majorBidi"/>
      <w:b w:val="1"/>
      <w:bCs w:val="1"/>
      <w:color w:val="1F3864"/>
      <w:sz w:val="28"/>
      <w:szCs w:val="28"/>
    </w:rPr>
    <w:pPr>
      <w:keepNext w:val="1"/>
      <w:keepLines w:val="1"/>
      <w:spacing w:before="360" w:after="16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6C968D7A"/>
    <w:rPr>
      <w:rFonts w:eastAsia="ＭＳ ゴシック" w:cs="Times New Roman" w:asciiTheme="majorAscii" w:hAnsiTheme="majorAscii" w:eastAsiaTheme="majorEastAsia" w:cstheme="majorBidi"/>
      <w:b w:val="1"/>
      <w:bCs w:val="1"/>
      <w:color w:val="1F3864"/>
      <w:sz w:val="24"/>
      <w:szCs w:val="24"/>
    </w:rPr>
    <w:pPr>
      <w:keepNext w:val="1"/>
      <w:keepLines w:val="1"/>
      <w:spacing w:before="240"/>
      <w:outlineLvl w:val="2"/>
    </w:pPr>
  </w:style>
  <w:style w:type="paragraph" w:styleId="Heading4">
    <w:uiPriority w:val="9"/>
    <w:name w:val="heading 4"/>
    <w:basedOn w:val="Normal"/>
    <w:next w:val="Normal"/>
    <w:semiHidden/>
    <w:unhideWhenUsed/>
    <w:link w:val="Heading4Char"/>
    <w:qFormat/>
    <w:rsid w:val="6C968D7A"/>
    <w:rPr>
      <w:rFonts w:eastAsia="ＭＳ ゴシック" w:cs="Times New Roman" w:asciiTheme="majorAscii" w:hAnsiTheme="majorAscii" w:eastAsiaTheme="majorEastAsia" w:cstheme="majorBidi"/>
      <w:b w:val="1"/>
      <w:bCs w:val="1"/>
      <w:i w:val="1"/>
      <w:iCs w:val="1"/>
      <w:color w:val="1F3864"/>
    </w:rPr>
    <w:pPr>
      <w:keepNext w:val="1"/>
      <w:keepLines w:val="1"/>
      <w:spacing w:before="200" w:after="80"/>
      <w:outlineLvl w:val="3"/>
    </w:pPr>
  </w:style>
  <w:style w:type="paragraph" w:styleId="Heading5">
    <w:uiPriority w:val="9"/>
    <w:name w:val="heading 5"/>
    <w:basedOn w:val="Normal"/>
    <w:next w:val="Normal"/>
    <w:semiHidden/>
    <w:unhideWhenUsed/>
    <w:link w:val="Heading5Char"/>
    <w:qFormat/>
    <w:rsid w:val="6C968D7A"/>
    <w:rPr>
      <w:rFonts w:eastAsia="ＭＳ ゴシック" w:cs="Times New Roman" w:asciiTheme="majorAscii" w:hAnsiTheme="majorAscii" w:eastAsiaTheme="majorEastAsia" w:cstheme="majorBidi"/>
      <w:color w:val="243F60"/>
    </w:rPr>
    <w:pPr>
      <w:keepNext w:val="1"/>
      <w:keepLines w:val="1"/>
      <w:spacing w:before="200" w:after="0"/>
      <w:outlineLvl w:val="4"/>
    </w:pPr>
  </w:style>
  <w:style w:type="paragraph" w:styleId="Heading6">
    <w:uiPriority w:val="9"/>
    <w:name w:val="heading 6"/>
    <w:basedOn w:val="Normal"/>
    <w:next w:val="Normal"/>
    <w:semiHidden/>
    <w:unhideWhenUsed/>
    <w:link w:val="Heading6Char"/>
    <w:qFormat/>
    <w:rsid w:val="6C968D7A"/>
    <w:rPr>
      <w:rFonts w:eastAsia="ＭＳ ゴシック" w:cs="Times New Roman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200" w:after="0"/>
      <w:outlineLvl w:val="5"/>
    </w:pPr>
  </w:style>
  <w:style w:type="paragraph" w:styleId="Heading7">
    <w:uiPriority w:val="9"/>
    <w:name w:val="heading 7"/>
    <w:basedOn w:val="Normal"/>
    <w:next w:val="Normal"/>
    <w:semiHidden/>
    <w:unhideWhenUsed/>
    <w:link w:val="Heading7Char"/>
    <w:qFormat/>
    <w:rsid w:val="6C968D7A"/>
    <w:rPr>
      <w:rFonts w:eastAsia="ＭＳ ゴシック" w:cs="Times New Roman" w:asciiTheme="majorAscii" w:hAnsiTheme="majorAscii" w:eastAsiaTheme="majorEastAsia" w:cstheme="majorBidi"/>
      <w:i w:val="1"/>
      <w:iCs w:val="1"/>
      <w:color w:val="404040" w:themeColor="text1" w:themeTint="BF" w:themeShade="FF"/>
    </w:rPr>
    <w:pPr>
      <w:keepNext w:val="1"/>
      <w:keepLines w:val="1"/>
      <w:spacing w:before="200" w:after="0"/>
      <w:outlineLvl w:val="6"/>
    </w:pPr>
  </w:style>
  <w:style w:type="paragraph" w:styleId="Heading8">
    <w:uiPriority w:val="9"/>
    <w:name w:val="heading 8"/>
    <w:basedOn w:val="Normal"/>
    <w:next w:val="Normal"/>
    <w:semiHidden/>
    <w:unhideWhenUsed/>
    <w:link w:val="Heading8Char"/>
    <w:qFormat/>
    <w:rsid w:val="6C968D7A"/>
    <w:rPr>
      <w:rFonts w:eastAsia="ＭＳ ゴシック" w:cs="Times New Roman" w:asciiTheme="majorAscii" w:hAnsiTheme="majorAscii" w:eastAsiaTheme="majorEastAsia" w:cstheme="majorBidi"/>
      <w:color w:val="4F81BD" w:themeColor="accent1" w:themeTint="FF" w:themeShade="FF"/>
      <w:sz w:val="20"/>
      <w:szCs w:val="20"/>
    </w:rPr>
    <w:pPr>
      <w:keepNext w:val="1"/>
      <w:keepLines w:val="1"/>
      <w:spacing w:before="200" w:after="0"/>
      <w:outlineLvl w:val="7"/>
    </w:pPr>
  </w:style>
  <w:style w:type="paragraph" w:styleId="Heading9">
    <w:uiPriority w:val="9"/>
    <w:name w:val="heading 9"/>
    <w:basedOn w:val="Normal"/>
    <w:next w:val="Normal"/>
    <w:semiHidden/>
    <w:unhideWhenUsed/>
    <w:link w:val="Heading9Char"/>
    <w:qFormat/>
    <w:rsid w:val="6C968D7A"/>
    <w:rPr>
      <w:rFonts w:eastAsia="ＭＳ ゴシック" w:cs="Times New Roman" w:asciiTheme="majorAscii" w:hAnsiTheme="majorAscii" w:eastAsiaTheme="majorEastAsia" w:cstheme="majorBidi"/>
      <w:i w:val="1"/>
      <w:iCs w:val="1"/>
      <w:color w:val="404040" w:themeColor="text1" w:themeTint="BF" w:themeShade="FF"/>
      <w:sz w:val="20"/>
      <w:szCs w:val="20"/>
    </w:rPr>
    <w:pPr>
      <w:keepNext w:val="1"/>
      <w:keepLines w:val="1"/>
      <w:spacing w:before="200" w:after="0"/>
      <w:outlineLvl w:val="8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link w:val="HeaderChar"/>
    <w:rsid w:val="6C968D7A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uiPriority w:val="99"/>
    <w:name w:val="footer"/>
    <w:basedOn w:val="Normal"/>
    <w:unhideWhenUsed/>
    <w:link w:val="FooterChar"/>
    <w:rsid w:val="6C968D7A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uiPriority w:val="10"/>
    <w:name w:val="Title"/>
    <w:basedOn w:val="Normal"/>
    <w:next w:val="Normal"/>
    <w:link w:val="TitleChar"/>
    <w:qFormat/>
    <w:rsid w:val="6C968D7A"/>
    <w:rPr>
      <w:rFonts w:eastAsia="ＭＳ ゴシック" w:cs="Times New Roman" w:asciiTheme="majorAscii" w:hAnsiTheme="majorAscii" w:eastAsiaTheme="majorEastAsia" w:cstheme="majorBidi"/>
      <w:color w:val="17365D" w:themeColor="text2" w:themeTint="FF" w:themeShade="BF"/>
      <w:sz w:val="52"/>
      <w:szCs w:val="52"/>
    </w:rPr>
    <w:pPr>
      <w:pBdr>
        <w:bottom w:val="single" w:color="4F81BD" w:themeColor="accent1" w:sz="8" w:space="4"/>
      </w:pBdr>
      <w:spacing w:after="300" w:line="240" w:lineRule="auto"/>
      <w:contextualSpacing/>
    </w:p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uiPriority w:val="11"/>
    <w:name w:val="Subtitle"/>
    <w:basedOn w:val="Normal"/>
    <w:next w:val="Normal"/>
    <w:link w:val="SubtitleChar"/>
    <w:qFormat/>
    <w:rsid w:val="6C968D7A"/>
    <w:rPr>
      <w:rFonts w:eastAsia="ＭＳ ゴシック" w:cs="Times New Roman" w:asciiTheme="majorAscii" w:hAnsiTheme="majorAscii" w:eastAsiaTheme="majorEastAsia" w:cstheme="majorBidi"/>
      <w:i w:val="1"/>
      <w:iCs w:val="1"/>
      <w:color w:val="4F81BD" w:themeColor="accent1" w:themeTint="FF" w:themeShade="FF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uiPriority w:val="34"/>
    <w:name w:val="List Paragraph"/>
    <w:basedOn w:val="Normal"/>
    <w:qFormat/>
    <w:rsid w:val="6C968D7A"/>
    <w:pPr>
      <w:spacing/>
      <w:ind w:left="720"/>
      <w:contextualSpacing/>
    </w:pPr>
  </w:style>
  <w:style w:type="paragraph" w:styleId="BodyText">
    <w:uiPriority w:val="99"/>
    <w:name w:val="Body Text"/>
    <w:basedOn w:val="Normal"/>
    <w:unhideWhenUsed/>
    <w:link w:val="BodyTextChar"/>
    <w:rsid w:val="6C968D7A"/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uiPriority w:val="99"/>
    <w:name w:val="Body Text 2"/>
    <w:basedOn w:val="Normal"/>
    <w:unhideWhenUsed/>
    <w:link w:val="BodyText2Char"/>
    <w:rsid w:val="6C968D7A"/>
    <w:pPr>
      <w:spacing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uiPriority w:val="99"/>
    <w:name w:val="Body Text 3"/>
    <w:basedOn w:val="Normal"/>
    <w:unhideWhenUsed/>
    <w:link w:val="BodyText3Char"/>
    <w:rsid w:val="6C968D7A"/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uiPriority w:val="99"/>
    <w:name w:val="List"/>
    <w:basedOn w:val="Normal"/>
    <w:unhideWhenUsed/>
    <w:rsid w:val="6C968D7A"/>
    <w:pPr>
      <w:spacing/>
      <w:ind w:left="360" w:hanging="360"/>
      <w:contextualSpacing/>
    </w:pPr>
  </w:style>
  <w:style w:type="paragraph" w:styleId="List2">
    <w:uiPriority w:val="99"/>
    <w:name w:val="List 2"/>
    <w:basedOn w:val="Normal"/>
    <w:unhideWhenUsed/>
    <w:rsid w:val="6C968D7A"/>
    <w:pPr>
      <w:spacing/>
      <w:ind w:left="720" w:hanging="360"/>
      <w:contextualSpacing/>
    </w:pPr>
  </w:style>
  <w:style w:type="paragraph" w:styleId="List3">
    <w:uiPriority w:val="99"/>
    <w:name w:val="List 3"/>
    <w:basedOn w:val="Normal"/>
    <w:unhideWhenUsed/>
    <w:rsid w:val="6C968D7A"/>
    <w:pPr>
      <w:spacing/>
      <w:ind w:left="1080" w:hanging="360"/>
      <w:contextualSpacing/>
    </w:pPr>
  </w:style>
  <w:style w:type="paragraph" w:styleId="ListBullet">
    <w:uiPriority w:val="99"/>
    <w:name w:val="List Bullet"/>
    <w:basedOn w:val="Normal"/>
    <w:unhideWhenUsed/>
    <w:rsid w:val="6C968D7A"/>
    <w:pPr>
      <w:numPr>
        <w:numId w:val="3"/>
      </w:numPr>
      <w:spacing/>
      <w:contextualSpacing/>
    </w:pPr>
  </w:style>
  <w:style w:type="paragraph" w:styleId="ListBullet2">
    <w:uiPriority w:val="99"/>
    <w:name w:val="List Bullet 2"/>
    <w:basedOn w:val="Normal"/>
    <w:unhideWhenUsed/>
    <w:rsid w:val="6C968D7A"/>
    <w:pPr>
      <w:numPr>
        <w:numId w:val="4"/>
      </w:numPr>
      <w:spacing/>
      <w:contextualSpacing/>
    </w:pPr>
  </w:style>
  <w:style w:type="paragraph" w:styleId="ListBullet3">
    <w:uiPriority w:val="99"/>
    <w:name w:val="List Bullet 3"/>
    <w:basedOn w:val="Normal"/>
    <w:unhideWhenUsed/>
    <w:rsid w:val="6C968D7A"/>
    <w:pPr>
      <w:numPr>
        <w:numId w:val="8"/>
      </w:numPr>
      <w:spacing/>
      <w:contextualSpacing/>
    </w:pPr>
  </w:style>
  <w:style w:type="paragraph" w:styleId="ListNumber">
    <w:uiPriority w:val="99"/>
    <w:name w:val="List Number"/>
    <w:basedOn w:val="Normal"/>
    <w:unhideWhenUsed/>
    <w:rsid w:val="6C968D7A"/>
    <w:pPr>
      <w:numPr>
        <w:numId w:val="11"/>
      </w:numPr>
      <w:spacing/>
      <w:contextualSpacing/>
    </w:pPr>
  </w:style>
  <w:style w:type="paragraph" w:styleId="ListNumber2">
    <w:uiPriority w:val="99"/>
    <w:name w:val="List Number 2"/>
    <w:basedOn w:val="Normal"/>
    <w:unhideWhenUsed/>
    <w:rsid w:val="6C968D7A"/>
    <w:pPr>
      <w:numPr>
        <w:numId w:val="1"/>
      </w:numPr>
      <w:spacing/>
      <w:contextualSpacing/>
    </w:pPr>
  </w:style>
  <w:style w:type="paragraph" w:styleId="ListNumber3">
    <w:uiPriority w:val="99"/>
    <w:name w:val="List Number 3"/>
    <w:basedOn w:val="Normal"/>
    <w:unhideWhenUsed/>
    <w:rsid w:val="6C968D7A"/>
    <w:pPr>
      <w:numPr>
        <w:numId w:val="2"/>
      </w:numPr>
      <w:spacing/>
      <w:contextualSpacing/>
    </w:pPr>
  </w:style>
  <w:style w:type="paragraph" w:styleId="ListContinue">
    <w:uiPriority w:val="99"/>
    <w:name w:val="List Continue"/>
    <w:basedOn w:val="Normal"/>
    <w:unhideWhenUsed/>
    <w:rsid w:val="6C968D7A"/>
    <w:pPr>
      <w:spacing/>
      <w:ind w:left="360"/>
      <w:contextualSpacing/>
    </w:pPr>
  </w:style>
  <w:style w:type="paragraph" w:styleId="ListContinue2">
    <w:uiPriority w:val="99"/>
    <w:name w:val="List Continue 2"/>
    <w:basedOn w:val="Normal"/>
    <w:unhideWhenUsed/>
    <w:rsid w:val="6C968D7A"/>
    <w:pPr>
      <w:spacing/>
      <w:ind w:left="720"/>
      <w:contextualSpacing/>
    </w:pPr>
  </w:style>
  <w:style w:type="paragraph" w:styleId="ListContinue3">
    <w:uiPriority w:val="99"/>
    <w:name w:val="List Continue 3"/>
    <w:basedOn w:val="Normal"/>
    <w:unhideWhenUsed/>
    <w:rsid w:val="6C968D7A"/>
    <w:pPr>
      <w:spacing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uiPriority w:val="29"/>
    <w:name w:val="Quote"/>
    <w:basedOn w:val="Normal"/>
    <w:next w:val="Normal"/>
    <w:link w:val="QuoteChar"/>
    <w:qFormat/>
    <w:rsid w:val="6C968D7A"/>
    <w:rPr>
      <w:i w:val="1"/>
      <w:iCs w:val="1"/>
      <w:color w:val="000000" w:themeColor="text1" w:themeTint="FF" w:themeShade="FF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uiPriority w:val="35"/>
    <w:name w:val="caption"/>
    <w:basedOn w:val="Normal"/>
    <w:next w:val="Normal"/>
    <w:semiHidden/>
    <w:unhideWhenUsed/>
    <w:qFormat/>
    <w:rsid w:val="6C968D7A"/>
    <w:rPr>
      <w:b w:val="1"/>
      <w:bCs w:val="1"/>
      <w:color w:val="4F81BD" w:themeColor="accent1" w:themeTint="FF" w:themeShade="FF"/>
      <w:sz w:val="18"/>
      <w:szCs w:val="18"/>
    </w:rPr>
    <w:pPr>
      <w:spacing w:line="240" w:lineRule="auto"/>
    </w:p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uiPriority w:val="30"/>
    <w:name w:val="Intense Quote"/>
    <w:basedOn w:val="Normal"/>
    <w:next w:val="Normal"/>
    <w:link w:val="IntenseQuoteChar"/>
    <w:qFormat/>
    <w:rsid w:val="6C968D7A"/>
    <w:rPr>
      <w:b w:val="1"/>
      <w:bCs w:val="1"/>
      <w:i w:val="1"/>
      <w:iCs w:val="1"/>
      <w:color w:val="4F81BD" w:themeColor="accent1" w:themeTint="FF" w:themeShade="FF"/>
    </w:rPr>
    <w:pPr>
      <w:pBdr>
        <w:bottom w:val="single" w:color="4F81BD" w:themeColor="accent1" w:sz="4" w:space="4"/>
      </w:pBdr>
      <w:spacing w:before="200" w:after="280"/>
      <w:ind w:left="936" w:right="936"/>
    </w:p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Heidi Deleu</lastModifiedBy>
  <revision>3</revision>
  <dcterms:created xsi:type="dcterms:W3CDTF">2013-12-23T23:15:00.0000000Z</dcterms:created>
  <dcterms:modified xsi:type="dcterms:W3CDTF">2026-02-22T19:09:40.5213120Z</dcterms:modified>
  <category/>
</coreProperties>
</file>